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44F5A" w14:textId="77777777" w:rsidR="0012110B" w:rsidRDefault="0012110B" w:rsidP="0012110B">
      <w:pPr>
        <w:spacing w:after="0" w:line="240" w:lineRule="auto"/>
        <w:jc w:val="center"/>
        <w:rPr>
          <w:rFonts w:cs="Shruti"/>
          <w:sz w:val="28"/>
          <w:szCs w:val="28"/>
          <w:u w:val="single"/>
          <w:lang w:bidi="gu-IN"/>
        </w:rPr>
      </w:pPr>
    </w:p>
    <w:p w14:paraId="7FA50496" w14:textId="77777777" w:rsidR="0012110B" w:rsidRPr="002A7996" w:rsidRDefault="0012110B" w:rsidP="0012110B">
      <w:pPr>
        <w:spacing w:after="0" w:line="240" w:lineRule="auto"/>
        <w:jc w:val="center"/>
        <w:rPr>
          <w:rFonts w:cs="Shruti"/>
          <w:b/>
          <w:u w:val="single"/>
          <w:rtl/>
          <w:cs/>
          <w:lang w:val="en-IN" w:bidi="gu-IN"/>
        </w:rPr>
      </w:pPr>
      <w:r>
        <w:rPr>
          <w:rFonts w:cs="Shruti" w:hint="cs"/>
          <w:sz w:val="28"/>
          <w:szCs w:val="28"/>
          <w:u w:val="single"/>
          <w:cs/>
          <w:lang w:bidi="gu-IN"/>
        </w:rPr>
        <w:t xml:space="preserve">ઢાંકણ્રીયાવાસ પ્રાથમિક શાળા </w:t>
      </w:r>
      <w:r w:rsidRPr="009072EA">
        <w:rPr>
          <w:rFonts w:cs="Shruti"/>
          <w:sz w:val="28"/>
          <w:szCs w:val="28"/>
          <w:u w:val="single"/>
          <w:lang w:bidi="gu-IN"/>
        </w:rPr>
        <w:t xml:space="preserve"> </w:t>
      </w:r>
      <w:r w:rsidRPr="009072EA">
        <w:rPr>
          <w:rFonts w:cs="Shruti" w:hint="cs"/>
          <w:sz w:val="28"/>
          <w:szCs w:val="28"/>
          <w:u w:val="single"/>
          <w:cs/>
          <w:lang w:bidi="gu-IN"/>
        </w:rPr>
        <w:t xml:space="preserve">તા- લાખણી જિલ્લો-વાવ-થરાદ </w:t>
      </w:r>
      <w:r w:rsidRPr="009072EA">
        <w:rPr>
          <w:rFonts w:cs="Shruti"/>
          <w:b/>
          <w:bCs/>
          <w:u w:val="single"/>
          <w:cs/>
          <w:lang w:bidi="gu-IN"/>
        </w:rPr>
        <w:t>ડાયસ</w:t>
      </w:r>
      <w:r w:rsidRPr="009072EA">
        <w:rPr>
          <w:b/>
          <w:u w:val="single"/>
        </w:rPr>
        <w:t xml:space="preserve"> </w:t>
      </w:r>
      <w:r w:rsidRPr="009072EA">
        <w:rPr>
          <w:rFonts w:cs="Shruti"/>
          <w:b/>
          <w:bCs/>
          <w:u w:val="single"/>
          <w:cs/>
          <w:lang w:bidi="gu-IN"/>
        </w:rPr>
        <w:t>કોડ</w:t>
      </w:r>
      <w:r w:rsidRPr="009072EA">
        <w:rPr>
          <w:b/>
          <w:u w:val="single"/>
        </w:rPr>
        <w:t xml:space="preserve">: </w:t>
      </w:r>
      <w:r w:rsidRPr="009072EA">
        <w:rPr>
          <w:rFonts w:cs="Shruti"/>
          <w:b/>
          <w:u w:val="single"/>
          <w:lang w:val="en-IN" w:bidi="gu-IN"/>
        </w:rPr>
        <w:t>24021308803</w:t>
      </w:r>
    </w:p>
    <w:p w14:paraId="38C8C0B0" w14:textId="78ADE6F9" w:rsidR="00D56745" w:rsidRDefault="0012110B" w:rsidP="0012110B">
      <w:pPr>
        <w:pStyle w:val="Heading1"/>
        <w:jc w:val="center"/>
      </w:pPr>
      <w:r>
        <w:rPr>
          <w:rFonts w:cs="Shruti"/>
          <w:cs/>
          <w:lang w:bidi="gu-IN"/>
        </w:rPr>
        <w:t>શાળાની</w:t>
      </w:r>
      <w:r>
        <w:t xml:space="preserve"> </w:t>
      </w:r>
      <w:r>
        <w:rPr>
          <w:rFonts w:cs="Shruti"/>
          <w:cs/>
          <w:lang w:bidi="gu-IN"/>
        </w:rPr>
        <w:t>નીતિઓના</w:t>
      </w:r>
      <w:r>
        <w:t xml:space="preserve"> </w:t>
      </w:r>
      <w:r>
        <w:rPr>
          <w:rFonts w:cs="Shruti"/>
          <w:cs/>
          <w:lang w:bidi="gu-IN"/>
        </w:rPr>
        <w:t>અમલીકરણ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સમીક્ષાનો</w:t>
      </w:r>
      <w:r>
        <w:t xml:space="preserve"> </w:t>
      </w:r>
      <w:r w:rsidR="004A4F96">
        <w:rPr>
          <w:rFonts w:cs="Shruti"/>
          <w:cs/>
          <w:lang w:bidi="gu-IN"/>
        </w:rPr>
        <w:t>શાળાનો</w:t>
      </w:r>
      <w:r w:rsidR="004A4F96">
        <w:t xml:space="preserve"> </w:t>
      </w:r>
      <w:r w:rsidR="004A4F96">
        <w:rPr>
          <w:rFonts w:cs="Shruti"/>
          <w:cs/>
          <w:lang w:bidi="gu-IN"/>
        </w:rPr>
        <w:t>મિશન</w:t>
      </w:r>
      <w:r w:rsidR="004A4F96">
        <w:t xml:space="preserve">, </w:t>
      </w:r>
      <w:r w:rsidR="004A4F96">
        <w:rPr>
          <w:rFonts w:cs="Shruti"/>
          <w:cs/>
          <w:lang w:bidi="gu-IN"/>
        </w:rPr>
        <w:t>વિઝન</w:t>
      </w:r>
      <w:r w:rsidR="004A4F96">
        <w:t xml:space="preserve"> </w:t>
      </w:r>
      <w:r w:rsidR="004A4F96">
        <w:rPr>
          <w:rFonts w:cs="Shruti"/>
          <w:cs/>
          <w:lang w:bidi="gu-IN"/>
        </w:rPr>
        <w:t>અને</w:t>
      </w:r>
      <w:r w:rsidR="004A4F96">
        <w:t xml:space="preserve"> </w:t>
      </w:r>
      <w:r w:rsidR="004A4F96">
        <w:rPr>
          <w:rFonts w:cs="Shruti"/>
          <w:cs/>
          <w:lang w:bidi="gu-IN"/>
        </w:rPr>
        <w:t>નીતિઓનો</w:t>
      </w:r>
      <w:r w:rsidR="004A4F96">
        <w:t xml:space="preserve"> </w:t>
      </w:r>
      <w:r w:rsidR="004A4F96">
        <w:rPr>
          <w:rFonts w:cs="Shruti"/>
          <w:cs/>
          <w:lang w:bidi="gu-IN"/>
        </w:rPr>
        <w:t>દસ્તાવેજ</w:t>
      </w:r>
    </w:p>
    <w:p w14:paraId="0894EA4F" w14:textId="77777777" w:rsidR="00D56745" w:rsidRDefault="004A4F96" w:rsidP="00187CBC">
      <w:pPr>
        <w:spacing w:after="0" w:line="240" w:lineRule="auto"/>
        <w:jc w:val="center"/>
      </w:pPr>
      <w:r>
        <w:rPr>
          <w:i/>
        </w:rPr>
        <w:t xml:space="preserve">(SQAAF </w:t>
      </w:r>
      <w:r>
        <w:rPr>
          <w:rFonts w:cs="Shruti"/>
          <w:i/>
          <w:iCs/>
          <w:cs/>
          <w:lang w:bidi="gu-IN"/>
        </w:rPr>
        <w:t>ગુણોત્સવ</w:t>
      </w:r>
      <w:r>
        <w:rPr>
          <w:i/>
        </w:rPr>
        <w:t xml:space="preserve"> - </w:t>
      </w:r>
      <w:r>
        <w:rPr>
          <w:rFonts w:cs="Shruti"/>
          <w:i/>
          <w:iCs/>
          <w:cs/>
          <w:lang w:bidi="gu-IN"/>
        </w:rPr>
        <w:t>૨</w:t>
      </w:r>
      <w:r>
        <w:rPr>
          <w:i/>
        </w:rPr>
        <w:t>.</w:t>
      </w:r>
      <w:r>
        <w:rPr>
          <w:rFonts w:cs="Shruti"/>
          <w:i/>
          <w:iCs/>
          <w:cs/>
          <w:lang w:bidi="gu-IN"/>
        </w:rPr>
        <w:t>૦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ની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માર્ગદર્શિકા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મુજબ</w:t>
      </w:r>
      <w:r>
        <w:rPr>
          <w:i/>
        </w:rPr>
        <w:t>)</w:t>
      </w:r>
    </w:p>
    <w:p w14:paraId="53ED83B5" w14:textId="77777777" w:rsidR="00D56745" w:rsidRDefault="004A4F96" w:rsidP="004206A1">
      <w:pPr>
        <w:pStyle w:val="Heading2"/>
        <w:spacing w:line="240" w:lineRule="auto"/>
      </w:pPr>
      <w:r>
        <w:rPr>
          <w:rFonts w:cs="Shruti"/>
          <w:cs/>
          <w:lang w:bidi="gu-IN"/>
        </w:rPr>
        <w:t>૧</w:t>
      </w:r>
      <w:r>
        <w:t xml:space="preserve">. </w:t>
      </w:r>
      <w:r>
        <w:rPr>
          <w:rFonts w:cs="Shruti"/>
          <w:cs/>
          <w:lang w:bidi="gu-IN"/>
        </w:rPr>
        <w:t>શાળાનું</w:t>
      </w:r>
      <w:r>
        <w:t xml:space="preserve"> </w:t>
      </w:r>
      <w:r>
        <w:rPr>
          <w:rFonts w:cs="Shruti"/>
          <w:cs/>
          <w:lang w:bidi="gu-IN"/>
        </w:rPr>
        <w:t>વિઝન</w:t>
      </w:r>
      <w:r>
        <w:t xml:space="preserve"> (Vision - </w:t>
      </w:r>
      <w:r>
        <w:rPr>
          <w:rFonts w:cs="Shruti"/>
          <w:cs/>
          <w:lang w:bidi="gu-IN"/>
        </w:rPr>
        <w:t>દીર્ઘદ્રષ્ટિ</w:t>
      </w:r>
      <w:r>
        <w:t>)</w:t>
      </w:r>
    </w:p>
    <w:p w14:paraId="59E29AA2" w14:textId="77777777" w:rsidR="00D56745" w:rsidRDefault="004A4F96" w:rsidP="004206A1">
      <w:pPr>
        <w:spacing w:line="240" w:lineRule="auto"/>
      </w:pPr>
      <w:r>
        <w:rPr>
          <w:rFonts w:cs="Shruti"/>
          <w:cs/>
          <w:lang w:bidi="gu-IN"/>
        </w:rPr>
        <w:t>દરેક</w:t>
      </w:r>
      <w:r>
        <w:t xml:space="preserve"> </w:t>
      </w:r>
      <w:r>
        <w:rPr>
          <w:rFonts w:cs="Shruti"/>
          <w:cs/>
          <w:lang w:bidi="gu-IN"/>
        </w:rPr>
        <w:t>બાળકને</w:t>
      </w:r>
      <w:r>
        <w:t xml:space="preserve"> </w:t>
      </w:r>
      <w:r>
        <w:rPr>
          <w:rFonts w:cs="Shruti"/>
          <w:cs/>
          <w:lang w:bidi="gu-IN"/>
        </w:rPr>
        <w:t>ગુણવત્તાયુક્ત</w:t>
      </w:r>
      <w:r>
        <w:t xml:space="preserve"> </w:t>
      </w:r>
      <w:r>
        <w:rPr>
          <w:rFonts w:cs="Shruti"/>
          <w:cs/>
          <w:lang w:bidi="gu-IN"/>
        </w:rPr>
        <w:t>શિક્ષણ</w:t>
      </w:r>
      <w:r>
        <w:t xml:space="preserve"> </w:t>
      </w:r>
      <w:r>
        <w:rPr>
          <w:rFonts w:cs="Shruti"/>
          <w:cs/>
          <w:lang w:bidi="gu-IN"/>
        </w:rPr>
        <w:t>પ્રદાન</w:t>
      </w:r>
      <w:r>
        <w:t xml:space="preserve"> </w:t>
      </w:r>
      <w:r>
        <w:rPr>
          <w:rFonts w:cs="Shruti"/>
          <w:cs/>
          <w:lang w:bidi="gu-IN"/>
        </w:rPr>
        <w:t>કરી</w:t>
      </w:r>
      <w:r>
        <w:t xml:space="preserve">, </w:t>
      </w:r>
      <w:r>
        <w:rPr>
          <w:rFonts w:cs="Shruti"/>
          <w:cs/>
          <w:lang w:bidi="gu-IN"/>
        </w:rPr>
        <w:t>તેમનામાં</w:t>
      </w:r>
      <w:r>
        <w:t xml:space="preserve"> </w:t>
      </w:r>
      <w:r>
        <w:rPr>
          <w:rFonts w:cs="Shruti"/>
          <w:cs/>
          <w:lang w:bidi="gu-IN"/>
        </w:rPr>
        <w:t>રહેલી</w:t>
      </w:r>
      <w:r>
        <w:t xml:space="preserve"> </w:t>
      </w:r>
      <w:r>
        <w:rPr>
          <w:rFonts w:cs="Shruti"/>
          <w:cs/>
          <w:lang w:bidi="gu-IN"/>
        </w:rPr>
        <w:t>સુષુપ્ત</w:t>
      </w:r>
      <w:r>
        <w:t xml:space="preserve"> </w:t>
      </w:r>
      <w:r>
        <w:rPr>
          <w:rFonts w:cs="Shruti"/>
          <w:cs/>
          <w:lang w:bidi="gu-IN"/>
        </w:rPr>
        <w:t>શક્તિઓને</w:t>
      </w:r>
      <w:r>
        <w:t xml:space="preserve"> </w:t>
      </w:r>
      <w:r>
        <w:rPr>
          <w:rFonts w:cs="Shruti"/>
          <w:cs/>
          <w:lang w:bidi="gu-IN"/>
        </w:rPr>
        <w:t>ખીલવવી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તેમને</w:t>
      </w:r>
      <w:r>
        <w:t xml:space="preserve"> </w:t>
      </w:r>
      <w:r>
        <w:rPr>
          <w:rFonts w:cs="Shruti"/>
          <w:cs/>
          <w:lang w:bidi="gu-IN"/>
        </w:rPr>
        <w:t>૨૧મી</w:t>
      </w:r>
      <w:r>
        <w:t xml:space="preserve"> </w:t>
      </w:r>
      <w:r>
        <w:rPr>
          <w:rFonts w:cs="Shruti"/>
          <w:cs/>
          <w:lang w:bidi="gu-IN"/>
        </w:rPr>
        <w:t>સદીના</w:t>
      </w:r>
      <w:r>
        <w:t xml:space="preserve"> </w:t>
      </w:r>
      <w:r>
        <w:rPr>
          <w:rFonts w:cs="Shruti"/>
          <w:cs/>
          <w:lang w:bidi="gu-IN"/>
        </w:rPr>
        <w:t>પડકારો</w:t>
      </w:r>
      <w:r>
        <w:t xml:space="preserve"> </w:t>
      </w:r>
      <w:r>
        <w:rPr>
          <w:rFonts w:cs="Shruti"/>
          <w:cs/>
          <w:lang w:bidi="gu-IN"/>
        </w:rPr>
        <w:t>ઝીલી</w:t>
      </w:r>
      <w:r>
        <w:t xml:space="preserve"> </w:t>
      </w:r>
      <w:r>
        <w:rPr>
          <w:rFonts w:cs="Shruti"/>
          <w:cs/>
          <w:lang w:bidi="gu-IN"/>
        </w:rPr>
        <w:t>શકે</w:t>
      </w:r>
      <w:r>
        <w:t xml:space="preserve"> </w:t>
      </w:r>
      <w:r>
        <w:rPr>
          <w:rFonts w:cs="Shruti"/>
          <w:cs/>
          <w:lang w:bidi="gu-IN"/>
        </w:rPr>
        <w:t>તેવા</w:t>
      </w:r>
      <w:r>
        <w:t xml:space="preserve"> </w:t>
      </w:r>
      <w:r>
        <w:rPr>
          <w:rFonts w:cs="Shruti"/>
          <w:cs/>
          <w:lang w:bidi="gu-IN"/>
        </w:rPr>
        <w:t>આદર્શ</w:t>
      </w:r>
      <w:r>
        <w:t xml:space="preserve">, </w:t>
      </w:r>
      <w:r>
        <w:rPr>
          <w:rFonts w:cs="Shruti"/>
          <w:cs/>
          <w:lang w:bidi="gu-IN"/>
        </w:rPr>
        <w:t>સંસ્કારી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જવાબદાર</w:t>
      </w:r>
      <w:r>
        <w:t xml:space="preserve"> </w:t>
      </w:r>
      <w:r>
        <w:rPr>
          <w:rFonts w:cs="Shruti"/>
          <w:cs/>
          <w:lang w:bidi="gu-IN"/>
        </w:rPr>
        <w:t>નાગરિક</w:t>
      </w:r>
      <w:r>
        <w:t xml:space="preserve"> </w:t>
      </w:r>
      <w:r>
        <w:rPr>
          <w:rFonts w:cs="Shruti"/>
          <w:cs/>
          <w:lang w:bidi="gu-IN"/>
        </w:rPr>
        <w:t>બનાવવા</w:t>
      </w:r>
      <w:r>
        <w:t xml:space="preserve">. </w:t>
      </w:r>
      <w:r>
        <w:rPr>
          <w:rFonts w:cs="Shruti"/>
          <w:cs/>
          <w:lang w:bidi="gu-IN"/>
        </w:rPr>
        <w:t>શાળાને</w:t>
      </w:r>
      <w:r>
        <w:t xml:space="preserve"> </w:t>
      </w:r>
      <w:r>
        <w:rPr>
          <w:rFonts w:cs="Shruti"/>
          <w:cs/>
          <w:lang w:bidi="gu-IN"/>
        </w:rPr>
        <w:t>એક</w:t>
      </w:r>
      <w:r>
        <w:t xml:space="preserve"> </w:t>
      </w:r>
      <w:r>
        <w:rPr>
          <w:rFonts w:cs="Shruti"/>
          <w:cs/>
          <w:lang w:bidi="gu-IN"/>
        </w:rPr>
        <w:t>એવું</w:t>
      </w:r>
      <w:r>
        <w:t xml:space="preserve"> </w:t>
      </w:r>
      <w:r>
        <w:rPr>
          <w:rFonts w:cs="Shruti"/>
          <w:cs/>
          <w:lang w:bidi="gu-IN"/>
        </w:rPr>
        <w:t>વિદ્યામંદિર</w:t>
      </w:r>
      <w:r>
        <w:t xml:space="preserve"> </w:t>
      </w:r>
      <w:r>
        <w:rPr>
          <w:rFonts w:cs="Shruti"/>
          <w:cs/>
          <w:lang w:bidi="gu-IN"/>
        </w:rPr>
        <w:t>બનાવવું</w:t>
      </w:r>
      <w:r>
        <w:t xml:space="preserve"> </w:t>
      </w:r>
      <w:r>
        <w:rPr>
          <w:rFonts w:cs="Shruti"/>
          <w:cs/>
          <w:lang w:bidi="gu-IN"/>
        </w:rPr>
        <w:t>જ્યાં</w:t>
      </w:r>
      <w:r>
        <w:t xml:space="preserve"> </w:t>
      </w:r>
      <w:r>
        <w:rPr>
          <w:rFonts w:cs="Shruti"/>
          <w:cs/>
          <w:lang w:bidi="gu-IN"/>
        </w:rPr>
        <w:t>ભયમુક્ત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સર્વસમાવેશી</w:t>
      </w:r>
      <w:r>
        <w:t xml:space="preserve"> </w:t>
      </w:r>
      <w:r>
        <w:rPr>
          <w:rFonts w:cs="Shruti"/>
          <w:cs/>
          <w:lang w:bidi="gu-IN"/>
        </w:rPr>
        <w:t>વાતાવરણમાં</w:t>
      </w:r>
      <w:r>
        <w:t xml:space="preserve"> </w:t>
      </w:r>
      <w:r>
        <w:rPr>
          <w:rFonts w:cs="Shruti"/>
          <w:cs/>
          <w:lang w:bidi="gu-IN"/>
        </w:rPr>
        <w:t>દરેક</w:t>
      </w:r>
      <w:r>
        <w:t xml:space="preserve"> </w:t>
      </w:r>
      <w:r>
        <w:rPr>
          <w:rFonts w:cs="Shruti"/>
          <w:cs/>
          <w:lang w:bidi="gu-IN"/>
        </w:rPr>
        <w:t>બાળકનો</w:t>
      </w:r>
      <w:r>
        <w:t xml:space="preserve"> </w:t>
      </w:r>
      <w:r>
        <w:rPr>
          <w:rFonts w:cs="Shruti"/>
          <w:cs/>
          <w:lang w:bidi="gu-IN"/>
        </w:rPr>
        <w:t>સર્વાંગી</w:t>
      </w:r>
      <w:r>
        <w:t xml:space="preserve"> </w:t>
      </w:r>
      <w:r>
        <w:rPr>
          <w:rFonts w:cs="Shruti"/>
          <w:cs/>
          <w:lang w:bidi="gu-IN"/>
        </w:rPr>
        <w:t>વિકાસ</w:t>
      </w:r>
      <w:r>
        <w:t xml:space="preserve"> </w:t>
      </w:r>
      <w:r>
        <w:rPr>
          <w:rFonts w:cs="Shruti"/>
          <w:cs/>
          <w:lang w:bidi="gu-IN"/>
        </w:rPr>
        <w:t>થાય</w:t>
      </w:r>
      <w:r>
        <w:t>.</w:t>
      </w:r>
    </w:p>
    <w:p w14:paraId="6553178F" w14:textId="77777777" w:rsidR="00D56745" w:rsidRDefault="004A4F96" w:rsidP="004206A1">
      <w:pPr>
        <w:pStyle w:val="Heading2"/>
        <w:spacing w:line="240" w:lineRule="auto"/>
      </w:pPr>
      <w:r>
        <w:rPr>
          <w:rFonts w:cs="Shruti"/>
          <w:cs/>
          <w:lang w:bidi="gu-IN"/>
        </w:rPr>
        <w:t>૨</w:t>
      </w:r>
      <w:r>
        <w:t xml:space="preserve">. </w:t>
      </w:r>
      <w:r>
        <w:rPr>
          <w:rFonts w:cs="Shruti"/>
          <w:cs/>
          <w:lang w:bidi="gu-IN"/>
        </w:rPr>
        <w:t>શાળાનું</w:t>
      </w:r>
      <w:r>
        <w:t xml:space="preserve"> </w:t>
      </w:r>
      <w:r>
        <w:rPr>
          <w:rFonts w:cs="Shruti"/>
          <w:cs/>
          <w:lang w:bidi="gu-IN"/>
        </w:rPr>
        <w:t>મિશન</w:t>
      </w:r>
      <w:r>
        <w:t xml:space="preserve"> (Mission - </w:t>
      </w:r>
      <w:r>
        <w:rPr>
          <w:rFonts w:cs="Shruti"/>
          <w:cs/>
          <w:lang w:bidi="gu-IN"/>
        </w:rPr>
        <w:t>ધ્યેય</w:t>
      </w:r>
      <w:r>
        <w:t>)</w:t>
      </w:r>
    </w:p>
    <w:p w14:paraId="3FBBB991" w14:textId="77777777" w:rsidR="00D56745" w:rsidRDefault="004A4F96" w:rsidP="004206A1">
      <w:pPr>
        <w:spacing w:line="240" w:lineRule="auto"/>
      </w:pPr>
      <w:r>
        <w:rPr>
          <w:rFonts w:cs="Shruti"/>
          <w:cs/>
          <w:lang w:bidi="gu-IN"/>
        </w:rPr>
        <w:t>અમારા</w:t>
      </w:r>
      <w:r>
        <w:t xml:space="preserve"> </w:t>
      </w:r>
      <w:r>
        <w:rPr>
          <w:rFonts w:cs="Shruti"/>
          <w:cs/>
          <w:lang w:bidi="gu-IN"/>
        </w:rPr>
        <w:t>વિઝનને</w:t>
      </w:r>
      <w:r>
        <w:t xml:space="preserve"> </w:t>
      </w:r>
      <w:r>
        <w:rPr>
          <w:rFonts w:cs="Shruti"/>
          <w:cs/>
          <w:lang w:bidi="gu-IN"/>
        </w:rPr>
        <w:t>સાકાર</w:t>
      </w:r>
      <w:r>
        <w:t xml:space="preserve"> </w:t>
      </w:r>
      <w:r>
        <w:rPr>
          <w:rFonts w:cs="Shruti"/>
          <w:cs/>
          <w:lang w:bidi="gu-IN"/>
        </w:rPr>
        <w:t>કરવા</w:t>
      </w:r>
      <w:r>
        <w:t xml:space="preserve"> </w:t>
      </w:r>
      <w:r>
        <w:rPr>
          <w:rFonts w:cs="Shruti"/>
          <w:cs/>
          <w:lang w:bidi="gu-IN"/>
        </w:rPr>
        <w:t>માટે</w:t>
      </w:r>
      <w:r>
        <w:t xml:space="preserve"> </w:t>
      </w:r>
      <w:r>
        <w:rPr>
          <w:rFonts w:cs="Shruti"/>
          <w:cs/>
          <w:lang w:bidi="gu-IN"/>
        </w:rPr>
        <w:t>શાળા</w:t>
      </w:r>
      <w:r>
        <w:t xml:space="preserve"> </w:t>
      </w:r>
      <w:r>
        <w:rPr>
          <w:rFonts w:cs="Shruti"/>
          <w:cs/>
          <w:lang w:bidi="gu-IN"/>
        </w:rPr>
        <w:t>નીચે</w:t>
      </w:r>
      <w:r>
        <w:t xml:space="preserve"> </w:t>
      </w:r>
      <w:r>
        <w:rPr>
          <w:rFonts w:cs="Shruti"/>
          <w:cs/>
          <w:lang w:bidi="gu-IN"/>
        </w:rPr>
        <w:t>મુજબના</w:t>
      </w:r>
      <w:r>
        <w:t xml:space="preserve"> </w:t>
      </w:r>
      <w:r>
        <w:rPr>
          <w:rFonts w:cs="Shruti"/>
          <w:cs/>
          <w:lang w:bidi="gu-IN"/>
        </w:rPr>
        <w:t>ધ્યેયો</w:t>
      </w:r>
      <w:r>
        <w:t xml:space="preserve"> (Mission) </w:t>
      </w:r>
      <w:r>
        <w:rPr>
          <w:rFonts w:cs="Shruti"/>
          <w:cs/>
          <w:lang w:bidi="gu-IN"/>
        </w:rPr>
        <w:t>પર</w:t>
      </w:r>
      <w:r>
        <w:t xml:space="preserve"> </w:t>
      </w:r>
      <w:r>
        <w:rPr>
          <w:rFonts w:cs="Shruti"/>
          <w:cs/>
          <w:lang w:bidi="gu-IN"/>
        </w:rPr>
        <w:t>કાર્ય</w:t>
      </w:r>
      <w:r>
        <w:t xml:space="preserve"> </w:t>
      </w:r>
      <w:r>
        <w:rPr>
          <w:rFonts w:cs="Shruti"/>
          <w:cs/>
          <w:lang w:bidi="gu-IN"/>
        </w:rPr>
        <w:t>કરવા</w:t>
      </w:r>
      <w:r>
        <w:t xml:space="preserve"> </w:t>
      </w:r>
      <w:r>
        <w:rPr>
          <w:rFonts w:cs="Shruti"/>
          <w:cs/>
          <w:lang w:bidi="gu-IN"/>
        </w:rPr>
        <w:t>કટિબદ્ધ</w:t>
      </w:r>
      <w:r>
        <w:t xml:space="preserve"> </w:t>
      </w:r>
      <w:r>
        <w:rPr>
          <w:rFonts w:cs="Shruti"/>
          <w:cs/>
          <w:lang w:bidi="gu-IN"/>
        </w:rPr>
        <w:t>છે</w:t>
      </w:r>
      <w:r>
        <w:t>:</w:t>
      </w:r>
    </w:p>
    <w:p w14:paraId="1FCAC9BE" w14:textId="77777777" w:rsidR="00D56745" w:rsidRDefault="004A4F96" w:rsidP="004206A1">
      <w:pPr>
        <w:pStyle w:val="ListBullet"/>
        <w:spacing w:line="240" w:lineRule="auto"/>
      </w:pPr>
      <w:r>
        <w:rPr>
          <w:rFonts w:cs="Shruti"/>
          <w:cs/>
          <w:lang w:bidi="gu-IN"/>
        </w:rPr>
        <w:t>રાષ્ટ્રીય</w:t>
      </w:r>
      <w:r>
        <w:t xml:space="preserve"> </w:t>
      </w:r>
      <w:r>
        <w:rPr>
          <w:rFonts w:cs="Shruti"/>
          <w:cs/>
          <w:lang w:bidi="gu-IN"/>
        </w:rPr>
        <w:t>શિક્ષણ</w:t>
      </w:r>
      <w:r>
        <w:t xml:space="preserve"> </w:t>
      </w:r>
      <w:r>
        <w:rPr>
          <w:rFonts w:cs="Shruti"/>
          <w:cs/>
          <w:lang w:bidi="gu-IN"/>
        </w:rPr>
        <w:t>નીતિ</w:t>
      </w:r>
      <w:r>
        <w:t xml:space="preserve"> (NEP-2020)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રાજ્ય</w:t>
      </w:r>
      <w:r>
        <w:t xml:space="preserve"> </w:t>
      </w:r>
      <w:r>
        <w:rPr>
          <w:rFonts w:cs="Shruti"/>
          <w:cs/>
          <w:lang w:bidi="gu-IN"/>
        </w:rPr>
        <w:t>અભ્યાસક્રમ</w:t>
      </w:r>
      <w:r>
        <w:t xml:space="preserve"> </w:t>
      </w:r>
      <w:r>
        <w:rPr>
          <w:rFonts w:cs="Shruti"/>
          <w:cs/>
          <w:lang w:bidi="gu-IN"/>
        </w:rPr>
        <w:t>રૂપરેખા</w:t>
      </w:r>
      <w:r>
        <w:t xml:space="preserve"> (SCF) </w:t>
      </w:r>
      <w:r>
        <w:rPr>
          <w:rFonts w:cs="Shruti"/>
          <w:cs/>
          <w:lang w:bidi="gu-IN"/>
        </w:rPr>
        <w:t>ની</w:t>
      </w:r>
      <w:r>
        <w:t xml:space="preserve"> </w:t>
      </w:r>
      <w:r>
        <w:rPr>
          <w:rFonts w:cs="Shruti"/>
          <w:cs/>
          <w:lang w:bidi="gu-IN"/>
        </w:rPr>
        <w:t>માર્ગદર્શિકા</w:t>
      </w:r>
      <w:r>
        <w:t xml:space="preserve"> </w:t>
      </w:r>
      <w:r>
        <w:rPr>
          <w:rFonts w:cs="Shruti"/>
          <w:cs/>
          <w:lang w:bidi="gu-IN"/>
        </w:rPr>
        <w:t>મુજબ</w:t>
      </w:r>
      <w:r>
        <w:t xml:space="preserve"> </w:t>
      </w:r>
      <w:r>
        <w:rPr>
          <w:rFonts w:cs="Shruti"/>
          <w:cs/>
          <w:lang w:bidi="gu-IN"/>
        </w:rPr>
        <w:t>અધ્યયન</w:t>
      </w:r>
      <w:r>
        <w:t>-</w:t>
      </w:r>
      <w:r>
        <w:rPr>
          <w:rFonts w:cs="Shruti"/>
          <w:cs/>
          <w:lang w:bidi="gu-IN"/>
        </w:rPr>
        <w:t>અધ્યાપન</w:t>
      </w:r>
      <w:r>
        <w:t xml:space="preserve"> </w:t>
      </w:r>
      <w:r>
        <w:rPr>
          <w:rFonts w:cs="Shruti"/>
          <w:cs/>
          <w:lang w:bidi="gu-IN"/>
        </w:rPr>
        <w:t>પ્રક્રિયા</w:t>
      </w:r>
      <w:r>
        <w:t xml:space="preserve"> </w:t>
      </w:r>
      <w:r>
        <w:rPr>
          <w:rFonts w:cs="Shruti"/>
          <w:cs/>
          <w:lang w:bidi="gu-IN"/>
        </w:rPr>
        <w:t>સુનિશ્ચિત</w:t>
      </w:r>
      <w:r>
        <w:t xml:space="preserve"> </w:t>
      </w:r>
      <w:r>
        <w:rPr>
          <w:rFonts w:cs="Shruti"/>
          <w:cs/>
          <w:lang w:bidi="gu-IN"/>
        </w:rPr>
        <w:t>કરવી</w:t>
      </w:r>
      <w:r>
        <w:t>.</w:t>
      </w:r>
    </w:p>
    <w:p w14:paraId="41AA3E3D" w14:textId="77777777" w:rsidR="00D56745" w:rsidRDefault="004A4F96" w:rsidP="004206A1">
      <w:pPr>
        <w:pStyle w:val="ListBullet"/>
        <w:spacing w:line="240" w:lineRule="auto"/>
      </w:pPr>
      <w:r>
        <w:rPr>
          <w:rFonts w:cs="Shruti"/>
          <w:cs/>
          <w:lang w:bidi="gu-IN"/>
        </w:rPr>
        <w:t>બાળકો</w:t>
      </w:r>
      <w:r>
        <w:t xml:space="preserve"> </w:t>
      </w:r>
      <w:r>
        <w:rPr>
          <w:rFonts w:cs="Shruti"/>
          <w:cs/>
          <w:lang w:bidi="gu-IN"/>
        </w:rPr>
        <w:t>માટે</w:t>
      </w:r>
      <w:r>
        <w:t xml:space="preserve"> </w:t>
      </w:r>
      <w:r>
        <w:rPr>
          <w:rFonts w:cs="Shruti"/>
          <w:cs/>
          <w:lang w:bidi="gu-IN"/>
        </w:rPr>
        <w:t>ભયમુક્ત</w:t>
      </w:r>
      <w:r>
        <w:t xml:space="preserve">, </w:t>
      </w:r>
      <w:r>
        <w:rPr>
          <w:rFonts w:cs="Shruti"/>
          <w:cs/>
          <w:lang w:bidi="gu-IN"/>
        </w:rPr>
        <w:t>આનંદદાયી</w:t>
      </w:r>
      <w:r>
        <w:t xml:space="preserve">,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સુરક્ષિત</w:t>
      </w:r>
      <w:r>
        <w:t xml:space="preserve"> </w:t>
      </w:r>
      <w:r>
        <w:rPr>
          <w:rFonts w:cs="Shruti"/>
          <w:cs/>
          <w:lang w:bidi="gu-IN"/>
        </w:rPr>
        <w:t>શૈક્ષણિક</w:t>
      </w:r>
      <w:r>
        <w:t xml:space="preserve"> </w:t>
      </w:r>
      <w:r>
        <w:rPr>
          <w:rFonts w:cs="Shruti"/>
          <w:cs/>
          <w:lang w:bidi="gu-IN"/>
        </w:rPr>
        <w:t>વાતાવરણ</w:t>
      </w:r>
      <w:r>
        <w:t xml:space="preserve"> </w:t>
      </w:r>
      <w:r>
        <w:rPr>
          <w:rFonts w:cs="Shruti"/>
          <w:cs/>
          <w:lang w:bidi="gu-IN"/>
        </w:rPr>
        <w:t>પૂરું</w:t>
      </w:r>
      <w:r>
        <w:t xml:space="preserve"> </w:t>
      </w:r>
      <w:r>
        <w:rPr>
          <w:rFonts w:cs="Shruti"/>
          <w:cs/>
          <w:lang w:bidi="gu-IN"/>
        </w:rPr>
        <w:t>પાડવું</w:t>
      </w:r>
      <w:r>
        <w:t>.</w:t>
      </w:r>
    </w:p>
    <w:p w14:paraId="3B227730" w14:textId="77777777" w:rsidR="00D56745" w:rsidRDefault="004A4F96" w:rsidP="004206A1">
      <w:pPr>
        <w:pStyle w:val="ListBullet"/>
        <w:spacing w:line="240" w:lineRule="auto"/>
      </w:pPr>
      <w:r>
        <w:rPr>
          <w:rFonts w:cs="Shruti"/>
          <w:cs/>
          <w:lang w:bidi="gu-IN"/>
        </w:rPr>
        <w:t>સતત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સર્વગ્રાહી</w:t>
      </w:r>
      <w:r>
        <w:t xml:space="preserve"> </w:t>
      </w:r>
      <w:r>
        <w:rPr>
          <w:rFonts w:cs="Shruti"/>
          <w:cs/>
          <w:lang w:bidi="gu-IN"/>
        </w:rPr>
        <w:t>મૂલ્યાંકન</w:t>
      </w:r>
      <w:r>
        <w:t xml:space="preserve"> (CCE) </w:t>
      </w:r>
      <w:r>
        <w:rPr>
          <w:rFonts w:cs="Shruti"/>
          <w:cs/>
          <w:lang w:bidi="gu-IN"/>
        </w:rPr>
        <w:t>દ્વારા</w:t>
      </w:r>
      <w:r>
        <w:t xml:space="preserve"> </w:t>
      </w:r>
      <w:r>
        <w:rPr>
          <w:rFonts w:cs="Shruti"/>
          <w:cs/>
          <w:lang w:bidi="gu-IN"/>
        </w:rPr>
        <w:t>બાળકોના</w:t>
      </w:r>
      <w:r>
        <w:t xml:space="preserve"> </w:t>
      </w:r>
      <w:r>
        <w:rPr>
          <w:rFonts w:cs="Shruti"/>
          <w:cs/>
          <w:lang w:bidi="gu-IN"/>
        </w:rPr>
        <w:t>શૈક્ષણિક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સહ</w:t>
      </w:r>
      <w:r>
        <w:t>-</w:t>
      </w:r>
      <w:r>
        <w:rPr>
          <w:rFonts w:cs="Shruti"/>
          <w:cs/>
          <w:lang w:bidi="gu-IN"/>
        </w:rPr>
        <w:t>શૈક્ષણિક</w:t>
      </w:r>
      <w:r>
        <w:t xml:space="preserve"> </w:t>
      </w:r>
      <w:r>
        <w:rPr>
          <w:rFonts w:cs="Shruti"/>
          <w:cs/>
          <w:lang w:bidi="gu-IN"/>
        </w:rPr>
        <w:t>ક્ષેત્રોમાં</w:t>
      </w:r>
      <w:r>
        <w:t xml:space="preserve"> </w:t>
      </w:r>
      <w:r>
        <w:rPr>
          <w:rFonts w:cs="Shruti"/>
          <w:cs/>
          <w:lang w:bidi="gu-IN"/>
        </w:rPr>
        <w:t>વિકાસની</w:t>
      </w:r>
      <w:r>
        <w:t xml:space="preserve"> </w:t>
      </w:r>
      <w:r>
        <w:rPr>
          <w:rFonts w:cs="Shruti"/>
          <w:cs/>
          <w:lang w:bidi="gu-IN"/>
        </w:rPr>
        <w:t>નોંધ</w:t>
      </w:r>
      <w:r>
        <w:t xml:space="preserve"> </w:t>
      </w:r>
      <w:r>
        <w:rPr>
          <w:rFonts w:cs="Shruti"/>
          <w:cs/>
          <w:lang w:bidi="gu-IN"/>
        </w:rPr>
        <w:t>રાખવી</w:t>
      </w:r>
      <w:r>
        <w:t>.</w:t>
      </w:r>
    </w:p>
    <w:p w14:paraId="34433BCA" w14:textId="77777777" w:rsidR="00D56745" w:rsidRDefault="004A4F96" w:rsidP="004206A1">
      <w:pPr>
        <w:pStyle w:val="ListBullet"/>
        <w:spacing w:line="240" w:lineRule="auto"/>
      </w:pPr>
      <w:r>
        <w:rPr>
          <w:rFonts w:cs="Shruti"/>
          <w:cs/>
          <w:lang w:bidi="gu-IN"/>
        </w:rPr>
        <w:t>શાળા</w:t>
      </w:r>
      <w:r>
        <w:t xml:space="preserve"> </w:t>
      </w:r>
      <w:r>
        <w:rPr>
          <w:rFonts w:cs="Shruti"/>
          <w:cs/>
          <w:lang w:bidi="gu-IN"/>
        </w:rPr>
        <w:t>વ્યવસ્થાપન</w:t>
      </w:r>
      <w:r>
        <w:t xml:space="preserve"> </w:t>
      </w:r>
      <w:r>
        <w:rPr>
          <w:rFonts w:cs="Shruti"/>
          <w:cs/>
          <w:lang w:bidi="gu-IN"/>
        </w:rPr>
        <w:t>સમિતિ</w:t>
      </w:r>
      <w:r>
        <w:t xml:space="preserve"> (SMC), </w:t>
      </w:r>
      <w:r>
        <w:rPr>
          <w:rFonts w:cs="Shruti"/>
          <w:cs/>
          <w:lang w:bidi="gu-IN"/>
        </w:rPr>
        <w:t>વાલીઓ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સ્થાનિક</w:t>
      </w:r>
      <w:r>
        <w:t xml:space="preserve"> </w:t>
      </w:r>
      <w:r>
        <w:rPr>
          <w:rFonts w:cs="Shruti"/>
          <w:cs/>
          <w:lang w:bidi="gu-IN"/>
        </w:rPr>
        <w:t>સમુદાયના</w:t>
      </w:r>
      <w:r>
        <w:t xml:space="preserve"> </w:t>
      </w:r>
      <w:r>
        <w:rPr>
          <w:rFonts w:cs="Shruti"/>
          <w:cs/>
          <w:lang w:bidi="gu-IN"/>
        </w:rPr>
        <w:t>સક્રિય</w:t>
      </w:r>
      <w:r>
        <w:t xml:space="preserve"> </w:t>
      </w:r>
      <w:r>
        <w:rPr>
          <w:rFonts w:cs="Shruti"/>
          <w:cs/>
          <w:lang w:bidi="gu-IN"/>
        </w:rPr>
        <w:t>સહયોગથી</w:t>
      </w:r>
      <w:r>
        <w:t xml:space="preserve"> </w:t>
      </w:r>
      <w:r>
        <w:rPr>
          <w:rFonts w:cs="Shruti"/>
          <w:cs/>
          <w:lang w:bidi="gu-IN"/>
        </w:rPr>
        <w:t>શાળાની</w:t>
      </w:r>
      <w:r>
        <w:t xml:space="preserve"> </w:t>
      </w:r>
      <w:r>
        <w:rPr>
          <w:rFonts w:cs="Shruti"/>
          <w:cs/>
          <w:lang w:bidi="gu-IN"/>
        </w:rPr>
        <w:t>ભૌતિક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શૈક્ષણિક</w:t>
      </w:r>
      <w:r>
        <w:t xml:space="preserve"> </w:t>
      </w:r>
      <w:r>
        <w:rPr>
          <w:rFonts w:cs="Shruti"/>
          <w:cs/>
          <w:lang w:bidi="gu-IN"/>
        </w:rPr>
        <w:t>ગુણવત્તામાં</w:t>
      </w:r>
      <w:r>
        <w:t xml:space="preserve"> </w:t>
      </w:r>
      <w:r>
        <w:rPr>
          <w:rFonts w:cs="Shruti"/>
          <w:cs/>
          <w:lang w:bidi="gu-IN"/>
        </w:rPr>
        <w:t>સતત</w:t>
      </w:r>
      <w:r>
        <w:t xml:space="preserve"> </w:t>
      </w:r>
      <w:r>
        <w:rPr>
          <w:rFonts w:cs="Shruti"/>
          <w:cs/>
          <w:lang w:bidi="gu-IN"/>
        </w:rPr>
        <w:t>વધારો</w:t>
      </w:r>
      <w:r>
        <w:t xml:space="preserve"> </w:t>
      </w:r>
      <w:r>
        <w:rPr>
          <w:rFonts w:cs="Shruti"/>
          <w:cs/>
          <w:lang w:bidi="gu-IN"/>
        </w:rPr>
        <w:t>કરવો</w:t>
      </w:r>
      <w:r>
        <w:t>.</w:t>
      </w:r>
    </w:p>
    <w:p w14:paraId="12597593" w14:textId="77777777" w:rsidR="00D56745" w:rsidRDefault="004A4F96" w:rsidP="004206A1">
      <w:pPr>
        <w:pStyle w:val="ListBullet"/>
        <w:spacing w:line="240" w:lineRule="auto"/>
      </w:pPr>
      <w:r>
        <w:rPr>
          <w:rFonts w:cs="Shruti"/>
          <w:cs/>
          <w:lang w:bidi="gu-IN"/>
        </w:rPr>
        <w:t>બાળકોમાં</w:t>
      </w:r>
      <w:r>
        <w:t xml:space="preserve"> </w:t>
      </w:r>
      <w:r>
        <w:rPr>
          <w:rFonts w:cs="Shruti"/>
          <w:cs/>
          <w:lang w:bidi="gu-IN"/>
        </w:rPr>
        <w:t>નૈતિક</w:t>
      </w:r>
      <w:r>
        <w:t xml:space="preserve"> </w:t>
      </w:r>
      <w:r>
        <w:rPr>
          <w:rFonts w:cs="Shruti"/>
          <w:cs/>
          <w:lang w:bidi="gu-IN"/>
        </w:rPr>
        <w:t>મૂલ્યો</w:t>
      </w:r>
      <w:r>
        <w:t xml:space="preserve">, </w:t>
      </w:r>
      <w:r>
        <w:rPr>
          <w:rFonts w:cs="Shruti"/>
          <w:cs/>
          <w:lang w:bidi="gu-IN"/>
        </w:rPr>
        <w:t>સ્વચ્છતા</w:t>
      </w:r>
      <w:r>
        <w:t xml:space="preserve">, </w:t>
      </w:r>
      <w:r>
        <w:rPr>
          <w:rFonts w:cs="Shruti"/>
          <w:cs/>
          <w:lang w:bidi="gu-IN"/>
        </w:rPr>
        <w:t>પર્યાવરણ</w:t>
      </w:r>
      <w:r>
        <w:t xml:space="preserve"> </w:t>
      </w:r>
      <w:r>
        <w:rPr>
          <w:rFonts w:cs="Shruti"/>
          <w:cs/>
          <w:lang w:bidi="gu-IN"/>
        </w:rPr>
        <w:t>પ્રેમ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રાષ્ટ્રપ્રેમનું</w:t>
      </w:r>
      <w:r>
        <w:t xml:space="preserve"> </w:t>
      </w:r>
      <w:r>
        <w:rPr>
          <w:rFonts w:cs="Shruti"/>
          <w:cs/>
          <w:lang w:bidi="gu-IN"/>
        </w:rPr>
        <w:t>સિંચન</w:t>
      </w:r>
      <w:r>
        <w:t xml:space="preserve"> </w:t>
      </w:r>
      <w:r>
        <w:rPr>
          <w:rFonts w:cs="Shruti"/>
          <w:cs/>
          <w:lang w:bidi="gu-IN"/>
        </w:rPr>
        <w:t>કરવું</w:t>
      </w:r>
      <w:r>
        <w:t>.</w:t>
      </w:r>
    </w:p>
    <w:p w14:paraId="0D003CEE" w14:textId="77777777" w:rsidR="00D56745" w:rsidRDefault="00D56745" w:rsidP="004206A1">
      <w:pPr>
        <w:spacing w:line="240" w:lineRule="auto"/>
      </w:pPr>
    </w:p>
    <w:p w14:paraId="5D2E3699" w14:textId="77777777" w:rsidR="00D56745" w:rsidRDefault="004A4F96" w:rsidP="004206A1">
      <w:pPr>
        <w:pStyle w:val="Heading2"/>
        <w:spacing w:line="240" w:lineRule="auto"/>
      </w:pPr>
      <w:r>
        <w:rPr>
          <w:rFonts w:cs="Shruti"/>
          <w:cs/>
          <w:lang w:bidi="gu-IN"/>
        </w:rPr>
        <w:t>૩</w:t>
      </w:r>
      <w:r>
        <w:t xml:space="preserve">. </w:t>
      </w:r>
      <w:r>
        <w:rPr>
          <w:rFonts w:cs="Shruti"/>
          <w:cs/>
          <w:lang w:bidi="gu-IN"/>
        </w:rPr>
        <w:t>શાળાના</w:t>
      </w:r>
      <w:r>
        <w:t xml:space="preserve"> </w:t>
      </w:r>
      <w:r>
        <w:rPr>
          <w:rFonts w:cs="Shruti"/>
          <w:cs/>
          <w:lang w:bidi="gu-IN"/>
        </w:rPr>
        <w:t>મૂળભૂત</w:t>
      </w:r>
      <w:r>
        <w:t xml:space="preserve"> </w:t>
      </w:r>
      <w:r>
        <w:rPr>
          <w:rFonts w:cs="Shruti"/>
          <w:cs/>
          <w:lang w:bidi="gu-IN"/>
        </w:rPr>
        <w:t>મૂલ્યો</w:t>
      </w:r>
      <w:r>
        <w:t xml:space="preserve"> (Core Values)</w:t>
      </w:r>
    </w:p>
    <w:p w14:paraId="50F17801" w14:textId="77777777" w:rsidR="00D56745" w:rsidRDefault="004A4F96" w:rsidP="004206A1">
      <w:pPr>
        <w:spacing w:line="240" w:lineRule="auto"/>
      </w:pPr>
      <w:r>
        <w:rPr>
          <w:rFonts w:cs="Shruti"/>
          <w:b/>
          <w:bCs/>
          <w:cs/>
          <w:lang w:bidi="gu-IN"/>
        </w:rPr>
        <w:t>સમાનતા</w:t>
      </w:r>
      <w:r>
        <w:rPr>
          <w:b/>
        </w:rPr>
        <w:t xml:space="preserve"> (Equality) : </w:t>
      </w:r>
      <w:r>
        <w:rPr>
          <w:rFonts w:cs="Shruti"/>
          <w:cs/>
          <w:lang w:bidi="gu-IN"/>
        </w:rPr>
        <w:t>દરેક</w:t>
      </w:r>
      <w:r>
        <w:t xml:space="preserve"> </w:t>
      </w:r>
      <w:r>
        <w:rPr>
          <w:rFonts w:cs="Shruti"/>
          <w:cs/>
          <w:lang w:bidi="gu-IN"/>
        </w:rPr>
        <w:t>બાળક</w:t>
      </w:r>
      <w:r>
        <w:t xml:space="preserve"> </w:t>
      </w:r>
      <w:r>
        <w:rPr>
          <w:rFonts w:cs="Shruti"/>
          <w:cs/>
          <w:lang w:bidi="gu-IN"/>
        </w:rPr>
        <w:t>સાથે</w:t>
      </w:r>
      <w:r>
        <w:t xml:space="preserve"> </w:t>
      </w:r>
      <w:r>
        <w:rPr>
          <w:rFonts w:cs="Shruti"/>
          <w:cs/>
          <w:lang w:bidi="gu-IN"/>
        </w:rPr>
        <w:t>જાતિ</w:t>
      </w:r>
      <w:r>
        <w:t xml:space="preserve">, </w:t>
      </w:r>
      <w:r>
        <w:rPr>
          <w:rFonts w:cs="Shruti"/>
          <w:cs/>
          <w:lang w:bidi="gu-IN"/>
        </w:rPr>
        <w:t>ધર્મ</w:t>
      </w:r>
      <w:r>
        <w:t xml:space="preserve"> </w:t>
      </w:r>
      <w:r>
        <w:rPr>
          <w:rFonts w:cs="Shruti"/>
          <w:cs/>
          <w:lang w:bidi="gu-IN"/>
        </w:rPr>
        <w:t>કે</w:t>
      </w:r>
      <w:r>
        <w:t xml:space="preserve"> </w:t>
      </w:r>
      <w:r>
        <w:rPr>
          <w:rFonts w:cs="Shruti"/>
          <w:cs/>
          <w:lang w:bidi="gu-IN"/>
        </w:rPr>
        <w:t>લિંગના</w:t>
      </w:r>
      <w:r>
        <w:t xml:space="preserve"> </w:t>
      </w:r>
      <w:r>
        <w:rPr>
          <w:rFonts w:cs="Shruti"/>
          <w:cs/>
          <w:lang w:bidi="gu-IN"/>
        </w:rPr>
        <w:t>ભેદભાવ</w:t>
      </w:r>
      <w:r>
        <w:t xml:space="preserve"> </w:t>
      </w:r>
      <w:r>
        <w:rPr>
          <w:rFonts w:cs="Shruti"/>
          <w:cs/>
          <w:lang w:bidi="gu-IN"/>
        </w:rPr>
        <w:t>વિના</w:t>
      </w:r>
      <w:r>
        <w:t xml:space="preserve"> </w:t>
      </w:r>
      <w:r>
        <w:rPr>
          <w:rFonts w:cs="Shruti"/>
          <w:cs/>
          <w:lang w:bidi="gu-IN"/>
        </w:rPr>
        <w:t>સમાન</w:t>
      </w:r>
      <w:r>
        <w:t xml:space="preserve"> </w:t>
      </w:r>
      <w:r>
        <w:rPr>
          <w:rFonts w:cs="Shruti"/>
          <w:cs/>
          <w:lang w:bidi="gu-IN"/>
        </w:rPr>
        <w:t>વ્યવહાર</w:t>
      </w:r>
      <w:r>
        <w:t>.</w:t>
      </w:r>
    </w:p>
    <w:p w14:paraId="5A9591D5" w14:textId="77777777" w:rsidR="00D56745" w:rsidRDefault="004A4F96" w:rsidP="004206A1">
      <w:pPr>
        <w:spacing w:line="240" w:lineRule="auto"/>
      </w:pPr>
      <w:r>
        <w:rPr>
          <w:rFonts w:cs="Shruti"/>
          <w:b/>
          <w:bCs/>
          <w:cs/>
          <w:lang w:bidi="gu-IN"/>
        </w:rPr>
        <w:t>પ્રામાણિકતા</w:t>
      </w:r>
      <w:r>
        <w:rPr>
          <w:b/>
        </w:rPr>
        <w:t xml:space="preserve"> (Integrity) : </w:t>
      </w:r>
      <w:r>
        <w:rPr>
          <w:rFonts w:cs="Shruti"/>
          <w:cs/>
          <w:lang w:bidi="gu-IN"/>
        </w:rPr>
        <w:t>શાળાના</w:t>
      </w:r>
      <w:r>
        <w:t xml:space="preserve"> </w:t>
      </w:r>
      <w:r>
        <w:rPr>
          <w:rFonts w:cs="Shruti"/>
          <w:cs/>
          <w:lang w:bidi="gu-IN"/>
        </w:rPr>
        <w:t>તમામ</w:t>
      </w:r>
      <w:r>
        <w:t xml:space="preserve"> </w:t>
      </w:r>
      <w:r>
        <w:rPr>
          <w:rFonts w:cs="Shruti"/>
          <w:cs/>
          <w:lang w:bidi="gu-IN"/>
        </w:rPr>
        <w:t>કાર્યોમાં</w:t>
      </w:r>
      <w:r>
        <w:t xml:space="preserve"> </w:t>
      </w:r>
      <w:r>
        <w:rPr>
          <w:rFonts w:cs="Shruti"/>
          <w:cs/>
          <w:lang w:bidi="gu-IN"/>
        </w:rPr>
        <w:t>પારદર્શિતા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નીતિમત્તા</w:t>
      </w:r>
      <w:r>
        <w:t>.</w:t>
      </w:r>
    </w:p>
    <w:p w14:paraId="37087F8E" w14:textId="77777777" w:rsidR="00D56745" w:rsidRDefault="004A4F96" w:rsidP="004206A1">
      <w:pPr>
        <w:spacing w:line="240" w:lineRule="auto"/>
      </w:pPr>
      <w:r>
        <w:rPr>
          <w:rFonts w:cs="Shruti"/>
          <w:b/>
          <w:bCs/>
          <w:cs/>
          <w:lang w:bidi="gu-IN"/>
        </w:rPr>
        <w:t>સમાવેશીતા</w:t>
      </w:r>
      <w:r>
        <w:rPr>
          <w:b/>
        </w:rPr>
        <w:t xml:space="preserve"> (Inclusivity) : </w:t>
      </w:r>
      <w:r>
        <w:rPr>
          <w:rFonts w:cs="Shruti"/>
          <w:cs/>
          <w:lang w:bidi="gu-IN"/>
        </w:rPr>
        <w:t>દરેક</w:t>
      </w:r>
      <w:r>
        <w:t xml:space="preserve"> </w:t>
      </w:r>
      <w:r>
        <w:rPr>
          <w:rFonts w:cs="Shruti"/>
          <w:cs/>
          <w:lang w:bidi="gu-IN"/>
        </w:rPr>
        <w:t>પ્રકારના</w:t>
      </w:r>
      <w:r>
        <w:t xml:space="preserve"> (</w:t>
      </w:r>
      <w:r>
        <w:rPr>
          <w:rFonts w:cs="Shruti"/>
          <w:cs/>
          <w:lang w:bidi="gu-IN"/>
        </w:rPr>
        <w:t>સામાન્ય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દિવ્યાંગ</w:t>
      </w:r>
      <w:r>
        <w:t xml:space="preserve">) </w:t>
      </w:r>
      <w:r>
        <w:rPr>
          <w:rFonts w:cs="Shruti"/>
          <w:cs/>
          <w:lang w:bidi="gu-IN"/>
        </w:rPr>
        <w:t>બાળકોને</w:t>
      </w:r>
      <w:r>
        <w:t xml:space="preserve"> </w:t>
      </w:r>
      <w:r>
        <w:rPr>
          <w:rFonts w:cs="Shruti"/>
          <w:cs/>
          <w:lang w:bidi="gu-IN"/>
        </w:rPr>
        <w:t>સાથે</w:t>
      </w:r>
      <w:r>
        <w:t xml:space="preserve"> </w:t>
      </w:r>
      <w:r>
        <w:rPr>
          <w:rFonts w:cs="Shruti"/>
          <w:cs/>
          <w:lang w:bidi="gu-IN"/>
        </w:rPr>
        <w:t>રાખીને</w:t>
      </w:r>
      <w:r>
        <w:t xml:space="preserve"> </w:t>
      </w:r>
      <w:r>
        <w:rPr>
          <w:rFonts w:cs="Shruti"/>
          <w:cs/>
          <w:lang w:bidi="gu-IN"/>
        </w:rPr>
        <w:t>શૈક્ષણિક</w:t>
      </w:r>
      <w:r>
        <w:t xml:space="preserve"> </w:t>
      </w:r>
      <w:r>
        <w:rPr>
          <w:rFonts w:cs="Shruti"/>
          <w:cs/>
          <w:lang w:bidi="gu-IN"/>
        </w:rPr>
        <w:t>કાર્ય</w:t>
      </w:r>
      <w:r>
        <w:t>.</w:t>
      </w:r>
    </w:p>
    <w:p w14:paraId="5C1248FF" w14:textId="77777777" w:rsidR="004206A1" w:rsidRDefault="004A4F96" w:rsidP="004206A1">
      <w:pPr>
        <w:spacing w:line="240" w:lineRule="auto"/>
      </w:pPr>
      <w:r>
        <w:rPr>
          <w:rFonts w:cs="Shruti"/>
          <w:b/>
          <w:bCs/>
          <w:cs/>
          <w:lang w:bidi="gu-IN"/>
        </w:rPr>
        <w:t>સતત</w:t>
      </w:r>
      <w:r>
        <w:rPr>
          <w:b/>
        </w:rPr>
        <w:t xml:space="preserve"> </w:t>
      </w:r>
      <w:r>
        <w:rPr>
          <w:rFonts w:cs="Shruti"/>
          <w:b/>
          <w:bCs/>
          <w:cs/>
          <w:lang w:bidi="gu-IN"/>
        </w:rPr>
        <w:t>શીખવું</w:t>
      </w:r>
      <w:r>
        <w:rPr>
          <w:b/>
        </w:rPr>
        <w:t xml:space="preserve"> (Lifelong Learning) : </w:t>
      </w:r>
      <w:r>
        <w:rPr>
          <w:rFonts w:cs="Shruti"/>
          <w:cs/>
          <w:lang w:bidi="gu-IN"/>
        </w:rPr>
        <w:t>શિક્ષકો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વિદ્યાર્થીઓ</w:t>
      </w:r>
      <w:r>
        <w:t xml:space="preserve"> </w:t>
      </w:r>
      <w:r>
        <w:rPr>
          <w:rFonts w:cs="Shruti"/>
          <w:cs/>
          <w:lang w:bidi="gu-IN"/>
        </w:rPr>
        <w:t>માટે</w:t>
      </w:r>
      <w:r>
        <w:t xml:space="preserve"> </w:t>
      </w:r>
      <w:r>
        <w:rPr>
          <w:rFonts w:cs="Shruti"/>
          <w:cs/>
          <w:lang w:bidi="gu-IN"/>
        </w:rPr>
        <w:t>સતત</w:t>
      </w:r>
      <w:r>
        <w:t xml:space="preserve"> </w:t>
      </w:r>
      <w:r>
        <w:rPr>
          <w:rFonts w:cs="Shruti"/>
          <w:cs/>
          <w:lang w:bidi="gu-IN"/>
        </w:rPr>
        <w:t>નવું</w:t>
      </w:r>
      <w:r>
        <w:t xml:space="preserve"> </w:t>
      </w:r>
      <w:r>
        <w:rPr>
          <w:rFonts w:cs="Shruti"/>
          <w:cs/>
          <w:lang w:bidi="gu-IN"/>
        </w:rPr>
        <w:t>શીખવાની</w:t>
      </w:r>
      <w:r>
        <w:t xml:space="preserve"> </w:t>
      </w:r>
      <w:r>
        <w:rPr>
          <w:rFonts w:cs="Shruti"/>
          <w:cs/>
          <w:lang w:bidi="gu-IN"/>
        </w:rPr>
        <w:t>ધગશ</w:t>
      </w:r>
      <w:r>
        <w:t>.</w:t>
      </w:r>
    </w:p>
    <w:p w14:paraId="44873361" w14:textId="77777777" w:rsidR="00D56745" w:rsidRPr="004206A1" w:rsidRDefault="004A4F96" w:rsidP="004206A1">
      <w:pPr>
        <w:spacing w:line="240" w:lineRule="auto"/>
        <w:rPr>
          <w:rFonts w:asciiTheme="majorHAnsi" w:eastAsiaTheme="majorEastAsia" w:hAnsiTheme="majorHAnsi" w:cs="Shruti"/>
          <w:b/>
          <w:bCs/>
          <w:color w:val="4F81BD" w:themeColor="accent1"/>
          <w:sz w:val="26"/>
          <w:szCs w:val="26"/>
          <w:lang w:bidi="gu-IN"/>
        </w:rPr>
      </w:pPr>
      <w:r w:rsidRPr="004206A1">
        <w:rPr>
          <w:rFonts w:asciiTheme="majorHAnsi" w:eastAsiaTheme="majorEastAsia" w:hAnsiTheme="majorHAnsi" w:cs="Shruti"/>
          <w:b/>
          <w:bCs/>
          <w:color w:val="4F81BD" w:themeColor="accent1"/>
          <w:sz w:val="26"/>
          <w:szCs w:val="26"/>
          <w:cs/>
          <w:lang w:bidi="gu-IN"/>
        </w:rPr>
        <w:t>૪</w:t>
      </w:r>
      <w:r w:rsidRPr="004206A1">
        <w:rPr>
          <w:rFonts w:asciiTheme="majorHAnsi" w:eastAsiaTheme="majorEastAsia" w:hAnsiTheme="majorHAnsi" w:cs="Shruti"/>
          <w:b/>
          <w:bCs/>
          <w:color w:val="4F81BD" w:themeColor="accent1"/>
          <w:sz w:val="26"/>
          <w:szCs w:val="26"/>
          <w:lang w:bidi="gu-IN"/>
        </w:rPr>
        <w:t xml:space="preserve">. </w:t>
      </w:r>
      <w:r w:rsidRPr="004206A1">
        <w:rPr>
          <w:rFonts w:asciiTheme="majorHAnsi" w:eastAsiaTheme="majorEastAsia" w:hAnsiTheme="majorHAnsi" w:cs="Shruti"/>
          <w:b/>
          <w:bCs/>
          <w:color w:val="4F81BD" w:themeColor="accent1"/>
          <w:sz w:val="26"/>
          <w:szCs w:val="26"/>
          <w:cs/>
          <w:lang w:bidi="gu-IN"/>
        </w:rPr>
        <w:t>શાળાની</w:t>
      </w:r>
      <w:r w:rsidRPr="004206A1">
        <w:rPr>
          <w:rFonts w:asciiTheme="majorHAnsi" w:eastAsiaTheme="majorEastAsia" w:hAnsiTheme="majorHAnsi" w:cs="Shruti"/>
          <w:b/>
          <w:bCs/>
          <w:color w:val="4F81BD" w:themeColor="accent1"/>
          <w:sz w:val="26"/>
          <w:szCs w:val="26"/>
          <w:lang w:bidi="gu-IN"/>
        </w:rPr>
        <w:t xml:space="preserve"> </w:t>
      </w:r>
      <w:r w:rsidRPr="004206A1">
        <w:rPr>
          <w:rFonts w:asciiTheme="majorHAnsi" w:eastAsiaTheme="majorEastAsia" w:hAnsiTheme="majorHAnsi" w:cs="Shruti"/>
          <w:b/>
          <w:bCs/>
          <w:color w:val="4F81BD" w:themeColor="accent1"/>
          <w:sz w:val="26"/>
          <w:szCs w:val="26"/>
          <w:cs/>
          <w:lang w:bidi="gu-IN"/>
        </w:rPr>
        <w:t>નીતિઓ</w:t>
      </w:r>
      <w:r w:rsidRPr="004206A1">
        <w:rPr>
          <w:rFonts w:asciiTheme="majorHAnsi" w:eastAsiaTheme="majorEastAsia" w:hAnsiTheme="majorHAnsi" w:cs="Shruti"/>
          <w:b/>
          <w:bCs/>
          <w:color w:val="4F81BD" w:themeColor="accent1"/>
          <w:sz w:val="26"/>
          <w:szCs w:val="26"/>
          <w:lang w:bidi="gu-IN"/>
        </w:rPr>
        <w:t xml:space="preserve"> (School Policies)</w:t>
      </w:r>
    </w:p>
    <w:p w14:paraId="11CAFACA" w14:textId="77777777" w:rsidR="00D56745" w:rsidRDefault="004A4F96" w:rsidP="004206A1">
      <w:pPr>
        <w:spacing w:line="240" w:lineRule="auto"/>
      </w:pPr>
      <w:r>
        <w:rPr>
          <w:rFonts w:cs="Shruti"/>
          <w:cs/>
          <w:lang w:bidi="gu-IN"/>
        </w:rPr>
        <w:t>ગુણોત્સવ</w:t>
      </w:r>
      <w:r>
        <w:t xml:space="preserve"> </w:t>
      </w:r>
      <w:r>
        <w:rPr>
          <w:rFonts w:cs="Shruti"/>
          <w:cs/>
          <w:lang w:bidi="gu-IN"/>
        </w:rPr>
        <w:t>૨</w:t>
      </w:r>
      <w:r>
        <w:t>.</w:t>
      </w:r>
      <w:r>
        <w:rPr>
          <w:rFonts w:cs="Shruti"/>
          <w:cs/>
          <w:lang w:bidi="gu-IN"/>
        </w:rPr>
        <w:t>૦</w:t>
      </w:r>
      <w:r>
        <w:t xml:space="preserve"> </w:t>
      </w:r>
      <w:r>
        <w:rPr>
          <w:rFonts w:cs="Shruti"/>
          <w:cs/>
          <w:lang w:bidi="gu-IN"/>
        </w:rPr>
        <w:t>ના</w:t>
      </w:r>
      <w:r>
        <w:t xml:space="preserve"> </w:t>
      </w:r>
      <w:r>
        <w:rPr>
          <w:rFonts w:cs="Shruti"/>
          <w:cs/>
          <w:lang w:bidi="gu-IN"/>
        </w:rPr>
        <w:t>માપદંડોને</w:t>
      </w:r>
      <w:r>
        <w:t xml:space="preserve"> </w:t>
      </w:r>
      <w:r>
        <w:rPr>
          <w:rFonts w:cs="Shruti"/>
          <w:cs/>
          <w:lang w:bidi="gu-IN"/>
        </w:rPr>
        <w:t>સુનિશ્ચિત</w:t>
      </w:r>
      <w:r>
        <w:t xml:space="preserve"> </w:t>
      </w:r>
      <w:r>
        <w:rPr>
          <w:rFonts w:cs="Shruti"/>
          <w:cs/>
          <w:lang w:bidi="gu-IN"/>
        </w:rPr>
        <w:t>કરવા</w:t>
      </w:r>
      <w:r>
        <w:t xml:space="preserve"> </w:t>
      </w:r>
      <w:r>
        <w:rPr>
          <w:rFonts w:cs="Shruti"/>
          <w:cs/>
          <w:lang w:bidi="gu-IN"/>
        </w:rPr>
        <w:t>શાળા</w:t>
      </w:r>
      <w:r>
        <w:t xml:space="preserve"> </w:t>
      </w:r>
      <w:r>
        <w:rPr>
          <w:rFonts w:cs="Shruti"/>
          <w:cs/>
          <w:lang w:bidi="gu-IN"/>
        </w:rPr>
        <w:t>દ્વારા</w:t>
      </w:r>
      <w:r>
        <w:t xml:space="preserve"> </w:t>
      </w:r>
      <w:r>
        <w:rPr>
          <w:rFonts w:cs="Shruti"/>
          <w:cs/>
          <w:lang w:bidi="gu-IN"/>
        </w:rPr>
        <w:t>નીચે</w:t>
      </w:r>
      <w:r>
        <w:t xml:space="preserve"> </w:t>
      </w:r>
      <w:r>
        <w:rPr>
          <w:rFonts w:cs="Shruti"/>
          <w:cs/>
          <w:lang w:bidi="gu-IN"/>
        </w:rPr>
        <w:t>મુજબની</w:t>
      </w:r>
      <w:r>
        <w:t xml:space="preserve"> </w:t>
      </w:r>
      <w:r>
        <w:rPr>
          <w:rFonts w:cs="Shruti"/>
          <w:cs/>
          <w:lang w:bidi="gu-IN"/>
        </w:rPr>
        <w:t>નીતિઓ</w:t>
      </w:r>
      <w:r>
        <w:t xml:space="preserve"> </w:t>
      </w:r>
      <w:r>
        <w:rPr>
          <w:rFonts w:cs="Shruti"/>
          <w:cs/>
          <w:lang w:bidi="gu-IN"/>
        </w:rPr>
        <w:t>ઘડવામાં</w:t>
      </w:r>
      <w:r>
        <w:t xml:space="preserve"> </w:t>
      </w:r>
      <w:r>
        <w:rPr>
          <w:rFonts w:cs="Shruti"/>
          <w:cs/>
          <w:lang w:bidi="gu-IN"/>
        </w:rPr>
        <w:t>આવેલ</w:t>
      </w:r>
      <w:r>
        <w:t xml:space="preserve"> </w:t>
      </w:r>
      <w:r>
        <w:rPr>
          <w:rFonts w:cs="Shruti"/>
          <w:cs/>
          <w:lang w:bidi="gu-IN"/>
        </w:rPr>
        <w:t>છે</w:t>
      </w:r>
      <w:r>
        <w:t>:</w:t>
      </w:r>
    </w:p>
    <w:p w14:paraId="3303D619" w14:textId="77777777" w:rsidR="00D56745" w:rsidRDefault="004A4F96" w:rsidP="004206A1">
      <w:pPr>
        <w:spacing w:line="240" w:lineRule="auto"/>
      </w:pPr>
      <w:r>
        <w:rPr>
          <w:rFonts w:cs="Shruti"/>
          <w:b/>
          <w:bCs/>
          <w:cs/>
          <w:lang w:bidi="gu-IN"/>
        </w:rPr>
        <w:lastRenderedPageBreak/>
        <w:t>૪</w:t>
      </w:r>
      <w:r>
        <w:rPr>
          <w:b/>
        </w:rPr>
        <w:t>.</w:t>
      </w:r>
      <w:r>
        <w:rPr>
          <w:rFonts w:cs="Shruti"/>
          <w:b/>
          <w:bCs/>
          <w:cs/>
          <w:lang w:bidi="gu-IN"/>
        </w:rPr>
        <w:t>૧</w:t>
      </w:r>
      <w:r>
        <w:rPr>
          <w:b/>
        </w:rPr>
        <w:t xml:space="preserve"> </w:t>
      </w:r>
      <w:r>
        <w:rPr>
          <w:rFonts w:cs="Shruti"/>
          <w:b/>
          <w:bCs/>
          <w:cs/>
          <w:lang w:bidi="gu-IN"/>
        </w:rPr>
        <w:t>પ્રવેશ</w:t>
      </w:r>
      <w:r>
        <w:rPr>
          <w:b/>
        </w:rPr>
        <w:t xml:space="preserve"> </w:t>
      </w:r>
      <w:r>
        <w:rPr>
          <w:rFonts w:cs="Shruti"/>
          <w:b/>
          <w:bCs/>
          <w:cs/>
          <w:lang w:bidi="gu-IN"/>
        </w:rPr>
        <w:t>અને</w:t>
      </w:r>
      <w:r>
        <w:rPr>
          <w:b/>
        </w:rPr>
        <w:t xml:space="preserve"> </w:t>
      </w:r>
      <w:r>
        <w:rPr>
          <w:rFonts w:cs="Shruti"/>
          <w:b/>
          <w:bCs/>
          <w:cs/>
          <w:lang w:bidi="gu-IN"/>
        </w:rPr>
        <w:t>હાજરી</w:t>
      </w:r>
      <w:r>
        <w:rPr>
          <w:b/>
        </w:rPr>
        <w:t xml:space="preserve"> </w:t>
      </w:r>
      <w:r>
        <w:rPr>
          <w:rFonts w:cs="Shruti"/>
          <w:b/>
          <w:bCs/>
          <w:cs/>
          <w:lang w:bidi="gu-IN"/>
        </w:rPr>
        <w:t>નીતિ</w:t>
      </w:r>
      <w:r>
        <w:rPr>
          <w:b/>
        </w:rPr>
        <w:t xml:space="preserve"> (Admission &amp; Attendance Policy):</w:t>
      </w:r>
      <w:r>
        <w:rPr>
          <w:b/>
        </w:rPr>
        <w:br/>
      </w:r>
      <w:r>
        <w:t xml:space="preserve">RTE Act-2009 </w:t>
      </w:r>
      <w:r>
        <w:rPr>
          <w:rFonts w:cs="Shruti"/>
          <w:cs/>
          <w:lang w:bidi="gu-IN"/>
        </w:rPr>
        <w:t>મુજબ</w:t>
      </w:r>
      <w:r>
        <w:t xml:space="preserve"> </w:t>
      </w:r>
      <w:r>
        <w:rPr>
          <w:rFonts w:cs="Shruti"/>
          <w:cs/>
          <w:lang w:bidi="gu-IN"/>
        </w:rPr>
        <w:t>કોઈપણ</w:t>
      </w:r>
      <w:r>
        <w:t xml:space="preserve"> </w:t>
      </w:r>
      <w:r>
        <w:rPr>
          <w:rFonts w:cs="Shruti"/>
          <w:cs/>
          <w:lang w:bidi="gu-IN"/>
        </w:rPr>
        <w:t>ભેદભાવ</w:t>
      </w:r>
      <w:r>
        <w:t xml:space="preserve"> </w:t>
      </w:r>
      <w:r>
        <w:rPr>
          <w:rFonts w:cs="Shruti"/>
          <w:cs/>
          <w:lang w:bidi="gu-IN"/>
        </w:rPr>
        <w:t>વિના</w:t>
      </w:r>
      <w:r>
        <w:t xml:space="preserve"> 100% </w:t>
      </w:r>
      <w:r>
        <w:rPr>
          <w:rFonts w:cs="Shruti"/>
          <w:cs/>
          <w:lang w:bidi="gu-IN"/>
        </w:rPr>
        <w:t>નામાંકન</w:t>
      </w:r>
      <w:r>
        <w:t xml:space="preserve">. </w:t>
      </w:r>
      <w:r>
        <w:rPr>
          <w:rFonts w:cs="Shruti"/>
          <w:cs/>
          <w:lang w:bidi="gu-IN"/>
        </w:rPr>
        <w:t>બાળકોની</w:t>
      </w:r>
      <w:r>
        <w:t xml:space="preserve"> </w:t>
      </w:r>
      <w:r>
        <w:rPr>
          <w:rFonts w:cs="Shruti"/>
          <w:cs/>
          <w:lang w:bidi="gu-IN"/>
        </w:rPr>
        <w:t>નિયમિત</w:t>
      </w:r>
      <w:r>
        <w:t xml:space="preserve"> </w:t>
      </w:r>
      <w:r>
        <w:rPr>
          <w:rFonts w:cs="Shruti"/>
          <w:cs/>
          <w:lang w:bidi="gu-IN"/>
        </w:rPr>
        <w:t>હાજરી</w:t>
      </w:r>
      <w:r>
        <w:t xml:space="preserve"> </w:t>
      </w:r>
      <w:r>
        <w:rPr>
          <w:rFonts w:cs="Shruti"/>
          <w:cs/>
          <w:lang w:bidi="gu-IN"/>
        </w:rPr>
        <w:t>સુનિશ્ચિત</w:t>
      </w:r>
      <w:r>
        <w:t xml:space="preserve"> </w:t>
      </w:r>
      <w:r>
        <w:rPr>
          <w:rFonts w:cs="Shruti"/>
          <w:cs/>
          <w:lang w:bidi="gu-IN"/>
        </w:rPr>
        <w:t>કરવા</w:t>
      </w:r>
      <w:r>
        <w:t xml:space="preserve"> </w:t>
      </w:r>
      <w:r>
        <w:rPr>
          <w:rFonts w:cs="Shruti"/>
          <w:cs/>
          <w:lang w:bidi="gu-IN"/>
        </w:rPr>
        <w:t>માટે</w:t>
      </w:r>
      <w:r>
        <w:t xml:space="preserve"> </w:t>
      </w:r>
      <w:r>
        <w:rPr>
          <w:rFonts w:cs="Shruti"/>
          <w:cs/>
          <w:lang w:bidi="gu-IN"/>
        </w:rPr>
        <w:t>વાલી</w:t>
      </w:r>
      <w:r>
        <w:t xml:space="preserve"> </w:t>
      </w:r>
      <w:r>
        <w:rPr>
          <w:rFonts w:cs="Shruti"/>
          <w:cs/>
          <w:lang w:bidi="gu-IN"/>
        </w:rPr>
        <w:t>સંપર્ક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At-Risk (</w:t>
      </w:r>
      <w:r>
        <w:rPr>
          <w:rFonts w:cs="Shruti"/>
          <w:cs/>
          <w:lang w:bidi="gu-IN"/>
        </w:rPr>
        <w:t>શાળા</w:t>
      </w:r>
      <w:r>
        <w:t xml:space="preserve"> </w:t>
      </w:r>
      <w:r>
        <w:rPr>
          <w:rFonts w:cs="Shruti"/>
          <w:cs/>
          <w:lang w:bidi="gu-IN"/>
        </w:rPr>
        <w:t>છોડી</w:t>
      </w:r>
      <w:r>
        <w:t xml:space="preserve"> </w:t>
      </w:r>
      <w:r>
        <w:rPr>
          <w:rFonts w:cs="Shruti"/>
          <w:cs/>
          <w:lang w:bidi="gu-IN"/>
        </w:rPr>
        <w:t>શકે</w:t>
      </w:r>
      <w:r>
        <w:t xml:space="preserve"> </w:t>
      </w:r>
      <w:r>
        <w:rPr>
          <w:rFonts w:cs="Shruti"/>
          <w:cs/>
          <w:lang w:bidi="gu-IN"/>
        </w:rPr>
        <w:t>તેવા</w:t>
      </w:r>
      <w:r>
        <w:t xml:space="preserve">) </w:t>
      </w:r>
      <w:r>
        <w:rPr>
          <w:rFonts w:cs="Shruti"/>
          <w:cs/>
          <w:lang w:bidi="gu-IN"/>
        </w:rPr>
        <w:t>બાળકોની</w:t>
      </w:r>
      <w:r>
        <w:t xml:space="preserve"> </w:t>
      </w:r>
      <w:r>
        <w:rPr>
          <w:rFonts w:cs="Shruti"/>
          <w:cs/>
          <w:lang w:bidi="gu-IN"/>
        </w:rPr>
        <w:t>ઓળખ</w:t>
      </w:r>
      <w:r>
        <w:t xml:space="preserve"> </w:t>
      </w:r>
      <w:r>
        <w:rPr>
          <w:rFonts w:cs="Shruti"/>
          <w:cs/>
          <w:lang w:bidi="gu-IN"/>
        </w:rPr>
        <w:t>કરી</w:t>
      </w:r>
      <w:r>
        <w:t xml:space="preserve"> </w:t>
      </w:r>
      <w:r>
        <w:rPr>
          <w:rFonts w:cs="Shruti"/>
          <w:cs/>
          <w:lang w:bidi="gu-IN"/>
        </w:rPr>
        <w:t>તેમને</w:t>
      </w:r>
      <w:r>
        <w:t xml:space="preserve"> </w:t>
      </w:r>
      <w:r>
        <w:rPr>
          <w:rFonts w:cs="Shruti"/>
          <w:cs/>
          <w:lang w:bidi="gu-IN"/>
        </w:rPr>
        <w:t>શાળામાં</w:t>
      </w:r>
      <w:r>
        <w:t xml:space="preserve"> </w:t>
      </w:r>
      <w:r>
        <w:rPr>
          <w:rFonts w:cs="Shruti"/>
          <w:cs/>
          <w:lang w:bidi="gu-IN"/>
        </w:rPr>
        <w:t>જાળવી</w:t>
      </w:r>
      <w:r>
        <w:t xml:space="preserve"> </w:t>
      </w:r>
      <w:r>
        <w:rPr>
          <w:rFonts w:cs="Shruti"/>
          <w:cs/>
          <w:lang w:bidi="gu-IN"/>
        </w:rPr>
        <w:t>રાખવાના</w:t>
      </w:r>
      <w:r>
        <w:t xml:space="preserve"> </w:t>
      </w:r>
      <w:r>
        <w:rPr>
          <w:rFonts w:cs="Shruti"/>
          <w:cs/>
          <w:lang w:bidi="gu-IN"/>
        </w:rPr>
        <w:t>સઘન</w:t>
      </w:r>
      <w:r>
        <w:t xml:space="preserve"> </w:t>
      </w:r>
      <w:r>
        <w:rPr>
          <w:rFonts w:cs="Shruti"/>
          <w:cs/>
          <w:lang w:bidi="gu-IN"/>
        </w:rPr>
        <w:t>પ્રયાસો</w:t>
      </w:r>
      <w:r>
        <w:t xml:space="preserve"> </w:t>
      </w:r>
      <w:r>
        <w:rPr>
          <w:rFonts w:cs="Shruti"/>
          <w:cs/>
          <w:lang w:bidi="gu-IN"/>
        </w:rPr>
        <w:t>કરવા</w:t>
      </w:r>
      <w:r>
        <w:t>.</w:t>
      </w:r>
    </w:p>
    <w:p w14:paraId="35395832" w14:textId="77777777" w:rsidR="00D56745" w:rsidRDefault="004A4F96" w:rsidP="004206A1">
      <w:pPr>
        <w:spacing w:line="240" w:lineRule="auto"/>
      </w:pPr>
      <w:r>
        <w:rPr>
          <w:rFonts w:cs="Shruti"/>
          <w:b/>
          <w:bCs/>
          <w:cs/>
          <w:lang w:bidi="gu-IN"/>
        </w:rPr>
        <w:t>૪</w:t>
      </w:r>
      <w:r>
        <w:rPr>
          <w:b/>
        </w:rPr>
        <w:t>.</w:t>
      </w:r>
      <w:r>
        <w:rPr>
          <w:rFonts w:cs="Shruti"/>
          <w:b/>
          <w:bCs/>
          <w:cs/>
          <w:lang w:bidi="gu-IN"/>
        </w:rPr>
        <w:t>૨</w:t>
      </w:r>
      <w:r>
        <w:rPr>
          <w:b/>
        </w:rPr>
        <w:t xml:space="preserve"> </w:t>
      </w:r>
      <w:r>
        <w:rPr>
          <w:rFonts w:cs="Shruti"/>
          <w:b/>
          <w:bCs/>
          <w:cs/>
          <w:lang w:bidi="gu-IN"/>
        </w:rPr>
        <w:t>શૈક્ષણિક</w:t>
      </w:r>
      <w:r>
        <w:rPr>
          <w:b/>
        </w:rPr>
        <w:t xml:space="preserve"> </w:t>
      </w:r>
      <w:r>
        <w:rPr>
          <w:rFonts w:cs="Shruti"/>
          <w:b/>
          <w:bCs/>
          <w:cs/>
          <w:lang w:bidi="gu-IN"/>
        </w:rPr>
        <w:t>અને</w:t>
      </w:r>
      <w:r>
        <w:rPr>
          <w:b/>
        </w:rPr>
        <w:t xml:space="preserve"> </w:t>
      </w:r>
      <w:r>
        <w:rPr>
          <w:rFonts w:cs="Shruti"/>
          <w:b/>
          <w:bCs/>
          <w:cs/>
          <w:lang w:bidi="gu-IN"/>
        </w:rPr>
        <w:t>અધ્યાપન</w:t>
      </w:r>
      <w:r>
        <w:rPr>
          <w:b/>
        </w:rPr>
        <w:t xml:space="preserve"> </w:t>
      </w:r>
      <w:r>
        <w:rPr>
          <w:rFonts w:cs="Shruti"/>
          <w:b/>
          <w:bCs/>
          <w:cs/>
          <w:lang w:bidi="gu-IN"/>
        </w:rPr>
        <w:t>નીતિ</w:t>
      </w:r>
      <w:r>
        <w:rPr>
          <w:b/>
        </w:rPr>
        <w:t xml:space="preserve"> (Teaching &amp; Learning Policy):</w:t>
      </w:r>
      <w:r>
        <w:rPr>
          <w:b/>
        </w:rPr>
        <w:br/>
      </w:r>
      <w:r>
        <w:rPr>
          <w:rFonts w:cs="Shruti"/>
          <w:cs/>
          <w:lang w:bidi="gu-IN"/>
        </w:rPr>
        <w:t>દૈનિક</w:t>
      </w:r>
      <w:r>
        <w:t xml:space="preserve"> </w:t>
      </w:r>
      <w:r>
        <w:rPr>
          <w:rFonts w:cs="Shruti"/>
          <w:cs/>
          <w:lang w:bidi="gu-IN"/>
        </w:rPr>
        <w:t>આયોજનપોથીના</w:t>
      </w:r>
      <w:r>
        <w:t xml:space="preserve"> </w:t>
      </w:r>
      <w:r>
        <w:rPr>
          <w:rFonts w:cs="Shruti"/>
          <w:cs/>
          <w:lang w:bidi="gu-IN"/>
        </w:rPr>
        <w:t>નિભાવ</w:t>
      </w:r>
      <w:r>
        <w:t xml:space="preserve"> </w:t>
      </w:r>
      <w:r>
        <w:rPr>
          <w:rFonts w:cs="Shruti"/>
          <w:cs/>
          <w:lang w:bidi="gu-IN"/>
        </w:rPr>
        <w:t>સાથે</w:t>
      </w:r>
      <w:r>
        <w:t xml:space="preserve"> </w:t>
      </w:r>
      <w:r>
        <w:rPr>
          <w:rFonts w:cs="Shruti"/>
          <w:cs/>
          <w:lang w:bidi="gu-IN"/>
        </w:rPr>
        <w:t>અધ્યયન</w:t>
      </w:r>
      <w:r>
        <w:t xml:space="preserve"> </w:t>
      </w:r>
      <w:r>
        <w:rPr>
          <w:rFonts w:cs="Shruti"/>
          <w:cs/>
          <w:lang w:bidi="gu-IN"/>
        </w:rPr>
        <w:t>નિષ્પત્તિકેન્દ્રી</w:t>
      </w:r>
      <w:r>
        <w:t xml:space="preserve"> </w:t>
      </w:r>
      <w:r>
        <w:rPr>
          <w:rFonts w:cs="Shruti"/>
          <w:cs/>
          <w:lang w:bidi="gu-IN"/>
        </w:rPr>
        <w:t>વર્ગકાર્ય</w:t>
      </w:r>
      <w:r>
        <w:t xml:space="preserve"> </w:t>
      </w:r>
      <w:r>
        <w:rPr>
          <w:rFonts w:cs="Shruti"/>
          <w:cs/>
          <w:lang w:bidi="gu-IN"/>
        </w:rPr>
        <w:t>કરવું</w:t>
      </w:r>
      <w:r>
        <w:t>. TLM (</w:t>
      </w:r>
      <w:r>
        <w:rPr>
          <w:rFonts w:cs="Shruti"/>
          <w:cs/>
          <w:lang w:bidi="gu-IN"/>
        </w:rPr>
        <w:t>અધ્યયન</w:t>
      </w:r>
      <w:r>
        <w:t>-</w:t>
      </w:r>
      <w:r>
        <w:rPr>
          <w:rFonts w:cs="Shruti"/>
          <w:cs/>
          <w:lang w:bidi="gu-IN"/>
        </w:rPr>
        <w:t>અધ્યાપન</w:t>
      </w:r>
      <w:r>
        <w:t xml:space="preserve"> </w:t>
      </w:r>
      <w:r>
        <w:rPr>
          <w:rFonts w:cs="Shruti"/>
          <w:cs/>
          <w:lang w:bidi="gu-IN"/>
        </w:rPr>
        <w:t>સામગ્રી</w:t>
      </w:r>
      <w:r>
        <w:t xml:space="preserve">) </w:t>
      </w:r>
      <w:r>
        <w:rPr>
          <w:rFonts w:cs="Shruti"/>
          <w:cs/>
          <w:lang w:bidi="gu-IN"/>
        </w:rPr>
        <w:t>નો</w:t>
      </w:r>
      <w:r>
        <w:t xml:space="preserve"> </w:t>
      </w:r>
      <w:r>
        <w:rPr>
          <w:rFonts w:cs="Shruti"/>
          <w:cs/>
          <w:lang w:bidi="gu-IN"/>
        </w:rPr>
        <w:t>મહત્તમ</w:t>
      </w:r>
      <w:r>
        <w:t xml:space="preserve"> </w:t>
      </w:r>
      <w:r>
        <w:rPr>
          <w:rFonts w:cs="Shruti"/>
          <w:cs/>
          <w:lang w:bidi="gu-IN"/>
        </w:rPr>
        <w:t>ઉપયોગ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શિક્ષકો</w:t>
      </w:r>
      <w:r>
        <w:t xml:space="preserve"> </w:t>
      </w:r>
      <w:r>
        <w:rPr>
          <w:rFonts w:cs="Shruti"/>
          <w:cs/>
          <w:lang w:bidi="gu-IN"/>
        </w:rPr>
        <w:t>દ્વારા</w:t>
      </w:r>
      <w:r>
        <w:t xml:space="preserve"> </w:t>
      </w:r>
      <w:r>
        <w:rPr>
          <w:rFonts w:cs="Shruti"/>
          <w:cs/>
          <w:lang w:bidi="gu-IN"/>
        </w:rPr>
        <w:t>સતત</w:t>
      </w:r>
      <w:r>
        <w:t xml:space="preserve"> </w:t>
      </w:r>
      <w:r>
        <w:rPr>
          <w:rFonts w:cs="Shruti"/>
          <w:cs/>
          <w:lang w:bidi="gu-IN"/>
        </w:rPr>
        <w:t>વ્યાવસાયિક</w:t>
      </w:r>
      <w:r>
        <w:t xml:space="preserve"> </w:t>
      </w:r>
      <w:r>
        <w:rPr>
          <w:rFonts w:cs="Shruti"/>
          <w:cs/>
          <w:lang w:bidi="gu-IN"/>
        </w:rPr>
        <w:t>વિકાસ</w:t>
      </w:r>
      <w:r>
        <w:t xml:space="preserve"> (CPD) </w:t>
      </w:r>
      <w:r>
        <w:rPr>
          <w:rFonts w:cs="Shruti"/>
          <w:cs/>
          <w:lang w:bidi="gu-IN"/>
        </w:rPr>
        <w:t>ની</w:t>
      </w:r>
      <w:r>
        <w:t xml:space="preserve"> </w:t>
      </w:r>
      <w:r>
        <w:rPr>
          <w:rFonts w:cs="Shruti"/>
          <w:cs/>
          <w:lang w:bidi="gu-IN"/>
        </w:rPr>
        <w:t>તાલીમોમાં</w:t>
      </w:r>
      <w:r>
        <w:t xml:space="preserve"> </w:t>
      </w:r>
      <w:r>
        <w:rPr>
          <w:rFonts w:cs="Shruti"/>
          <w:cs/>
          <w:lang w:bidi="gu-IN"/>
        </w:rPr>
        <w:t>ભાગીદારી</w:t>
      </w:r>
      <w:r>
        <w:t>.</w:t>
      </w:r>
    </w:p>
    <w:p w14:paraId="73F94B34" w14:textId="77777777" w:rsidR="00D56745" w:rsidRDefault="004A4F96" w:rsidP="004206A1">
      <w:pPr>
        <w:spacing w:line="240" w:lineRule="auto"/>
      </w:pPr>
      <w:r>
        <w:rPr>
          <w:rFonts w:cs="Shruti"/>
          <w:b/>
          <w:bCs/>
          <w:cs/>
          <w:lang w:bidi="gu-IN"/>
        </w:rPr>
        <w:t>૪</w:t>
      </w:r>
      <w:r>
        <w:rPr>
          <w:b/>
        </w:rPr>
        <w:t>.</w:t>
      </w:r>
      <w:r>
        <w:rPr>
          <w:rFonts w:cs="Shruti"/>
          <w:b/>
          <w:bCs/>
          <w:cs/>
          <w:lang w:bidi="gu-IN"/>
        </w:rPr>
        <w:t>૩</w:t>
      </w:r>
      <w:r>
        <w:rPr>
          <w:b/>
        </w:rPr>
        <w:t xml:space="preserve"> </w:t>
      </w:r>
      <w:r>
        <w:rPr>
          <w:rFonts w:cs="Shruti"/>
          <w:b/>
          <w:bCs/>
          <w:cs/>
          <w:lang w:bidi="gu-IN"/>
        </w:rPr>
        <w:t>મૂલ્યાંકન</w:t>
      </w:r>
      <w:r>
        <w:rPr>
          <w:b/>
        </w:rPr>
        <w:t xml:space="preserve"> </w:t>
      </w:r>
      <w:r>
        <w:rPr>
          <w:rFonts w:cs="Shruti"/>
          <w:b/>
          <w:bCs/>
          <w:cs/>
          <w:lang w:bidi="gu-IN"/>
        </w:rPr>
        <w:t>નીતિ</w:t>
      </w:r>
      <w:r>
        <w:rPr>
          <w:b/>
        </w:rPr>
        <w:t xml:space="preserve"> (Evaluation Policy):</w:t>
      </w:r>
      <w:r>
        <w:rPr>
          <w:b/>
        </w:rPr>
        <w:br/>
      </w:r>
      <w:r>
        <w:rPr>
          <w:rFonts w:cs="Shruti"/>
          <w:cs/>
          <w:lang w:bidi="gu-IN"/>
        </w:rPr>
        <w:t>શિક્ષક</w:t>
      </w:r>
      <w:r>
        <w:t xml:space="preserve"> </w:t>
      </w:r>
      <w:r>
        <w:rPr>
          <w:rFonts w:cs="Shruti"/>
          <w:cs/>
          <w:lang w:bidi="gu-IN"/>
        </w:rPr>
        <w:t>દ્વારા</w:t>
      </w:r>
      <w:r>
        <w:t xml:space="preserve"> </w:t>
      </w:r>
      <w:r>
        <w:rPr>
          <w:rFonts w:cs="Shruti"/>
          <w:cs/>
          <w:lang w:bidi="gu-IN"/>
        </w:rPr>
        <w:t>વર્ગકાર્ય</w:t>
      </w:r>
      <w:r>
        <w:t xml:space="preserve"> </w:t>
      </w:r>
      <w:r>
        <w:rPr>
          <w:rFonts w:cs="Shruti"/>
          <w:cs/>
          <w:lang w:bidi="gu-IN"/>
        </w:rPr>
        <w:t>દરમિયાન</w:t>
      </w:r>
      <w:r>
        <w:t xml:space="preserve"> </w:t>
      </w:r>
      <w:r>
        <w:rPr>
          <w:rFonts w:cs="Shruti"/>
          <w:cs/>
          <w:lang w:bidi="gu-IN"/>
        </w:rPr>
        <w:t>રચનાત્મક</w:t>
      </w:r>
      <w:r>
        <w:t xml:space="preserve"> (</w:t>
      </w:r>
      <w:r>
        <w:rPr>
          <w:rFonts w:cs="Shruti"/>
          <w:cs/>
          <w:lang w:bidi="gu-IN"/>
        </w:rPr>
        <w:t>સતત</w:t>
      </w:r>
      <w:r>
        <w:t xml:space="preserve">) </w:t>
      </w:r>
      <w:r>
        <w:rPr>
          <w:rFonts w:cs="Shruti"/>
          <w:cs/>
          <w:lang w:bidi="gu-IN"/>
        </w:rPr>
        <w:t>મૂલ્યાંકન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સત્રાંત</w:t>
      </w:r>
      <w:r>
        <w:t xml:space="preserve"> </w:t>
      </w:r>
      <w:r>
        <w:rPr>
          <w:rFonts w:cs="Shruti"/>
          <w:cs/>
          <w:lang w:bidi="gu-IN"/>
        </w:rPr>
        <w:t>કસોટીઓ</w:t>
      </w:r>
      <w:r>
        <w:t xml:space="preserve"> </w:t>
      </w:r>
      <w:r>
        <w:rPr>
          <w:rFonts w:cs="Shruti"/>
          <w:cs/>
          <w:lang w:bidi="gu-IN"/>
        </w:rPr>
        <w:t>દ્વારા</w:t>
      </w:r>
      <w:r>
        <w:t xml:space="preserve"> </w:t>
      </w:r>
      <w:r>
        <w:rPr>
          <w:rFonts w:cs="Shruti"/>
          <w:cs/>
          <w:lang w:bidi="gu-IN"/>
        </w:rPr>
        <w:t>બાળકોની</w:t>
      </w:r>
      <w:r>
        <w:t xml:space="preserve"> </w:t>
      </w:r>
      <w:r>
        <w:rPr>
          <w:rFonts w:cs="Shruti"/>
          <w:cs/>
          <w:lang w:bidi="gu-IN"/>
        </w:rPr>
        <w:t>પ્રગતિની</w:t>
      </w:r>
      <w:r>
        <w:t xml:space="preserve"> </w:t>
      </w:r>
      <w:r>
        <w:rPr>
          <w:rFonts w:cs="Shruti"/>
          <w:cs/>
          <w:lang w:bidi="gu-IN"/>
        </w:rPr>
        <w:t>સમીક્ષા</w:t>
      </w:r>
      <w:r>
        <w:t xml:space="preserve">. </w:t>
      </w:r>
      <w:r>
        <w:rPr>
          <w:rFonts w:cs="Shruti"/>
          <w:cs/>
          <w:lang w:bidi="gu-IN"/>
        </w:rPr>
        <w:t>પરિણામોના</w:t>
      </w:r>
      <w:r>
        <w:t xml:space="preserve"> </w:t>
      </w:r>
      <w:r>
        <w:rPr>
          <w:rFonts w:cs="Shruti"/>
          <w:cs/>
          <w:lang w:bidi="gu-IN"/>
        </w:rPr>
        <w:t>આધારે</w:t>
      </w:r>
      <w:r>
        <w:t xml:space="preserve"> </w:t>
      </w:r>
      <w:r>
        <w:rPr>
          <w:rFonts w:cs="Shruti"/>
          <w:cs/>
          <w:lang w:bidi="gu-IN"/>
        </w:rPr>
        <w:t>નબળા</w:t>
      </w:r>
      <w:r>
        <w:t xml:space="preserve"> </w:t>
      </w:r>
      <w:r>
        <w:rPr>
          <w:rFonts w:cs="Shruti"/>
          <w:cs/>
          <w:lang w:bidi="gu-IN"/>
        </w:rPr>
        <w:t>બાળકો</w:t>
      </w:r>
      <w:r>
        <w:t xml:space="preserve"> </w:t>
      </w:r>
      <w:r>
        <w:rPr>
          <w:rFonts w:cs="Shruti"/>
          <w:cs/>
          <w:lang w:bidi="gu-IN"/>
        </w:rPr>
        <w:t>માટે</w:t>
      </w:r>
      <w:r>
        <w:t xml:space="preserve"> </w:t>
      </w:r>
      <w:r>
        <w:rPr>
          <w:rFonts w:cs="Shruti"/>
          <w:cs/>
          <w:lang w:bidi="gu-IN"/>
        </w:rPr>
        <w:t>ઉપચારાત્મક</w:t>
      </w:r>
      <w:r>
        <w:t xml:space="preserve"> </w:t>
      </w:r>
      <w:r>
        <w:rPr>
          <w:rFonts w:cs="Shruti"/>
          <w:cs/>
          <w:lang w:bidi="gu-IN"/>
        </w:rPr>
        <w:t>કાર્ય</w:t>
      </w:r>
      <w:r>
        <w:t xml:space="preserve"> (Remedial Teaching) </w:t>
      </w:r>
      <w:r>
        <w:rPr>
          <w:rFonts w:cs="Shruti"/>
          <w:cs/>
          <w:lang w:bidi="gu-IN"/>
        </w:rPr>
        <w:t>કરવું</w:t>
      </w:r>
      <w:r>
        <w:t>.</w:t>
      </w:r>
    </w:p>
    <w:p w14:paraId="3DC71050" w14:textId="77777777" w:rsidR="00D56745" w:rsidRDefault="004A4F96" w:rsidP="004206A1">
      <w:pPr>
        <w:spacing w:line="240" w:lineRule="auto"/>
      </w:pPr>
      <w:r>
        <w:rPr>
          <w:rFonts w:cs="Shruti"/>
          <w:b/>
          <w:bCs/>
          <w:cs/>
          <w:lang w:bidi="gu-IN"/>
        </w:rPr>
        <w:t>૪</w:t>
      </w:r>
      <w:r>
        <w:rPr>
          <w:b/>
        </w:rPr>
        <w:t>.</w:t>
      </w:r>
      <w:r>
        <w:rPr>
          <w:rFonts w:cs="Shruti"/>
          <w:b/>
          <w:bCs/>
          <w:cs/>
          <w:lang w:bidi="gu-IN"/>
        </w:rPr>
        <w:t>૪</w:t>
      </w:r>
      <w:r>
        <w:rPr>
          <w:b/>
        </w:rPr>
        <w:t xml:space="preserve"> </w:t>
      </w:r>
      <w:r>
        <w:rPr>
          <w:rFonts w:cs="Shruti"/>
          <w:b/>
          <w:bCs/>
          <w:cs/>
          <w:lang w:bidi="gu-IN"/>
        </w:rPr>
        <w:t>સલામતી</w:t>
      </w:r>
      <w:r>
        <w:rPr>
          <w:b/>
        </w:rPr>
        <w:t xml:space="preserve"> </w:t>
      </w:r>
      <w:r>
        <w:rPr>
          <w:rFonts w:cs="Shruti"/>
          <w:b/>
          <w:bCs/>
          <w:cs/>
          <w:lang w:bidi="gu-IN"/>
        </w:rPr>
        <w:t>અને</w:t>
      </w:r>
      <w:r>
        <w:rPr>
          <w:b/>
        </w:rPr>
        <w:t xml:space="preserve"> </w:t>
      </w:r>
      <w:r>
        <w:rPr>
          <w:rFonts w:cs="Shruti"/>
          <w:b/>
          <w:bCs/>
          <w:cs/>
          <w:lang w:bidi="gu-IN"/>
        </w:rPr>
        <w:t>સુરક્ષા</w:t>
      </w:r>
      <w:r>
        <w:rPr>
          <w:b/>
        </w:rPr>
        <w:t xml:space="preserve"> </w:t>
      </w:r>
      <w:r>
        <w:rPr>
          <w:rFonts w:cs="Shruti"/>
          <w:b/>
          <w:bCs/>
          <w:cs/>
          <w:lang w:bidi="gu-IN"/>
        </w:rPr>
        <w:t>નીતિ</w:t>
      </w:r>
      <w:r>
        <w:rPr>
          <w:b/>
        </w:rPr>
        <w:t xml:space="preserve"> (Safety &amp; Security Policy):</w:t>
      </w:r>
      <w:r>
        <w:rPr>
          <w:b/>
        </w:rPr>
        <w:br/>
      </w:r>
      <w:r>
        <w:rPr>
          <w:rFonts w:cs="Shruti"/>
          <w:cs/>
          <w:lang w:bidi="gu-IN"/>
        </w:rPr>
        <w:t>શાળામાં</w:t>
      </w:r>
      <w:r>
        <w:t xml:space="preserve"> </w:t>
      </w:r>
      <w:r>
        <w:rPr>
          <w:rFonts w:cs="Shruti"/>
          <w:cs/>
          <w:lang w:bidi="gu-IN"/>
        </w:rPr>
        <w:t>વિદ્યાર્થીઓ</w:t>
      </w:r>
      <w:r>
        <w:t xml:space="preserve"> </w:t>
      </w:r>
      <w:r>
        <w:rPr>
          <w:rFonts w:cs="Shruti"/>
          <w:cs/>
          <w:lang w:bidi="gu-IN"/>
        </w:rPr>
        <w:t>માટે</w:t>
      </w:r>
      <w:r>
        <w:t xml:space="preserve"> </w:t>
      </w:r>
      <w:r>
        <w:rPr>
          <w:rFonts w:cs="Shruti"/>
          <w:cs/>
          <w:lang w:bidi="gu-IN"/>
        </w:rPr>
        <w:t>શારીરિક</w:t>
      </w:r>
      <w:r>
        <w:t xml:space="preserve"> </w:t>
      </w:r>
      <w:r>
        <w:rPr>
          <w:rFonts w:cs="Shruti"/>
          <w:cs/>
          <w:lang w:bidi="gu-IN"/>
        </w:rPr>
        <w:t>શિક્ષા</w:t>
      </w:r>
      <w:r>
        <w:t xml:space="preserve"> (Physical Punishment) </w:t>
      </w:r>
      <w:r>
        <w:rPr>
          <w:rFonts w:cs="Shruti"/>
          <w:cs/>
          <w:lang w:bidi="gu-IN"/>
        </w:rPr>
        <w:t>પર</w:t>
      </w:r>
      <w:r>
        <w:t xml:space="preserve"> </w:t>
      </w:r>
      <w:r>
        <w:rPr>
          <w:rFonts w:cs="Shruti"/>
          <w:cs/>
          <w:lang w:bidi="gu-IN"/>
        </w:rPr>
        <w:t>સંપૂર્ણ</w:t>
      </w:r>
      <w:r>
        <w:t xml:space="preserve"> </w:t>
      </w:r>
      <w:r>
        <w:rPr>
          <w:rFonts w:cs="Shruti"/>
          <w:cs/>
          <w:lang w:bidi="gu-IN"/>
        </w:rPr>
        <w:t>પ્રતિબંધ</w:t>
      </w:r>
      <w:r>
        <w:t xml:space="preserve">. </w:t>
      </w:r>
      <w:r>
        <w:rPr>
          <w:rFonts w:cs="Shruti"/>
          <w:cs/>
          <w:lang w:bidi="gu-IN"/>
        </w:rPr>
        <w:t>શાળા</w:t>
      </w:r>
      <w:r>
        <w:t xml:space="preserve"> </w:t>
      </w:r>
      <w:r>
        <w:rPr>
          <w:rFonts w:cs="Shruti"/>
          <w:cs/>
          <w:lang w:bidi="gu-IN"/>
        </w:rPr>
        <w:t>કેમ્પસમાં</w:t>
      </w:r>
      <w:r>
        <w:t xml:space="preserve"> </w:t>
      </w:r>
      <w:r>
        <w:rPr>
          <w:rFonts w:cs="Shruti"/>
          <w:cs/>
          <w:lang w:bidi="gu-IN"/>
        </w:rPr>
        <w:t>ફાયર</w:t>
      </w:r>
      <w:r>
        <w:t xml:space="preserve"> </w:t>
      </w:r>
      <w:r>
        <w:rPr>
          <w:rFonts w:cs="Shruti"/>
          <w:cs/>
          <w:lang w:bidi="gu-IN"/>
        </w:rPr>
        <w:t>સેફ્ટી</w:t>
      </w:r>
      <w:r>
        <w:t xml:space="preserve">, </w:t>
      </w:r>
      <w:r>
        <w:rPr>
          <w:rFonts w:cs="Shruti"/>
          <w:cs/>
          <w:lang w:bidi="gu-IN"/>
        </w:rPr>
        <w:t>પ્રાથમિક</w:t>
      </w:r>
      <w:r>
        <w:t xml:space="preserve"> </w:t>
      </w:r>
      <w:r>
        <w:rPr>
          <w:rFonts w:cs="Shruti"/>
          <w:cs/>
          <w:lang w:bidi="gu-IN"/>
        </w:rPr>
        <w:t>સારવાર</w:t>
      </w:r>
      <w:r>
        <w:t xml:space="preserve"> </w:t>
      </w:r>
      <w:r>
        <w:rPr>
          <w:rFonts w:cs="Shruti"/>
          <w:cs/>
          <w:lang w:bidi="gu-IN"/>
        </w:rPr>
        <w:t>પેટી</w:t>
      </w:r>
      <w:r>
        <w:t xml:space="preserve"> (First Aid),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પીવાના</w:t>
      </w:r>
      <w:r>
        <w:t xml:space="preserve"> </w:t>
      </w:r>
      <w:r>
        <w:rPr>
          <w:rFonts w:cs="Shruti"/>
          <w:cs/>
          <w:lang w:bidi="gu-IN"/>
        </w:rPr>
        <w:t>શુદ્ધ</w:t>
      </w:r>
      <w:r>
        <w:t xml:space="preserve"> </w:t>
      </w:r>
      <w:r>
        <w:rPr>
          <w:rFonts w:cs="Shruti"/>
          <w:cs/>
          <w:lang w:bidi="gu-IN"/>
        </w:rPr>
        <w:t>પાણીની</w:t>
      </w:r>
      <w:r>
        <w:t xml:space="preserve"> </w:t>
      </w:r>
      <w:r>
        <w:rPr>
          <w:rFonts w:cs="Shruti"/>
          <w:cs/>
          <w:lang w:bidi="gu-IN"/>
        </w:rPr>
        <w:t>વ્યવસ્થા</w:t>
      </w:r>
      <w:r>
        <w:t xml:space="preserve">. </w:t>
      </w:r>
      <w:r>
        <w:rPr>
          <w:rFonts w:cs="Shruti"/>
          <w:cs/>
          <w:lang w:bidi="gu-IN"/>
        </w:rPr>
        <w:t>નિયમિત</w:t>
      </w:r>
      <w:r>
        <w:t xml:space="preserve"> </w:t>
      </w:r>
      <w:r>
        <w:rPr>
          <w:rFonts w:cs="Shruti"/>
          <w:cs/>
          <w:lang w:bidi="gu-IN"/>
        </w:rPr>
        <w:t>આપત્તિ</w:t>
      </w:r>
      <w:r>
        <w:t xml:space="preserve"> </w:t>
      </w:r>
      <w:r>
        <w:rPr>
          <w:rFonts w:cs="Shruti"/>
          <w:cs/>
          <w:lang w:bidi="gu-IN"/>
        </w:rPr>
        <w:t>વ્યવસ્થાપન</w:t>
      </w:r>
      <w:r>
        <w:t xml:space="preserve"> </w:t>
      </w:r>
      <w:r>
        <w:rPr>
          <w:rFonts w:cs="Shruti"/>
          <w:cs/>
          <w:lang w:bidi="gu-IN"/>
        </w:rPr>
        <w:t>મોકડ્રીલ</w:t>
      </w:r>
      <w:r>
        <w:t xml:space="preserve"> (Mock Drill) </w:t>
      </w:r>
      <w:r>
        <w:rPr>
          <w:rFonts w:cs="Shruti"/>
          <w:cs/>
          <w:lang w:bidi="gu-IN"/>
        </w:rPr>
        <w:t>નું</w:t>
      </w:r>
      <w:r>
        <w:t xml:space="preserve"> </w:t>
      </w:r>
      <w:r>
        <w:rPr>
          <w:rFonts w:cs="Shruti"/>
          <w:cs/>
          <w:lang w:bidi="gu-IN"/>
        </w:rPr>
        <w:t>આયોજન</w:t>
      </w:r>
      <w:r>
        <w:t>.</w:t>
      </w:r>
    </w:p>
    <w:p w14:paraId="18C9A1CF" w14:textId="77777777" w:rsidR="00D56745" w:rsidRDefault="004A4F96" w:rsidP="004206A1">
      <w:pPr>
        <w:spacing w:line="240" w:lineRule="auto"/>
      </w:pPr>
      <w:r>
        <w:rPr>
          <w:rFonts w:cs="Shruti"/>
          <w:b/>
          <w:bCs/>
          <w:cs/>
          <w:lang w:bidi="gu-IN"/>
        </w:rPr>
        <w:t>૪</w:t>
      </w:r>
      <w:r>
        <w:rPr>
          <w:b/>
        </w:rPr>
        <w:t>.</w:t>
      </w:r>
      <w:r>
        <w:rPr>
          <w:rFonts w:cs="Shruti"/>
          <w:b/>
          <w:bCs/>
          <w:cs/>
          <w:lang w:bidi="gu-IN"/>
        </w:rPr>
        <w:t>૫</w:t>
      </w:r>
      <w:r>
        <w:rPr>
          <w:b/>
        </w:rPr>
        <w:t xml:space="preserve"> </w:t>
      </w:r>
      <w:r>
        <w:rPr>
          <w:rFonts w:cs="Shruti"/>
          <w:b/>
          <w:bCs/>
          <w:cs/>
          <w:lang w:bidi="gu-IN"/>
        </w:rPr>
        <w:t>સમાવેશી</w:t>
      </w:r>
      <w:r>
        <w:rPr>
          <w:b/>
        </w:rPr>
        <w:t xml:space="preserve"> </w:t>
      </w:r>
      <w:r>
        <w:rPr>
          <w:rFonts w:cs="Shruti"/>
          <w:b/>
          <w:bCs/>
          <w:cs/>
          <w:lang w:bidi="gu-IN"/>
        </w:rPr>
        <w:t>શિક્ષણ</w:t>
      </w:r>
      <w:r>
        <w:rPr>
          <w:b/>
        </w:rPr>
        <w:t xml:space="preserve"> </w:t>
      </w:r>
      <w:r>
        <w:rPr>
          <w:rFonts w:cs="Shruti"/>
          <w:b/>
          <w:bCs/>
          <w:cs/>
          <w:lang w:bidi="gu-IN"/>
        </w:rPr>
        <w:t>નીતિ</w:t>
      </w:r>
      <w:r>
        <w:rPr>
          <w:b/>
        </w:rPr>
        <w:t xml:space="preserve"> (Inclusive Education Policy):</w:t>
      </w:r>
      <w:r>
        <w:rPr>
          <w:b/>
        </w:rPr>
        <w:br/>
      </w:r>
      <w:r>
        <w:rPr>
          <w:rFonts w:cs="Shruti"/>
          <w:cs/>
          <w:lang w:bidi="gu-IN"/>
        </w:rPr>
        <w:t>વિશેષ</w:t>
      </w:r>
      <w:r>
        <w:t xml:space="preserve"> </w:t>
      </w:r>
      <w:r>
        <w:rPr>
          <w:rFonts w:cs="Shruti"/>
          <w:cs/>
          <w:lang w:bidi="gu-IN"/>
        </w:rPr>
        <w:t>જરૂરિયાતવાળા</w:t>
      </w:r>
      <w:r>
        <w:t xml:space="preserve"> </w:t>
      </w:r>
      <w:r>
        <w:rPr>
          <w:rFonts w:cs="Shruti"/>
          <w:cs/>
          <w:lang w:bidi="gu-IN"/>
        </w:rPr>
        <w:t>બાળકો</w:t>
      </w:r>
      <w:r>
        <w:t xml:space="preserve"> (CWSN) </w:t>
      </w:r>
      <w:r>
        <w:rPr>
          <w:rFonts w:cs="Shruti"/>
          <w:cs/>
          <w:lang w:bidi="gu-IN"/>
        </w:rPr>
        <w:t>માટે</w:t>
      </w:r>
      <w:r>
        <w:t xml:space="preserve"> </w:t>
      </w:r>
      <w:r>
        <w:rPr>
          <w:rFonts w:cs="Shruti"/>
          <w:cs/>
          <w:lang w:bidi="gu-IN"/>
        </w:rPr>
        <w:t>શાળામાં</w:t>
      </w:r>
      <w:r>
        <w:t xml:space="preserve"> </w:t>
      </w:r>
      <w:r>
        <w:rPr>
          <w:rFonts w:cs="Shruti"/>
          <w:cs/>
          <w:lang w:bidi="gu-IN"/>
        </w:rPr>
        <w:t>રેમ્પ</w:t>
      </w:r>
      <w:r>
        <w:t xml:space="preserve">, </w:t>
      </w:r>
      <w:r>
        <w:rPr>
          <w:rFonts w:cs="Shruti"/>
          <w:cs/>
          <w:lang w:bidi="gu-IN"/>
        </w:rPr>
        <w:t>યોગ્ય</w:t>
      </w:r>
      <w:r>
        <w:t xml:space="preserve"> </w:t>
      </w:r>
      <w:r>
        <w:rPr>
          <w:rFonts w:cs="Shruti"/>
          <w:cs/>
          <w:lang w:bidi="gu-IN"/>
        </w:rPr>
        <w:t>બેઠક</w:t>
      </w:r>
      <w:r>
        <w:t xml:space="preserve"> </w:t>
      </w:r>
      <w:r>
        <w:rPr>
          <w:rFonts w:cs="Shruti"/>
          <w:cs/>
          <w:lang w:bidi="gu-IN"/>
        </w:rPr>
        <w:t>વ્યવસ્થા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દિવ્યાંગ</w:t>
      </w:r>
      <w:r>
        <w:t>-</w:t>
      </w:r>
      <w:r>
        <w:rPr>
          <w:rFonts w:cs="Shruti"/>
          <w:cs/>
          <w:lang w:bidi="gu-IN"/>
        </w:rPr>
        <w:t>મૈત્રીપૂર્ણ</w:t>
      </w:r>
      <w:r>
        <w:t xml:space="preserve"> </w:t>
      </w:r>
      <w:r>
        <w:rPr>
          <w:rFonts w:cs="Shruti"/>
          <w:cs/>
          <w:lang w:bidi="gu-IN"/>
        </w:rPr>
        <w:t>શૌચાલયની</w:t>
      </w:r>
      <w:r>
        <w:t xml:space="preserve"> </w:t>
      </w:r>
      <w:r>
        <w:rPr>
          <w:rFonts w:cs="Shruti"/>
          <w:cs/>
          <w:lang w:bidi="gu-IN"/>
        </w:rPr>
        <w:t>વ્યવસ્થા</w:t>
      </w:r>
      <w:r>
        <w:t xml:space="preserve">. </w:t>
      </w:r>
      <w:r>
        <w:rPr>
          <w:rFonts w:cs="Shruti"/>
          <w:cs/>
          <w:lang w:bidi="gu-IN"/>
        </w:rPr>
        <w:t>આવા</w:t>
      </w:r>
      <w:r>
        <w:t xml:space="preserve"> </w:t>
      </w:r>
      <w:r>
        <w:rPr>
          <w:rFonts w:cs="Shruti"/>
          <w:cs/>
          <w:lang w:bidi="gu-IN"/>
        </w:rPr>
        <w:t>બાળકોને</w:t>
      </w:r>
      <w:r>
        <w:t xml:space="preserve"> </w:t>
      </w:r>
      <w:r>
        <w:rPr>
          <w:rFonts w:cs="Shruti"/>
          <w:cs/>
          <w:lang w:bidi="gu-IN"/>
        </w:rPr>
        <w:t>સામાન્ય</w:t>
      </w:r>
      <w:r>
        <w:t xml:space="preserve"> </w:t>
      </w:r>
      <w:r>
        <w:rPr>
          <w:rFonts w:cs="Shruti"/>
          <w:cs/>
          <w:lang w:bidi="gu-IN"/>
        </w:rPr>
        <w:t>બાળકો</w:t>
      </w:r>
      <w:r>
        <w:t xml:space="preserve"> </w:t>
      </w:r>
      <w:r>
        <w:rPr>
          <w:rFonts w:cs="Shruti"/>
          <w:cs/>
          <w:lang w:bidi="gu-IN"/>
        </w:rPr>
        <w:t>સાથે</w:t>
      </w:r>
      <w:r>
        <w:t xml:space="preserve"> </w:t>
      </w:r>
      <w:r>
        <w:rPr>
          <w:rFonts w:cs="Shruti"/>
          <w:cs/>
          <w:lang w:bidi="gu-IN"/>
        </w:rPr>
        <w:t>સહજતાથી</w:t>
      </w:r>
      <w:r>
        <w:t xml:space="preserve"> </w:t>
      </w:r>
      <w:r>
        <w:rPr>
          <w:rFonts w:cs="Shruti"/>
          <w:cs/>
          <w:lang w:bidi="gu-IN"/>
        </w:rPr>
        <w:t>ભણવાની</w:t>
      </w:r>
      <w:r>
        <w:t xml:space="preserve"> </w:t>
      </w:r>
      <w:r>
        <w:rPr>
          <w:rFonts w:cs="Shruti"/>
          <w:cs/>
          <w:lang w:bidi="gu-IN"/>
        </w:rPr>
        <w:t>સમાન</w:t>
      </w:r>
      <w:r>
        <w:t xml:space="preserve"> </w:t>
      </w:r>
      <w:r>
        <w:rPr>
          <w:rFonts w:cs="Shruti"/>
          <w:cs/>
          <w:lang w:bidi="gu-IN"/>
        </w:rPr>
        <w:t>તકો</w:t>
      </w:r>
      <w:r>
        <w:t xml:space="preserve"> </w:t>
      </w:r>
      <w:r>
        <w:rPr>
          <w:rFonts w:cs="Shruti"/>
          <w:cs/>
          <w:lang w:bidi="gu-IN"/>
        </w:rPr>
        <w:t>આપવી</w:t>
      </w:r>
      <w:r>
        <w:t>.</w:t>
      </w:r>
    </w:p>
    <w:p w14:paraId="0A514663" w14:textId="77777777" w:rsidR="00D56745" w:rsidRDefault="004A4F96" w:rsidP="004206A1">
      <w:pPr>
        <w:spacing w:line="240" w:lineRule="auto"/>
      </w:pPr>
      <w:r>
        <w:rPr>
          <w:rFonts w:cs="Shruti"/>
          <w:b/>
          <w:bCs/>
          <w:cs/>
          <w:lang w:bidi="gu-IN"/>
        </w:rPr>
        <w:t>૪</w:t>
      </w:r>
      <w:r>
        <w:rPr>
          <w:b/>
        </w:rPr>
        <w:t>.</w:t>
      </w:r>
      <w:r>
        <w:rPr>
          <w:rFonts w:cs="Shruti"/>
          <w:b/>
          <w:bCs/>
          <w:cs/>
          <w:lang w:bidi="gu-IN"/>
        </w:rPr>
        <w:t>૬</w:t>
      </w:r>
      <w:r>
        <w:rPr>
          <w:b/>
        </w:rPr>
        <w:t xml:space="preserve"> </w:t>
      </w:r>
      <w:r>
        <w:rPr>
          <w:rFonts w:cs="Shruti"/>
          <w:b/>
          <w:bCs/>
          <w:cs/>
          <w:lang w:bidi="gu-IN"/>
        </w:rPr>
        <w:t>સમુદાય</w:t>
      </w:r>
      <w:r>
        <w:rPr>
          <w:b/>
        </w:rPr>
        <w:t xml:space="preserve"> </w:t>
      </w:r>
      <w:r>
        <w:rPr>
          <w:rFonts w:cs="Shruti"/>
          <w:b/>
          <w:bCs/>
          <w:cs/>
          <w:lang w:bidi="gu-IN"/>
        </w:rPr>
        <w:t>સહભાગિતા</w:t>
      </w:r>
      <w:r>
        <w:rPr>
          <w:b/>
        </w:rPr>
        <w:t xml:space="preserve"> </w:t>
      </w:r>
      <w:r>
        <w:rPr>
          <w:rFonts w:cs="Shruti"/>
          <w:b/>
          <w:bCs/>
          <w:cs/>
          <w:lang w:bidi="gu-IN"/>
        </w:rPr>
        <w:t>નીતિ</w:t>
      </w:r>
      <w:r>
        <w:rPr>
          <w:b/>
        </w:rPr>
        <w:t xml:space="preserve"> (Community Participation Policy):</w:t>
      </w:r>
      <w:r>
        <w:rPr>
          <w:b/>
        </w:rPr>
        <w:br/>
      </w:r>
      <w:r>
        <w:t>SMC (</w:t>
      </w:r>
      <w:r>
        <w:rPr>
          <w:rFonts w:cs="Shruti"/>
          <w:cs/>
          <w:lang w:bidi="gu-IN"/>
        </w:rPr>
        <w:t>શાળા</w:t>
      </w:r>
      <w:r>
        <w:t xml:space="preserve"> </w:t>
      </w:r>
      <w:r>
        <w:rPr>
          <w:rFonts w:cs="Shruti"/>
          <w:cs/>
          <w:lang w:bidi="gu-IN"/>
        </w:rPr>
        <w:t>વ્યવસ્થાપન</w:t>
      </w:r>
      <w:r>
        <w:t xml:space="preserve"> </w:t>
      </w:r>
      <w:r>
        <w:rPr>
          <w:rFonts w:cs="Shruti"/>
          <w:cs/>
          <w:lang w:bidi="gu-IN"/>
        </w:rPr>
        <w:t>સમિતિ</w:t>
      </w:r>
      <w:r>
        <w:t xml:space="preserve">)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વાલીમંડળની</w:t>
      </w:r>
      <w:r>
        <w:t xml:space="preserve"> </w:t>
      </w:r>
      <w:r>
        <w:rPr>
          <w:rFonts w:cs="Shruti"/>
          <w:cs/>
          <w:lang w:bidi="gu-IN"/>
        </w:rPr>
        <w:t>નિયમિત</w:t>
      </w:r>
      <w:r>
        <w:t xml:space="preserve"> </w:t>
      </w:r>
      <w:r>
        <w:rPr>
          <w:rFonts w:cs="Shruti"/>
          <w:cs/>
          <w:lang w:bidi="gu-IN"/>
        </w:rPr>
        <w:t>બેઠકો</w:t>
      </w:r>
      <w:r>
        <w:t xml:space="preserve"> </w:t>
      </w:r>
      <w:r>
        <w:rPr>
          <w:rFonts w:cs="Shruti"/>
          <w:cs/>
          <w:lang w:bidi="gu-IN"/>
        </w:rPr>
        <w:t>બોલાવવી</w:t>
      </w:r>
      <w:r>
        <w:t xml:space="preserve">. </w:t>
      </w:r>
      <w:r>
        <w:rPr>
          <w:rFonts w:cs="Shruti"/>
          <w:cs/>
          <w:lang w:bidi="gu-IN"/>
        </w:rPr>
        <w:t>શાળાના</w:t>
      </w:r>
      <w:r>
        <w:t xml:space="preserve"> </w:t>
      </w:r>
      <w:r>
        <w:rPr>
          <w:rFonts w:cs="Shruti"/>
          <w:cs/>
          <w:lang w:bidi="gu-IN"/>
        </w:rPr>
        <w:t>વિકાસમાં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પારદર્શક</w:t>
      </w:r>
      <w:r>
        <w:t xml:space="preserve"> </w:t>
      </w:r>
      <w:r>
        <w:rPr>
          <w:rFonts w:cs="Shruti"/>
          <w:cs/>
          <w:lang w:bidi="gu-IN"/>
        </w:rPr>
        <w:t>વહીવટમાં</w:t>
      </w:r>
      <w:r>
        <w:t xml:space="preserve"> </w:t>
      </w:r>
      <w:r>
        <w:rPr>
          <w:rFonts w:cs="Shruti"/>
          <w:cs/>
          <w:lang w:bidi="gu-IN"/>
        </w:rPr>
        <w:t>વાલીઓના</w:t>
      </w:r>
      <w:r>
        <w:t xml:space="preserve"> </w:t>
      </w:r>
      <w:r>
        <w:rPr>
          <w:rFonts w:cs="Shruti"/>
          <w:cs/>
          <w:lang w:bidi="gu-IN"/>
        </w:rPr>
        <w:t>સૂચનોને</w:t>
      </w:r>
      <w:r>
        <w:t xml:space="preserve"> </w:t>
      </w:r>
      <w:r>
        <w:rPr>
          <w:rFonts w:cs="Shruti"/>
          <w:cs/>
          <w:lang w:bidi="gu-IN"/>
        </w:rPr>
        <w:t>આવકારવા</w:t>
      </w:r>
      <w:r>
        <w:t>.</w:t>
      </w:r>
    </w:p>
    <w:p w14:paraId="6B0602AD" w14:textId="77777777" w:rsidR="00D56745" w:rsidRDefault="004A4F96" w:rsidP="004206A1">
      <w:pPr>
        <w:spacing w:line="240" w:lineRule="auto"/>
      </w:pPr>
      <w:r>
        <w:br/>
      </w:r>
      <w:r>
        <w:rPr>
          <w:rFonts w:cs="Shruti"/>
          <w:i/>
          <w:iCs/>
          <w:cs/>
          <w:lang w:bidi="gu-IN"/>
        </w:rPr>
        <w:t>નોંધ</w:t>
      </w:r>
      <w:r>
        <w:rPr>
          <w:i/>
        </w:rPr>
        <w:t xml:space="preserve">: </w:t>
      </w:r>
      <w:r>
        <w:rPr>
          <w:rFonts w:cs="Shruti"/>
          <w:i/>
          <w:iCs/>
          <w:cs/>
          <w:lang w:bidi="gu-IN"/>
        </w:rPr>
        <w:t>આ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મિશન</w:t>
      </w:r>
      <w:r>
        <w:rPr>
          <w:i/>
        </w:rPr>
        <w:t xml:space="preserve">, </w:t>
      </w:r>
      <w:r>
        <w:rPr>
          <w:rFonts w:cs="Shruti"/>
          <w:i/>
          <w:iCs/>
          <w:cs/>
          <w:lang w:bidi="gu-IN"/>
        </w:rPr>
        <w:t>વિઝન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અને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નીતિઓના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દસ્તાવેજનું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શાળાના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તમામ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કર્મચારીઓ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દ્વારા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પાલન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કરવામાં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આવશે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અને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સમયાંતરે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તેમાં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જરૂરી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સમીક્ષા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કરવામાં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આવશે</w:t>
      </w:r>
      <w: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D56745" w14:paraId="43755739" w14:textId="77777777">
        <w:tc>
          <w:tcPr>
            <w:tcW w:w="4320" w:type="dxa"/>
          </w:tcPr>
          <w:p w14:paraId="60A1A852" w14:textId="33209B2A" w:rsidR="00D56745" w:rsidRDefault="004A4F96" w:rsidP="004206A1">
            <w:pPr>
              <w:spacing w:line="240" w:lineRule="auto"/>
            </w:pPr>
            <w:r>
              <w:rPr>
                <w:rFonts w:cs="Shruti"/>
                <w:cs/>
                <w:lang w:bidi="gu-IN"/>
              </w:rPr>
              <w:t>સ્થળ</w:t>
            </w:r>
            <w:r>
              <w:t xml:space="preserve">: </w:t>
            </w:r>
            <w:r w:rsidR="008E13CA">
              <w:rPr>
                <w:rFonts w:cs="Shruti" w:hint="cs"/>
                <w:cs/>
                <w:lang w:bidi="gu-IN"/>
              </w:rPr>
              <w:t xml:space="preserve">ઢાંકણ્રીયાવાસ પ્રાથમિક શાળા </w:t>
            </w:r>
            <w:r>
              <w:br/>
            </w:r>
            <w:r>
              <w:rPr>
                <w:rFonts w:cs="Shruti"/>
                <w:cs/>
                <w:lang w:bidi="gu-IN"/>
              </w:rPr>
              <w:t>તારીખ</w:t>
            </w:r>
            <w:r>
              <w:t xml:space="preserve">: </w:t>
            </w:r>
            <w:r w:rsidR="00B3781A">
              <w:t xml:space="preserve">      </w:t>
            </w:r>
            <w:r w:rsidR="008E13CA">
              <w:t>21/08/2026</w:t>
            </w:r>
          </w:p>
        </w:tc>
        <w:tc>
          <w:tcPr>
            <w:tcW w:w="4320" w:type="dxa"/>
          </w:tcPr>
          <w:p w14:paraId="34C34D32" w14:textId="77777777" w:rsidR="00D56745" w:rsidRDefault="004A4F96" w:rsidP="004206A1">
            <w:pPr>
              <w:spacing w:line="240" w:lineRule="auto"/>
              <w:jc w:val="right"/>
            </w:pPr>
            <w:r>
              <w:rPr>
                <w:rFonts w:cs="Shruti"/>
                <w:cs/>
                <w:lang w:bidi="gu-IN"/>
              </w:rPr>
              <w:t>આચાર્યશ્રીની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સહી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અને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સિક્કો</w:t>
            </w:r>
          </w:p>
        </w:tc>
      </w:tr>
    </w:tbl>
    <w:p w14:paraId="079FFA4E" w14:textId="77777777" w:rsidR="004A4F96" w:rsidRDefault="004A4F96"/>
    <w:p w14:paraId="1F523896" w14:textId="77777777" w:rsidR="00215032" w:rsidRDefault="00215032"/>
    <w:p w14:paraId="30519973" w14:textId="77777777" w:rsidR="00215032" w:rsidRDefault="00215032"/>
    <w:p w14:paraId="4578AB24" w14:textId="77777777" w:rsidR="00A62081" w:rsidRDefault="00A62081"/>
    <w:p w14:paraId="5C7CBC0F" w14:textId="77777777" w:rsidR="003E0150" w:rsidRDefault="003E0150" w:rsidP="00CA1AC1">
      <w:pPr>
        <w:spacing w:after="0" w:line="240" w:lineRule="auto"/>
        <w:rPr>
          <w:rFonts w:cs="Shruti"/>
          <w:sz w:val="28"/>
          <w:szCs w:val="28"/>
          <w:u w:val="single"/>
          <w:lang w:bidi="gu-IN"/>
        </w:rPr>
      </w:pPr>
    </w:p>
    <w:p w14:paraId="2746A88E" w14:textId="77777777" w:rsidR="003D3E34" w:rsidRDefault="003D3E34" w:rsidP="00CE5DD7">
      <w:pPr>
        <w:spacing w:after="0" w:line="240" w:lineRule="auto"/>
        <w:jc w:val="center"/>
        <w:rPr>
          <w:rFonts w:cs="Shruti"/>
          <w:sz w:val="28"/>
          <w:szCs w:val="28"/>
          <w:u w:val="single"/>
          <w:lang w:bidi="gu-IN"/>
        </w:rPr>
      </w:pPr>
    </w:p>
    <w:p w14:paraId="73CB3FC0" w14:textId="622C6BC1" w:rsidR="002A7996" w:rsidRPr="002A7996" w:rsidRDefault="008E13CA" w:rsidP="00CE5DD7">
      <w:pPr>
        <w:spacing w:after="0" w:line="240" w:lineRule="auto"/>
        <w:jc w:val="center"/>
        <w:rPr>
          <w:rFonts w:cs="Shruti"/>
          <w:b/>
          <w:u w:val="single"/>
          <w:rtl/>
          <w:cs/>
          <w:lang w:val="en-IN" w:bidi="gu-IN"/>
        </w:rPr>
      </w:pPr>
      <w:r>
        <w:rPr>
          <w:rFonts w:cs="Shruti" w:hint="cs"/>
          <w:sz w:val="28"/>
          <w:szCs w:val="28"/>
          <w:u w:val="single"/>
          <w:cs/>
          <w:lang w:bidi="gu-IN"/>
        </w:rPr>
        <w:t xml:space="preserve">ઢાંકણ્રીયાવાસ પ્રાથમિક શાળા </w:t>
      </w:r>
      <w:r w:rsidR="003F7E1A" w:rsidRPr="009072EA">
        <w:rPr>
          <w:rFonts w:cs="Shruti"/>
          <w:sz w:val="28"/>
          <w:szCs w:val="28"/>
          <w:u w:val="single"/>
          <w:lang w:bidi="gu-IN"/>
        </w:rPr>
        <w:t xml:space="preserve"> </w:t>
      </w:r>
      <w:r w:rsidR="003F7E1A" w:rsidRPr="009072EA">
        <w:rPr>
          <w:rFonts w:cs="Shruti" w:hint="cs"/>
          <w:sz w:val="28"/>
          <w:szCs w:val="28"/>
          <w:u w:val="single"/>
          <w:cs/>
          <w:lang w:bidi="gu-IN"/>
        </w:rPr>
        <w:t xml:space="preserve">તા- </w:t>
      </w:r>
      <w:r w:rsidR="001352DE" w:rsidRPr="009072EA">
        <w:rPr>
          <w:rFonts w:cs="Shruti" w:hint="cs"/>
          <w:sz w:val="28"/>
          <w:szCs w:val="28"/>
          <w:u w:val="single"/>
          <w:cs/>
          <w:lang w:bidi="gu-IN"/>
        </w:rPr>
        <w:t xml:space="preserve">લાખણી જિલ્લો-વાવ-થરાદ </w:t>
      </w:r>
      <w:r w:rsidR="00CE5DD7" w:rsidRPr="009072EA">
        <w:rPr>
          <w:rFonts w:cs="Shruti"/>
          <w:b/>
          <w:bCs/>
          <w:u w:val="single"/>
          <w:cs/>
          <w:lang w:bidi="gu-IN"/>
        </w:rPr>
        <w:t>ડાયસ</w:t>
      </w:r>
      <w:r w:rsidR="00CE5DD7" w:rsidRPr="009072EA">
        <w:rPr>
          <w:b/>
          <w:u w:val="single"/>
        </w:rPr>
        <w:t xml:space="preserve"> </w:t>
      </w:r>
      <w:r w:rsidR="00CE5DD7" w:rsidRPr="009072EA">
        <w:rPr>
          <w:rFonts w:cs="Shruti"/>
          <w:b/>
          <w:bCs/>
          <w:u w:val="single"/>
          <w:cs/>
          <w:lang w:bidi="gu-IN"/>
        </w:rPr>
        <w:t>કોડ</w:t>
      </w:r>
      <w:r w:rsidR="00CE5DD7" w:rsidRPr="009072EA">
        <w:rPr>
          <w:b/>
          <w:u w:val="single"/>
        </w:rPr>
        <w:t xml:space="preserve">: </w:t>
      </w:r>
      <w:r w:rsidR="001352DE" w:rsidRPr="009072EA">
        <w:rPr>
          <w:rFonts w:cs="Shruti"/>
          <w:b/>
          <w:u w:val="single"/>
          <w:lang w:val="en-IN" w:bidi="gu-IN"/>
        </w:rPr>
        <w:t>24021308803</w:t>
      </w:r>
    </w:p>
    <w:p w14:paraId="1624321C" w14:textId="77777777" w:rsidR="003F7E1A" w:rsidRDefault="003F7E1A" w:rsidP="00791AB8">
      <w:pPr>
        <w:pStyle w:val="Heading1"/>
        <w:spacing w:line="240" w:lineRule="auto"/>
      </w:pPr>
      <w:r>
        <w:rPr>
          <w:rFonts w:cs="Shruti"/>
          <w:cs/>
          <w:lang w:bidi="gu-IN"/>
        </w:rPr>
        <w:t>શાળાની</w:t>
      </w:r>
      <w:r>
        <w:t xml:space="preserve"> </w:t>
      </w:r>
      <w:r>
        <w:rPr>
          <w:rFonts w:cs="Shruti"/>
          <w:cs/>
          <w:lang w:bidi="gu-IN"/>
        </w:rPr>
        <w:t>નીતિઓના</w:t>
      </w:r>
      <w:r>
        <w:t xml:space="preserve"> </w:t>
      </w:r>
      <w:r>
        <w:rPr>
          <w:rFonts w:cs="Shruti"/>
          <w:cs/>
          <w:lang w:bidi="gu-IN"/>
        </w:rPr>
        <w:t>અમલીકરણ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સમીક્ષાનો</w:t>
      </w:r>
      <w:r>
        <w:t xml:space="preserve"> </w:t>
      </w:r>
      <w:r>
        <w:rPr>
          <w:rFonts w:cs="Shruti"/>
          <w:cs/>
          <w:lang w:bidi="gu-IN"/>
        </w:rPr>
        <w:t>અહેવાલ</w:t>
      </w:r>
    </w:p>
    <w:p w14:paraId="05A30F47" w14:textId="77777777" w:rsidR="003F7E1A" w:rsidRDefault="003F7E1A" w:rsidP="00791AB8">
      <w:pPr>
        <w:spacing w:line="240" w:lineRule="auto"/>
        <w:jc w:val="center"/>
      </w:pPr>
      <w:r>
        <w:rPr>
          <w:i/>
        </w:rPr>
        <w:t xml:space="preserve">(SQAAF </w:t>
      </w:r>
      <w:r>
        <w:rPr>
          <w:rFonts w:cs="Shruti"/>
          <w:i/>
          <w:iCs/>
          <w:cs/>
          <w:lang w:bidi="gu-IN"/>
        </w:rPr>
        <w:t>ગુણોત્સવ</w:t>
      </w:r>
      <w:r>
        <w:rPr>
          <w:i/>
        </w:rPr>
        <w:t xml:space="preserve"> - </w:t>
      </w:r>
      <w:r>
        <w:rPr>
          <w:rFonts w:cs="Shruti"/>
          <w:i/>
          <w:iCs/>
          <w:cs/>
          <w:lang w:bidi="gu-IN"/>
        </w:rPr>
        <w:t>૨</w:t>
      </w:r>
      <w:r>
        <w:rPr>
          <w:i/>
        </w:rPr>
        <w:t>.</w:t>
      </w:r>
      <w:r>
        <w:rPr>
          <w:rFonts w:cs="Shruti"/>
          <w:i/>
          <w:iCs/>
          <w:cs/>
          <w:lang w:bidi="gu-IN"/>
        </w:rPr>
        <w:t>૦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માર્ગદર્શિકા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અંતર્ગત</w:t>
      </w:r>
      <w:r>
        <w:rPr>
          <w:i/>
        </w:rPr>
        <w:t>)</w:t>
      </w:r>
      <w:r>
        <w:t xml:space="preserve">     </w:t>
      </w:r>
      <w:r>
        <w:rPr>
          <w:rFonts w:cs="Shruti"/>
          <w:b/>
          <w:bCs/>
          <w:cs/>
          <w:lang w:bidi="gu-IN"/>
        </w:rPr>
        <w:t>શૈક્ષણિક</w:t>
      </w:r>
      <w:r>
        <w:rPr>
          <w:b/>
        </w:rPr>
        <w:t xml:space="preserve"> </w:t>
      </w:r>
      <w:r>
        <w:rPr>
          <w:rFonts w:cs="Shruti"/>
          <w:b/>
          <w:bCs/>
          <w:cs/>
          <w:lang w:bidi="gu-IN"/>
        </w:rPr>
        <w:t>વર્ષ</w:t>
      </w:r>
      <w:r>
        <w:rPr>
          <w:b/>
        </w:rPr>
        <w:t xml:space="preserve">: </w:t>
      </w:r>
      <w:r>
        <w:rPr>
          <w:rFonts w:cs="Shruti"/>
          <w:b/>
          <w:bCs/>
          <w:cs/>
          <w:lang w:bidi="gu-IN"/>
        </w:rPr>
        <w:t>૨૦૨૬</w:t>
      </w:r>
      <w:r>
        <w:rPr>
          <w:b/>
        </w:rPr>
        <w:t>-</w:t>
      </w:r>
      <w:r>
        <w:rPr>
          <w:rFonts w:cs="Shruti"/>
          <w:b/>
          <w:bCs/>
          <w:cs/>
          <w:lang w:bidi="gu-IN"/>
        </w:rPr>
        <w:t>૨૭</w:t>
      </w:r>
    </w:p>
    <w:p w14:paraId="5B8DC59F" w14:textId="77777777" w:rsidR="003F7E1A" w:rsidRDefault="003F7E1A" w:rsidP="00791AB8">
      <w:pPr>
        <w:pStyle w:val="Heading2"/>
        <w:spacing w:line="240" w:lineRule="auto"/>
      </w:pPr>
      <w:r>
        <w:rPr>
          <w:rFonts w:cs="Shruti"/>
          <w:cs/>
          <w:lang w:bidi="gu-IN"/>
        </w:rPr>
        <w:t>૧</w:t>
      </w:r>
      <w:r>
        <w:t xml:space="preserve">. </w:t>
      </w:r>
      <w:r>
        <w:rPr>
          <w:rFonts w:cs="Shruti"/>
          <w:cs/>
          <w:lang w:bidi="gu-IN"/>
        </w:rPr>
        <w:t>પ્રસ્તાવના</w:t>
      </w:r>
    </w:p>
    <w:p w14:paraId="68E352C1" w14:textId="77777777" w:rsidR="003F7E1A" w:rsidRPr="00791AB8" w:rsidRDefault="003F7E1A" w:rsidP="00791AB8">
      <w:pPr>
        <w:spacing w:after="0" w:line="240" w:lineRule="auto"/>
        <w:rPr>
          <w:sz w:val="20"/>
          <w:szCs w:val="20"/>
        </w:rPr>
      </w:pPr>
      <w:r w:rsidRPr="00791AB8">
        <w:rPr>
          <w:rFonts w:cs="Shruti"/>
          <w:sz w:val="20"/>
          <w:szCs w:val="20"/>
          <w:cs/>
          <w:lang w:bidi="gu-IN"/>
        </w:rPr>
        <w:t>ગુણોત્સવ</w:t>
      </w:r>
      <w:r w:rsidRPr="00791AB8">
        <w:rPr>
          <w:sz w:val="20"/>
          <w:szCs w:val="20"/>
        </w:rPr>
        <w:t xml:space="preserve"> </w:t>
      </w:r>
      <w:r w:rsidRPr="00791AB8">
        <w:rPr>
          <w:rFonts w:cs="Shruti"/>
          <w:sz w:val="20"/>
          <w:szCs w:val="20"/>
          <w:cs/>
          <w:lang w:bidi="gu-IN"/>
        </w:rPr>
        <w:t>૨</w:t>
      </w:r>
      <w:r w:rsidRPr="00791AB8">
        <w:rPr>
          <w:sz w:val="20"/>
          <w:szCs w:val="20"/>
        </w:rPr>
        <w:t>.</w:t>
      </w:r>
      <w:r w:rsidRPr="00791AB8">
        <w:rPr>
          <w:rFonts w:cs="Shruti"/>
          <w:sz w:val="20"/>
          <w:szCs w:val="20"/>
          <w:cs/>
          <w:lang w:bidi="gu-IN"/>
        </w:rPr>
        <w:t>૦</w:t>
      </w:r>
      <w:r w:rsidRPr="00791AB8">
        <w:rPr>
          <w:sz w:val="20"/>
          <w:szCs w:val="20"/>
        </w:rPr>
        <w:t xml:space="preserve"> </w:t>
      </w:r>
      <w:r w:rsidRPr="00791AB8">
        <w:rPr>
          <w:rFonts w:cs="Shruti"/>
          <w:sz w:val="20"/>
          <w:szCs w:val="20"/>
          <w:cs/>
          <w:lang w:bidi="gu-IN"/>
        </w:rPr>
        <w:t>ના</w:t>
      </w:r>
      <w:r w:rsidRPr="00791AB8">
        <w:rPr>
          <w:sz w:val="20"/>
          <w:szCs w:val="20"/>
        </w:rPr>
        <w:t xml:space="preserve"> </w:t>
      </w:r>
      <w:r w:rsidRPr="00791AB8">
        <w:rPr>
          <w:rFonts w:cs="Shruti"/>
          <w:sz w:val="20"/>
          <w:szCs w:val="20"/>
          <w:cs/>
          <w:lang w:bidi="gu-IN"/>
        </w:rPr>
        <w:t>સ્કૂલ</w:t>
      </w:r>
      <w:r w:rsidRPr="00791AB8">
        <w:rPr>
          <w:sz w:val="20"/>
          <w:szCs w:val="20"/>
        </w:rPr>
        <w:t xml:space="preserve"> </w:t>
      </w:r>
      <w:r w:rsidRPr="00791AB8">
        <w:rPr>
          <w:rFonts w:cs="Shruti"/>
          <w:sz w:val="20"/>
          <w:szCs w:val="20"/>
          <w:cs/>
          <w:lang w:bidi="gu-IN"/>
        </w:rPr>
        <w:t>ક્વૉલિટી</w:t>
      </w:r>
      <w:r w:rsidRPr="00791AB8">
        <w:rPr>
          <w:sz w:val="20"/>
          <w:szCs w:val="20"/>
        </w:rPr>
        <w:t xml:space="preserve"> </w:t>
      </w:r>
      <w:r w:rsidRPr="00791AB8">
        <w:rPr>
          <w:rFonts w:cs="Shruti"/>
          <w:sz w:val="20"/>
          <w:szCs w:val="20"/>
          <w:cs/>
          <w:lang w:bidi="gu-IN"/>
        </w:rPr>
        <w:t>એસેસમેન્ટ</w:t>
      </w:r>
      <w:r w:rsidRPr="00791AB8">
        <w:rPr>
          <w:sz w:val="20"/>
          <w:szCs w:val="20"/>
        </w:rPr>
        <w:t xml:space="preserve"> </w:t>
      </w:r>
      <w:r w:rsidRPr="00791AB8">
        <w:rPr>
          <w:rFonts w:cs="Shruti"/>
          <w:sz w:val="20"/>
          <w:szCs w:val="20"/>
          <w:cs/>
          <w:lang w:bidi="gu-IN"/>
        </w:rPr>
        <w:t>એન્ડ</w:t>
      </w:r>
      <w:r w:rsidRPr="00791AB8">
        <w:rPr>
          <w:sz w:val="20"/>
          <w:szCs w:val="20"/>
        </w:rPr>
        <w:t xml:space="preserve"> </w:t>
      </w:r>
      <w:r w:rsidRPr="00791AB8">
        <w:rPr>
          <w:rFonts w:cs="Shruti"/>
          <w:sz w:val="20"/>
          <w:szCs w:val="20"/>
          <w:cs/>
          <w:lang w:bidi="gu-IN"/>
        </w:rPr>
        <w:t>એશ્યોરન્સ</w:t>
      </w:r>
      <w:r w:rsidRPr="00791AB8">
        <w:rPr>
          <w:sz w:val="20"/>
          <w:szCs w:val="20"/>
        </w:rPr>
        <w:t xml:space="preserve"> </w:t>
      </w:r>
      <w:r w:rsidRPr="00791AB8">
        <w:rPr>
          <w:rFonts w:cs="Shruti"/>
          <w:sz w:val="20"/>
          <w:szCs w:val="20"/>
          <w:cs/>
          <w:lang w:bidi="gu-IN"/>
        </w:rPr>
        <w:t>ફ્રેમવર્ક</w:t>
      </w:r>
      <w:r w:rsidRPr="00791AB8">
        <w:rPr>
          <w:sz w:val="20"/>
          <w:szCs w:val="20"/>
        </w:rPr>
        <w:t xml:space="preserve"> (SQAAF) </w:t>
      </w:r>
      <w:r w:rsidRPr="00791AB8">
        <w:rPr>
          <w:rFonts w:cs="Shruti"/>
          <w:sz w:val="20"/>
          <w:szCs w:val="20"/>
          <w:cs/>
          <w:lang w:bidi="gu-IN"/>
        </w:rPr>
        <w:t>ના</w:t>
      </w:r>
      <w:r w:rsidRPr="00791AB8">
        <w:rPr>
          <w:sz w:val="20"/>
          <w:szCs w:val="20"/>
        </w:rPr>
        <w:t xml:space="preserve"> </w:t>
      </w:r>
      <w:r w:rsidRPr="00791AB8">
        <w:rPr>
          <w:rFonts w:cs="Shruti"/>
          <w:sz w:val="20"/>
          <w:szCs w:val="20"/>
          <w:cs/>
          <w:lang w:bidi="gu-IN"/>
        </w:rPr>
        <w:t>માપદંડોને</w:t>
      </w:r>
      <w:r w:rsidRPr="00791AB8">
        <w:rPr>
          <w:sz w:val="20"/>
          <w:szCs w:val="20"/>
        </w:rPr>
        <w:t xml:space="preserve"> </w:t>
      </w:r>
      <w:r w:rsidRPr="00791AB8">
        <w:rPr>
          <w:rFonts w:cs="Shruti"/>
          <w:sz w:val="20"/>
          <w:szCs w:val="20"/>
          <w:cs/>
          <w:lang w:bidi="gu-IN"/>
        </w:rPr>
        <w:t>અનુરૂપ</w:t>
      </w:r>
      <w:r w:rsidRPr="00791AB8">
        <w:rPr>
          <w:sz w:val="20"/>
          <w:szCs w:val="20"/>
        </w:rPr>
        <w:t xml:space="preserve"> </w:t>
      </w:r>
      <w:r w:rsidRPr="00791AB8">
        <w:rPr>
          <w:rFonts w:cs="Shruti"/>
          <w:sz w:val="20"/>
          <w:szCs w:val="20"/>
          <w:cs/>
          <w:lang w:bidi="gu-IN"/>
        </w:rPr>
        <w:t>લીંબડ</w:t>
      </w:r>
      <w:r w:rsidRPr="00791AB8">
        <w:rPr>
          <w:sz w:val="20"/>
          <w:szCs w:val="20"/>
        </w:rPr>
        <w:t xml:space="preserve"> </w:t>
      </w:r>
      <w:r w:rsidRPr="00791AB8">
        <w:rPr>
          <w:rFonts w:cs="Shruti"/>
          <w:sz w:val="20"/>
          <w:szCs w:val="20"/>
          <w:cs/>
          <w:lang w:bidi="gu-IN"/>
        </w:rPr>
        <w:t>પ્રાથમિક</w:t>
      </w:r>
      <w:r w:rsidRPr="00791AB8">
        <w:rPr>
          <w:sz w:val="20"/>
          <w:szCs w:val="20"/>
        </w:rPr>
        <w:t xml:space="preserve"> </w:t>
      </w:r>
      <w:r w:rsidRPr="00791AB8">
        <w:rPr>
          <w:rFonts w:cs="Shruti"/>
          <w:sz w:val="20"/>
          <w:szCs w:val="20"/>
          <w:cs/>
          <w:lang w:bidi="gu-IN"/>
        </w:rPr>
        <w:t>શાળા</w:t>
      </w:r>
      <w:r w:rsidRPr="00791AB8">
        <w:rPr>
          <w:sz w:val="20"/>
          <w:szCs w:val="20"/>
        </w:rPr>
        <w:t xml:space="preserve"> </w:t>
      </w:r>
      <w:r w:rsidRPr="00791AB8">
        <w:rPr>
          <w:rFonts w:cs="Shruti"/>
          <w:sz w:val="20"/>
          <w:szCs w:val="20"/>
          <w:cs/>
          <w:lang w:bidi="gu-IN"/>
        </w:rPr>
        <w:t>દ્વારા</w:t>
      </w:r>
      <w:r w:rsidRPr="00791AB8">
        <w:rPr>
          <w:sz w:val="20"/>
          <w:szCs w:val="20"/>
        </w:rPr>
        <w:t xml:space="preserve"> </w:t>
      </w:r>
      <w:r w:rsidRPr="00791AB8">
        <w:rPr>
          <w:rFonts w:cs="Shruti"/>
          <w:sz w:val="20"/>
          <w:szCs w:val="20"/>
          <w:cs/>
          <w:lang w:bidi="gu-IN"/>
        </w:rPr>
        <w:t>વિવિધ</w:t>
      </w:r>
      <w:r w:rsidRPr="00791AB8">
        <w:rPr>
          <w:sz w:val="20"/>
          <w:szCs w:val="20"/>
        </w:rPr>
        <w:t xml:space="preserve"> </w:t>
      </w:r>
      <w:r w:rsidRPr="00791AB8">
        <w:rPr>
          <w:rFonts w:cs="Shruti"/>
          <w:sz w:val="20"/>
          <w:szCs w:val="20"/>
          <w:cs/>
          <w:lang w:bidi="gu-IN"/>
        </w:rPr>
        <w:t>નીતિઓ</w:t>
      </w:r>
      <w:r w:rsidRPr="00791AB8">
        <w:rPr>
          <w:sz w:val="20"/>
          <w:szCs w:val="20"/>
        </w:rPr>
        <w:t xml:space="preserve"> </w:t>
      </w:r>
      <w:r w:rsidRPr="00791AB8">
        <w:rPr>
          <w:rFonts w:cs="Shruti"/>
          <w:sz w:val="20"/>
          <w:szCs w:val="20"/>
          <w:cs/>
          <w:lang w:bidi="gu-IN"/>
        </w:rPr>
        <w:t>ઘડવામાં</w:t>
      </w:r>
      <w:r w:rsidRPr="00791AB8">
        <w:rPr>
          <w:sz w:val="20"/>
          <w:szCs w:val="20"/>
        </w:rPr>
        <w:t xml:space="preserve"> </w:t>
      </w:r>
      <w:r w:rsidRPr="00791AB8">
        <w:rPr>
          <w:rFonts w:cs="Shruti"/>
          <w:sz w:val="20"/>
          <w:szCs w:val="20"/>
          <w:cs/>
          <w:lang w:bidi="gu-IN"/>
        </w:rPr>
        <w:t>આવેલ</w:t>
      </w:r>
      <w:r w:rsidRPr="00791AB8">
        <w:rPr>
          <w:sz w:val="20"/>
          <w:szCs w:val="20"/>
        </w:rPr>
        <w:t xml:space="preserve"> </w:t>
      </w:r>
      <w:r w:rsidRPr="00791AB8">
        <w:rPr>
          <w:rFonts w:cs="Shruti"/>
          <w:sz w:val="20"/>
          <w:szCs w:val="20"/>
          <w:cs/>
          <w:lang w:bidi="gu-IN"/>
        </w:rPr>
        <w:t>છે</w:t>
      </w:r>
      <w:r w:rsidRPr="00791AB8">
        <w:rPr>
          <w:sz w:val="20"/>
          <w:szCs w:val="20"/>
        </w:rPr>
        <w:t xml:space="preserve">. </w:t>
      </w:r>
      <w:r w:rsidRPr="00791AB8">
        <w:rPr>
          <w:rFonts w:cs="Shruti"/>
          <w:sz w:val="20"/>
          <w:szCs w:val="20"/>
          <w:cs/>
          <w:lang w:bidi="gu-IN"/>
        </w:rPr>
        <w:t>આ</w:t>
      </w:r>
      <w:r w:rsidRPr="00791AB8">
        <w:rPr>
          <w:sz w:val="20"/>
          <w:szCs w:val="20"/>
        </w:rPr>
        <w:t xml:space="preserve"> </w:t>
      </w:r>
      <w:r w:rsidRPr="00791AB8">
        <w:rPr>
          <w:rFonts w:cs="Shruti"/>
          <w:sz w:val="20"/>
          <w:szCs w:val="20"/>
          <w:cs/>
          <w:lang w:bidi="gu-IN"/>
        </w:rPr>
        <w:t>અહેવાલ</w:t>
      </w:r>
      <w:r w:rsidRPr="00791AB8">
        <w:rPr>
          <w:sz w:val="20"/>
          <w:szCs w:val="20"/>
        </w:rPr>
        <w:t xml:space="preserve"> </w:t>
      </w:r>
      <w:r w:rsidRPr="00791AB8">
        <w:rPr>
          <w:rFonts w:cs="Shruti"/>
          <w:sz w:val="20"/>
          <w:szCs w:val="20"/>
          <w:cs/>
          <w:lang w:bidi="gu-IN"/>
        </w:rPr>
        <w:t>ચાલુ</w:t>
      </w:r>
      <w:r w:rsidRPr="00791AB8">
        <w:rPr>
          <w:sz w:val="20"/>
          <w:szCs w:val="20"/>
        </w:rPr>
        <w:t xml:space="preserve"> </w:t>
      </w:r>
      <w:r w:rsidRPr="00791AB8">
        <w:rPr>
          <w:rFonts w:cs="Shruti"/>
          <w:sz w:val="20"/>
          <w:szCs w:val="20"/>
          <w:cs/>
          <w:lang w:bidi="gu-IN"/>
        </w:rPr>
        <w:t>શૈક્ષણિક</w:t>
      </w:r>
      <w:r w:rsidRPr="00791AB8">
        <w:rPr>
          <w:sz w:val="20"/>
          <w:szCs w:val="20"/>
        </w:rPr>
        <w:t xml:space="preserve"> </w:t>
      </w:r>
      <w:r w:rsidRPr="00791AB8">
        <w:rPr>
          <w:rFonts w:cs="Shruti"/>
          <w:sz w:val="20"/>
          <w:szCs w:val="20"/>
          <w:cs/>
          <w:lang w:bidi="gu-IN"/>
        </w:rPr>
        <w:t>સત્ર</w:t>
      </w:r>
      <w:r w:rsidRPr="00791AB8">
        <w:rPr>
          <w:sz w:val="20"/>
          <w:szCs w:val="20"/>
        </w:rPr>
        <w:t xml:space="preserve"> </w:t>
      </w:r>
      <w:r w:rsidRPr="00791AB8">
        <w:rPr>
          <w:rFonts w:cs="Shruti"/>
          <w:sz w:val="20"/>
          <w:szCs w:val="20"/>
          <w:cs/>
          <w:lang w:bidi="gu-IN"/>
        </w:rPr>
        <w:t>દરમિયાન</w:t>
      </w:r>
      <w:r w:rsidRPr="00791AB8">
        <w:rPr>
          <w:sz w:val="20"/>
          <w:szCs w:val="20"/>
        </w:rPr>
        <w:t xml:space="preserve"> </w:t>
      </w:r>
      <w:r w:rsidRPr="00791AB8">
        <w:rPr>
          <w:rFonts w:cs="Shruti"/>
          <w:sz w:val="20"/>
          <w:szCs w:val="20"/>
          <w:cs/>
          <w:lang w:bidi="gu-IN"/>
        </w:rPr>
        <w:t>શાળામાં</w:t>
      </w:r>
      <w:r w:rsidRPr="00791AB8">
        <w:rPr>
          <w:sz w:val="20"/>
          <w:szCs w:val="20"/>
        </w:rPr>
        <w:t xml:space="preserve"> </w:t>
      </w:r>
      <w:r w:rsidRPr="00791AB8">
        <w:rPr>
          <w:rFonts w:cs="Shruti"/>
          <w:sz w:val="20"/>
          <w:szCs w:val="20"/>
          <w:cs/>
          <w:lang w:bidi="gu-IN"/>
        </w:rPr>
        <w:t>અમલમાં</w:t>
      </w:r>
      <w:r w:rsidRPr="00791AB8">
        <w:rPr>
          <w:sz w:val="20"/>
          <w:szCs w:val="20"/>
        </w:rPr>
        <w:t xml:space="preserve"> </w:t>
      </w:r>
      <w:r w:rsidRPr="00791AB8">
        <w:rPr>
          <w:rFonts w:cs="Shruti"/>
          <w:sz w:val="20"/>
          <w:szCs w:val="20"/>
          <w:cs/>
          <w:lang w:bidi="gu-IN"/>
        </w:rPr>
        <w:t>મુકાયેલ</w:t>
      </w:r>
      <w:r w:rsidRPr="00791AB8">
        <w:rPr>
          <w:sz w:val="20"/>
          <w:szCs w:val="20"/>
        </w:rPr>
        <w:t xml:space="preserve"> </w:t>
      </w:r>
      <w:r w:rsidRPr="00791AB8">
        <w:rPr>
          <w:rFonts w:cs="Shruti"/>
          <w:sz w:val="20"/>
          <w:szCs w:val="20"/>
          <w:cs/>
          <w:lang w:bidi="gu-IN"/>
        </w:rPr>
        <w:t>નીતિઓ</w:t>
      </w:r>
      <w:r w:rsidRPr="00791AB8">
        <w:rPr>
          <w:sz w:val="20"/>
          <w:szCs w:val="20"/>
        </w:rPr>
        <w:t xml:space="preserve">, </w:t>
      </w:r>
      <w:r w:rsidRPr="00791AB8">
        <w:rPr>
          <w:rFonts w:cs="Shruti"/>
          <w:sz w:val="20"/>
          <w:szCs w:val="20"/>
          <w:cs/>
          <w:lang w:bidi="gu-IN"/>
        </w:rPr>
        <w:t>તેના</w:t>
      </w:r>
      <w:r w:rsidRPr="00791AB8">
        <w:rPr>
          <w:sz w:val="20"/>
          <w:szCs w:val="20"/>
        </w:rPr>
        <w:t xml:space="preserve"> </w:t>
      </w:r>
      <w:r w:rsidRPr="00791AB8">
        <w:rPr>
          <w:rFonts w:cs="Shruti"/>
          <w:sz w:val="20"/>
          <w:szCs w:val="20"/>
          <w:cs/>
          <w:lang w:bidi="gu-IN"/>
        </w:rPr>
        <w:t>પરિણામો</w:t>
      </w:r>
      <w:r w:rsidRPr="00791AB8">
        <w:rPr>
          <w:sz w:val="20"/>
          <w:szCs w:val="20"/>
        </w:rPr>
        <w:t xml:space="preserve"> </w:t>
      </w:r>
      <w:r w:rsidRPr="00791AB8">
        <w:rPr>
          <w:rFonts w:cs="Shruti"/>
          <w:sz w:val="20"/>
          <w:szCs w:val="20"/>
          <w:cs/>
          <w:lang w:bidi="gu-IN"/>
        </w:rPr>
        <w:t>અને</w:t>
      </w:r>
      <w:r w:rsidRPr="00791AB8">
        <w:rPr>
          <w:sz w:val="20"/>
          <w:szCs w:val="20"/>
        </w:rPr>
        <w:t xml:space="preserve"> </w:t>
      </w:r>
      <w:r w:rsidRPr="00791AB8">
        <w:rPr>
          <w:rFonts w:cs="Shruti"/>
          <w:sz w:val="20"/>
          <w:szCs w:val="20"/>
          <w:cs/>
          <w:lang w:bidi="gu-IN"/>
        </w:rPr>
        <w:t>સમીક્ષા</w:t>
      </w:r>
      <w:r w:rsidRPr="00791AB8">
        <w:rPr>
          <w:sz w:val="20"/>
          <w:szCs w:val="20"/>
        </w:rPr>
        <w:t xml:space="preserve"> </w:t>
      </w:r>
      <w:r w:rsidRPr="00791AB8">
        <w:rPr>
          <w:rFonts w:cs="Shruti"/>
          <w:sz w:val="20"/>
          <w:szCs w:val="20"/>
          <w:cs/>
          <w:lang w:bidi="gu-IN"/>
        </w:rPr>
        <w:t>બેઠકના</w:t>
      </w:r>
      <w:r w:rsidRPr="00791AB8">
        <w:rPr>
          <w:sz w:val="20"/>
          <w:szCs w:val="20"/>
        </w:rPr>
        <w:t xml:space="preserve"> </w:t>
      </w:r>
      <w:r w:rsidRPr="00791AB8">
        <w:rPr>
          <w:rFonts w:cs="Shruti"/>
          <w:sz w:val="20"/>
          <w:szCs w:val="20"/>
          <w:cs/>
          <w:lang w:bidi="gu-IN"/>
        </w:rPr>
        <w:t>તારણો</w:t>
      </w:r>
      <w:r w:rsidRPr="00791AB8">
        <w:rPr>
          <w:sz w:val="20"/>
          <w:szCs w:val="20"/>
        </w:rPr>
        <w:t xml:space="preserve"> </w:t>
      </w:r>
      <w:r w:rsidRPr="00791AB8">
        <w:rPr>
          <w:rFonts w:cs="Shruti"/>
          <w:sz w:val="20"/>
          <w:szCs w:val="20"/>
          <w:cs/>
          <w:lang w:bidi="gu-IN"/>
        </w:rPr>
        <w:t>રજૂ</w:t>
      </w:r>
      <w:r w:rsidRPr="00791AB8">
        <w:rPr>
          <w:sz w:val="20"/>
          <w:szCs w:val="20"/>
        </w:rPr>
        <w:t xml:space="preserve"> </w:t>
      </w:r>
      <w:r w:rsidRPr="00791AB8">
        <w:rPr>
          <w:rFonts w:cs="Shruti"/>
          <w:sz w:val="20"/>
          <w:szCs w:val="20"/>
          <w:cs/>
          <w:lang w:bidi="gu-IN"/>
        </w:rPr>
        <w:t>કરે</w:t>
      </w:r>
      <w:r w:rsidRPr="00791AB8">
        <w:rPr>
          <w:sz w:val="20"/>
          <w:szCs w:val="20"/>
        </w:rPr>
        <w:t xml:space="preserve"> </w:t>
      </w:r>
      <w:r w:rsidRPr="00791AB8">
        <w:rPr>
          <w:rFonts w:cs="Shruti"/>
          <w:sz w:val="20"/>
          <w:szCs w:val="20"/>
          <w:cs/>
          <w:lang w:bidi="gu-IN"/>
        </w:rPr>
        <w:t>છે</w:t>
      </w:r>
      <w:r w:rsidRPr="00791AB8">
        <w:rPr>
          <w:sz w:val="20"/>
          <w:szCs w:val="20"/>
        </w:rPr>
        <w:t>.</w:t>
      </w:r>
    </w:p>
    <w:p w14:paraId="73EAA8D3" w14:textId="77777777" w:rsidR="003F7E1A" w:rsidRDefault="003F7E1A" w:rsidP="00791AB8">
      <w:pPr>
        <w:pStyle w:val="Heading2"/>
        <w:spacing w:line="240" w:lineRule="auto"/>
      </w:pPr>
      <w:r>
        <w:rPr>
          <w:rFonts w:cs="Shruti"/>
          <w:cs/>
          <w:lang w:bidi="gu-IN"/>
        </w:rPr>
        <w:t>૨</w:t>
      </w:r>
      <w:r>
        <w:t xml:space="preserve">. </w:t>
      </w:r>
      <w:r>
        <w:rPr>
          <w:rFonts w:cs="Shruti"/>
          <w:cs/>
          <w:lang w:bidi="gu-IN"/>
        </w:rPr>
        <w:t>નીતિઓના</w:t>
      </w:r>
      <w:r>
        <w:t xml:space="preserve"> </w:t>
      </w:r>
      <w:r>
        <w:rPr>
          <w:rFonts w:cs="Shruti"/>
          <w:cs/>
          <w:lang w:bidi="gu-IN"/>
        </w:rPr>
        <w:t>અમલીકરણ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સમીક્ષાની</w:t>
      </w:r>
      <w:r>
        <w:t xml:space="preserve"> </w:t>
      </w:r>
      <w:r>
        <w:rPr>
          <w:rFonts w:cs="Shruti"/>
          <w:cs/>
          <w:lang w:bidi="gu-IN"/>
        </w:rPr>
        <w:t>વિગત</w:t>
      </w:r>
    </w:p>
    <w:tbl>
      <w:tblPr>
        <w:tblStyle w:val="TableGrid"/>
        <w:tblW w:w="10031" w:type="dxa"/>
        <w:tblLook w:val="04A0" w:firstRow="1" w:lastRow="0" w:firstColumn="1" w:lastColumn="0" w:noHBand="0" w:noVBand="1"/>
      </w:tblPr>
      <w:tblGrid>
        <w:gridCol w:w="2660"/>
        <w:gridCol w:w="3402"/>
        <w:gridCol w:w="3969"/>
      </w:tblGrid>
      <w:tr w:rsidR="003F7E1A" w14:paraId="70632330" w14:textId="77777777" w:rsidTr="00791AB8">
        <w:tc>
          <w:tcPr>
            <w:tcW w:w="2660" w:type="dxa"/>
          </w:tcPr>
          <w:p w14:paraId="0C5BAA61" w14:textId="77777777" w:rsidR="003F7E1A" w:rsidRDefault="003F7E1A" w:rsidP="009A7185">
            <w:pPr>
              <w:jc w:val="center"/>
            </w:pPr>
            <w:r>
              <w:rPr>
                <w:rFonts w:cs="Shruti"/>
                <w:cs/>
                <w:lang w:bidi="gu-IN"/>
              </w:rPr>
              <w:t>નીતિનું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નામ</w:t>
            </w:r>
          </w:p>
        </w:tc>
        <w:tc>
          <w:tcPr>
            <w:tcW w:w="3402" w:type="dxa"/>
          </w:tcPr>
          <w:p w14:paraId="33A40B4E" w14:textId="77777777" w:rsidR="003F7E1A" w:rsidRDefault="003F7E1A" w:rsidP="009A7185">
            <w:pPr>
              <w:jc w:val="center"/>
            </w:pPr>
            <w:r>
              <w:rPr>
                <w:rFonts w:cs="Shruti"/>
                <w:cs/>
                <w:lang w:bidi="gu-IN"/>
              </w:rPr>
              <w:t>અમલીકરણની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સ્થિતિ</w:t>
            </w:r>
          </w:p>
        </w:tc>
        <w:tc>
          <w:tcPr>
            <w:tcW w:w="3969" w:type="dxa"/>
          </w:tcPr>
          <w:p w14:paraId="37526E6D" w14:textId="77777777" w:rsidR="003F7E1A" w:rsidRDefault="003F7E1A" w:rsidP="009A7185">
            <w:pPr>
              <w:jc w:val="center"/>
            </w:pPr>
            <w:r>
              <w:rPr>
                <w:rFonts w:cs="Shruti"/>
                <w:cs/>
                <w:lang w:bidi="gu-IN"/>
              </w:rPr>
              <w:t>સમીક્ષા</w:t>
            </w:r>
            <w:r>
              <w:t xml:space="preserve"> / </w:t>
            </w:r>
            <w:r>
              <w:rPr>
                <w:rFonts w:cs="Shruti"/>
                <w:cs/>
                <w:lang w:bidi="gu-IN"/>
              </w:rPr>
              <w:t>તારણ</w:t>
            </w:r>
          </w:p>
        </w:tc>
      </w:tr>
      <w:tr w:rsidR="003F7E1A" w14:paraId="647CB237" w14:textId="77777777" w:rsidTr="00791AB8">
        <w:tc>
          <w:tcPr>
            <w:tcW w:w="2660" w:type="dxa"/>
          </w:tcPr>
          <w:p w14:paraId="2649CF3E" w14:textId="77777777" w:rsidR="003F7E1A" w:rsidRPr="00791AB8" w:rsidRDefault="003F7E1A" w:rsidP="00B50F7F">
            <w:pPr>
              <w:rPr>
                <w:sz w:val="18"/>
                <w:szCs w:val="18"/>
              </w:rPr>
            </w:pP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પ્રવેશ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અને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હાજરી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નીતિ</w:t>
            </w:r>
          </w:p>
        </w:tc>
        <w:tc>
          <w:tcPr>
            <w:tcW w:w="3402" w:type="dxa"/>
          </w:tcPr>
          <w:p w14:paraId="78A03917" w14:textId="77777777" w:rsidR="003F7E1A" w:rsidRPr="00791AB8" w:rsidRDefault="003F7E1A" w:rsidP="00B50F7F">
            <w:pPr>
              <w:rPr>
                <w:sz w:val="18"/>
                <w:szCs w:val="18"/>
              </w:rPr>
            </w:pP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શાળામાં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૧૦૦</w:t>
            </w:r>
            <w:r w:rsidRPr="00791AB8">
              <w:rPr>
                <w:sz w:val="18"/>
                <w:szCs w:val="18"/>
              </w:rPr>
              <w:t xml:space="preserve">%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નામાંકન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સુનિશ્ચિત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કરવામાં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આવ્યું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છે</w:t>
            </w:r>
            <w:r w:rsidRPr="00791AB8">
              <w:rPr>
                <w:sz w:val="18"/>
                <w:szCs w:val="18"/>
              </w:rPr>
              <w:t xml:space="preserve">.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અનિયમિત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વિદ્યાર્થીઓના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વાલીઓનો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નિયમિત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સંપર્ક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કરાયો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છે</w:t>
            </w:r>
            <w:r w:rsidRPr="00791AB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</w:tcPr>
          <w:p w14:paraId="35BB10B5" w14:textId="77777777" w:rsidR="003F7E1A" w:rsidRPr="00791AB8" w:rsidRDefault="003F7E1A" w:rsidP="00B50F7F">
            <w:pPr>
              <w:rPr>
                <w:sz w:val="18"/>
                <w:szCs w:val="18"/>
              </w:rPr>
            </w:pP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હાજરીમાં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સુધારો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જોવા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મળ્યો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છે</w:t>
            </w:r>
            <w:r w:rsidRPr="00791AB8">
              <w:rPr>
                <w:sz w:val="18"/>
                <w:szCs w:val="18"/>
              </w:rPr>
              <w:t xml:space="preserve">.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સ્થળાંતરિત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પરિવારોના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બાળકો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પર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વધુ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ધ્યાન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આપવાની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જરૂર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છે</w:t>
            </w:r>
            <w:r w:rsidRPr="00791AB8">
              <w:rPr>
                <w:sz w:val="18"/>
                <w:szCs w:val="18"/>
              </w:rPr>
              <w:t>.</w:t>
            </w:r>
          </w:p>
        </w:tc>
      </w:tr>
      <w:tr w:rsidR="003F7E1A" w14:paraId="0A4A90AB" w14:textId="77777777" w:rsidTr="00791AB8">
        <w:tc>
          <w:tcPr>
            <w:tcW w:w="2660" w:type="dxa"/>
          </w:tcPr>
          <w:p w14:paraId="1ECDC63E" w14:textId="77777777" w:rsidR="003F7E1A" w:rsidRPr="00791AB8" w:rsidRDefault="003F7E1A" w:rsidP="00B50F7F">
            <w:pPr>
              <w:rPr>
                <w:sz w:val="18"/>
                <w:szCs w:val="18"/>
              </w:rPr>
            </w:pP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શૈક્ષણિક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અને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અધ્યાપન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નીતિ</w:t>
            </w:r>
          </w:p>
        </w:tc>
        <w:tc>
          <w:tcPr>
            <w:tcW w:w="3402" w:type="dxa"/>
          </w:tcPr>
          <w:p w14:paraId="573AFF54" w14:textId="77777777" w:rsidR="003F7E1A" w:rsidRPr="00791AB8" w:rsidRDefault="003F7E1A" w:rsidP="00B50F7F">
            <w:pPr>
              <w:rPr>
                <w:sz w:val="18"/>
                <w:szCs w:val="18"/>
              </w:rPr>
            </w:pP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તમામ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શિક્ષકો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દ્વારા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દૈનિક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આયોજનપોથીનો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નિભાવ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થાય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છે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અને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અધ્યયન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નિષ્પત્તિ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આધારિત</w:t>
            </w:r>
            <w:r w:rsidRPr="00791AB8">
              <w:rPr>
                <w:sz w:val="18"/>
                <w:szCs w:val="18"/>
              </w:rPr>
              <w:t xml:space="preserve"> TLM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નો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ઉપયોગ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કરાય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છે</w:t>
            </w:r>
            <w:r w:rsidRPr="00791AB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</w:tcPr>
          <w:p w14:paraId="0D622C4F" w14:textId="77777777" w:rsidR="003F7E1A" w:rsidRPr="00791AB8" w:rsidRDefault="003F7E1A" w:rsidP="00B50F7F">
            <w:pPr>
              <w:rPr>
                <w:sz w:val="18"/>
                <w:szCs w:val="18"/>
              </w:rPr>
            </w:pP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શૈક્ષણિક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કાર્ય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સંતોષકારક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છે</w:t>
            </w:r>
            <w:r w:rsidRPr="00791AB8">
              <w:rPr>
                <w:sz w:val="18"/>
                <w:szCs w:val="18"/>
              </w:rPr>
              <w:t xml:space="preserve">.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શિક્ષકોને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નવી</w:t>
            </w:r>
            <w:r w:rsidRPr="00791AB8">
              <w:rPr>
                <w:sz w:val="18"/>
                <w:szCs w:val="18"/>
              </w:rPr>
              <w:t xml:space="preserve"> NEP 2020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અને</w:t>
            </w:r>
            <w:r w:rsidRPr="00791AB8">
              <w:rPr>
                <w:sz w:val="18"/>
                <w:szCs w:val="18"/>
              </w:rPr>
              <w:t xml:space="preserve"> SCF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આધારિત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તાલીમોમાં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સક્રિયપણે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જોડવા</w:t>
            </w:r>
            <w:r w:rsidRPr="00791AB8">
              <w:rPr>
                <w:sz w:val="18"/>
                <w:szCs w:val="18"/>
              </w:rPr>
              <w:t>.</w:t>
            </w:r>
          </w:p>
        </w:tc>
      </w:tr>
      <w:tr w:rsidR="003F7E1A" w14:paraId="373DBC19" w14:textId="77777777" w:rsidTr="00791AB8">
        <w:tc>
          <w:tcPr>
            <w:tcW w:w="2660" w:type="dxa"/>
          </w:tcPr>
          <w:p w14:paraId="699CABE9" w14:textId="77777777" w:rsidR="003F7E1A" w:rsidRPr="00791AB8" w:rsidRDefault="003F7E1A" w:rsidP="00B50F7F">
            <w:pPr>
              <w:rPr>
                <w:sz w:val="18"/>
                <w:szCs w:val="18"/>
              </w:rPr>
            </w:pP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મૂલ્યાંકન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નીતિ</w:t>
            </w:r>
          </w:p>
        </w:tc>
        <w:tc>
          <w:tcPr>
            <w:tcW w:w="3402" w:type="dxa"/>
          </w:tcPr>
          <w:p w14:paraId="3A7C07E6" w14:textId="77777777" w:rsidR="003F7E1A" w:rsidRPr="00791AB8" w:rsidRDefault="003F7E1A" w:rsidP="00B50F7F">
            <w:pPr>
              <w:rPr>
                <w:sz w:val="18"/>
                <w:szCs w:val="18"/>
              </w:rPr>
            </w:pP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રચનાત્મક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મૂલ્યાંકન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અને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એકમ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કસોટીઓ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નિયમિત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લેવાય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છે</w:t>
            </w:r>
            <w:r w:rsidRPr="00791AB8">
              <w:rPr>
                <w:sz w:val="18"/>
                <w:szCs w:val="18"/>
              </w:rPr>
              <w:t xml:space="preserve">.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પરિણામ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મુજબ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ઉપચારાત્મક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કાર્ય</w:t>
            </w:r>
            <w:r w:rsidRPr="00791AB8">
              <w:rPr>
                <w:sz w:val="18"/>
                <w:szCs w:val="18"/>
              </w:rPr>
              <w:t xml:space="preserve"> (Remedial Teaching)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શરૂ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છે</w:t>
            </w:r>
            <w:r w:rsidRPr="00791AB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</w:tcPr>
          <w:p w14:paraId="4347DEDE" w14:textId="77777777" w:rsidR="003F7E1A" w:rsidRPr="00791AB8" w:rsidRDefault="003F7E1A" w:rsidP="00B50F7F">
            <w:pPr>
              <w:rPr>
                <w:sz w:val="18"/>
                <w:szCs w:val="18"/>
              </w:rPr>
            </w:pP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નબળા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વિદ્યાર્થીઓ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માટે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હજુ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વધુ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સમય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ફાળવી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તેમને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વ્યક્તિગત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માર્ગદર્શન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પૂરું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પાડવું</w:t>
            </w:r>
            <w:r w:rsidRPr="00791AB8">
              <w:rPr>
                <w:sz w:val="18"/>
                <w:szCs w:val="18"/>
              </w:rPr>
              <w:t>.</w:t>
            </w:r>
          </w:p>
        </w:tc>
      </w:tr>
      <w:tr w:rsidR="003F7E1A" w14:paraId="3391CA6C" w14:textId="77777777" w:rsidTr="00791AB8">
        <w:tc>
          <w:tcPr>
            <w:tcW w:w="2660" w:type="dxa"/>
          </w:tcPr>
          <w:p w14:paraId="5665CF91" w14:textId="77777777" w:rsidR="003F7E1A" w:rsidRPr="00791AB8" w:rsidRDefault="003F7E1A" w:rsidP="00B50F7F">
            <w:pPr>
              <w:rPr>
                <w:sz w:val="18"/>
                <w:szCs w:val="18"/>
              </w:rPr>
            </w:pP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સલામતી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અને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સુરક્ષા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નીતિ</w:t>
            </w:r>
          </w:p>
        </w:tc>
        <w:tc>
          <w:tcPr>
            <w:tcW w:w="3402" w:type="dxa"/>
          </w:tcPr>
          <w:p w14:paraId="1AD8C844" w14:textId="77777777" w:rsidR="003F7E1A" w:rsidRPr="00791AB8" w:rsidRDefault="003F7E1A" w:rsidP="00B50F7F">
            <w:pPr>
              <w:rPr>
                <w:sz w:val="18"/>
                <w:szCs w:val="18"/>
              </w:rPr>
            </w:pP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ફાયર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સેફ્ટી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સાધનો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કાર્યરત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છે</w:t>
            </w:r>
            <w:r w:rsidRPr="00791AB8">
              <w:rPr>
                <w:sz w:val="18"/>
                <w:szCs w:val="18"/>
              </w:rPr>
              <w:t xml:space="preserve">,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મોકડ્રીલ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યોજવામાં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આવી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છે</w:t>
            </w:r>
            <w:r w:rsidRPr="00791AB8">
              <w:rPr>
                <w:sz w:val="18"/>
                <w:szCs w:val="18"/>
              </w:rPr>
              <w:t xml:space="preserve">.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પ્રાથમિક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સારવાર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પેટી</w:t>
            </w:r>
            <w:r w:rsidRPr="00791AB8">
              <w:rPr>
                <w:sz w:val="18"/>
                <w:szCs w:val="18"/>
              </w:rPr>
              <w:t xml:space="preserve"> (First Aid)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ઉપલબ્ધ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છે</w:t>
            </w:r>
            <w:r w:rsidRPr="00791AB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</w:tcPr>
          <w:p w14:paraId="0987A356" w14:textId="77777777" w:rsidR="003F7E1A" w:rsidRPr="00791AB8" w:rsidRDefault="003F7E1A" w:rsidP="00B50F7F">
            <w:pPr>
              <w:rPr>
                <w:sz w:val="18"/>
                <w:szCs w:val="18"/>
              </w:rPr>
            </w:pP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શાળા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કેમ્પસ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સંપૂર્ણ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સુરક્ષિત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છે</w:t>
            </w:r>
            <w:r w:rsidRPr="00791AB8">
              <w:rPr>
                <w:sz w:val="18"/>
                <w:szCs w:val="18"/>
              </w:rPr>
              <w:t xml:space="preserve">.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શૌચાલય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અને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પીવાના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પાણીની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ટાંકીની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સફાઈ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નિયમિત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થાય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છે</w:t>
            </w:r>
            <w:r w:rsidRPr="00791AB8">
              <w:rPr>
                <w:sz w:val="18"/>
                <w:szCs w:val="18"/>
              </w:rPr>
              <w:t>.</w:t>
            </w:r>
          </w:p>
        </w:tc>
      </w:tr>
      <w:tr w:rsidR="003F7E1A" w14:paraId="1380258E" w14:textId="77777777" w:rsidTr="00791AB8">
        <w:tc>
          <w:tcPr>
            <w:tcW w:w="2660" w:type="dxa"/>
          </w:tcPr>
          <w:p w14:paraId="7B0F6334" w14:textId="77777777" w:rsidR="003F7E1A" w:rsidRPr="00791AB8" w:rsidRDefault="003F7E1A" w:rsidP="00B50F7F">
            <w:pPr>
              <w:rPr>
                <w:sz w:val="18"/>
                <w:szCs w:val="18"/>
              </w:rPr>
            </w:pP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સમાવેશી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શિક્ષણ</w:t>
            </w:r>
            <w:r w:rsidRPr="00791AB8">
              <w:rPr>
                <w:sz w:val="18"/>
                <w:szCs w:val="18"/>
              </w:rPr>
              <w:t xml:space="preserve"> (CWSN)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નીતિ</w:t>
            </w:r>
          </w:p>
        </w:tc>
        <w:tc>
          <w:tcPr>
            <w:tcW w:w="3402" w:type="dxa"/>
          </w:tcPr>
          <w:p w14:paraId="185DB728" w14:textId="77777777" w:rsidR="003F7E1A" w:rsidRPr="00791AB8" w:rsidRDefault="003F7E1A" w:rsidP="00B50F7F">
            <w:pPr>
              <w:rPr>
                <w:sz w:val="18"/>
                <w:szCs w:val="18"/>
              </w:rPr>
            </w:pPr>
            <w:r w:rsidRPr="00791AB8">
              <w:rPr>
                <w:sz w:val="18"/>
                <w:szCs w:val="18"/>
              </w:rPr>
              <w:t xml:space="preserve">CWSN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બાળકો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માટે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વિશેષ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બેઠક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વ્યવસ્થા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અને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રેમ્પની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સુવિધા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ઉપલબ્ધ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કરવામાં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આવી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છે</w:t>
            </w:r>
            <w:r w:rsidRPr="00791AB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</w:tcPr>
          <w:p w14:paraId="5E483758" w14:textId="77777777" w:rsidR="003F7E1A" w:rsidRPr="00791AB8" w:rsidRDefault="003F7E1A" w:rsidP="00B50F7F">
            <w:pPr>
              <w:rPr>
                <w:sz w:val="18"/>
                <w:szCs w:val="18"/>
              </w:rPr>
            </w:pP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તમામ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બાળકો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સાથે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મળીને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પ્રવૃત્તિ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કરે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છે</w:t>
            </w:r>
            <w:r w:rsidRPr="00791AB8">
              <w:rPr>
                <w:sz w:val="18"/>
                <w:szCs w:val="18"/>
              </w:rPr>
              <w:t xml:space="preserve">,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જે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ખૂબ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હકારાત્મક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અને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પ્રોત્સાહક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છે</w:t>
            </w:r>
            <w:r w:rsidRPr="00791AB8">
              <w:rPr>
                <w:sz w:val="18"/>
                <w:szCs w:val="18"/>
              </w:rPr>
              <w:t>.</w:t>
            </w:r>
          </w:p>
        </w:tc>
      </w:tr>
      <w:tr w:rsidR="003F7E1A" w14:paraId="47B728F2" w14:textId="77777777" w:rsidTr="00791AB8">
        <w:tc>
          <w:tcPr>
            <w:tcW w:w="2660" w:type="dxa"/>
          </w:tcPr>
          <w:p w14:paraId="362D725B" w14:textId="77777777" w:rsidR="003F7E1A" w:rsidRPr="00791AB8" w:rsidRDefault="003F7E1A" w:rsidP="00B50F7F">
            <w:pPr>
              <w:rPr>
                <w:sz w:val="18"/>
                <w:szCs w:val="18"/>
              </w:rPr>
            </w:pP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સમુદાય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સહભાગિતા</w:t>
            </w:r>
            <w:r w:rsidRPr="00791AB8">
              <w:rPr>
                <w:sz w:val="18"/>
                <w:szCs w:val="18"/>
              </w:rPr>
              <w:t xml:space="preserve"> (SMC)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નીતિ</w:t>
            </w:r>
          </w:p>
        </w:tc>
        <w:tc>
          <w:tcPr>
            <w:tcW w:w="3402" w:type="dxa"/>
          </w:tcPr>
          <w:p w14:paraId="0888E8A0" w14:textId="77777777" w:rsidR="003F7E1A" w:rsidRPr="00791AB8" w:rsidRDefault="003F7E1A" w:rsidP="00B50F7F">
            <w:pPr>
              <w:rPr>
                <w:sz w:val="18"/>
                <w:szCs w:val="18"/>
              </w:rPr>
            </w:pPr>
            <w:r w:rsidRPr="00791AB8">
              <w:rPr>
                <w:sz w:val="18"/>
                <w:szCs w:val="18"/>
              </w:rPr>
              <w:t xml:space="preserve">SMC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ની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બેઠકો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નિયમિત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રીતે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યોજાય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છે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અને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વાલીઓનો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સારો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પ્રતિસાદ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મળે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છે</w:t>
            </w:r>
            <w:r w:rsidRPr="00791AB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</w:tcPr>
          <w:p w14:paraId="0750F441" w14:textId="77777777" w:rsidR="003F7E1A" w:rsidRPr="00791AB8" w:rsidRDefault="003F7E1A" w:rsidP="00B50F7F">
            <w:pPr>
              <w:rPr>
                <w:sz w:val="18"/>
                <w:szCs w:val="18"/>
              </w:rPr>
            </w:pP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શાળા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વિકાસ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કાર્યોમાં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સમુદાય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અને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દાતાઓનો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સહયોગ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વધુ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સક્રિય</w:t>
            </w:r>
            <w:r w:rsidRPr="00791AB8">
              <w:rPr>
                <w:sz w:val="18"/>
                <w:szCs w:val="18"/>
              </w:rPr>
              <w:t xml:space="preserve"> </w:t>
            </w:r>
            <w:r w:rsidRPr="00791AB8">
              <w:rPr>
                <w:rFonts w:cs="Shruti"/>
                <w:sz w:val="18"/>
                <w:szCs w:val="18"/>
                <w:cs/>
                <w:lang w:bidi="gu-IN"/>
              </w:rPr>
              <w:t>બનાવવો</w:t>
            </w:r>
            <w:r w:rsidRPr="00791AB8">
              <w:rPr>
                <w:sz w:val="18"/>
                <w:szCs w:val="18"/>
              </w:rPr>
              <w:t>.</w:t>
            </w:r>
          </w:p>
        </w:tc>
      </w:tr>
    </w:tbl>
    <w:p w14:paraId="2532B3F6" w14:textId="77777777" w:rsidR="003F7E1A" w:rsidRDefault="003F7E1A" w:rsidP="003F7E1A">
      <w:pPr>
        <w:pStyle w:val="Heading2"/>
      </w:pPr>
      <w:r>
        <w:rPr>
          <w:rFonts w:cs="Shruti"/>
          <w:cs/>
          <w:lang w:bidi="gu-IN"/>
        </w:rPr>
        <w:t>૩</w:t>
      </w:r>
      <w:r>
        <w:t xml:space="preserve">. </w:t>
      </w:r>
      <w:r>
        <w:rPr>
          <w:rFonts w:cs="Shruti"/>
          <w:cs/>
          <w:lang w:bidi="gu-IN"/>
        </w:rPr>
        <w:t>સમીક્ષા</w:t>
      </w:r>
      <w:r>
        <w:t xml:space="preserve"> </w:t>
      </w:r>
      <w:r>
        <w:rPr>
          <w:rFonts w:cs="Shruti"/>
          <w:cs/>
          <w:lang w:bidi="gu-IN"/>
        </w:rPr>
        <w:t>સમિતિના</w:t>
      </w:r>
      <w:r>
        <w:t xml:space="preserve"> </w:t>
      </w:r>
      <w:r>
        <w:rPr>
          <w:rFonts w:cs="Shruti"/>
          <w:cs/>
          <w:lang w:bidi="gu-IN"/>
        </w:rPr>
        <w:t>સૂચનો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આગામી</w:t>
      </w:r>
      <w:r>
        <w:t xml:space="preserve"> </w:t>
      </w:r>
      <w:r>
        <w:rPr>
          <w:rFonts w:cs="Shruti"/>
          <w:cs/>
          <w:lang w:bidi="gu-IN"/>
        </w:rPr>
        <w:t>આયોજન</w:t>
      </w:r>
    </w:p>
    <w:p w14:paraId="252EA2C9" w14:textId="77777777" w:rsidR="003F7E1A" w:rsidRPr="00791AB8" w:rsidRDefault="003F7E1A" w:rsidP="003F7E1A">
      <w:pPr>
        <w:pStyle w:val="ListBullet"/>
        <w:rPr>
          <w:sz w:val="18"/>
          <w:szCs w:val="18"/>
        </w:rPr>
      </w:pPr>
      <w:r w:rsidRPr="00791AB8">
        <w:rPr>
          <w:rFonts w:cs="Shruti"/>
          <w:sz w:val="18"/>
          <w:szCs w:val="18"/>
          <w:cs/>
          <w:lang w:bidi="gu-IN"/>
        </w:rPr>
        <w:t>વાલીઓ</w:t>
      </w:r>
      <w:r w:rsidRPr="00791AB8">
        <w:rPr>
          <w:sz w:val="18"/>
          <w:szCs w:val="18"/>
        </w:rPr>
        <w:t xml:space="preserve"> </w:t>
      </w:r>
      <w:r w:rsidRPr="00791AB8">
        <w:rPr>
          <w:rFonts w:cs="Shruti"/>
          <w:sz w:val="18"/>
          <w:szCs w:val="18"/>
          <w:cs/>
          <w:lang w:bidi="gu-IN"/>
        </w:rPr>
        <w:t>સાથેનો</w:t>
      </w:r>
      <w:r w:rsidRPr="00791AB8">
        <w:rPr>
          <w:sz w:val="18"/>
          <w:szCs w:val="18"/>
        </w:rPr>
        <w:t xml:space="preserve"> </w:t>
      </w:r>
      <w:r w:rsidRPr="00791AB8">
        <w:rPr>
          <w:rFonts w:cs="Shruti"/>
          <w:sz w:val="18"/>
          <w:szCs w:val="18"/>
          <w:cs/>
          <w:lang w:bidi="gu-IN"/>
        </w:rPr>
        <w:t>સંપર્ક</w:t>
      </w:r>
      <w:r w:rsidRPr="00791AB8">
        <w:rPr>
          <w:sz w:val="18"/>
          <w:szCs w:val="18"/>
        </w:rPr>
        <w:t xml:space="preserve"> </w:t>
      </w:r>
      <w:r w:rsidRPr="00791AB8">
        <w:rPr>
          <w:rFonts w:cs="Shruti"/>
          <w:sz w:val="18"/>
          <w:szCs w:val="18"/>
          <w:cs/>
          <w:lang w:bidi="gu-IN"/>
        </w:rPr>
        <w:t>હજુ</w:t>
      </w:r>
      <w:r w:rsidRPr="00791AB8">
        <w:rPr>
          <w:sz w:val="18"/>
          <w:szCs w:val="18"/>
        </w:rPr>
        <w:t xml:space="preserve"> </w:t>
      </w:r>
      <w:r w:rsidRPr="00791AB8">
        <w:rPr>
          <w:rFonts w:cs="Shruti"/>
          <w:sz w:val="18"/>
          <w:szCs w:val="18"/>
          <w:cs/>
          <w:lang w:bidi="gu-IN"/>
        </w:rPr>
        <w:t>વધુ</w:t>
      </w:r>
      <w:r w:rsidRPr="00791AB8">
        <w:rPr>
          <w:sz w:val="18"/>
          <w:szCs w:val="18"/>
        </w:rPr>
        <w:t xml:space="preserve"> </w:t>
      </w:r>
      <w:r w:rsidRPr="00791AB8">
        <w:rPr>
          <w:rFonts w:cs="Shruti"/>
          <w:sz w:val="18"/>
          <w:szCs w:val="18"/>
          <w:cs/>
          <w:lang w:bidi="gu-IN"/>
        </w:rPr>
        <w:t>સુદઢ</w:t>
      </w:r>
      <w:r w:rsidRPr="00791AB8">
        <w:rPr>
          <w:sz w:val="18"/>
          <w:szCs w:val="18"/>
        </w:rPr>
        <w:t xml:space="preserve"> </w:t>
      </w:r>
      <w:r w:rsidRPr="00791AB8">
        <w:rPr>
          <w:rFonts w:cs="Shruti"/>
          <w:sz w:val="18"/>
          <w:szCs w:val="18"/>
          <w:cs/>
          <w:lang w:bidi="gu-IN"/>
        </w:rPr>
        <w:t>કરવો</w:t>
      </w:r>
      <w:r w:rsidRPr="00791AB8">
        <w:rPr>
          <w:sz w:val="18"/>
          <w:szCs w:val="18"/>
        </w:rPr>
        <w:t xml:space="preserve"> </w:t>
      </w:r>
      <w:r w:rsidRPr="00791AB8">
        <w:rPr>
          <w:rFonts w:cs="Shruti"/>
          <w:sz w:val="18"/>
          <w:szCs w:val="18"/>
          <w:cs/>
          <w:lang w:bidi="gu-IN"/>
        </w:rPr>
        <w:t>જેથી</w:t>
      </w:r>
      <w:r w:rsidRPr="00791AB8">
        <w:rPr>
          <w:sz w:val="18"/>
          <w:szCs w:val="18"/>
        </w:rPr>
        <w:t xml:space="preserve"> </w:t>
      </w:r>
      <w:r w:rsidRPr="00791AB8">
        <w:rPr>
          <w:rFonts w:cs="Shruti"/>
          <w:sz w:val="18"/>
          <w:szCs w:val="18"/>
          <w:cs/>
          <w:lang w:bidi="gu-IN"/>
        </w:rPr>
        <w:t>બાળકોની</w:t>
      </w:r>
      <w:r w:rsidRPr="00791AB8">
        <w:rPr>
          <w:sz w:val="18"/>
          <w:szCs w:val="18"/>
        </w:rPr>
        <w:t xml:space="preserve"> </w:t>
      </w:r>
      <w:r w:rsidRPr="00791AB8">
        <w:rPr>
          <w:rFonts w:cs="Shruti"/>
          <w:sz w:val="18"/>
          <w:szCs w:val="18"/>
          <w:cs/>
          <w:lang w:bidi="gu-IN"/>
        </w:rPr>
        <w:t>ગેરહાજરીનું</w:t>
      </w:r>
      <w:r w:rsidRPr="00791AB8">
        <w:rPr>
          <w:sz w:val="18"/>
          <w:szCs w:val="18"/>
        </w:rPr>
        <w:t xml:space="preserve"> </w:t>
      </w:r>
      <w:r w:rsidRPr="00791AB8">
        <w:rPr>
          <w:rFonts w:cs="Shruti"/>
          <w:sz w:val="18"/>
          <w:szCs w:val="18"/>
          <w:cs/>
          <w:lang w:bidi="gu-IN"/>
        </w:rPr>
        <w:t>પ્રમાણ</w:t>
      </w:r>
      <w:r w:rsidRPr="00791AB8">
        <w:rPr>
          <w:sz w:val="18"/>
          <w:szCs w:val="18"/>
        </w:rPr>
        <w:t xml:space="preserve"> </w:t>
      </w:r>
      <w:r w:rsidRPr="00791AB8">
        <w:rPr>
          <w:rFonts w:cs="Shruti"/>
          <w:sz w:val="18"/>
          <w:szCs w:val="18"/>
          <w:cs/>
          <w:lang w:bidi="gu-IN"/>
        </w:rPr>
        <w:t>ઘટાડી</w:t>
      </w:r>
      <w:r w:rsidRPr="00791AB8">
        <w:rPr>
          <w:sz w:val="18"/>
          <w:szCs w:val="18"/>
        </w:rPr>
        <w:t xml:space="preserve"> </w:t>
      </w:r>
      <w:r w:rsidRPr="00791AB8">
        <w:rPr>
          <w:rFonts w:cs="Shruti"/>
          <w:sz w:val="18"/>
          <w:szCs w:val="18"/>
          <w:cs/>
          <w:lang w:bidi="gu-IN"/>
        </w:rPr>
        <w:t>શકાય</w:t>
      </w:r>
      <w:r w:rsidRPr="00791AB8">
        <w:rPr>
          <w:sz w:val="18"/>
          <w:szCs w:val="18"/>
        </w:rPr>
        <w:t>.</w:t>
      </w:r>
    </w:p>
    <w:p w14:paraId="0927B843" w14:textId="77777777" w:rsidR="003F7E1A" w:rsidRPr="00791AB8" w:rsidRDefault="003F7E1A" w:rsidP="003F7E1A">
      <w:pPr>
        <w:pStyle w:val="ListBullet"/>
        <w:rPr>
          <w:sz w:val="18"/>
          <w:szCs w:val="18"/>
        </w:rPr>
      </w:pPr>
      <w:r w:rsidRPr="00791AB8">
        <w:rPr>
          <w:rFonts w:cs="Shruti"/>
          <w:sz w:val="18"/>
          <w:szCs w:val="18"/>
          <w:cs/>
          <w:lang w:bidi="gu-IN"/>
        </w:rPr>
        <w:t>શિક્ષકોને</w:t>
      </w:r>
      <w:r w:rsidRPr="00791AB8">
        <w:rPr>
          <w:sz w:val="18"/>
          <w:szCs w:val="18"/>
        </w:rPr>
        <w:t xml:space="preserve"> </w:t>
      </w:r>
      <w:r w:rsidRPr="00791AB8">
        <w:rPr>
          <w:rFonts w:cs="Shruti"/>
          <w:sz w:val="18"/>
          <w:szCs w:val="18"/>
          <w:cs/>
          <w:lang w:bidi="gu-IN"/>
        </w:rPr>
        <w:t>ડિજિટલ</w:t>
      </w:r>
      <w:r w:rsidRPr="00791AB8">
        <w:rPr>
          <w:sz w:val="18"/>
          <w:szCs w:val="18"/>
        </w:rPr>
        <w:t xml:space="preserve"> </w:t>
      </w:r>
      <w:r w:rsidRPr="00791AB8">
        <w:rPr>
          <w:rFonts w:cs="Shruti"/>
          <w:sz w:val="18"/>
          <w:szCs w:val="18"/>
          <w:cs/>
          <w:lang w:bidi="gu-IN"/>
        </w:rPr>
        <w:t>શિક્ષણ</w:t>
      </w:r>
      <w:r w:rsidRPr="00791AB8">
        <w:rPr>
          <w:sz w:val="18"/>
          <w:szCs w:val="18"/>
        </w:rPr>
        <w:t xml:space="preserve"> (</w:t>
      </w:r>
      <w:r w:rsidRPr="00791AB8">
        <w:rPr>
          <w:rFonts w:cs="Shruti"/>
          <w:sz w:val="18"/>
          <w:szCs w:val="18"/>
          <w:cs/>
          <w:lang w:bidi="gu-IN"/>
        </w:rPr>
        <w:t>સ્માર્ટ</w:t>
      </w:r>
      <w:r w:rsidRPr="00791AB8">
        <w:rPr>
          <w:sz w:val="18"/>
          <w:szCs w:val="18"/>
        </w:rPr>
        <w:t xml:space="preserve"> </w:t>
      </w:r>
      <w:r w:rsidRPr="00791AB8">
        <w:rPr>
          <w:rFonts w:cs="Shruti"/>
          <w:sz w:val="18"/>
          <w:szCs w:val="18"/>
          <w:cs/>
          <w:lang w:bidi="gu-IN"/>
        </w:rPr>
        <w:t>ક્લાસ</w:t>
      </w:r>
      <w:r w:rsidRPr="00791AB8">
        <w:rPr>
          <w:sz w:val="18"/>
          <w:szCs w:val="18"/>
        </w:rPr>
        <w:t xml:space="preserve"> </w:t>
      </w:r>
      <w:r w:rsidRPr="00791AB8">
        <w:rPr>
          <w:rFonts w:cs="Shruti"/>
          <w:sz w:val="18"/>
          <w:szCs w:val="18"/>
          <w:cs/>
          <w:lang w:bidi="gu-IN"/>
        </w:rPr>
        <w:t>અને</w:t>
      </w:r>
      <w:r w:rsidRPr="00791AB8">
        <w:rPr>
          <w:sz w:val="18"/>
          <w:szCs w:val="18"/>
        </w:rPr>
        <w:t xml:space="preserve"> </w:t>
      </w:r>
      <w:r w:rsidRPr="00791AB8">
        <w:rPr>
          <w:rFonts w:cs="Shruti"/>
          <w:sz w:val="18"/>
          <w:szCs w:val="18"/>
          <w:cs/>
          <w:lang w:bidi="gu-IN"/>
        </w:rPr>
        <w:t>દીક્ષા</w:t>
      </w:r>
      <w:r w:rsidRPr="00791AB8">
        <w:rPr>
          <w:sz w:val="18"/>
          <w:szCs w:val="18"/>
        </w:rPr>
        <w:t xml:space="preserve"> </w:t>
      </w:r>
      <w:r w:rsidRPr="00791AB8">
        <w:rPr>
          <w:rFonts w:cs="Shruti"/>
          <w:sz w:val="18"/>
          <w:szCs w:val="18"/>
          <w:cs/>
          <w:lang w:bidi="gu-IN"/>
        </w:rPr>
        <w:t>પોર્ટલ</w:t>
      </w:r>
      <w:r w:rsidRPr="00791AB8">
        <w:rPr>
          <w:sz w:val="18"/>
          <w:szCs w:val="18"/>
        </w:rPr>
        <w:t xml:space="preserve">) </w:t>
      </w:r>
      <w:r w:rsidRPr="00791AB8">
        <w:rPr>
          <w:rFonts w:cs="Shruti"/>
          <w:sz w:val="18"/>
          <w:szCs w:val="18"/>
          <w:cs/>
          <w:lang w:bidi="gu-IN"/>
        </w:rPr>
        <w:t>ના</w:t>
      </w:r>
      <w:r w:rsidRPr="00791AB8">
        <w:rPr>
          <w:sz w:val="18"/>
          <w:szCs w:val="18"/>
        </w:rPr>
        <w:t xml:space="preserve"> </w:t>
      </w:r>
      <w:r w:rsidRPr="00791AB8">
        <w:rPr>
          <w:rFonts w:cs="Shruti"/>
          <w:sz w:val="18"/>
          <w:szCs w:val="18"/>
          <w:cs/>
          <w:lang w:bidi="gu-IN"/>
        </w:rPr>
        <w:t>મહત્તમ</w:t>
      </w:r>
      <w:r w:rsidRPr="00791AB8">
        <w:rPr>
          <w:sz w:val="18"/>
          <w:szCs w:val="18"/>
        </w:rPr>
        <w:t xml:space="preserve"> </w:t>
      </w:r>
      <w:r w:rsidRPr="00791AB8">
        <w:rPr>
          <w:rFonts w:cs="Shruti"/>
          <w:sz w:val="18"/>
          <w:szCs w:val="18"/>
          <w:cs/>
          <w:lang w:bidi="gu-IN"/>
        </w:rPr>
        <w:t>ઉપયોગ</w:t>
      </w:r>
      <w:r w:rsidRPr="00791AB8">
        <w:rPr>
          <w:sz w:val="18"/>
          <w:szCs w:val="18"/>
        </w:rPr>
        <w:t xml:space="preserve"> </w:t>
      </w:r>
      <w:r w:rsidRPr="00791AB8">
        <w:rPr>
          <w:rFonts w:cs="Shruti"/>
          <w:sz w:val="18"/>
          <w:szCs w:val="18"/>
          <w:cs/>
          <w:lang w:bidi="gu-IN"/>
        </w:rPr>
        <w:t>માટે</w:t>
      </w:r>
      <w:r w:rsidRPr="00791AB8">
        <w:rPr>
          <w:sz w:val="18"/>
          <w:szCs w:val="18"/>
        </w:rPr>
        <w:t xml:space="preserve"> </w:t>
      </w:r>
      <w:r w:rsidRPr="00791AB8">
        <w:rPr>
          <w:rFonts w:cs="Shruti"/>
          <w:sz w:val="18"/>
          <w:szCs w:val="18"/>
          <w:cs/>
          <w:lang w:bidi="gu-IN"/>
        </w:rPr>
        <w:t>પ્રોત્સાહિત</w:t>
      </w:r>
      <w:r w:rsidRPr="00791AB8">
        <w:rPr>
          <w:sz w:val="18"/>
          <w:szCs w:val="18"/>
        </w:rPr>
        <w:t xml:space="preserve"> </w:t>
      </w:r>
      <w:r w:rsidRPr="00791AB8">
        <w:rPr>
          <w:rFonts w:cs="Shruti"/>
          <w:sz w:val="18"/>
          <w:szCs w:val="18"/>
          <w:cs/>
          <w:lang w:bidi="gu-IN"/>
        </w:rPr>
        <w:t>કરવા</w:t>
      </w:r>
      <w:r w:rsidRPr="00791AB8">
        <w:rPr>
          <w:sz w:val="18"/>
          <w:szCs w:val="18"/>
        </w:rPr>
        <w:t>.</w:t>
      </w:r>
    </w:p>
    <w:p w14:paraId="53D4A181" w14:textId="77777777" w:rsidR="00CE5DD7" w:rsidRDefault="003F7E1A" w:rsidP="003F7E1A">
      <w:pPr>
        <w:pStyle w:val="ListBullet"/>
        <w:rPr>
          <w:sz w:val="18"/>
          <w:szCs w:val="18"/>
        </w:rPr>
      </w:pPr>
      <w:r w:rsidRPr="00791AB8">
        <w:rPr>
          <w:rFonts w:cs="Shruti"/>
          <w:sz w:val="18"/>
          <w:szCs w:val="18"/>
          <w:cs/>
          <w:lang w:bidi="gu-IN"/>
        </w:rPr>
        <w:t>રમતગમત</w:t>
      </w:r>
      <w:r w:rsidRPr="00791AB8">
        <w:rPr>
          <w:sz w:val="18"/>
          <w:szCs w:val="18"/>
        </w:rPr>
        <w:t xml:space="preserve">, </w:t>
      </w:r>
      <w:r w:rsidRPr="00791AB8">
        <w:rPr>
          <w:rFonts w:cs="Shruti"/>
          <w:sz w:val="18"/>
          <w:szCs w:val="18"/>
          <w:cs/>
          <w:lang w:bidi="gu-IN"/>
        </w:rPr>
        <w:t>કલા</w:t>
      </w:r>
      <w:r w:rsidRPr="00791AB8">
        <w:rPr>
          <w:sz w:val="18"/>
          <w:szCs w:val="18"/>
        </w:rPr>
        <w:t xml:space="preserve"> </w:t>
      </w:r>
      <w:r w:rsidRPr="00791AB8">
        <w:rPr>
          <w:rFonts w:cs="Shruti"/>
          <w:sz w:val="18"/>
          <w:szCs w:val="18"/>
          <w:cs/>
          <w:lang w:bidi="gu-IN"/>
        </w:rPr>
        <w:t>ઉત્સવ</w:t>
      </w:r>
      <w:r w:rsidRPr="00791AB8">
        <w:rPr>
          <w:sz w:val="18"/>
          <w:szCs w:val="18"/>
        </w:rPr>
        <w:t xml:space="preserve"> </w:t>
      </w:r>
      <w:r w:rsidRPr="00791AB8">
        <w:rPr>
          <w:rFonts w:cs="Shruti"/>
          <w:sz w:val="18"/>
          <w:szCs w:val="18"/>
          <w:cs/>
          <w:lang w:bidi="gu-IN"/>
        </w:rPr>
        <w:t>અને</w:t>
      </w:r>
      <w:r w:rsidRPr="00791AB8">
        <w:rPr>
          <w:sz w:val="18"/>
          <w:szCs w:val="18"/>
        </w:rPr>
        <w:t xml:space="preserve"> </w:t>
      </w:r>
      <w:r w:rsidRPr="00791AB8">
        <w:rPr>
          <w:rFonts w:cs="Shruti"/>
          <w:sz w:val="18"/>
          <w:szCs w:val="18"/>
          <w:cs/>
          <w:lang w:bidi="gu-IN"/>
        </w:rPr>
        <w:t>સાંસ્કૃતિક</w:t>
      </w:r>
      <w:r w:rsidRPr="00791AB8">
        <w:rPr>
          <w:sz w:val="18"/>
          <w:szCs w:val="18"/>
        </w:rPr>
        <w:t xml:space="preserve"> </w:t>
      </w:r>
      <w:r w:rsidRPr="00791AB8">
        <w:rPr>
          <w:rFonts w:cs="Shruti"/>
          <w:sz w:val="18"/>
          <w:szCs w:val="18"/>
          <w:cs/>
          <w:lang w:bidi="gu-IN"/>
        </w:rPr>
        <w:t>પ્રવૃત્તિઓમાં</w:t>
      </w:r>
      <w:r w:rsidRPr="00791AB8">
        <w:rPr>
          <w:sz w:val="18"/>
          <w:szCs w:val="18"/>
        </w:rPr>
        <w:t xml:space="preserve"> </w:t>
      </w:r>
      <w:r w:rsidRPr="00791AB8">
        <w:rPr>
          <w:rFonts w:cs="Shruti"/>
          <w:sz w:val="18"/>
          <w:szCs w:val="18"/>
          <w:cs/>
          <w:lang w:bidi="gu-IN"/>
        </w:rPr>
        <w:t>દરેક</w:t>
      </w:r>
      <w:r w:rsidRPr="00791AB8">
        <w:rPr>
          <w:sz w:val="18"/>
          <w:szCs w:val="18"/>
        </w:rPr>
        <w:t xml:space="preserve"> </w:t>
      </w:r>
      <w:r w:rsidRPr="00791AB8">
        <w:rPr>
          <w:rFonts w:cs="Shruti"/>
          <w:sz w:val="18"/>
          <w:szCs w:val="18"/>
          <w:cs/>
          <w:lang w:bidi="gu-IN"/>
        </w:rPr>
        <w:t>બાળકની</w:t>
      </w:r>
      <w:r w:rsidRPr="00791AB8">
        <w:rPr>
          <w:sz w:val="18"/>
          <w:szCs w:val="18"/>
        </w:rPr>
        <w:t xml:space="preserve"> </w:t>
      </w:r>
      <w:r w:rsidRPr="00791AB8">
        <w:rPr>
          <w:rFonts w:cs="Shruti"/>
          <w:sz w:val="18"/>
          <w:szCs w:val="18"/>
          <w:cs/>
          <w:lang w:bidi="gu-IN"/>
        </w:rPr>
        <w:t>ભાગીદારી</w:t>
      </w:r>
      <w:r w:rsidRPr="00791AB8">
        <w:rPr>
          <w:sz w:val="18"/>
          <w:szCs w:val="18"/>
        </w:rPr>
        <w:t xml:space="preserve"> </w:t>
      </w:r>
      <w:r w:rsidRPr="00791AB8">
        <w:rPr>
          <w:rFonts w:cs="Shruti"/>
          <w:sz w:val="18"/>
          <w:szCs w:val="18"/>
          <w:cs/>
          <w:lang w:bidi="gu-IN"/>
        </w:rPr>
        <w:t>સુનિશ્ચિત</w:t>
      </w:r>
      <w:r w:rsidRPr="00791AB8">
        <w:rPr>
          <w:sz w:val="18"/>
          <w:szCs w:val="18"/>
        </w:rPr>
        <w:t xml:space="preserve"> </w:t>
      </w:r>
      <w:r w:rsidRPr="00791AB8">
        <w:rPr>
          <w:rFonts w:cs="Shruti"/>
          <w:sz w:val="18"/>
          <w:szCs w:val="18"/>
          <w:cs/>
          <w:lang w:bidi="gu-IN"/>
        </w:rPr>
        <w:t>કરવી</w:t>
      </w:r>
      <w:r w:rsidRPr="00791AB8">
        <w:rPr>
          <w:sz w:val="18"/>
          <w:szCs w:val="18"/>
        </w:rPr>
        <w:t>.</w:t>
      </w:r>
    </w:p>
    <w:p w14:paraId="7733A726" w14:textId="7737490C" w:rsidR="00CA1AC1" w:rsidRPr="00CA1AC1" w:rsidRDefault="003F7E1A" w:rsidP="00CA1AC1">
      <w:pPr>
        <w:pStyle w:val="ListBullet"/>
        <w:rPr>
          <w:sz w:val="18"/>
          <w:szCs w:val="18"/>
        </w:rPr>
      </w:pPr>
      <w:r w:rsidRPr="00CE5DD7">
        <w:rPr>
          <w:rFonts w:cs="Shruti"/>
          <w:i/>
          <w:iCs/>
          <w:sz w:val="18"/>
          <w:szCs w:val="18"/>
          <w:cs/>
          <w:lang w:bidi="gu-IN"/>
        </w:rPr>
        <w:t>નોંધ</w:t>
      </w:r>
      <w:r w:rsidRPr="00CE5DD7">
        <w:rPr>
          <w:i/>
          <w:sz w:val="18"/>
          <w:szCs w:val="18"/>
        </w:rPr>
        <w:t xml:space="preserve">: </w:t>
      </w:r>
      <w:r w:rsidRPr="00CE5DD7">
        <w:rPr>
          <w:rFonts w:cs="Shruti"/>
          <w:i/>
          <w:iCs/>
          <w:sz w:val="18"/>
          <w:szCs w:val="18"/>
          <w:cs/>
          <w:lang w:bidi="gu-IN"/>
        </w:rPr>
        <w:t>આ</w:t>
      </w:r>
      <w:r w:rsidRPr="00CE5DD7">
        <w:rPr>
          <w:i/>
          <w:sz w:val="18"/>
          <w:szCs w:val="18"/>
        </w:rPr>
        <w:t xml:space="preserve"> </w:t>
      </w:r>
      <w:r w:rsidRPr="00CE5DD7">
        <w:rPr>
          <w:rFonts w:cs="Shruti"/>
          <w:i/>
          <w:iCs/>
          <w:sz w:val="18"/>
          <w:szCs w:val="18"/>
          <w:cs/>
          <w:lang w:bidi="gu-IN"/>
        </w:rPr>
        <w:t>અહેવાલ</w:t>
      </w:r>
      <w:r w:rsidRPr="00CE5DD7">
        <w:rPr>
          <w:i/>
          <w:sz w:val="18"/>
          <w:szCs w:val="18"/>
        </w:rPr>
        <w:t xml:space="preserve"> </w:t>
      </w:r>
      <w:r w:rsidRPr="00CE5DD7">
        <w:rPr>
          <w:rFonts w:cs="Shruti"/>
          <w:i/>
          <w:iCs/>
          <w:sz w:val="18"/>
          <w:szCs w:val="18"/>
          <w:cs/>
          <w:lang w:bidi="gu-IN"/>
        </w:rPr>
        <w:t>શાળા</w:t>
      </w:r>
      <w:r w:rsidRPr="00CE5DD7">
        <w:rPr>
          <w:i/>
          <w:sz w:val="18"/>
          <w:szCs w:val="18"/>
        </w:rPr>
        <w:t xml:space="preserve"> </w:t>
      </w:r>
      <w:r w:rsidRPr="00CE5DD7">
        <w:rPr>
          <w:rFonts w:cs="Shruti"/>
          <w:i/>
          <w:iCs/>
          <w:sz w:val="18"/>
          <w:szCs w:val="18"/>
          <w:cs/>
          <w:lang w:bidi="gu-IN"/>
        </w:rPr>
        <w:t>કક્ષાએ</w:t>
      </w:r>
      <w:r w:rsidRPr="00CE5DD7">
        <w:rPr>
          <w:i/>
          <w:sz w:val="18"/>
          <w:szCs w:val="18"/>
        </w:rPr>
        <w:t xml:space="preserve"> </w:t>
      </w:r>
      <w:r w:rsidRPr="00CE5DD7">
        <w:rPr>
          <w:rFonts w:cs="Shruti"/>
          <w:i/>
          <w:iCs/>
          <w:sz w:val="18"/>
          <w:szCs w:val="18"/>
          <w:cs/>
          <w:lang w:bidi="gu-IN"/>
        </w:rPr>
        <w:t>યોજાયેલ</w:t>
      </w:r>
      <w:r w:rsidRPr="00CE5DD7">
        <w:rPr>
          <w:i/>
          <w:sz w:val="18"/>
          <w:szCs w:val="18"/>
        </w:rPr>
        <w:t xml:space="preserve"> </w:t>
      </w:r>
      <w:r w:rsidRPr="00CE5DD7">
        <w:rPr>
          <w:rFonts w:cs="Shruti"/>
          <w:i/>
          <w:iCs/>
          <w:sz w:val="18"/>
          <w:szCs w:val="18"/>
          <w:cs/>
          <w:lang w:bidi="gu-IN"/>
        </w:rPr>
        <w:t>સમીક્ષા</w:t>
      </w:r>
      <w:r w:rsidRPr="00CE5DD7">
        <w:rPr>
          <w:i/>
          <w:sz w:val="18"/>
          <w:szCs w:val="18"/>
        </w:rPr>
        <w:t xml:space="preserve"> </w:t>
      </w:r>
      <w:r w:rsidRPr="00CE5DD7">
        <w:rPr>
          <w:rFonts w:cs="Shruti"/>
          <w:i/>
          <w:iCs/>
          <w:sz w:val="18"/>
          <w:szCs w:val="18"/>
          <w:cs/>
          <w:lang w:bidi="gu-IN"/>
        </w:rPr>
        <w:t>બેઠકના</w:t>
      </w:r>
      <w:r w:rsidRPr="00CE5DD7">
        <w:rPr>
          <w:i/>
          <w:sz w:val="18"/>
          <w:szCs w:val="18"/>
        </w:rPr>
        <w:t xml:space="preserve"> </w:t>
      </w:r>
      <w:r w:rsidRPr="00CE5DD7">
        <w:rPr>
          <w:rFonts w:cs="Shruti"/>
          <w:i/>
          <w:iCs/>
          <w:sz w:val="18"/>
          <w:szCs w:val="18"/>
          <w:cs/>
          <w:lang w:bidi="gu-IN"/>
        </w:rPr>
        <w:t>આધારે</w:t>
      </w:r>
      <w:r w:rsidRPr="00CE5DD7">
        <w:rPr>
          <w:i/>
          <w:sz w:val="18"/>
          <w:szCs w:val="18"/>
        </w:rPr>
        <w:t xml:space="preserve"> </w:t>
      </w:r>
      <w:r w:rsidRPr="00CE5DD7">
        <w:rPr>
          <w:rFonts w:cs="Shruti"/>
          <w:i/>
          <w:iCs/>
          <w:sz w:val="18"/>
          <w:szCs w:val="18"/>
          <w:cs/>
          <w:lang w:bidi="gu-IN"/>
        </w:rPr>
        <w:t>તૈયાર</w:t>
      </w:r>
      <w:r w:rsidRPr="00CE5DD7">
        <w:rPr>
          <w:i/>
          <w:sz w:val="18"/>
          <w:szCs w:val="18"/>
        </w:rPr>
        <w:t xml:space="preserve"> </w:t>
      </w:r>
      <w:r w:rsidRPr="00CE5DD7">
        <w:rPr>
          <w:rFonts w:cs="Shruti"/>
          <w:i/>
          <w:iCs/>
          <w:sz w:val="18"/>
          <w:szCs w:val="18"/>
          <w:cs/>
          <w:lang w:bidi="gu-IN"/>
        </w:rPr>
        <w:t>કરવામાં</w:t>
      </w:r>
      <w:r w:rsidRPr="00CE5DD7">
        <w:rPr>
          <w:i/>
          <w:sz w:val="18"/>
          <w:szCs w:val="18"/>
        </w:rPr>
        <w:t xml:space="preserve"> </w:t>
      </w:r>
      <w:r w:rsidRPr="00CE5DD7">
        <w:rPr>
          <w:rFonts w:cs="Shruti"/>
          <w:i/>
          <w:iCs/>
          <w:sz w:val="18"/>
          <w:szCs w:val="18"/>
          <w:cs/>
          <w:lang w:bidi="gu-IN"/>
        </w:rPr>
        <w:t>આવ્યો</w:t>
      </w:r>
      <w:r w:rsidRPr="00CE5DD7">
        <w:rPr>
          <w:i/>
          <w:sz w:val="18"/>
          <w:szCs w:val="18"/>
        </w:rPr>
        <w:t xml:space="preserve"> </w:t>
      </w:r>
      <w:r w:rsidRPr="00CE5DD7">
        <w:rPr>
          <w:rFonts w:cs="Shruti"/>
          <w:i/>
          <w:iCs/>
          <w:sz w:val="18"/>
          <w:szCs w:val="18"/>
          <w:cs/>
          <w:lang w:bidi="gu-IN"/>
        </w:rPr>
        <w:t>છે</w:t>
      </w:r>
      <w:r w:rsidRPr="00CE5DD7">
        <w:rPr>
          <w:i/>
          <w:sz w:val="18"/>
          <w:szCs w:val="18"/>
        </w:rPr>
        <w:t xml:space="preserve"> </w:t>
      </w:r>
      <w:r w:rsidRPr="00CE5DD7">
        <w:rPr>
          <w:rFonts w:cs="Shruti"/>
          <w:i/>
          <w:iCs/>
          <w:sz w:val="18"/>
          <w:szCs w:val="18"/>
          <w:cs/>
          <w:lang w:bidi="gu-IN"/>
        </w:rPr>
        <w:t>અને</w:t>
      </w:r>
      <w:r w:rsidRPr="00CE5DD7">
        <w:rPr>
          <w:i/>
          <w:sz w:val="18"/>
          <w:szCs w:val="18"/>
        </w:rPr>
        <w:t xml:space="preserve"> </w:t>
      </w:r>
      <w:r w:rsidRPr="00CE5DD7">
        <w:rPr>
          <w:rFonts w:cs="Shruti"/>
          <w:i/>
          <w:iCs/>
          <w:sz w:val="18"/>
          <w:szCs w:val="18"/>
          <w:cs/>
          <w:lang w:bidi="gu-IN"/>
        </w:rPr>
        <w:t>તેને</w:t>
      </w:r>
      <w:r w:rsidRPr="00CE5DD7">
        <w:rPr>
          <w:i/>
          <w:sz w:val="18"/>
          <w:szCs w:val="18"/>
        </w:rPr>
        <w:t xml:space="preserve"> </w:t>
      </w:r>
      <w:r w:rsidRPr="00CE5DD7">
        <w:rPr>
          <w:rFonts w:cs="Shruti"/>
          <w:i/>
          <w:iCs/>
          <w:sz w:val="18"/>
          <w:szCs w:val="18"/>
          <w:cs/>
          <w:lang w:bidi="gu-IN"/>
        </w:rPr>
        <w:t>શાળાના</w:t>
      </w:r>
      <w:r w:rsidRPr="00CE5DD7">
        <w:rPr>
          <w:i/>
          <w:sz w:val="18"/>
          <w:szCs w:val="18"/>
        </w:rPr>
        <w:t xml:space="preserve"> </w:t>
      </w:r>
      <w:r w:rsidRPr="00CE5DD7">
        <w:rPr>
          <w:rFonts w:cs="Shruti"/>
          <w:i/>
          <w:iCs/>
          <w:sz w:val="18"/>
          <w:szCs w:val="18"/>
          <w:cs/>
          <w:lang w:bidi="gu-IN"/>
        </w:rPr>
        <w:t>રેકોર્ડમાં</w:t>
      </w:r>
      <w:r w:rsidRPr="00CE5DD7">
        <w:rPr>
          <w:i/>
          <w:sz w:val="18"/>
          <w:szCs w:val="18"/>
        </w:rPr>
        <w:t xml:space="preserve"> </w:t>
      </w:r>
      <w:r w:rsidRPr="00CE5DD7">
        <w:rPr>
          <w:rFonts w:cs="Shruti"/>
          <w:i/>
          <w:iCs/>
          <w:sz w:val="18"/>
          <w:szCs w:val="18"/>
          <w:cs/>
          <w:lang w:bidi="gu-IN"/>
        </w:rPr>
        <w:t>જાળવી</w:t>
      </w:r>
      <w:r w:rsidRPr="00CE5DD7">
        <w:rPr>
          <w:i/>
          <w:sz w:val="18"/>
          <w:szCs w:val="18"/>
        </w:rPr>
        <w:t xml:space="preserve"> </w:t>
      </w:r>
      <w:r w:rsidRPr="00CE5DD7">
        <w:rPr>
          <w:rFonts w:cs="Shruti"/>
          <w:i/>
          <w:iCs/>
          <w:sz w:val="18"/>
          <w:szCs w:val="18"/>
          <w:cs/>
          <w:lang w:bidi="gu-IN"/>
        </w:rPr>
        <w:t>રાખવામાં</w:t>
      </w:r>
      <w:r w:rsidRPr="00CE5DD7">
        <w:rPr>
          <w:i/>
          <w:sz w:val="18"/>
          <w:szCs w:val="18"/>
        </w:rPr>
        <w:t xml:space="preserve"> </w:t>
      </w:r>
      <w:r w:rsidRPr="00CE5DD7">
        <w:rPr>
          <w:rFonts w:cs="Shruti"/>
          <w:i/>
          <w:iCs/>
          <w:sz w:val="18"/>
          <w:szCs w:val="18"/>
          <w:cs/>
          <w:lang w:bidi="gu-IN"/>
        </w:rPr>
        <w:t>આવશે</w:t>
      </w:r>
      <w:r w:rsidRPr="00CE5DD7">
        <w:rPr>
          <w:i/>
          <w:sz w:val="18"/>
          <w:szCs w:val="18"/>
        </w:rPr>
        <w:t>.</w:t>
      </w:r>
    </w:p>
    <w:tbl>
      <w:tblPr>
        <w:tblW w:w="14493" w:type="dxa"/>
        <w:tblLook w:val="04A0" w:firstRow="1" w:lastRow="0" w:firstColumn="1" w:lastColumn="0" w:noHBand="0" w:noVBand="1"/>
      </w:tblPr>
      <w:tblGrid>
        <w:gridCol w:w="10173"/>
        <w:gridCol w:w="4320"/>
      </w:tblGrid>
      <w:tr w:rsidR="003F7E1A" w14:paraId="73A9568D" w14:textId="77777777" w:rsidTr="000B2AF2">
        <w:tc>
          <w:tcPr>
            <w:tcW w:w="10173" w:type="dxa"/>
          </w:tcPr>
          <w:p w14:paraId="5DCCF2E3" w14:textId="3E3DA0A5" w:rsidR="003F6638" w:rsidRDefault="003F7E1A" w:rsidP="00B50F7F">
            <w:r>
              <w:rPr>
                <w:rFonts w:cs="Shruti"/>
                <w:cs/>
                <w:lang w:bidi="gu-IN"/>
              </w:rPr>
              <w:t>સ્થળ</w:t>
            </w:r>
            <w:r>
              <w:t xml:space="preserve">: </w:t>
            </w:r>
            <w:r w:rsidR="008E13CA">
              <w:rPr>
                <w:rFonts w:cs="Shruti" w:hint="cs"/>
                <w:cs/>
                <w:lang w:bidi="gu-IN"/>
              </w:rPr>
              <w:t xml:space="preserve">ઢાંકણ્રીયાવાસ પ્રાથમિક શાળા </w:t>
            </w:r>
            <w:r w:rsidR="00DC6087">
              <w:rPr>
                <w:rFonts w:cs="Shruti"/>
                <w:cs/>
                <w:lang w:bidi="gu-IN"/>
              </w:rPr>
              <w:t xml:space="preserve">                                         આચાર્યશ્રીની</w:t>
            </w:r>
            <w:r w:rsidR="00DC6087">
              <w:t xml:space="preserve"> </w:t>
            </w:r>
            <w:r w:rsidR="00DC6087">
              <w:rPr>
                <w:rFonts w:cs="Shruti"/>
                <w:cs/>
                <w:lang w:bidi="gu-IN"/>
              </w:rPr>
              <w:t>સહી</w:t>
            </w:r>
            <w:r w:rsidR="00DC6087">
              <w:t xml:space="preserve"> </w:t>
            </w:r>
            <w:r w:rsidR="00DC6087">
              <w:rPr>
                <w:rFonts w:cs="Shruti"/>
                <w:cs/>
                <w:lang w:bidi="gu-IN"/>
              </w:rPr>
              <w:t>અને</w:t>
            </w:r>
            <w:r w:rsidR="00DC6087">
              <w:t xml:space="preserve"> </w:t>
            </w:r>
            <w:r w:rsidR="00DC6087">
              <w:rPr>
                <w:rFonts w:cs="Shruti"/>
                <w:cs/>
                <w:lang w:bidi="gu-IN"/>
              </w:rPr>
              <w:t>સિક્કો</w:t>
            </w:r>
            <w:r>
              <w:br/>
            </w:r>
            <w:r w:rsidR="000E69B9">
              <w:rPr>
                <w:rFonts w:cs="Shruti"/>
                <w:cs/>
                <w:lang w:bidi="gu-IN"/>
              </w:rPr>
              <w:t>તારીખ</w:t>
            </w:r>
            <w:r w:rsidR="000E69B9">
              <w:t>:       /08/202</w:t>
            </w:r>
          </w:p>
          <w:p w14:paraId="1A8EE8E6" w14:textId="7CA4181A" w:rsidR="00502A5D" w:rsidRPr="00695DD6" w:rsidRDefault="002546D1" w:rsidP="00695DD6">
            <w:pPr>
              <w:spacing w:after="0" w:line="240" w:lineRule="auto"/>
              <w:rPr>
                <w:rFonts w:cs="Shruti"/>
                <w:b/>
                <w:u w:val="single"/>
                <w:lang w:val="en-IN" w:bidi="gu-IN"/>
              </w:rPr>
            </w:pPr>
            <w:r>
              <w:rPr>
                <w:rFonts w:cs="Shruti" w:hint="cs"/>
                <w:sz w:val="28"/>
                <w:szCs w:val="28"/>
                <w:u w:val="single"/>
                <w:cs/>
                <w:lang w:bidi="gu-IN"/>
              </w:rPr>
              <w:lastRenderedPageBreak/>
              <w:t>ઢાંકણ્રીયાવાસ પ્રાથમિક શાળા તા- લાખણી જિલ્લો - વાવ-થરાદ ડાયસ કોડ: 24021300207</w:t>
            </w:r>
          </w:p>
        </w:tc>
        <w:tc>
          <w:tcPr>
            <w:tcW w:w="4320" w:type="dxa"/>
          </w:tcPr>
          <w:p w14:paraId="778991BF" w14:textId="77777777" w:rsidR="003F7E1A" w:rsidRDefault="003F7E1A" w:rsidP="00B50F7F">
            <w:pPr>
              <w:jc w:val="right"/>
            </w:pPr>
            <w:r>
              <w:rPr>
                <w:rFonts w:cs="Shruti"/>
                <w:cs/>
                <w:lang w:bidi="gu-IN"/>
              </w:rPr>
              <w:lastRenderedPageBreak/>
              <w:t>આચાર્યશ્રીની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સહી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અને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સિક્કો</w:t>
            </w:r>
          </w:p>
        </w:tc>
      </w:tr>
    </w:tbl>
    <w:p w14:paraId="426A5D54" w14:textId="77777777" w:rsidR="00F80F4E" w:rsidRPr="00F80F4E" w:rsidRDefault="000B2AF2" w:rsidP="00F80F4E">
      <w:pPr>
        <w:spacing w:after="0" w:line="240" w:lineRule="auto"/>
        <w:jc w:val="center"/>
        <w:rPr>
          <w:rFonts w:cs="Shruti"/>
          <w:b/>
          <w:bCs/>
          <w:sz w:val="28"/>
          <w:szCs w:val="28"/>
          <w:u w:val="single"/>
          <w:lang w:val="en-IN" w:bidi="gu-IN"/>
        </w:rPr>
      </w:pPr>
      <w:r w:rsidRPr="00F80F4E">
        <w:rPr>
          <w:rFonts w:cs="Shruti"/>
          <w:b/>
          <w:bCs/>
          <w:sz w:val="28"/>
          <w:szCs w:val="28"/>
          <w:u w:val="single"/>
          <w:cs/>
          <w:lang w:bidi="gu-IN"/>
        </w:rPr>
        <w:t>શાળાએ ચાલુ શૈક્ષણિક વર્ષમાં આપેલ પ્રવેશની વિગત</w:t>
      </w:r>
    </w:p>
    <w:p w14:paraId="058B2DF8" w14:textId="77777777" w:rsidR="006D1ADC" w:rsidRDefault="00F80F4E" w:rsidP="00F80F4E">
      <w:pPr>
        <w:spacing w:after="0" w:line="240" w:lineRule="auto"/>
        <w:jc w:val="center"/>
      </w:pPr>
      <w:r>
        <w:rPr>
          <w:i/>
        </w:rPr>
        <w:t xml:space="preserve"> </w:t>
      </w:r>
      <w:r w:rsidR="006D1ADC">
        <w:rPr>
          <w:i/>
        </w:rPr>
        <w:t xml:space="preserve">(SQAAF </w:t>
      </w:r>
      <w:r w:rsidR="006D1ADC">
        <w:rPr>
          <w:rFonts w:cs="Shruti"/>
          <w:i/>
          <w:iCs/>
          <w:cs/>
          <w:lang w:bidi="gu-IN"/>
        </w:rPr>
        <w:t>ગુણોત્સવ</w:t>
      </w:r>
      <w:r w:rsidR="006D1ADC">
        <w:rPr>
          <w:i/>
        </w:rPr>
        <w:t xml:space="preserve"> - </w:t>
      </w:r>
      <w:r w:rsidR="006D1ADC">
        <w:rPr>
          <w:rFonts w:cs="Shruti"/>
          <w:i/>
          <w:iCs/>
          <w:cs/>
          <w:lang w:bidi="gu-IN"/>
        </w:rPr>
        <w:t>૨</w:t>
      </w:r>
      <w:r w:rsidR="006D1ADC">
        <w:rPr>
          <w:i/>
        </w:rPr>
        <w:t>.</w:t>
      </w:r>
      <w:r w:rsidR="006D1ADC">
        <w:rPr>
          <w:rFonts w:cs="Shruti"/>
          <w:i/>
          <w:iCs/>
          <w:cs/>
          <w:lang w:bidi="gu-IN"/>
        </w:rPr>
        <w:t>૦</w:t>
      </w:r>
      <w:r w:rsidR="006D1ADC">
        <w:rPr>
          <w:i/>
        </w:rPr>
        <w:t xml:space="preserve"> </w:t>
      </w:r>
      <w:r w:rsidR="006D1ADC">
        <w:rPr>
          <w:rFonts w:cs="Shruti"/>
          <w:i/>
          <w:iCs/>
          <w:cs/>
          <w:lang w:bidi="gu-IN"/>
        </w:rPr>
        <w:t>માર્ગદર્શિકા</w:t>
      </w:r>
      <w:r w:rsidR="006D1ADC">
        <w:rPr>
          <w:i/>
        </w:rPr>
        <w:t xml:space="preserve"> </w:t>
      </w:r>
      <w:r w:rsidR="006D1ADC">
        <w:rPr>
          <w:rFonts w:cs="Shruti"/>
          <w:i/>
          <w:iCs/>
          <w:cs/>
          <w:lang w:bidi="gu-IN"/>
        </w:rPr>
        <w:t>મુજબ</w:t>
      </w:r>
      <w:r w:rsidR="006D1ADC">
        <w:rPr>
          <w:i/>
        </w:rPr>
        <w:t xml:space="preserve"> </w:t>
      </w:r>
      <w:r w:rsidR="006D1ADC">
        <w:rPr>
          <w:rFonts w:cs="Shruti"/>
          <w:i/>
          <w:iCs/>
          <w:cs/>
          <w:lang w:bidi="gu-IN"/>
        </w:rPr>
        <w:t>અપલોડ</w:t>
      </w:r>
      <w:r w:rsidR="006D1ADC">
        <w:rPr>
          <w:i/>
        </w:rPr>
        <w:t xml:space="preserve"> </w:t>
      </w:r>
      <w:r w:rsidR="006D1ADC">
        <w:rPr>
          <w:rFonts w:cs="Shruti"/>
          <w:i/>
          <w:iCs/>
          <w:cs/>
          <w:lang w:bidi="gu-IN"/>
        </w:rPr>
        <w:t>કરવાનો</w:t>
      </w:r>
      <w:r w:rsidR="006D1ADC">
        <w:rPr>
          <w:i/>
        </w:rPr>
        <w:t xml:space="preserve"> </w:t>
      </w:r>
      <w:r w:rsidR="006D1ADC">
        <w:rPr>
          <w:rFonts w:cs="Shruti"/>
          <w:i/>
          <w:iCs/>
          <w:cs/>
          <w:lang w:bidi="gu-IN"/>
        </w:rPr>
        <w:t>આધાર</w:t>
      </w:r>
      <w:r w:rsidR="006D1ADC">
        <w:rPr>
          <w:i/>
        </w:rPr>
        <w:t>)</w:t>
      </w:r>
    </w:p>
    <w:p w14:paraId="476F3D63" w14:textId="77777777" w:rsidR="006D1ADC" w:rsidRDefault="006D1ADC" w:rsidP="006D1ADC">
      <w:pPr>
        <w:pStyle w:val="Heading2"/>
      </w:pPr>
      <w:r>
        <w:rPr>
          <w:rFonts w:cs="Shruti"/>
          <w:cs/>
          <w:lang w:bidi="gu-IN"/>
        </w:rPr>
        <w:t>૧</w:t>
      </w:r>
      <w:r>
        <w:t xml:space="preserve">. </w:t>
      </w:r>
      <w:r>
        <w:rPr>
          <w:rFonts w:cs="Shruti"/>
          <w:cs/>
          <w:lang w:bidi="gu-IN"/>
        </w:rPr>
        <w:t>ધોરણવાર</w:t>
      </w:r>
      <w:r>
        <w:t xml:space="preserve"> </w:t>
      </w:r>
      <w:r>
        <w:rPr>
          <w:rFonts w:cs="Shruti"/>
          <w:cs/>
          <w:lang w:bidi="gu-IN"/>
        </w:rPr>
        <w:t>નવા</w:t>
      </w:r>
      <w:r>
        <w:t xml:space="preserve"> </w:t>
      </w:r>
      <w:r>
        <w:rPr>
          <w:rFonts w:cs="Shruti"/>
          <w:cs/>
          <w:lang w:bidi="gu-IN"/>
        </w:rPr>
        <w:t>પ્રવેશની</w:t>
      </w:r>
      <w:r>
        <w:t xml:space="preserve"> </w:t>
      </w:r>
      <w:r>
        <w:rPr>
          <w:rFonts w:cs="Shruti"/>
          <w:cs/>
          <w:lang w:bidi="gu-IN"/>
        </w:rPr>
        <w:t>વિગત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4"/>
        <w:gridCol w:w="1418"/>
        <w:gridCol w:w="3086"/>
        <w:gridCol w:w="1726"/>
        <w:gridCol w:w="1726"/>
      </w:tblGrid>
      <w:tr w:rsidR="006D1ADC" w14:paraId="74404A8E" w14:textId="77777777" w:rsidTr="00A84C28">
        <w:tc>
          <w:tcPr>
            <w:tcW w:w="675" w:type="dxa"/>
          </w:tcPr>
          <w:p w14:paraId="1192E4F2" w14:textId="77777777" w:rsidR="006D1ADC" w:rsidRDefault="006D1ADC" w:rsidP="006D1ADC">
            <w:pPr>
              <w:jc w:val="center"/>
            </w:pPr>
            <w:r>
              <w:rPr>
                <w:rFonts w:cs="Shruti"/>
                <w:cs/>
                <w:lang w:bidi="gu-IN"/>
              </w:rPr>
              <w:t>ક્રમ</w:t>
            </w:r>
          </w:p>
        </w:tc>
        <w:tc>
          <w:tcPr>
            <w:tcW w:w="1418" w:type="dxa"/>
          </w:tcPr>
          <w:p w14:paraId="4B65D38E" w14:textId="77777777" w:rsidR="006D1ADC" w:rsidRDefault="006D1ADC" w:rsidP="006D1ADC">
            <w:pPr>
              <w:jc w:val="center"/>
            </w:pPr>
            <w:r>
              <w:rPr>
                <w:rFonts w:cs="Shruti"/>
                <w:cs/>
                <w:lang w:bidi="gu-IN"/>
              </w:rPr>
              <w:t>ધોરણ</w:t>
            </w:r>
          </w:p>
        </w:tc>
        <w:tc>
          <w:tcPr>
            <w:tcW w:w="3091" w:type="dxa"/>
          </w:tcPr>
          <w:p w14:paraId="1C71DEE8" w14:textId="77777777" w:rsidR="006D1ADC" w:rsidRDefault="006D1ADC" w:rsidP="006D1ADC">
            <w:pPr>
              <w:jc w:val="center"/>
            </w:pPr>
            <w:r>
              <w:rPr>
                <w:rFonts w:cs="Shruti"/>
                <w:cs/>
                <w:lang w:bidi="gu-IN"/>
              </w:rPr>
              <w:t>કુમાર</w:t>
            </w:r>
            <w:r>
              <w:t xml:space="preserve"> (Boys)</w:t>
            </w:r>
          </w:p>
        </w:tc>
        <w:tc>
          <w:tcPr>
            <w:tcW w:w="1728" w:type="dxa"/>
          </w:tcPr>
          <w:p w14:paraId="57812878" w14:textId="77777777" w:rsidR="006D1ADC" w:rsidRDefault="006D1ADC" w:rsidP="006D1ADC">
            <w:pPr>
              <w:jc w:val="center"/>
            </w:pPr>
            <w:r>
              <w:rPr>
                <w:rFonts w:cs="Shruti"/>
                <w:cs/>
                <w:lang w:bidi="gu-IN"/>
              </w:rPr>
              <w:t>કન્યા</w:t>
            </w:r>
            <w:r>
              <w:t xml:space="preserve"> (Girls)</w:t>
            </w:r>
          </w:p>
        </w:tc>
        <w:tc>
          <w:tcPr>
            <w:tcW w:w="1728" w:type="dxa"/>
          </w:tcPr>
          <w:p w14:paraId="10FA7AA8" w14:textId="77777777" w:rsidR="006D1ADC" w:rsidRDefault="006D1ADC" w:rsidP="006D1ADC">
            <w:pPr>
              <w:jc w:val="center"/>
            </w:pPr>
            <w:r>
              <w:rPr>
                <w:rFonts w:cs="Shruti"/>
                <w:cs/>
                <w:lang w:bidi="gu-IN"/>
              </w:rPr>
              <w:t>કુલ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પ્રવેશ</w:t>
            </w:r>
          </w:p>
        </w:tc>
      </w:tr>
      <w:tr w:rsidR="000E2A0C" w14:paraId="620A9C00" w14:textId="77777777" w:rsidTr="00A84C28">
        <w:tc>
          <w:tcPr>
            <w:tcW w:w="675" w:type="dxa"/>
          </w:tcPr>
          <w:p w14:paraId="61792D62" w14:textId="77777777" w:rsidR="000E2A0C" w:rsidRDefault="000E2A0C" w:rsidP="00B50F7F">
            <w:pPr>
              <w:jc w:val="center"/>
            </w:pPr>
            <w:r>
              <w:t>1</w:t>
            </w:r>
          </w:p>
        </w:tc>
        <w:tc>
          <w:tcPr>
            <w:tcW w:w="1418" w:type="dxa"/>
          </w:tcPr>
          <w:p w14:paraId="00CEF5ED" w14:textId="77777777" w:rsidR="000E2A0C" w:rsidRDefault="000E2A0C" w:rsidP="000E2A0C">
            <w:pPr>
              <w:rPr>
                <w:rFonts w:cs="Shruti"/>
                <w:cs/>
                <w:lang w:bidi="gu-IN"/>
              </w:rPr>
            </w:pPr>
            <w:r>
              <w:rPr>
                <w:rFonts w:cs="Shruti" w:hint="cs"/>
                <w:cs/>
                <w:lang w:bidi="gu-IN"/>
              </w:rPr>
              <w:t>બાલવાટીકા</w:t>
            </w:r>
          </w:p>
        </w:tc>
        <w:tc>
          <w:tcPr>
            <w:tcW w:w="3091" w:type="dxa"/>
          </w:tcPr>
          <w:p w14:paraId="1EBD391A" w14:textId="6AA7C6DC" w:rsidR="000E2A0C" w:rsidRDefault="008E13CA" w:rsidP="006D1ADC">
            <w:pPr>
              <w:jc w:val="center"/>
              <w:rPr>
                <w:rFonts w:cs="Shruti"/>
                <w:cs/>
                <w:lang w:bidi="gu-IN"/>
              </w:rPr>
            </w:pPr>
            <w:r>
              <w:rPr>
                <w:rFonts w:cs="Shruti"/>
                <w:lang w:bidi="gu-IN"/>
              </w:rPr>
              <w:t>09</w:t>
            </w:r>
          </w:p>
        </w:tc>
        <w:tc>
          <w:tcPr>
            <w:tcW w:w="1728" w:type="dxa"/>
          </w:tcPr>
          <w:p w14:paraId="5C44502B" w14:textId="0BA5E550" w:rsidR="000E2A0C" w:rsidRDefault="008E13CA" w:rsidP="006D1ADC">
            <w:pPr>
              <w:jc w:val="center"/>
              <w:rPr>
                <w:rFonts w:cs="Shruti"/>
                <w:cs/>
                <w:lang w:bidi="gu-IN"/>
              </w:rPr>
            </w:pPr>
            <w:r>
              <w:rPr>
                <w:rFonts w:cs="Shruti"/>
                <w:lang w:bidi="gu-IN"/>
              </w:rPr>
              <w:t>08</w:t>
            </w:r>
          </w:p>
        </w:tc>
        <w:tc>
          <w:tcPr>
            <w:tcW w:w="1728" w:type="dxa"/>
          </w:tcPr>
          <w:p w14:paraId="43C47007" w14:textId="43595DD4" w:rsidR="000E2A0C" w:rsidRDefault="008E13CA" w:rsidP="006D1ADC">
            <w:pPr>
              <w:jc w:val="center"/>
              <w:rPr>
                <w:rFonts w:cs="Shruti"/>
                <w:cs/>
                <w:lang w:bidi="gu-IN"/>
              </w:rPr>
            </w:pPr>
            <w:r>
              <w:rPr>
                <w:rFonts w:cs="Shruti"/>
                <w:lang w:bidi="gu-IN"/>
              </w:rPr>
              <w:t>17</w:t>
            </w:r>
          </w:p>
        </w:tc>
      </w:tr>
      <w:tr w:rsidR="000E2A0C" w14:paraId="2109A367" w14:textId="77777777" w:rsidTr="00A84C28">
        <w:tc>
          <w:tcPr>
            <w:tcW w:w="675" w:type="dxa"/>
          </w:tcPr>
          <w:p w14:paraId="4C0F9593" w14:textId="77777777" w:rsidR="000E2A0C" w:rsidRDefault="000E2A0C" w:rsidP="00B50F7F">
            <w:pPr>
              <w:jc w:val="center"/>
            </w:pPr>
            <w:r>
              <w:t>2</w:t>
            </w:r>
          </w:p>
        </w:tc>
        <w:tc>
          <w:tcPr>
            <w:tcW w:w="1418" w:type="dxa"/>
          </w:tcPr>
          <w:p w14:paraId="0CE9FF9F" w14:textId="77777777" w:rsidR="000E2A0C" w:rsidRDefault="000E2A0C" w:rsidP="000E2A0C">
            <w:r>
              <w:rPr>
                <w:rFonts w:cs="Shruti"/>
                <w:cs/>
                <w:lang w:bidi="gu-IN"/>
              </w:rPr>
              <w:t>ધોરણ</w:t>
            </w:r>
            <w:r>
              <w:t xml:space="preserve"> 1</w:t>
            </w:r>
          </w:p>
        </w:tc>
        <w:tc>
          <w:tcPr>
            <w:tcW w:w="3091" w:type="dxa"/>
          </w:tcPr>
          <w:p w14:paraId="08003ABA" w14:textId="04DC092F" w:rsidR="000E2A0C" w:rsidRDefault="008E13CA" w:rsidP="00A84C28">
            <w:pPr>
              <w:jc w:val="center"/>
            </w:pPr>
            <w:r>
              <w:t>12</w:t>
            </w:r>
          </w:p>
        </w:tc>
        <w:tc>
          <w:tcPr>
            <w:tcW w:w="1728" w:type="dxa"/>
          </w:tcPr>
          <w:p w14:paraId="0BD99B62" w14:textId="69546652" w:rsidR="000E2A0C" w:rsidRDefault="008E13CA" w:rsidP="00A84C28">
            <w:pPr>
              <w:jc w:val="center"/>
            </w:pPr>
            <w:r>
              <w:t>13</w:t>
            </w:r>
          </w:p>
        </w:tc>
        <w:tc>
          <w:tcPr>
            <w:tcW w:w="1728" w:type="dxa"/>
          </w:tcPr>
          <w:p w14:paraId="362ABFB7" w14:textId="5A1F6E00" w:rsidR="000E2A0C" w:rsidRDefault="008E13CA" w:rsidP="00A84C28">
            <w:pPr>
              <w:jc w:val="center"/>
            </w:pPr>
            <w:r>
              <w:t>25</w:t>
            </w:r>
          </w:p>
        </w:tc>
      </w:tr>
      <w:tr w:rsidR="000E2A0C" w14:paraId="1389E521" w14:textId="77777777" w:rsidTr="00A84C28">
        <w:tc>
          <w:tcPr>
            <w:tcW w:w="675" w:type="dxa"/>
          </w:tcPr>
          <w:p w14:paraId="09CE6AAE" w14:textId="77777777" w:rsidR="000E2A0C" w:rsidRDefault="000E2A0C" w:rsidP="00B50F7F">
            <w:pPr>
              <w:jc w:val="center"/>
            </w:pPr>
            <w:r>
              <w:t>3</w:t>
            </w:r>
          </w:p>
        </w:tc>
        <w:tc>
          <w:tcPr>
            <w:tcW w:w="1418" w:type="dxa"/>
          </w:tcPr>
          <w:p w14:paraId="4EDF5AE5" w14:textId="77777777" w:rsidR="000E2A0C" w:rsidRDefault="000E2A0C" w:rsidP="000E2A0C">
            <w:r>
              <w:rPr>
                <w:rFonts w:cs="Shruti"/>
                <w:cs/>
                <w:lang w:bidi="gu-IN"/>
              </w:rPr>
              <w:t>ધોરણ</w:t>
            </w:r>
            <w:r>
              <w:t xml:space="preserve"> 2</w:t>
            </w:r>
          </w:p>
        </w:tc>
        <w:tc>
          <w:tcPr>
            <w:tcW w:w="3091" w:type="dxa"/>
          </w:tcPr>
          <w:p w14:paraId="69AEDA2E" w14:textId="4C8F4227" w:rsidR="000E2A0C" w:rsidRDefault="008E13CA" w:rsidP="00A84C28">
            <w:pPr>
              <w:jc w:val="center"/>
            </w:pPr>
            <w:r>
              <w:rPr>
                <w:rFonts w:cs="Shruti"/>
                <w:lang w:bidi="gu-IN"/>
              </w:rPr>
              <w:t>09</w:t>
            </w:r>
          </w:p>
        </w:tc>
        <w:tc>
          <w:tcPr>
            <w:tcW w:w="1728" w:type="dxa"/>
          </w:tcPr>
          <w:p w14:paraId="73F5127D" w14:textId="2FD7E82C" w:rsidR="000E2A0C" w:rsidRDefault="008E13CA" w:rsidP="00A84C28">
            <w:pPr>
              <w:jc w:val="center"/>
            </w:pPr>
            <w:r>
              <w:t>07</w:t>
            </w:r>
          </w:p>
        </w:tc>
        <w:tc>
          <w:tcPr>
            <w:tcW w:w="1728" w:type="dxa"/>
          </w:tcPr>
          <w:p w14:paraId="1BD34850" w14:textId="1ED445C1" w:rsidR="000E2A0C" w:rsidRDefault="007401FC" w:rsidP="00A84C28">
            <w:pPr>
              <w:jc w:val="center"/>
            </w:pPr>
            <w:r>
              <w:t>16</w:t>
            </w:r>
          </w:p>
        </w:tc>
      </w:tr>
      <w:tr w:rsidR="000E2A0C" w14:paraId="518967AC" w14:textId="77777777" w:rsidTr="00A84C28">
        <w:tc>
          <w:tcPr>
            <w:tcW w:w="675" w:type="dxa"/>
          </w:tcPr>
          <w:p w14:paraId="2C27E214" w14:textId="77777777" w:rsidR="000E2A0C" w:rsidRDefault="000E2A0C" w:rsidP="00B50F7F">
            <w:pPr>
              <w:jc w:val="center"/>
            </w:pPr>
            <w:r>
              <w:t>4</w:t>
            </w:r>
          </w:p>
        </w:tc>
        <w:tc>
          <w:tcPr>
            <w:tcW w:w="1418" w:type="dxa"/>
          </w:tcPr>
          <w:p w14:paraId="1118F0DC" w14:textId="77777777" w:rsidR="000E2A0C" w:rsidRDefault="000E2A0C" w:rsidP="000E2A0C">
            <w:r>
              <w:rPr>
                <w:rFonts w:cs="Shruti"/>
                <w:cs/>
                <w:lang w:bidi="gu-IN"/>
              </w:rPr>
              <w:t>ધોરણ</w:t>
            </w:r>
            <w:r>
              <w:t xml:space="preserve"> 3</w:t>
            </w:r>
          </w:p>
        </w:tc>
        <w:tc>
          <w:tcPr>
            <w:tcW w:w="3091" w:type="dxa"/>
          </w:tcPr>
          <w:p w14:paraId="04DCE85D" w14:textId="0F7CCB40" w:rsidR="000E2A0C" w:rsidRDefault="00A84C28" w:rsidP="00A84C28">
            <w:pPr>
              <w:jc w:val="center"/>
            </w:pPr>
            <w:r>
              <w:rPr>
                <w:rFonts w:cs="Shruti"/>
                <w:cs/>
                <w:lang w:bidi="gu-IN"/>
              </w:rPr>
              <w:t>૦</w:t>
            </w:r>
            <w:r w:rsidR="007401FC">
              <w:rPr>
                <w:rFonts w:cs="Shruti"/>
                <w:lang w:bidi="gu-IN"/>
              </w:rPr>
              <w:t>8</w:t>
            </w:r>
          </w:p>
        </w:tc>
        <w:tc>
          <w:tcPr>
            <w:tcW w:w="1728" w:type="dxa"/>
          </w:tcPr>
          <w:p w14:paraId="29CAF35B" w14:textId="62094E3F" w:rsidR="000E2A0C" w:rsidRDefault="00A84C28" w:rsidP="00A84C28">
            <w:pPr>
              <w:jc w:val="center"/>
            </w:pPr>
            <w:r>
              <w:rPr>
                <w:rFonts w:cs="Shruti"/>
                <w:cs/>
                <w:lang w:bidi="gu-IN"/>
              </w:rPr>
              <w:t>૦</w:t>
            </w:r>
            <w:r w:rsidR="008E13CA">
              <w:rPr>
                <w:rFonts w:cs="Shruti"/>
                <w:lang w:bidi="gu-IN"/>
              </w:rPr>
              <w:t>9</w:t>
            </w:r>
          </w:p>
        </w:tc>
        <w:tc>
          <w:tcPr>
            <w:tcW w:w="1728" w:type="dxa"/>
          </w:tcPr>
          <w:p w14:paraId="69E6AD0B" w14:textId="4D6F16BB" w:rsidR="000E2A0C" w:rsidRDefault="007401FC" w:rsidP="00A84C28">
            <w:pPr>
              <w:jc w:val="center"/>
            </w:pPr>
            <w:r>
              <w:t>1</w:t>
            </w:r>
            <w:r w:rsidR="008E13CA">
              <w:t>7</w:t>
            </w:r>
          </w:p>
        </w:tc>
      </w:tr>
      <w:tr w:rsidR="000E2A0C" w14:paraId="1D5E6FE1" w14:textId="77777777" w:rsidTr="00A84C28">
        <w:tc>
          <w:tcPr>
            <w:tcW w:w="675" w:type="dxa"/>
          </w:tcPr>
          <w:p w14:paraId="1F5B01CF" w14:textId="77777777" w:rsidR="000E2A0C" w:rsidRDefault="000E2A0C" w:rsidP="00B50F7F">
            <w:pPr>
              <w:jc w:val="center"/>
            </w:pPr>
            <w:r>
              <w:t>5</w:t>
            </w:r>
          </w:p>
        </w:tc>
        <w:tc>
          <w:tcPr>
            <w:tcW w:w="1418" w:type="dxa"/>
          </w:tcPr>
          <w:p w14:paraId="01613141" w14:textId="77777777" w:rsidR="000E2A0C" w:rsidRDefault="000E2A0C" w:rsidP="000E2A0C">
            <w:r>
              <w:rPr>
                <w:rFonts w:cs="Shruti"/>
                <w:cs/>
                <w:lang w:bidi="gu-IN"/>
              </w:rPr>
              <w:t>ધોરણ</w:t>
            </w:r>
            <w:r>
              <w:t xml:space="preserve"> 4</w:t>
            </w:r>
          </w:p>
        </w:tc>
        <w:tc>
          <w:tcPr>
            <w:tcW w:w="3091" w:type="dxa"/>
          </w:tcPr>
          <w:p w14:paraId="08AB2FEE" w14:textId="4489D332" w:rsidR="000E2A0C" w:rsidRDefault="008E13CA" w:rsidP="00A84C28">
            <w:pPr>
              <w:jc w:val="center"/>
            </w:pPr>
            <w:r>
              <w:rPr>
                <w:rFonts w:cs="Shruti"/>
                <w:lang w:bidi="gu-IN"/>
              </w:rPr>
              <w:t>06</w:t>
            </w:r>
          </w:p>
        </w:tc>
        <w:tc>
          <w:tcPr>
            <w:tcW w:w="1728" w:type="dxa"/>
          </w:tcPr>
          <w:p w14:paraId="2A5A8279" w14:textId="560B3C0C" w:rsidR="000E2A0C" w:rsidRDefault="008E13CA" w:rsidP="00A84C28">
            <w:pPr>
              <w:jc w:val="center"/>
            </w:pPr>
            <w:r>
              <w:rPr>
                <w:rFonts w:cs="Shruti"/>
                <w:lang w:bidi="gu-IN"/>
              </w:rPr>
              <w:t>10</w:t>
            </w:r>
          </w:p>
        </w:tc>
        <w:tc>
          <w:tcPr>
            <w:tcW w:w="1728" w:type="dxa"/>
          </w:tcPr>
          <w:p w14:paraId="6D4C2619" w14:textId="526615AE" w:rsidR="000E2A0C" w:rsidRDefault="008E13CA" w:rsidP="00A84C28">
            <w:pPr>
              <w:jc w:val="center"/>
            </w:pPr>
            <w:r>
              <w:rPr>
                <w:rFonts w:cs="Shruti"/>
                <w:lang w:bidi="gu-IN"/>
              </w:rPr>
              <w:t>16</w:t>
            </w:r>
          </w:p>
        </w:tc>
      </w:tr>
      <w:tr w:rsidR="000E2A0C" w14:paraId="155935E0" w14:textId="77777777" w:rsidTr="00A84C28">
        <w:tc>
          <w:tcPr>
            <w:tcW w:w="675" w:type="dxa"/>
          </w:tcPr>
          <w:p w14:paraId="4AF6BE10" w14:textId="77777777" w:rsidR="000E2A0C" w:rsidRDefault="000E2A0C" w:rsidP="00B50F7F">
            <w:pPr>
              <w:jc w:val="center"/>
            </w:pPr>
            <w:r>
              <w:t>6</w:t>
            </w:r>
          </w:p>
        </w:tc>
        <w:tc>
          <w:tcPr>
            <w:tcW w:w="1418" w:type="dxa"/>
          </w:tcPr>
          <w:p w14:paraId="76E655E8" w14:textId="77777777" w:rsidR="000E2A0C" w:rsidRDefault="000E2A0C" w:rsidP="000E2A0C">
            <w:r>
              <w:rPr>
                <w:rFonts w:cs="Shruti"/>
                <w:cs/>
                <w:lang w:bidi="gu-IN"/>
              </w:rPr>
              <w:t>ધોરણ</w:t>
            </w:r>
            <w:r>
              <w:t xml:space="preserve"> 5</w:t>
            </w:r>
          </w:p>
        </w:tc>
        <w:tc>
          <w:tcPr>
            <w:tcW w:w="3091" w:type="dxa"/>
          </w:tcPr>
          <w:p w14:paraId="7D7AAD46" w14:textId="5C7C4FCA" w:rsidR="000E2A0C" w:rsidRDefault="008E13CA" w:rsidP="00A84C28">
            <w:pPr>
              <w:jc w:val="center"/>
            </w:pPr>
            <w:r>
              <w:t>18</w:t>
            </w:r>
          </w:p>
        </w:tc>
        <w:tc>
          <w:tcPr>
            <w:tcW w:w="1728" w:type="dxa"/>
          </w:tcPr>
          <w:p w14:paraId="66564A57" w14:textId="686AC7E1" w:rsidR="000E2A0C" w:rsidRDefault="008E13CA" w:rsidP="00A84C28">
            <w:pPr>
              <w:jc w:val="center"/>
            </w:pPr>
            <w:r>
              <w:rPr>
                <w:rFonts w:cs="Shruti"/>
                <w:lang w:bidi="gu-IN"/>
              </w:rPr>
              <w:t>14</w:t>
            </w:r>
          </w:p>
        </w:tc>
        <w:tc>
          <w:tcPr>
            <w:tcW w:w="1728" w:type="dxa"/>
          </w:tcPr>
          <w:p w14:paraId="176EEBD0" w14:textId="143C584B" w:rsidR="000E2A0C" w:rsidRDefault="008E13CA" w:rsidP="00A84C28">
            <w:pPr>
              <w:jc w:val="center"/>
            </w:pPr>
            <w:r>
              <w:t>32</w:t>
            </w:r>
          </w:p>
        </w:tc>
      </w:tr>
      <w:tr w:rsidR="000E2A0C" w14:paraId="12C0DEB0" w14:textId="77777777" w:rsidTr="00A84C28">
        <w:tc>
          <w:tcPr>
            <w:tcW w:w="675" w:type="dxa"/>
          </w:tcPr>
          <w:p w14:paraId="1A748567" w14:textId="77777777" w:rsidR="000E2A0C" w:rsidRDefault="000E2A0C" w:rsidP="00B50F7F">
            <w:pPr>
              <w:jc w:val="center"/>
            </w:pPr>
            <w:r>
              <w:t>7</w:t>
            </w:r>
          </w:p>
        </w:tc>
        <w:tc>
          <w:tcPr>
            <w:tcW w:w="1418" w:type="dxa"/>
          </w:tcPr>
          <w:p w14:paraId="032E8EA6" w14:textId="77777777" w:rsidR="000E2A0C" w:rsidRDefault="000E2A0C" w:rsidP="000E2A0C">
            <w:r>
              <w:rPr>
                <w:rFonts w:cs="Shruti"/>
                <w:cs/>
                <w:lang w:bidi="gu-IN"/>
              </w:rPr>
              <w:t>ધોરણ</w:t>
            </w:r>
            <w:r>
              <w:t xml:space="preserve"> 6</w:t>
            </w:r>
          </w:p>
        </w:tc>
        <w:tc>
          <w:tcPr>
            <w:tcW w:w="3091" w:type="dxa"/>
          </w:tcPr>
          <w:p w14:paraId="2C231BB2" w14:textId="61F4E219" w:rsidR="000E2A0C" w:rsidRDefault="008E13CA" w:rsidP="00A84C28">
            <w:pPr>
              <w:jc w:val="center"/>
            </w:pPr>
            <w:r>
              <w:t>12</w:t>
            </w:r>
          </w:p>
        </w:tc>
        <w:tc>
          <w:tcPr>
            <w:tcW w:w="1728" w:type="dxa"/>
          </w:tcPr>
          <w:p w14:paraId="59EA47A4" w14:textId="39BE6FB5" w:rsidR="000E2A0C" w:rsidRDefault="007401FC" w:rsidP="00A84C28">
            <w:pPr>
              <w:jc w:val="center"/>
            </w:pPr>
            <w:r>
              <w:t>1</w:t>
            </w:r>
            <w:r w:rsidR="008E13CA">
              <w:t>3</w:t>
            </w:r>
          </w:p>
        </w:tc>
        <w:tc>
          <w:tcPr>
            <w:tcW w:w="1728" w:type="dxa"/>
          </w:tcPr>
          <w:p w14:paraId="0BCB5678" w14:textId="26B2996B" w:rsidR="000E2A0C" w:rsidRDefault="007401FC" w:rsidP="00A84C28">
            <w:pPr>
              <w:jc w:val="center"/>
            </w:pPr>
            <w:r>
              <w:t>2</w:t>
            </w:r>
            <w:r w:rsidR="008E13CA">
              <w:t>5</w:t>
            </w:r>
          </w:p>
        </w:tc>
      </w:tr>
      <w:tr w:rsidR="000E2A0C" w14:paraId="7412B17F" w14:textId="77777777" w:rsidTr="00A84C28">
        <w:tc>
          <w:tcPr>
            <w:tcW w:w="675" w:type="dxa"/>
          </w:tcPr>
          <w:p w14:paraId="0C2BB60C" w14:textId="77777777" w:rsidR="000E2A0C" w:rsidRDefault="000E2A0C" w:rsidP="00B50F7F">
            <w:pPr>
              <w:jc w:val="center"/>
            </w:pPr>
            <w:r>
              <w:t>8</w:t>
            </w:r>
          </w:p>
        </w:tc>
        <w:tc>
          <w:tcPr>
            <w:tcW w:w="1418" w:type="dxa"/>
          </w:tcPr>
          <w:p w14:paraId="03F38F01" w14:textId="77777777" w:rsidR="000E2A0C" w:rsidRDefault="000E2A0C" w:rsidP="000E2A0C">
            <w:r>
              <w:rPr>
                <w:rFonts w:cs="Shruti"/>
                <w:cs/>
                <w:lang w:bidi="gu-IN"/>
              </w:rPr>
              <w:t>ધોરણ</w:t>
            </w:r>
            <w:r>
              <w:t xml:space="preserve"> 7</w:t>
            </w:r>
          </w:p>
        </w:tc>
        <w:tc>
          <w:tcPr>
            <w:tcW w:w="3091" w:type="dxa"/>
          </w:tcPr>
          <w:p w14:paraId="31C1C606" w14:textId="79368CE0" w:rsidR="000E2A0C" w:rsidRDefault="008E13CA" w:rsidP="00A84C28">
            <w:pPr>
              <w:jc w:val="center"/>
            </w:pPr>
            <w:r>
              <w:t>13</w:t>
            </w:r>
          </w:p>
        </w:tc>
        <w:tc>
          <w:tcPr>
            <w:tcW w:w="1728" w:type="dxa"/>
          </w:tcPr>
          <w:p w14:paraId="71D6918B" w14:textId="6087996F" w:rsidR="000E2A0C" w:rsidRDefault="008E13CA" w:rsidP="00A84C28">
            <w:pPr>
              <w:jc w:val="center"/>
            </w:pPr>
            <w:r>
              <w:t>21</w:t>
            </w:r>
          </w:p>
        </w:tc>
        <w:tc>
          <w:tcPr>
            <w:tcW w:w="1728" w:type="dxa"/>
          </w:tcPr>
          <w:p w14:paraId="4F9A78A2" w14:textId="38A2A956" w:rsidR="000E2A0C" w:rsidRDefault="008E13CA" w:rsidP="00A84C28">
            <w:pPr>
              <w:jc w:val="center"/>
            </w:pPr>
            <w:r>
              <w:rPr>
                <w:rFonts w:cs="Shruti"/>
                <w:lang w:bidi="gu-IN"/>
              </w:rPr>
              <w:t>34</w:t>
            </w:r>
          </w:p>
        </w:tc>
      </w:tr>
      <w:tr w:rsidR="000E2A0C" w14:paraId="1D258171" w14:textId="77777777" w:rsidTr="00A84C28">
        <w:tc>
          <w:tcPr>
            <w:tcW w:w="675" w:type="dxa"/>
          </w:tcPr>
          <w:p w14:paraId="0C303C64" w14:textId="77777777" w:rsidR="000E2A0C" w:rsidRDefault="000E2A0C" w:rsidP="006D1ADC">
            <w:pPr>
              <w:jc w:val="center"/>
            </w:pPr>
            <w:r>
              <w:t>9</w:t>
            </w:r>
          </w:p>
        </w:tc>
        <w:tc>
          <w:tcPr>
            <w:tcW w:w="1418" w:type="dxa"/>
          </w:tcPr>
          <w:p w14:paraId="3189877E" w14:textId="77777777" w:rsidR="000E2A0C" w:rsidRDefault="000E2A0C" w:rsidP="000E2A0C">
            <w:r>
              <w:rPr>
                <w:rFonts w:cs="Shruti"/>
                <w:cs/>
                <w:lang w:bidi="gu-IN"/>
              </w:rPr>
              <w:t>ધોરણ</w:t>
            </w:r>
            <w:r>
              <w:t xml:space="preserve"> 8</w:t>
            </w:r>
          </w:p>
        </w:tc>
        <w:tc>
          <w:tcPr>
            <w:tcW w:w="3091" w:type="dxa"/>
          </w:tcPr>
          <w:p w14:paraId="041FCB56" w14:textId="52ECB5A6" w:rsidR="000E2A0C" w:rsidRPr="001352DE" w:rsidRDefault="008E13CA" w:rsidP="00A84C28">
            <w:pPr>
              <w:jc w:val="center"/>
              <w:rPr>
                <w:rFonts w:cs="Shruti"/>
                <w:lang w:val="en-IN"/>
              </w:rPr>
            </w:pPr>
            <w:r>
              <w:rPr>
                <w:rFonts w:cs="Shruti"/>
                <w:lang w:val="en-IN"/>
              </w:rPr>
              <w:t>17</w:t>
            </w:r>
          </w:p>
        </w:tc>
        <w:tc>
          <w:tcPr>
            <w:tcW w:w="1728" w:type="dxa"/>
          </w:tcPr>
          <w:p w14:paraId="52C85E8F" w14:textId="01F63D26" w:rsidR="000E2A0C" w:rsidRDefault="001352DE" w:rsidP="00A84C28">
            <w:pPr>
              <w:jc w:val="center"/>
            </w:pPr>
            <w:r>
              <w:t>14</w:t>
            </w:r>
          </w:p>
        </w:tc>
        <w:tc>
          <w:tcPr>
            <w:tcW w:w="1728" w:type="dxa"/>
          </w:tcPr>
          <w:p w14:paraId="6BE07641" w14:textId="221B8B79" w:rsidR="000E2A0C" w:rsidRDefault="008E13CA" w:rsidP="00A84C28">
            <w:pPr>
              <w:jc w:val="center"/>
            </w:pPr>
            <w:r>
              <w:t>31</w:t>
            </w:r>
          </w:p>
        </w:tc>
      </w:tr>
    </w:tbl>
    <w:p w14:paraId="42E3A032" w14:textId="77777777" w:rsidR="006D1ADC" w:rsidRDefault="006D1ADC" w:rsidP="006D1ADC">
      <w:pPr>
        <w:pStyle w:val="Heading2"/>
      </w:pPr>
      <w:r>
        <w:rPr>
          <w:rFonts w:cs="Shruti"/>
          <w:cs/>
          <w:lang w:bidi="gu-IN"/>
        </w:rPr>
        <w:t>૨</w:t>
      </w:r>
      <w:r>
        <w:t xml:space="preserve">. </w:t>
      </w:r>
      <w:r>
        <w:rPr>
          <w:rFonts w:cs="Shruti"/>
          <w:cs/>
          <w:lang w:bidi="gu-IN"/>
        </w:rPr>
        <w:t>સામાજિક</w:t>
      </w:r>
      <w:r>
        <w:t xml:space="preserve"> </w:t>
      </w:r>
      <w:r>
        <w:rPr>
          <w:rFonts w:cs="Shruti"/>
          <w:cs/>
          <w:lang w:bidi="gu-IN"/>
        </w:rPr>
        <w:t>વર્ગ</w:t>
      </w:r>
      <w:r>
        <w:t xml:space="preserve"> (Category) </w:t>
      </w:r>
      <w:r>
        <w:rPr>
          <w:rFonts w:cs="Shruti"/>
          <w:cs/>
          <w:lang w:bidi="gu-IN"/>
        </w:rPr>
        <w:t>મુજબ</w:t>
      </w:r>
      <w:r>
        <w:t xml:space="preserve"> </w:t>
      </w:r>
      <w:r>
        <w:rPr>
          <w:rFonts w:cs="Shruti"/>
          <w:cs/>
          <w:lang w:bidi="gu-IN"/>
        </w:rPr>
        <w:t>નવા</w:t>
      </w:r>
      <w:r>
        <w:t xml:space="preserve"> </w:t>
      </w:r>
      <w:r>
        <w:rPr>
          <w:rFonts w:cs="Shruti"/>
          <w:cs/>
          <w:lang w:bidi="gu-IN"/>
        </w:rPr>
        <w:t>પ્રવેશની</w:t>
      </w:r>
      <w:r>
        <w:t xml:space="preserve"> </w:t>
      </w:r>
      <w:r>
        <w:rPr>
          <w:rFonts w:cs="Shruti"/>
          <w:cs/>
          <w:lang w:bidi="gu-IN"/>
        </w:rPr>
        <w:t>વિગત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9"/>
        <w:gridCol w:w="2157"/>
        <w:gridCol w:w="2157"/>
        <w:gridCol w:w="2157"/>
      </w:tblGrid>
      <w:tr w:rsidR="006D1ADC" w14:paraId="1E8C1C45" w14:textId="77777777" w:rsidTr="00B50F7F">
        <w:tc>
          <w:tcPr>
            <w:tcW w:w="2160" w:type="dxa"/>
          </w:tcPr>
          <w:p w14:paraId="31857754" w14:textId="77777777" w:rsidR="006D1ADC" w:rsidRDefault="006D1ADC" w:rsidP="006576D5">
            <w:pPr>
              <w:jc w:val="center"/>
            </w:pPr>
            <w:r>
              <w:rPr>
                <w:rFonts w:cs="Shruti"/>
                <w:cs/>
                <w:lang w:bidi="gu-IN"/>
              </w:rPr>
              <w:t>કેટેગરી</w:t>
            </w:r>
          </w:p>
        </w:tc>
        <w:tc>
          <w:tcPr>
            <w:tcW w:w="2160" w:type="dxa"/>
          </w:tcPr>
          <w:p w14:paraId="683FB132" w14:textId="77777777" w:rsidR="006D1ADC" w:rsidRDefault="006D1ADC" w:rsidP="006576D5">
            <w:pPr>
              <w:jc w:val="center"/>
            </w:pPr>
            <w:r>
              <w:rPr>
                <w:rFonts w:cs="Shruti"/>
                <w:cs/>
                <w:lang w:bidi="gu-IN"/>
              </w:rPr>
              <w:t>કુમાર</w:t>
            </w:r>
          </w:p>
        </w:tc>
        <w:tc>
          <w:tcPr>
            <w:tcW w:w="2160" w:type="dxa"/>
          </w:tcPr>
          <w:p w14:paraId="6E7DC9A4" w14:textId="77777777" w:rsidR="006D1ADC" w:rsidRDefault="006D1ADC" w:rsidP="006576D5">
            <w:pPr>
              <w:jc w:val="center"/>
            </w:pPr>
            <w:r>
              <w:rPr>
                <w:rFonts w:cs="Shruti"/>
                <w:cs/>
                <w:lang w:bidi="gu-IN"/>
              </w:rPr>
              <w:t>કન્યા</w:t>
            </w:r>
          </w:p>
        </w:tc>
        <w:tc>
          <w:tcPr>
            <w:tcW w:w="2160" w:type="dxa"/>
          </w:tcPr>
          <w:p w14:paraId="6AAD89CB" w14:textId="77777777" w:rsidR="006D1ADC" w:rsidRDefault="006D1ADC" w:rsidP="006576D5">
            <w:pPr>
              <w:jc w:val="center"/>
            </w:pPr>
            <w:r>
              <w:rPr>
                <w:rFonts w:cs="Shruti"/>
                <w:cs/>
                <w:lang w:bidi="gu-IN"/>
              </w:rPr>
              <w:t>કુલ</w:t>
            </w:r>
          </w:p>
        </w:tc>
      </w:tr>
      <w:tr w:rsidR="006D1ADC" w14:paraId="05297EF7" w14:textId="77777777" w:rsidTr="005E52CD">
        <w:trPr>
          <w:trHeight w:val="243"/>
        </w:trPr>
        <w:tc>
          <w:tcPr>
            <w:tcW w:w="2160" w:type="dxa"/>
          </w:tcPr>
          <w:p w14:paraId="00254FA6" w14:textId="77777777" w:rsidR="006D1ADC" w:rsidRDefault="006D1ADC" w:rsidP="00B50F7F">
            <w:r>
              <w:t>SC</w:t>
            </w:r>
          </w:p>
        </w:tc>
        <w:tc>
          <w:tcPr>
            <w:tcW w:w="2160" w:type="dxa"/>
          </w:tcPr>
          <w:p w14:paraId="326D38D8" w14:textId="5FD40274" w:rsidR="006D1ADC" w:rsidRPr="005E52CD" w:rsidRDefault="008E13CA" w:rsidP="000B54C5">
            <w:pPr>
              <w:jc w:val="center"/>
              <w:rPr>
                <w:rFonts w:cs="Shruti"/>
                <w:lang w:bidi="gu-IN"/>
              </w:rPr>
            </w:pPr>
            <w:r>
              <w:rPr>
                <w:rFonts w:cs="Shruti"/>
                <w:lang w:bidi="gu-IN"/>
              </w:rPr>
              <w:t>4</w:t>
            </w:r>
          </w:p>
        </w:tc>
        <w:tc>
          <w:tcPr>
            <w:tcW w:w="2160" w:type="dxa"/>
          </w:tcPr>
          <w:p w14:paraId="232A9063" w14:textId="35D64DB7" w:rsidR="006D1ADC" w:rsidRDefault="008E13CA" w:rsidP="000B54C5">
            <w:pPr>
              <w:jc w:val="center"/>
            </w:pPr>
            <w:r>
              <w:t>2</w:t>
            </w:r>
          </w:p>
        </w:tc>
        <w:tc>
          <w:tcPr>
            <w:tcW w:w="2160" w:type="dxa"/>
          </w:tcPr>
          <w:p w14:paraId="32F1E6A1" w14:textId="0DA13709" w:rsidR="006D1ADC" w:rsidRDefault="008E13CA" w:rsidP="000B54C5">
            <w:pPr>
              <w:jc w:val="center"/>
            </w:pPr>
            <w:r>
              <w:t>06</w:t>
            </w:r>
          </w:p>
        </w:tc>
      </w:tr>
      <w:tr w:rsidR="006D1ADC" w14:paraId="48162F77" w14:textId="77777777" w:rsidTr="00B50F7F">
        <w:tc>
          <w:tcPr>
            <w:tcW w:w="2160" w:type="dxa"/>
          </w:tcPr>
          <w:p w14:paraId="23F8805B" w14:textId="77777777" w:rsidR="006D1ADC" w:rsidRDefault="006D1ADC" w:rsidP="00B50F7F">
            <w:r>
              <w:t>ST</w:t>
            </w:r>
          </w:p>
        </w:tc>
        <w:tc>
          <w:tcPr>
            <w:tcW w:w="2160" w:type="dxa"/>
          </w:tcPr>
          <w:p w14:paraId="0F60E67F" w14:textId="46522689" w:rsidR="006D1ADC" w:rsidRDefault="008E13CA" w:rsidP="000B54C5">
            <w:pPr>
              <w:jc w:val="center"/>
            </w:pPr>
            <w:r>
              <w:t>0</w:t>
            </w:r>
          </w:p>
        </w:tc>
        <w:tc>
          <w:tcPr>
            <w:tcW w:w="2160" w:type="dxa"/>
          </w:tcPr>
          <w:p w14:paraId="13775BE6" w14:textId="1F7219C8" w:rsidR="006D1ADC" w:rsidRDefault="008E13CA" w:rsidP="000B54C5">
            <w:pPr>
              <w:jc w:val="center"/>
            </w:pPr>
            <w:r>
              <w:t>0</w:t>
            </w:r>
          </w:p>
        </w:tc>
        <w:tc>
          <w:tcPr>
            <w:tcW w:w="2160" w:type="dxa"/>
          </w:tcPr>
          <w:p w14:paraId="650D3E26" w14:textId="62EB899C" w:rsidR="006D1ADC" w:rsidRDefault="008E13CA" w:rsidP="000B54C5">
            <w:pPr>
              <w:jc w:val="center"/>
            </w:pPr>
            <w:r>
              <w:t>0</w:t>
            </w:r>
          </w:p>
        </w:tc>
      </w:tr>
      <w:tr w:rsidR="006D1ADC" w14:paraId="40E17B86" w14:textId="77777777" w:rsidTr="00B50F7F">
        <w:tc>
          <w:tcPr>
            <w:tcW w:w="2160" w:type="dxa"/>
          </w:tcPr>
          <w:p w14:paraId="1627C525" w14:textId="77777777" w:rsidR="006D1ADC" w:rsidRDefault="006D1ADC" w:rsidP="00B50F7F">
            <w:r>
              <w:t>OBC / SEBC</w:t>
            </w:r>
          </w:p>
        </w:tc>
        <w:tc>
          <w:tcPr>
            <w:tcW w:w="2160" w:type="dxa"/>
          </w:tcPr>
          <w:p w14:paraId="0EC2D8E9" w14:textId="1D722B43" w:rsidR="006D1ADC" w:rsidRDefault="008E13CA" w:rsidP="000B54C5">
            <w:pPr>
              <w:jc w:val="center"/>
            </w:pPr>
            <w:r>
              <w:t>100</w:t>
            </w:r>
          </w:p>
        </w:tc>
        <w:tc>
          <w:tcPr>
            <w:tcW w:w="2160" w:type="dxa"/>
          </w:tcPr>
          <w:p w14:paraId="64082C86" w14:textId="68B07DDB" w:rsidR="006D1ADC" w:rsidRDefault="008E13CA" w:rsidP="000B54C5">
            <w:pPr>
              <w:jc w:val="center"/>
            </w:pPr>
            <w:r>
              <w:t>107</w:t>
            </w:r>
          </w:p>
        </w:tc>
        <w:tc>
          <w:tcPr>
            <w:tcW w:w="2160" w:type="dxa"/>
          </w:tcPr>
          <w:p w14:paraId="28A0EE44" w14:textId="41B2C98E" w:rsidR="006D1ADC" w:rsidRDefault="008E13CA" w:rsidP="000B54C5">
            <w:pPr>
              <w:jc w:val="center"/>
            </w:pPr>
            <w:r>
              <w:t>207</w:t>
            </w:r>
          </w:p>
        </w:tc>
      </w:tr>
      <w:tr w:rsidR="006D1ADC" w14:paraId="3F3C86F5" w14:textId="77777777" w:rsidTr="00B50F7F">
        <w:tc>
          <w:tcPr>
            <w:tcW w:w="2160" w:type="dxa"/>
          </w:tcPr>
          <w:p w14:paraId="254C8ED6" w14:textId="77777777" w:rsidR="006D1ADC" w:rsidRDefault="006D1ADC" w:rsidP="00B50F7F">
            <w:r>
              <w:t>General / Other</w:t>
            </w:r>
          </w:p>
        </w:tc>
        <w:tc>
          <w:tcPr>
            <w:tcW w:w="2160" w:type="dxa"/>
          </w:tcPr>
          <w:p w14:paraId="05106257" w14:textId="5FFA8120" w:rsidR="006D1ADC" w:rsidRDefault="009072EA" w:rsidP="000B54C5">
            <w:pPr>
              <w:jc w:val="center"/>
            </w:pPr>
            <w:r>
              <w:t>00</w:t>
            </w:r>
          </w:p>
        </w:tc>
        <w:tc>
          <w:tcPr>
            <w:tcW w:w="2160" w:type="dxa"/>
          </w:tcPr>
          <w:p w14:paraId="609958BA" w14:textId="077F5499" w:rsidR="006D1ADC" w:rsidRDefault="009072EA" w:rsidP="000B54C5">
            <w:pPr>
              <w:jc w:val="center"/>
            </w:pPr>
            <w:r>
              <w:t>00</w:t>
            </w:r>
          </w:p>
        </w:tc>
        <w:tc>
          <w:tcPr>
            <w:tcW w:w="2160" w:type="dxa"/>
          </w:tcPr>
          <w:p w14:paraId="75EDCF74" w14:textId="6CD72105" w:rsidR="006D1ADC" w:rsidRDefault="009072EA" w:rsidP="000B54C5">
            <w:pPr>
              <w:jc w:val="center"/>
            </w:pPr>
            <w:r>
              <w:t xml:space="preserve">00 </w:t>
            </w:r>
          </w:p>
        </w:tc>
      </w:tr>
      <w:tr w:rsidR="006D1ADC" w14:paraId="79DD80CD" w14:textId="77777777" w:rsidTr="00B50F7F">
        <w:tc>
          <w:tcPr>
            <w:tcW w:w="2160" w:type="dxa"/>
          </w:tcPr>
          <w:p w14:paraId="10123B8D" w14:textId="77777777" w:rsidR="006D1ADC" w:rsidRDefault="006D1ADC" w:rsidP="00B50F7F">
            <w:r>
              <w:rPr>
                <w:rFonts w:cs="Shruti"/>
                <w:b/>
                <w:bCs/>
                <w:cs/>
                <w:lang w:bidi="gu-IN"/>
              </w:rPr>
              <w:t>કુલ</w:t>
            </w:r>
            <w:r>
              <w:rPr>
                <w:b/>
              </w:rPr>
              <w:t xml:space="preserve"> (Total)</w:t>
            </w:r>
          </w:p>
        </w:tc>
        <w:tc>
          <w:tcPr>
            <w:tcW w:w="2160" w:type="dxa"/>
          </w:tcPr>
          <w:p w14:paraId="26833BD5" w14:textId="57F0D98D" w:rsidR="006D1ADC" w:rsidRDefault="008E13CA" w:rsidP="000B54C5">
            <w:pPr>
              <w:jc w:val="center"/>
            </w:pPr>
            <w:r>
              <w:t>104</w:t>
            </w:r>
          </w:p>
        </w:tc>
        <w:tc>
          <w:tcPr>
            <w:tcW w:w="2160" w:type="dxa"/>
          </w:tcPr>
          <w:p w14:paraId="139B2948" w14:textId="1637E661" w:rsidR="006D1ADC" w:rsidRDefault="008E13CA" w:rsidP="000B54C5">
            <w:pPr>
              <w:jc w:val="center"/>
            </w:pPr>
            <w:r>
              <w:t>109</w:t>
            </w:r>
          </w:p>
        </w:tc>
        <w:tc>
          <w:tcPr>
            <w:tcW w:w="2160" w:type="dxa"/>
          </w:tcPr>
          <w:p w14:paraId="428B6CE6" w14:textId="4B895057" w:rsidR="006D1ADC" w:rsidRDefault="008E13CA" w:rsidP="000B54C5">
            <w:pPr>
              <w:jc w:val="center"/>
            </w:pPr>
            <w:r>
              <w:t>223</w:t>
            </w:r>
          </w:p>
        </w:tc>
      </w:tr>
    </w:tbl>
    <w:p w14:paraId="41A34317" w14:textId="77777777" w:rsidR="006D1ADC" w:rsidRDefault="006D1ADC" w:rsidP="006D1ADC">
      <w:pPr>
        <w:pStyle w:val="Heading2"/>
      </w:pPr>
      <w:r>
        <w:rPr>
          <w:rFonts w:cs="Shruti"/>
          <w:cs/>
          <w:lang w:bidi="gu-IN"/>
        </w:rPr>
        <w:t>૩</w:t>
      </w:r>
      <w:r>
        <w:t xml:space="preserve">. RTE (Right to Education) </w:t>
      </w:r>
      <w:r>
        <w:rPr>
          <w:rFonts w:cs="Shruti"/>
          <w:cs/>
          <w:lang w:bidi="gu-IN"/>
        </w:rPr>
        <w:t>અંતર્ગત</w:t>
      </w:r>
      <w:r>
        <w:t xml:space="preserve"> </w:t>
      </w:r>
      <w:r>
        <w:rPr>
          <w:rFonts w:cs="Shruti"/>
          <w:cs/>
          <w:lang w:bidi="gu-IN"/>
        </w:rPr>
        <w:t>આપેલ</w:t>
      </w:r>
      <w:r>
        <w:t xml:space="preserve"> </w:t>
      </w:r>
      <w:r>
        <w:rPr>
          <w:rFonts w:cs="Shruti"/>
          <w:cs/>
          <w:lang w:bidi="gu-IN"/>
        </w:rPr>
        <w:t>પ્રવેશની</w:t>
      </w:r>
      <w:r>
        <w:t xml:space="preserve"> </w:t>
      </w:r>
      <w:r>
        <w:rPr>
          <w:rFonts w:cs="Shruti"/>
          <w:cs/>
          <w:lang w:bidi="gu-IN"/>
        </w:rPr>
        <w:t>વિગત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2777"/>
        <w:gridCol w:w="1725"/>
        <w:gridCol w:w="1727"/>
        <w:gridCol w:w="1726"/>
      </w:tblGrid>
      <w:tr w:rsidR="001435CA" w14:paraId="65C1FC6C" w14:textId="77777777" w:rsidTr="006576D5">
        <w:tc>
          <w:tcPr>
            <w:tcW w:w="675" w:type="dxa"/>
          </w:tcPr>
          <w:p w14:paraId="2F51A4B2" w14:textId="77777777" w:rsidR="006D1ADC" w:rsidRDefault="006D1ADC" w:rsidP="006576D5">
            <w:pPr>
              <w:jc w:val="center"/>
            </w:pPr>
            <w:r>
              <w:rPr>
                <w:rFonts w:cs="Shruti"/>
                <w:cs/>
                <w:lang w:bidi="gu-IN"/>
              </w:rPr>
              <w:t>ક્રમ</w:t>
            </w:r>
          </w:p>
        </w:tc>
        <w:tc>
          <w:tcPr>
            <w:tcW w:w="2781" w:type="dxa"/>
          </w:tcPr>
          <w:p w14:paraId="6A28043F" w14:textId="77777777" w:rsidR="006D1ADC" w:rsidRDefault="006D1ADC" w:rsidP="006576D5">
            <w:pPr>
              <w:jc w:val="center"/>
            </w:pPr>
            <w:r>
              <w:rPr>
                <w:rFonts w:cs="Shruti"/>
                <w:cs/>
                <w:lang w:bidi="gu-IN"/>
              </w:rPr>
              <w:t>વિદ્યાર્થીનું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નામ</w:t>
            </w:r>
          </w:p>
        </w:tc>
        <w:tc>
          <w:tcPr>
            <w:tcW w:w="1728" w:type="dxa"/>
          </w:tcPr>
          <w:p w14:paraId="1C37DEF3" w14:textId="77777777" w:rsidR="006D1ADC" w:rsidRDefault="006D1ADC" w:rsidP="006576D5">
            <w:pPr>
              <w:jc w:val="center"/>
            </w:pPr>
            <w:r>
              <w:rPr>
                <w:rFonts w:cs="Shruti"/>
                <w:cs/>
                <w:lang w:bidi="gu-IN"/>
              </w:rPr>
              <w:t>ધોરણ</w:t>
            </w:r>
          </w:p>
        </w:tc>
        <w:tc>
          <w:tcPr>
            <w:tcW w:w="1728" w:type="dxa"/>
          </w:tcPr>
          <w:p w14:paraId="2670BFA2" w14:textId="77777777" w:rsidR="006D1ADC" w:rsidRDefault="006D1ADC" w:rsidP="006576D5">
            <w:pPr>
              <w:jc w:val="center"/>
            </w:pPr>
            <w:r>
              <w:rPr>
                <w:rFonts w:cs="Shruti"/>
                <w:cs/>
                <w:lang w:bidi="gu-IN"/>
              </w:rPr>
              <w:t>જન્મ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તારીખ</w:t>
            </w:r>
          </w:p>
        </w:tc>
        <w:tc>
          <w:tcPr>
            <w:tcW w:w="1728" w:type="dxa"/>
          </w:tcPr>
          <w:p w14:paraId="4E747BE6" w14:textId="77777777" w:rsidR="006D1ADC" w:rsidRDefault="006D1ADC" w:rsidP="006576D5">
            <w:pPr>
              <w:jc w:val="center"/>
            </w:pPr>
            <w:r>
              <w:rPr>
                <w:rFonts w:cs="Shruti"/>
                <w:cs/>
                <w:lang w:bidi="gu-IN"/>
              </w:rPr>
              <w:t>કેટેગરી</w:t>
            </w:r>
          </w:p>
        </w:tc>
      </w:tr>
      <w:tr w:rsidR="001435CA" w14:paraId="714459EC" w14:textId="77777777" w:rsidTr="006576D5">
        <w:tc>
          <w:tcPr>
            <w:tcW w:w="675" w:type="dxa"/>
          </w:tcPr>
          <w:p w14:paraId="5DFD9B37" w14:textId="77777777" w:rsidR="005778D9" w:rsidRDefault="005778D9" w:rsidP="006576D5">
            <w:pPr>
              <w:jc w:val="center"/>
            </w:pPr>
            <w:r>
              <w:t>1</w:t>
            </w:r>
          </w:p>
        </w:tc>
        <w:tc>
          <w:tcPr>
            <w:tcW w:w="2781" w:type="dxa"/>
          </w:tcPr>
          <w:p w14:paraId="653880F8" w14:textId="0B01F564" w:rsidR="005778D9" w:rsidRPr="001435CA" w:rsidRDefault="001435CA" w:rsidP="001435CA">
            <w:pPr>
              <w:rPr>
                <w:rFonts w:cs="Shruti"/>
                <w:cs/>
                <w:lang w:bidi="gu-IN"/>
              </w:rPr>
            </w:pPr>
            <w:r>
              <w:rPr>
                <w:rFonts w:cs="Shruti" w:hint="cs"/>
                <w:cs/>
                <w:lang w:bidi="gu-IN"/>
              </w:rPr>
              <w:t>રીયાબેન પ્રભુભાઈ ચૌહાણ</w:t>
            </w:r>
          </w:p>
        </w:tc>
        <w:tc>
          <w:tcPr>
            <w:tcW w:w="1728" w:type="dxa"/>
          </w:tcPr>
          <w:p w14:paraId="43B88AD4" w14:textId="28048BD1" w:rsidR="005778D9" w:rsidRPr="00D063D1" w:rsidRDefault="001435CA" w:rsidP="005778D9">
            <w:pPr>
              <w:jc w:val="center"/>
              <w:rPr>
                <w:rFonts w:cs="Shruti"/>
                <w:lang w:bidi="gu-IN"/>
              </w:rPr>
            </w:pPr>
            <w:r>
              <w:rPr>
                <w:rFonts w:cs="Shruti" w:hint="cs"/>
                <w:cs/>
                <w:lang w:bidi="gu-IN"/>
              </w:rPr>
              <w:t>2</w:t>
            </w:r>
          </w:p>
        </w:tc>
        <w:tc>
          <w:tcPr>
            <w:tcW w:w="1728" w:type="dxa"/>
          </w:tcPr>
          <w:p w14:paraId="19B2AD9A" w14:textId="59340F14" w:rsidR="005778D9" w:rsidRPr="00D063D1" w:rsidRDefault="001435CA" w:rsidP="005778D9">
            <w:pPr>
              <w:jc w:val="center"/>
              <w:rPr>
                <w:lang w:val="en-IN"/>
              </w:rPr>
            </w:pPr>
            <w:r>
              <w:rPr>
                <w:rFonts w:ascii="Shruti" w:hAnsi="Shruti" w:cs="Shruti" w:hint="cs"/>
                <w:lang w:val="en-IN" w:bidi="gu-IN"/>
              </w:rPr>
              <w:t>03/12/2018</w:t>
            </w:r>
          </w:p>
        </w:tc>
        <w:tc>
          <w:tcPr>
            <w:tcW w:w="1728" w:type="dxa"/>
          </w:tcPr>
          <w:p w14:paraId="76BAA477" w14:textId="5A0B2E99" w:rsidR="005778D9" w:rsidRPr="001435CA" w:rsidRDefault="001435CA" w:rsidP="005778D9">
            <w:pPr>
              <w:jc w:val="center"/>
              <w:rPr>
                <w:lang w:val="en-IN"/>
              </w:rPr>
            </w:pPr>
            <w:r>
              <w:rPr>
                <w:lang w:val="en-IN"/>
              </w:rPr>
              <w:t>OBC</w:t>
            </w:r>
          </w:p>
        </w:tc>
      </w:tr>
      <w:tr w:rsidR="001435CA" w14:paraId="693FAF35" w14:textId="77777777" w:rsidTr="006576D5">
        <w:tc>
          <w:tcPr>
            <w:tcW w:w="675" w:type="dxa"/>
          </w:tcPr>
          <w:p w14:paraId="663A93C4" w14:textId="77777777" w:rsidR="005778D9" w:rsidRDefault="005778D9" w:rsidP="006576D5">
            <w:pPr>
              <w:jc w:val="center"/>
            </w:pPr>
            <w:r>
              <w:t>2</w:t>
            </w:r>
          </w:p>
        </w:tc>
        <w:tc>
          <w:tcPr>
            <w:tcW w:w="2781" w:type="dxa"/>
          </w:tcPr>
          <w:p w14:paraId="7043A8BB" w14:textId="15915401" w:rsidR="005778D9" w:rsidRPr="002A7996" w:rsidRDefault="001435CA" w:rsidP="00B50F7F">
            <w:pPr>
              <w:jc w:val="center"/>
              <w:rPr>
                <w:rFonts w:cs="Shruti"/>
                <w:cs/>
                <w:lang w:bidi="gu-IN"/>
              </w:rPr>
            </w:pPr>
            <w:r>
              <w:rPr>
                <w:rFonts w:cs="Shruti" w:hint="cs"/>
                <w:cs/>
                <w:lang w:bidi="gu-IN"/>
              </w:rPr>
              <w:t>વિહાભાઈ પ્રવિણકુમાર વાઘરી</w:t>
            </w:r>
          </w:p>
        </w:tc>
        <w:tc>
          <w:tcPr>
            <w:tcW w:w="1728" w:type="dxa"/>
          </w:tcPr>
          <w:p w14:paraId="6EAD08AA" w14:textId="4BAA6B1F" w:rsidR="005778D9" w:rsidRPr="002A7996" w:rsidRDefault="001435CA" w:rsidP="00B50F7F">
            <w:pPr>
              <w:jc w:val="center"/>
              <w:rPr>
                <w:rFonts w:cs="Shruti"/>
                <w:lang w:bidi="gu-IN"/>
              </w:rPr>
            </w:pPr>
            <w:r>
              <w:rPr>
                <w:rFonts w:cs="Shruti" w:hint="cs"/>
                <w:cs/>
                <w:lang w:bidi="gu-IN"/>
              </w:rPr>
              <w:t>2</w:t>
            </w:r>
          </w:p>
        </w:tc>
        <w:tc>
          <w:tcPr>
            <w:tcW w:w="1728" w:type="dxa"/>
          </w:tcPr>
          <w:p w14:paraId="7F324FF9" w14:textId="47C32155" w:rsidR="005778D9" w:rsidRPr="002A7996" w:rsidRDefault="001435CA" w:rsidP="00B50F7F">
            <w:pPr>
              <w:jc w:val="center"/>
              <w:rPr>
                <w:lang w:val="en-IN"/>
              </w:rPr>
            </w:pPr>
            <w:r>
              <w:rPr>
                <w:rFonts w:ascii="Shruti" w:hAnsi="Shruti" w:cs="Shruti" w:hint="cs"/>
                <w:lang w:val="en-IN" w:bidi="gu-IN"/>
              </w:rPr>
              <w:t>06/04/2019</w:t>
            </w:r>
          </w:p>
        </w:tc>
        <w:tc>
          <w:tcPr>
            <w:tcW w:w="1728" w:type="dxa"/>
          </w:tcPr>
          <w:p w14:paraId="48330B27" w14:textId="7053F791" w:rsidR="005778D9" w:rsidRDefault="001435CA" w:rsidP="00B50F7F">
            <w:pPr>
              <w:jc w:val="center"/>
            </w:pPr>
            <w:r>
              <w:rPr>
                <w:lang w:val="en-IN"/>
              </w:rPr>
              <w:t>OBC</w:t>
            </w:r>
          </w:p>
        </w:tc>
      </w:tr>
      <w:tr w:rsidR="001435CA" w14:paraId="36F4EDBC" w14:textId="77777777" w:rsidTr="002A7996">
        <w:trPr>
          <w:trHeight w:val="70"/>
        </w:trPr>
        <w:tc>
          <w:tcPr>
            <w:tcW w:w="675" w:type="dxa"/>
          </w:tcPr>
          <w:p w14:paraId="4B316E80" w14:textId="4160E40D" w:rsidR="005778D9" w:rsidRDefault="005778D9" w:rsidP="006576D5">
            <w:pPr>
              <w:jc w:val="center"/>
            </w:pPr>
          </w:p>
        </w:tc>
        <w:tc>
          <w:tcPr>
            <w:tcW w:w="2781" w:type="dxa"/>
          </w:tcPr>
          <w:p w14:paraId="42691412" w14:textId="1A5170CB" w:rsidR="005778D9" w:rsidRDefault="005778D9" w:rsidP="00B50F7F">
            <w:pPr>
              <w:jc w:val="center"/>
            </w:pPr>
          </w:p>
        </w:tc>
        <w:tc>
          <w:tcPr>
            <w:tcW w:w="1728" w:type="dxa"/>
          </w:tcPr>
          <w:p w14:paraId="5433BBC6" w14:textId="487112AC" w:rsidR="005778D9" w:rsidRDefault="005778D9" w:rsidP="00B50F7F">
            <w:pPr>
              <w:jc w:val="center"/>
            </w:pPr>
          </w:p>
        </w:tc>
        <w:tc>
          <w:tcPr>
            <w:tcW w:w="1728" w:type="dxa"/>
          </w:tcPr>
          <w:p w14:paraId="5FB76E79" w14:textId="208D1987" w:rsidR="005778D9" w:rsidRDefault="005778D9" w:rsidP="00B50F7F">
            <w:pPr>
              <w:jc w:val="center"/>
            </w:pPr>
          </w:p>
        </w:tc>
        <w:tc>
          <w:tcPr>
            <w:tcW w:w="1728" w:type="dxa"/>
          </w:tcPr>
          <w:p w14:paraId="1B16061B" w14:textId="63169483" w:rsidR="005778D9" w:rsidRDefault="005778D9" w:rsidP="00B50F7F">
            <w:pPr>
              <w:jc w:val="center"/>
            </w:pPr>
          </w:p>
        </w:tc>
      </w:tr>
    </w:tbl>
    <w:p w14:paraId="6D511A6A" w14:textId="77777777" w:rsidR="006D1ADC" w:rsidRPr="00C54228" w:rsidRDefault="006D1ADC" w:rsidP="006D1ADC">
      <w:pPr>
        <w:rPr>
          <w:rFonts w:cs="Shruti"/>
          <w:sz w:val="20"/>
          <w:szCs w:val="20"/>
          <w:lang w:bidi="gu-IN"/>
        </w:rPr>
      </w:pPr>
      <w:r w:rsidRPr="00C54228">
        <w:rPr>
          <w:rFonts w:cs="Shruti"/>
          <w:i/>
          <w:iCs/>
          <w:sz w:val="20"/>
          <w:szCs w:val="20"/>
          <w:cs/>
          <w:lang w:bidi="gu-IN"/>
        </w:rPr>
        <w:t>નોંધ</w:t>
      </w:r>
      <w:r w:rsidRPr="00C54228">
        <w:rPr>
          <w:i/>
          <w:sz w:val="20"/>
          <w:szCs w:val="20"/>
        </w:rPr>
        <w:t xml:space="preserve">: </w:t>
      </w:r>
      <w:r w:rsidRPr="00C54228">
        <w:rPr>
          <w:rFonts w:cs="Shruti"/>
          <w:i/>
          <w:iCs/>
          <w:sz w:val="20"/>
          <w:szCs w:val="20"/>
          <w:cs/>
          <w:lang w:bidi="gu-IN"/>
        </w:rPr>
        <w:t>ઉપર</w:t>
      </w:r>
      <w:r w:rsidRPr="00C54228">
        <w:rPr>
          <w:i/>
          <w:sz w:val="20"/>
          <w:szCs w:val="20"/>
        </w:rPr>
        <w:t xml:space="preserve"> </w:t>
      </w:r>
      <w:r w:rsidRPr="00C54228">
        <w:rPr>
          <w:rFonts w:cs="Shruti"/>
          <w:i/>
          <w:iCs/>
          <w:sz w:val="20"/>
          <w:szCs w:val="20"/>
          <w:cs/>
          <w:lang w:bidi="gu-IN"/>
        </w:rPr>
        <w:t>દર્શાવેલ</w:t>
      </w:r>
      <w:r w:rsidRPr="00C54228">
        <w:rPr>
          <w:i/>
          <w:sz w:val="20"/>
          <w:szCs w:val="20"/>
        </w:rPr>
        <w:t xml:space="preserve"> </w:t>
      </w:r>
      <w:r w:rsidRPr="00C54228">
        <w:rPr>
          <w:rFonts w:cs="Shruti"/>
          <w:i/>
          <w:iCs/>
          <w:sz w:val="20"/>
          <w:szCs w:val="20"/>
          <w:cs/>
          <w:lang w:bidi="gu-IN"/>
        </w:rPr>
        <w:t>આંકડાકીય</w:t>
      </w:r>
      <w:r w:rsidRPr="00C54228">
        <w:rPr>
          <w:i/>
          <w:sz w:val="20"/>
          <w:szCs w:val="20"/>
        </w:rPr>
        <w:t xml:space="preserve"> </w:t>
      </w:r>
      <w:r w:rsidRPr="00C54228">
        <w:rPr>
          <w:rFonts w:cs="Shruti"/>
          <w:i/>
          <w:iCs/>
          <w:sz w:val="20"/>
          <w:szCs w:val="20"/>
          <w:cs/>
          <w:lang w:bidi="gu-IN"/>
        </w:rPr>
        <w:t>માહિતી</w:t>
      </w:r>
      <w:r w:rsidRPr="00C54228">
        <w:rPr>
          <w:i/>
          <w:sz w:val="20"/>
          <w:szCs w:val="20"/>
        </w:rPr>
        <w:t xml:space="preserve"> </w:t>
      </w:r>
      <w:r w:rsidRPr="00C54228">
        <w:rPr>
          <w:rFonts w:cs="Shruti"/>
          <w:i/>
          <w:iCs/>
          <w:sz w:val="20"/>
          <w:szCs w:val="20"/>
          <w:cs/>
          <w:lang w:bidi="gu-IN"/>
        </w:rPr>
        <w:t>શાળાના</w:t>
      </w:r>
      <w:r w:rsidRPr="00C54228">
        <w:rPr>
          <w:i/>
          <w:sz w:val="20"/>
          <w:szCs w:val="20"/>
        </w:rPr>
        <w:t xml:space="preserve"> </w:t>
      </w:r>
      <w:r w:rsidRPr="00C54228">
        <w:rPr>
          <w:rFonts w:cs="Shruti"/>
          <w:i/>
          <w:iCs/>
          <w:sz w:val="20"/>
          <w:szCs w:val="20"/>
          <w:cs/>
          <w:lang w:bidi="gu-IN"/>
        </w:rPr>
        <w:t>જનરલ</w:t>
      </w:r>
      <w:r w:rsidRPr="00C54228">
        <w:rPr>
          <w:i/>
          <w:sz w:val="20"/>
          <w:szCs w:val="20"/>
        </w:rPr>
        <w:t xml:space="preserve"> </w:t>
      </w:r>
      <w:r w:rsidRPr="00C54228">
        <w:rPr>
          <w:rFonts w:cs="Shruti"/>
          <w:i/>
          <w:iCs/>
          <w:sz w:val="20"/>
          <w:szCs w:val="20"/>
          <w:cs/>
          <w:lang w:bidi="gu-IN"/>
        </w:rPr>
        <w:t>રજીસ્ટર</w:t>
      </w:r>
      <w:r w:rsidRPr="00C54228">
        <w:rPr>
          <w:i/>
          <w:sz w:val="20"/>
          <w:szCs w:val="20"/>
        </w:rPr>
        <w:t xml:space="preserve"> (G.R.) </w:t>
      </w:r>
      <w:r w:rsidRPr="00C54228">
        <w:rPr>
          <w:rFonts w:cs="Shruti"/>
          <w:i/>
          <w:iCs/>
          <w:sz w:val="20"/>
          <w:szCs w:val="20"/>
          <w:cs/>
          <w:lang w:bidi="gu-IN"/>
        </w:rPr>
        <w:t>અને</w:t>
      </w:r>
      <w:r w:rsidRPr="00C54228">
        <w:rPr>
          <w:i/>
          <w:sz w:val="20"/>
          <w:szCs w:val="20"/>
        </w:rPr>
        <w:t xml:space="preserve"> </w:t>
      </w:r>
      <w:r w:rsidRPr="00C54228">
        <w:rPr>
          <w:rFonts w:cs="Shruti"/>
          <w:i/>
          <w:iCs/>
          <w:sz w:val="20"/>
          <w:szCs w:val="20"/>
          <w:cs/>
          <w:lang w:bidi="gu-IN"/>
        </w:rPr>
        <w:t>ચાલુ</w:t>
      </w:r>
      <w:r w:rsidRPr="00C54228">
        <w:rPr>
          <w:i/>
          <w:sz w:val="20"/>
          <w:szCs w:val="20"/>
        </w:rPr>
        <w:t xml:space="preserve"> </w:t>
      </w:r>
      <w:r w:rsidRPr="00C54228">
        <w:rPr>
          <w:rFonts w:cs="Shruti"/>
          <w:i/>
          <w:iCs/>
          <w:sz w:val="20"/>
          <w:szCs w:val="20"/>
          <w:cs/>
          <w:lang w:bidi="gu-IN"/>
        </w:rPr>
        <w:t>વર્ષના</w:t>
      </w:r>
      <w:r w:rsidRPr="00C54228">
        <w:rPr>
          <w:i/>
          <w:sz w:val="20"/>
          <w:szCs w:val="20"/>
        </w:rPr>
        <w:t xml:space="preserve"> </w:t>
      </w:r>
      <w:r w:rsidRPr="00C54228">
        <w:rPr>
          <w:rFonts w:cs="Shruti"/>
          <w:i/>
          <w:iCs/>
          <w:sz w:val="20"/>
          <w:szCs w:val="20"/>
          <w:cs/>
          <w:lang w:bidi="gu-IN"/>
        </w:rPr>
        <w:t>પ્રવેશ</w:t>
      </w:r>
      <w:r w:rsidRPr="00C54228">
        <w:rPr>
          <w:i/>
          <w:sz w:val="20"/>
          <w:szCs w:val="20"/>
        </w:rPr>
        <w:t xml:space="preserve"> </w:t>
      </w:r>
      <w:r w:rsidRPr="00C54228">
        <w:rPr>
          <w:rFonts w:cs="Shruti"/>
          <w:i/>
          <w:iCs/>
          <w:sz w:val="20"/>
          <w:szCs w:val="20"/>
          <w:cs/>
          <w:lang w:bidi="gu-IN"/>
        </w:rPr>
        <w:t>ફોર્મ</w:t>
      </w:r>
      <w:r w:rsidRPr="00C54228">
        <w:rPr>
          <w:i/>
          <w:sz w:val="20"/>
          <w:szCs w:val="20"/>
        </w:rPr>
        <w:t xml:space="preserve"> </w:t>
      </w:r>
      <w:r w:rsidRPr="00C54228">
        <w:rPr>
          <w:rFonts w:cs="Shruti"/>
          <w:i/>
          <w:iCs/>
          <w:sz w:val="20"/>
          <w:szCs w:val="20"/>
          <w:cs/>
          <w:lang w:bidi="gu-IN"/>
        </w:rPr>
        <w:t>આધારિત</w:t>
      </w:r>
      <w:r w:rsidRPr="00C54228">
        <w:rPr>
          <w:i/>
          <w:sz w:val="20"/>
          <w:szCs w:val="20"/>
        </w:rPr>
        <w:t xml:space="preserve"> </w:t>
      </w:r>
      <w:r w:rsidRPr="00C54228">
        <w:rPr>
          <w:rFonts w:cs="Shruti"/>
          <w:i/>
          <w:iCs/>
          <w:sz w:val="20"/>
          <w:szCs w:val="20"/>
          <w:cs/>
          <w:lang w:bidi="gu-IN"/>
        </w:rPr>
        <w:t>છે</w:t>
      </w:r>
      <w:r w:rsidRPr="00C54228">
        <w:rPr>
          <w:i/>
          <w:sz w:val="20"/>
          <w:szCs w:val="20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6D1ADC" w14:paraId="572A5261" w14:textId="77777777" w:rsidTr="00B50F7F">
        <w:tc>
          <w:tcPr>
            <w:tcW w:w="4320" w:type="dxa"/>
          </w:tcPr>
          <w:p w14:paraId="5B6F3B88" w14:textId="415742CC" w:rsidR="006D1ADC" w:rsidRDefault="006D1ADC" w:rsidP="00B50F7F">
            <w:r>
              <w:rPr>
                <w:rFonts w:cs="Shruti"/>
                <w:cs/>
                <w:lang w:bidi="gu-IN"/>
              </w:rPr>
              <w:t>સ્થળ</w:t>
            </w:r>
            <w:r>
              <w:t>:</w:t>
            </w:r>
            <w:r w:rsidR="008E13CA">
              <w:rPr>
                <w:rFonts w:cs="Shruti" w:hint="cs"/>
                <w:sz w:val="28"/>
                <w:szCs w:val="28"/>
                <w:u w:val="single"/>
                <w:cs/>
                <w:lang w:bidi="gu-IN"/>
              </w:rPr>
              <w:t xml:space="preserve"> </w:t>
            </w:r>
            <w:r w:rsidR="008E13CA" w:rsidRPr="008E13CA">
              <w:rPr>
                <w:rFonts w:cs="Shruti" w:hint="cs"/>
                <w:sz w:val="24"/>
                <w:szCs w:val="24"/>
                <w:u w:val="single"/>
                <w:cs/>
                <w:lang w:bidi="gu-IN"/>
              </w:rPr>
              <w:t>ઢાંકણ્રીયાવાસ પ્રાથમિક શાળા</w:t>
            </w:r>
            <w:r>
              <w:br/>
            </w:r>
            <w:r w:rsidR="00DC6087">
              <w:rPr>
                <w:rFonts w:cs="Shruti"/>
                <w:cs/>
                <w:lang w:bidi="gu-IN"/>
              </w:rPr>
              <w:t>તારીખ</w:t>
            </w:r>
            <w:r w:rsidR="00DC6087">
              <w:t xml:space="preserve">:   </w:t>
            </w:r>
            <w:r w:rsidR="008E13CA">
              <w:t>21/08/2026</w:t>
            </w:r>
          </w:p>
        </w:tc>
        <w:tc>
          <w:tcPr>
            <w:tcW w:w="4320" w:type="dxa"/>
          </w:tcPr>
          <w:p w14:paraId="554BC751" w14:textId="77777777" w:rsidR="006D1ADC" w:rsidRDefault="006D1ADC" w:rsidP="00B50F7F">
            <w:pPr>
              <w:jc w:val="right"/>
            </w:pPr>
            <w:r>
              <w:rPr>
                <w:rFonts w:cs="Shruti"/>
                <w:cs/>
                <w:lang w:bidi="gu-IN"/>
              </w:rPr>
              <w:t>આચાર્યશ્રીની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સહી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અને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સિક્કો</w:t>
            </w:r>
          </w:p>
        </w:tc>
      </w:tr>
    </w:tbl>
    <w:p w14:paraId="084B3B8B" w14:textId="77777777" w:rsidR="003E0150" w:rsidRDefault="003E0150" w:rsidP="00CA1AC1">
      <w:pPr>
        <w:spacing w:after="0" w:line="240" w:lineRule="auto"/>
        <w:rPr>
          <w:rFonts w:cs="Shruti"/>
          <w:sz w:val="28"/>
          <w:szCs w:val="28"/>
          <w:u w:val="single"/>
          <w:lang w:bidi="gu-IN"/>
        </w:rPr>
      </w:pPr>
    </w:p>
    <w:p w14:paraId="49764DB5" w14:textId="77777777" w:rsidR="00695DD6" w:rsidRDefault="00695DD6" w:rsidP="002D5E0E">
      <w:pPr>
        <w:spacing w:after="0" w:line="240" w:lineRule="auto"/>
        <w:jc w:val="center"/>
        <w:rPr>
          <w:rFonts w:cs="Shruti"/>
          <w:sz w:val="28"/>
          <w:szCs w:val="28"/>
          <w:u w:val="single"/>
          <w:lang w:bidi="gu-IN"/>
        </w:rPr>
      </w:pPr>
    </w:p>
    <w:p w14:paraId="2CF0ABBD" w14:textId="5D48B5E1" w:rsidR="001D2CEC" w:rsidRDefault="008E13CA" w:rsidP="002D5E0E">
      <w:pPr>
        <w:spacing w:after="0" w:line="240" w:lineRule="auto"/>
        <w:jc w:val="center"/>
        <w:rPr>
          <w:rFonts w:cs="Shruti"/>
          <w:b/>
          <w:bCs/>
          <w:sz w:val="24"/>
          <w:szCs w:val="24"/>
          <w:u w:val="single"/>
          <w:lang w:bidi="gu-IN"/>
        </w:rPr>
      </w:pPr>
      <w:r>
        <w:rPr>
          <w:rFonts w:cs="Shruti" w:hint="cs"/>
          <w:sz w:val="28"/>
          <w:szCs w:val="28"/>
          <w:u w:val="single"/>
          <w:cs/>
          <w:lang w:bidi="gu-IN"/>
        </w:rPr>
        <w:lastRenderedPageBreak/>
        <w:t xml:space="preserve">ઢાંકણ્રીયાવાસ પ્રાથમિક શાળા </w:t>
      </w:r>
      <w:r w:rsidR="006A68B2" w:rsidRPr="002A7996">
        <w:rPr>
          <w:rFonts w:cs="Shruti"/>
          <w:sz w:val="28"/>
          <w:szCs w:val="28"/>
          <w:u w:val="single"/>
          <w:lang w:bidi="gu-IN"/>
        </w:rPr>
        <w:t xml:space="preserve"> </w:t>
      </w:r>
      <w:r w:rsidR="006A68B2" w:rsidRPr="002A7996">
        <w:rPr>
          <w:rFonts w:cs="Shruti" w:hint="cs"/>
          <w:sz w:val="28"/>
          <w:szCs w:val="28"/>
          <w:u w:val="single"/>
          <w:cs/>
          <w:lang w:bidi="gu-IN"/>
        </w:rPr>
        <w:t>તા-</w:t>
      </w:r>
      <w:r w:rsidR="002A7996" w:rsidRPr="002A7996">
        <w:rPr>
          <w:rFonts w:cs="Shruti" w:hint="cs"/>
          <w:sz w:val="28"/>
          <w:szCs w:val="28"/>
          <w:u w:val="single"/>
          <w:cs/>
          <w:lang w:bidi="gu-IN"/>
        </w:rPr>
        <w:t xml:space="preserve"> લાખણી</w:t>
      </w:r>
      <w:r w:rsidR="006A68B2" w:rsidRPr="002A7996">
        <w:rPr>
          <w:rFonts w:cs="Shruti" w:hint="cs"/>
          <w:sz w:val="28"/>
          <w:szCs w:val="28"/>
          <w:u w:val="single"/>
          <w:cs/>
          <w:lang w:bidi="gu-IN"/>
        </w:rPr>
        <w:t xml:space="preserve"> </w:t>
      </w:r>
      <w:r w:rsidR="006A68B2" w:rsidRPr="002A7996">
        <w:rPr>
          <w:rFonts w:cs="Shruti"/>
          <w:sz w:val="28"/>
          <w:szCs w:val="28"/>
          <w:u w:val="single"/>
          <w:lang w:bidi="gu-IN"/>
        </w:rPr>
        <w:t xml:space="preserve"> </w:t>
      </w:r>
      <w:r w:rsidR="006A68B2" w:rsidRPr="002A7996">
        <w:rPr>
          <w:rFonts w:cs="Shruti" w:hint="cs"/>
          <w:sz w:val="28"/>
          <w:szCs w:val="28"/>
          <w:u w:val="single"/>
          <w:cs/>
          <w:lang w:bidi="gu-IN"/>
        </w:rPr>
        <w:t>જિલ્લો</w:t>
      </w:r>
      <w:r w:rsidR="006A68B2" w:rsidRPr="002A7996">
        <w:rPr>
          <w:rFonts w:cs="Shruti"/>
          <w:sz w:val="28"/>
          <w:szCs w:val="28"/>
          <w:u w:val="single"/>
          <w:lang w:bidi="gu-IN"/>
        </w:rPr>
        <w:t xml:space="preserve"> </w:t>
      </w:r>
      <w:r w:rsidR="006A68B2" w:rsidRPr="002A7996">
        <w:rPr>
          <w:rFonts w:cs="Shruti" w:hint="cs"/>
          <w:sz w:val="28"/>
          <w:szCs w:val="28"/>
          <w:u w:val="single"/>
          <w:cs/>
          <w:lang w:bidi="gu-IN"/>
        </w:rPr>
        <w:t>-</w:t>
      </w:r>
      <w:r w:rsidR="002A7996" w:rsidRPr="002A7996">
        <w:rPr>
          <w:rFonts w:cs="Shruti" w:hint="cs"/>
          <w:sz w:val="28"/>
          <w:szCs w:val="28"/>
          <w:u w:val="single"/>
          <w:cs/>
          <w:lang w:bidi="gu-IN"/>
        </w:rPr>
        <w:t xml:space="preserve"> વાવ-થરાદ</w:t>
      </w:r>
      <w:r w:rsidR="006A68B2" w:rsidRPr="00CE5DD7">
        <w:rPr>
          <w:rFonts w:cs="Shruti"/>
          <w:sz w:val="28"/>
          <w:szCs w:val="28"/>
          <w:u w:val="single"/>
          <w:lang w:bidi="gu-IN"/>
        </w:rPr>
        <w:t xml:space="preserve"> </w:t>
      </w:r>
      <w:r w:rsidR="006A68B2" w:rsidRPr="00CE5DD7">
        <w:rPr>
          <w:rFonts w:cs="Shruti"/>
          <w:b/>
          <w:bCs/>
          <w:u w:val="single"/>
          <w:cs/>
          <w:lang w:bidi="gu-IN"/>
        </w:rPr>
        <w:t>ડાયસ</w:t>
      </w:r>
      <w:r w:rsidR="006A68B2" w:rsidRPr="00CE5DD7">
        <w:rPr>
          <w:b/>
          <w:u w:val="single"/>
        </w:rPr>
        <w:t xml:space="preserve"> </w:t>
      </w:r>
      <w:r w:rsidR="006A68B2" w:rsidRPr="00CE5DD7">
        <w:rPr>
          <w:rFonts w:cs="Shruti"/>
          <w:b/>
          <w:bCs/>
          <w:u w:val="single"/>
          <w:cs/>
          <w:lang w:bidi="gu-IN"/>
        </w:rPr>
        <w:t>કોડ</w:t>
      </w:r>
      <w:r w:rsidR="006A68B2" w:rsidRPr="00CE5DD7">
        <w:rPr>
          <w:b/>
          <w:u w:val="single"/>
        </w:rPr>
        <w:t xml:space="preserve">: </w:t>
      </w:r>
      <w:r w:rsidR="002A7996" w:rsidRPr="009072EA">
        <w:rPr>
          <w:rFonts w:cs="Shruti"/>
          <w:b/>
          <w:u w:val="single"/>
          <w:lang w:val="en-IN" w:bidi="gu-IN"/>
        </w:rPr>
        <w:t>24021308803</w:t>
      </w:r>
    </w:p>
    <w:p w14:paraId="27F9479B" w14:textId="77777777" w:rsidR="00E77225" w:rsidRPr="00E77225" w:rsidRDefault="00E77225" w:rsidP="00E77225">
      <w:pPr>
        <w:pStyle w:val="Heading1"/>
        <w:rPr>
          <w:u w:val="single"/>
        </w:rPr>
      </w:pPr>
      <w:r w:rsidRPr="00E77225">
        <w:rPr>
          <w:rFonts w:cs="Shruti"/>
          <w:u w:val="single"/>
          <w:cs/>
          <w:lang w:bidi="gu-IN"/>
        </w:rPr>
        <w:t>શાળાએ</w:t>
      </w:r>
      <w:r w:rsidRPr="00E77225">
        <w:rPr>
          <w:u w:val="single"/>
        </w:rPr>
        <w:t xml:space="preserve"> RTE (Right to Education) </w:t>
      </w:r>
      <w:r w:rsidRPr="00E77225">
        <w:rPr>
          <w:rFonts w:cs="Shruti"/>
          <w:u w:val="single"/>
          <w:cs/>
          <w:lang w:bidi="gu-IN"/>
        </w:rPr>
        <w:t>અંતર્ગત</w:t>
      </w:r>
      <w:r w:rsidRPr="00E77225">
        <w:rPr>
          <w:u w:val="single"/>
        </w:rPr>
        <w:t xml:space="preserve"> </w:t>
      </w:r>
      <w:r w:rsidRPr="00E77225">
        <w:rPr>
          <w:rFonts w:cs="Shruti"/>
          <w:u w:val="single"/>
          <w:cs/>
          <w:lang w:bidi="gu-IN"/>
        </w:rPr>
        <w:t>આપેલ</w:t>
      </w:r>
      <w:r w:rsidRPr="00E77225">
        <w:rPr>
          <w:u w:val="single"/>
        </w:rPr>
        <w:t xml:space="preserve"> </w:t>
      </w:r>
      <w:r w:rsidRPr="00E77225">
        <w:rPr>
          <w:rFonts w:cs="Shruti"/>
          <w:u w:val="single"/>
          <w:cs/>
          <w:lang w:bidi="gu-IN"/>
        </w:rPr>
        <w:t>પ્રવેશની</w:t>
      </w:r>
      <w:r w:rsidRPr="00E77225">
        <w:rPr>
          <w:u w:val="single"/>
        </w:rPr>
        <w:t xml:space="preserve"> </w:t>
      </w:r>
      <w:r w:rsidRPr="00E77225">
        <w:rPr>
          <w:rFonts w:cs="Shruti"/>
          <w:u w:val="single"/>
          <w:cs/>
          <w:lang w:bidi="gu-IN"/>
        </w:rPr>
        <w:t>વિગત</w:t>
      </w:r>
    </w:p>
    <w:p w14:paraId="213CC5E6" w14:textId="0A126C1B" w:rsidR="00E77225" w:rsidRPr="001504D1" w:rsidRDefault="00E77225" w:rsidP="006B75F3">
      <w:pPr>
        <w:jc w:val="center"/>
        <w:rPr>
          <w:rFonts w:cs="Shruti"/>
          <w:lang w:bidi="gu-IN"/>
        </w:rPr>
      </w:pPr>
      <w:r>
        <w:rPr>
          <w:i/>
        </w:rPr>
        <w:t xml:space="preserve">(SQAAF </w:t>
      </w:r>
      <w:r>
        <w:rPr>
          <w:rFonts w:cs="Shruti"/>
          <w:i/>
          <w:iCs/>
          <w:cs/>
          <w:lang w:bidi="gu-IN"/>
        </w:rPr>
        <w:t>ગુણોત્સવ</w:t>
      </w:r>
      <w:r>
        <w:rPr>
          <w:i/>
        </w:rPr>
        <w:t xml:space="preserve"> - </w:t>
      </w:r>
      <w:r>
        <w:rPr>
          <w:rFonts w:cs="Shruti"/>
          <w:i/>
          <w:iCs/>
          <w:cs/>
          <w:lang w:bidi="gu-IN"/>
        </w:rPr>
        <w:t>૨</w:t>
      </w:r>
      <w:r>
        <w:rPr>
          <w:i/>
        </w:rPr>
        <w:t>.</w:t>
      </w:r>
      <w:r>
        <w:rPr>
          <w:rFonts w:cs="Shruti"/>
          <w:i/>
          <w:iCs/>
          <w:cs/>
          <w:lang w:bidi="gu-IN"/>
        </w:rPr>
        <w:t>૦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માર્ગદર્શિકા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મુજબ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અપલોડ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કરવાનો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આધાર</w:t>
      </w:r>
      <w:r>
        <w:rPr>
          <w:i/>
        </w:rPr>
        <w:t>)</w:t>
      </w:r>
      <w:r>
        <w:br/>
      </w:r>
      <w:r w:rsidRPr="001504D1">
        <w:rPr>
          <w:rFonts w:cs="Shruti"/>
          <w:cs/>
          <w:lang w:bidi="gu-IN"/>
        </w:rPr>
        <w:t>આ</w:t>
      </w:r>
      <w:r w:rsidRPr="001504D1">
        <w:t xml:space="preserve"> </w:t>
      </w:r>
      <w:r w:rsidRPr="001504D1">
        <w:rPr>
          <w:rFonts w:cs="Shruti"/>
          <w:cs/>
          <w:lang w:bidi="gu-IN"/>
        </w:rPr>
        <w:t>દસ્તાવેજમાં</w:t>
      </w:r>
      <w:r w:rsidRPr="001504D1">
        <w:t xml:space="preserve"> </w:t>
      </w:r>
      <w:r w:rsidRPr="001504D1">
        <w:rPr>
          <w:rFonts w:cs="Shruti"/>
          <w:cs/>
          <w:lang w:bidi="gu-IN"/>
        </w:rPr>
        <w:t>રાઈટ</w:t>
      </w:r>
      <w:r w:rsidRPr="001504D1">
        <w:t xml:space="preserve"> </w:t>
      </w:r>
      <w:r w:rsidRPr="001504D1">
        <w:rPr>
          <w:rFonts w:cs="Shruti"/>
          <w:cs/>
          <w:lang w:bidi="gu-IN"/>
        </w:rPr>
        <w:t>ટુ</w:t>
      </w:r>
      <w:r w:rsidRPr="001504D1">
        <w:t xml:space="preserve"> </w:t>
      </w:r>
      <w:r w:rsidRPr="001504D1">
        <w:rPr>
          <w:rFonts w:cs="Shruti"/>
          <w:cs/>
          <w:lang w:bidi="gu-IN"/>
        </w:rPr>
        <w:t>એજ્યુકેશન</w:t>
      </w:r>
      <w:r w:rsidRPr="001504D1">
        <w:t xml:space="preserve"> (RTE) </w:t>
      </w:r>
      <w:r w:rsidRPr="001504D1">
        <w:rPr>
          <w:rFonts w:cs="Shruti"/>
          <w:cs/>
          <w:lang w:bidi="gu-IN"/>
        </w:rPr>
        <w:t>એક્ટ</w:t>
      </w:r>
      <w:r w:rsidRPr="001504D1">
        <w:t xml:space="preserve"> </w:t>
      </w:r>
      <w:r w:rsidRPr="001504D1">
        <w:rPr>
          <w:rFonts w:cs="Shruti"/>
          <w:cs/>
          <w:lang w:bidi="gu-IN"/>
        </w:rPr>
        <w:t>અંતર્ગત</w:t>
      </w:r>
      <w:r w:rsidRPr="001504D1">
        <w:t xml:space="preserve"> </w:t>
      </w:r>
      <w:r w:rsidR="008E13CA">
        <w:rPr>
          <w:rFonts w:cs="Shruti" w:hint="cs"/>
          <w:cs/>
          <w:lang w:bidi="gu-IN"/>
        </w:rPr>
        <w:t xml:space="preserve">ઢાંકણ્રીયાવાસ પ્રાથમિક શાળા </w:t>
      </w:r>
      <w:r w:rsidRPr="001504D1">
        <w:rPr>
          <w:rFonts w:cs="Shruti"/>
          <w:cs/>
          <w:lang w:bidi="gu-IN"/>
        </w:rPr>
        <w:t>માં</w:t>
      </w:r>
      <w:r w:rsidRPr="001504D1">
        <w:t xml:space="preserve"> </w:t>
      </w:r>
      <w:r w:rsidRPr="001504D1">
        <w:rPr>
          <w:rFonts w:cs="Shruti"/>
          <w:cs/>
          <w:lang w:bidi="gu-IN"/>
        </w:rPr>
        <w:t>પ્રવેશ</w:t>
      </w:r>
      <w:r w:rsidRPr="001504D1">
        <w:t xml:space="preserve"> </w:t>
      </w:r>
      <w:r w:rsidRPr="001504D1">
        <w:rPr>
          <w:rFonts w:cs="Shruti"/>
          <w:cs/>
          <w:lang w:bidi="gu-IN"/>
        </w:rPr>
        <w:t>મેળવેલ</w:t>
      </w:r>
      <w:r w:rsidRPr="001504D1">
        <w:t xml:space="preserve"> </w:t>
      </w:r>
      <w:r w:rsidRPr="001504D1">
        <w:rPr>
          <w:rFonts w:cs="Shruti"/>
          <w:cs/>
          <w:lang w:bidi="gu-IN"/>
        </w:rPr>
        <w:t>વિદ્યાર્થીઓ</w:t>
      </w:r>
      <w:r w:rsidRPr="001504D1">
        <w:t xml:space="preserve"> </w:t>
      </w:r>
      <w:r w:rsidRPr="001504D1">
        <w:rPr>
          <w:rFonts w:cs="Shruti"/>
          <w:cs/>
          <w:lang w:bidi="gu-IN"/>
        </w:rPr>
        <w:t>અને</w:t>
      </w:r>
      <w:r w:rsidRPr="001504D1">
        <w:t xml:space="preserve"> </w:t>
      </w:r>
      <w:r w:rsidRPr="001504D1">
        <w:rPr>
          <w:rFonts w:cs="Shruti"/>
          <w:cs/>
          <w:lang w:bidi="gu-IN"/>
        </w:rPr>
        <w:t>તેમના</w:t>
      </w:r>
      <w:r w:rsidRPr="001504D1">
        <w:t xml:space="preserve"> </w:t>
      </w:r>
      <w:r w:rsidRPr="001504D1">
        <w:rPr>
          <w:rFonts w:cs="Shruti"/>
          <w:cs/>
          <w:lang w:bidi="gu-IN"/>
        </w:rPr>
        <w:t>વર્ગ</w:t>
      </w:r>
      <w:r w:rsidRPr="001504D1">
        <w:t xml:space="preserve"> </w:t>
      </w:r>
      <w:r w:rsidRPr="001504D1">
        <w:rPr>
          <w:rFonts w:cs="Shruti"/>
          <w:cs/>
          <w:lang w:bidi="gu-IN"/>
        </w:rPr>
        <w:t>તથા</w:t>
      </w:r>
      <w:r w:rsidRPr="001504D1">
        <w:t xml:space="preserve"> </w:t>
      </w:r>
      <w:r w:rsidRPr="001504D1">
        <w:rPr>
          <w:rFonts w:cs="Shruti"/>
          <w:cs/>
          <w:lang w:bidi="gu-IN"/>
        </w:rPr>
        <w:t>શાળા</w:t>
      </w:r>
      <w:r w:rsidRPr="001504D1">
        <w:t xml:space="preserve"> </w:t>
      </w:r>
      <w:r w:rsidRPr="001504D1">
        <w:rPr>
          <w:rFonts w:cs="Shruti"/>
          <w:cs/>
          <w:lang w:bidi="gu-IN"/>
        </w:rPr>
        <w:t>સમયની</w:t>
      </w:r>
      <w:r w:rsidRPr="001504D1">
        <w:t xml:space="preserve"> </w:t>
      </w:r>
      <w:r w:rsidRPr="001504D1">
        <w:rPr>
          <w:rFonts w:cs="Shruti"/>
          <w:cs/>
          <w:lang w:bidi="gu-IN"/>
        </w:rPr>
        <w:t>વિગતો</w:t>
      </w:r>
      <w:r w:rsidRPr="001504D1">
        <w:t xml:space="preserve"> </w:t>
      </w:r>
      <w:r w:rsidRPr="001504D1">
        <w:rPr>
          <w:rFonts w:cs="Shruti"/>
          <w:cs/>
          <w:lang w:bidi="gu-IN"/>
        </w:rPr>
        <w:t>દર્શાવવામાં</w:t>
      </w:r>
      <w:r w:rsidRPr="001504D1">
        <w:t xml:space="preserve"> </w:t>
      </w:r>
      <w:r w:rsidRPr="001504D1">
        <w:rPr>
          <w:rFonts w:cs="Shruti"/>
          <w:cs/>
          <w:lang w:bidi="gu-IN"/>
        </w:rPr>
        <w:t>આવી</w:t>
      </w:r>
      <w:r w:rsidRPr="001504D1">
        <w:t xml:space="preserve"> </w:t>
      </w:r>
      <w:r w:rsidRPr="001504D1">
        <w:rPr>
          <w:rFonts w:cs="Shruti"/>
          <w:cs/>
          <w:lang w:bidi="gu-IN"/>
        </w:rPr>
        <w:t>છે</w:t>
      </w:r>
      <w:r w:rsidRPr="001504D1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2971"/>
        <w:gridCol w:w="810"/>
        <w:gridCol w:w="1740"/>
        <w:gridCol w:w="1415"/>
        <w:gridCol w:w="1160"/>
      </w:tblGrid>
      <w:tr w:rsidR="00E77225" w14:paraId="3974E2A4" w14:textId="77777777" w:rsidTr="00E77225">
        <w:tc>
          <w:tcPr>
            <w:tcW w:w="534" w:type="dxa"/>
          </w:tcPr>
          <w:p w14:paraId="3380D20F" w14:textId="77777777" w:rsidR="00E77225" w:rsidRDefault="00E77225" w:rsidP="00E77225">
            <w:pPr>
              <w:jc w:val="center"/>
            </w:pPr>
            <w:r>
              <w:rPr>
                <w:rFonts w:cs="Shruti"/>
                <w:b/>
                <w:bCs/>
                <w:cs/>
                <w:lang w:bidi="gu-IN"/>
              </w:rPr>
              <w:t>ક્રમ</w:t>
            </w:r>
          </w:p>
        </w:tc>
        <w:tc>
          <w:tcPr>
            <w:tcW w:w="2976" w:type="dxa"/>
          </w:tcPr>
          <w:p w14:paraId="70076A8E" w14:textId="77777777" w:rsidR="00E77225" w:rsidRDefault="00E77225" w:rsidP="00E77225">
            <w:pPr>
              <w:jc w:val="center"/>
            </w:pPr>
            <w:r>
              <w:rPr>
                <w:rFonts w:cs="Shruti"/>
                <w:b/>
                <w:bCs/>
                <w:cs/>
                <w:lang w:bidi="gu-IN"/>
              </w:rPr>
              <w:t>વિદ્યાર્થીનું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પૂરું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નામ</w:t>
            </w:r>
          </w:p>
        </w:tc>
        <w:tc>
          <w:tcPr>
            <w:tcW w:w="810" w:type="dxa"/>
          </w:tcPr>
          <w:p w14:paraId="678FB302" w14:textId="77777777" w:rsidR="00E77225" w:rsidRDefault="00E77225" w:rsidP="00E77225">
            <w:pPr>
              <w:jc w:val="center"/>
            </w:pPr>
            <w:r>
              <w:rPr>
                <w:rFonts w:cs="Shruti"/>
                <w:b/>
                <w:bCs/>
                <w:cs/>
                <w:lang w:bidi="gu-IN"/>
              </w:rPr>
              <w:t>ધોરણ</w:t>
            </w:r>
          </w:p>
        </w:tc>
        <w:tc>
          <w:tcPr>
            <w:tcW w:w="1742" w:type="dxa"/>
          </w:tcPr>
          <w:p w14:paraId="0ED34373" w14:textId="77777777" w:rsidR="00E77225" w:rsidRDefault="00E77225" w:rsidP="00E77225">
            <w:pPr>
              <w:jc w:val="center"/>
            </w:pPr>
            <w:r>
              <w:rPr>
                <w:rFonts w:cs="Shruti"/>
                <w:b/>
                <w:bCs/>
                <w:cs/>
                <w:lang w:bidi="gu-IN"/>
              </w:rPr>
              <w:t>પ્રવેશ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વર્ષ</w:t>
            </w:r>
            <w:r>
              <w:rPr>
                <w:b/>
              </w:rPr>
              <w:t xml:space="preserve"> (</w:t>
            </w:r>
            <w:r>
              <w:rPr>
                <w:rFonts w:cs="Shruti"/>
                <w:b/>
                <w:bCs/>
                <w:cs/>
                <w:lang w:bidi="gu-IN"/>
              </w:rPr>
              <w:t>શૈક્ષણિક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વર્ષ</w:t>
            </w:r>
            <w:r>
              <w:rPr>
                <w:b/>
              </w:rPr>
              <w:t>)</w:t>
            </w:r>
          </w:p>
        </w:tc>
        <w:tc>
          <w:tcPr>
            <w:tcW w:w="1417" w:type="dxa"/>
          </w:tcPr>
          <w:p w14:paraId="59CF3F95" w14:textId="77777777" w:rsidR="00E77225" w:rsidRDefault="00E77225" w:rsidP="00E77225">
            <w:pPr>
              <w:jc w:val="center"/>
            </w:pPr>
            <w:r>
              <w:rPr>
                <w:rFonts w:cs="Shruti"/>
                <w:b/>
                <w:bCs/>
                <w:cs/>
                <w:lang w:bidi="gu-IN"/>
              </w:rPr>
              <w:t>જાતિ</w:t>
            </w:r>
            <w:r>
              <w:rPr>
                <w:b/>
              </w:rPr>
              <w:t xml:space="preserve"> / </w:t>
            </w:r>
            <w:r>
              <w:rPr>
                <w:rFonts w:cs="Shruti"/>
                <w:b/>
                <w:bCs/>
                <w:cs/>
                <w:lang w:bidi="gu-IN"/>
              </w:rPr>
              <w:t>કેટેગરી</w:t>
            </w:r>
          </w:p>
        </w:tc>
        <w:tc>
          <w:tcPr>
            <w:tcW w:w="1161" w:type="dxa"/>
          </w:tcPr>
          <w:p w14:paraId="7EC728CB" w14:textId="77777777" w:rsidR="00E77225" w:rsidRDefault="00E77225" w:rsidP="00E77225">
            <w:pPr>
              <w:jc w:val="center"/>
            </w:pPr>
            <w:r>
              <w:rPr>
                <w:rFonts w:cs="Shruti"/>
                <w:b/>
                <w:bCs/>
                <w:cs/>
                <w:lang w:bidi="gu-IN"/>
              </w:rPr>
              <w:t>શાળાનો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સમય</w:t>
            </w:r>
          </w:p>
        </w:tc>
      </w:tr>
      <w:tr w:rsidR="002A7996" w14:paraId="512B241A" w14:textId="77777777" w:rsidTr="00E77225">
        <w:tc>
          <w:tcPr>
            <w:tcW w:w="534" w:type="dxa"/>
          </w:tcPr>
          <w:p w14:paraId="542780D3" w14:textId="77777777" w:rsidR="002A7996" w:rsidRDefault="002A7996" w:rsidP="002A7996">
            <w:pPr>
              <w:jc w:val="center"/>
            </w:pPr>
            <w:r>
              <w:t>1</w:t>
            </w:r>
          </w:p>
        </w:tc>
        <w:tc>
          <w:tcPr>
            <w:tcW w:w="2976" w:type="dxa"/>
          </w:tcPr>
          <w:p w14:paraId="0A85F0ED" w14:textId="739D3F5F" w:rsidR="002A7996" w:rsidRDefault="002A7996" w:rsidP="002A7996">
            <w:pPr>
              <w:jc w:val="center"/>
            </w:pPr>
            <w:r>
              <w:rPr>
                <w:rFonts w:cs="Shruti" w:hint="cs"/>
                <w:cs/>
                <w:lang w:bidi="gu-IN"/>
              </w:rPr>
              <w:t>મિત્તલબેન અશોકકુમાર ચૌહાણ</w:t>
            </w:r>
          </w:p>
        </w:tc>
        <w:tc>
          <w:tcPr>
            <w:tcW w:w="810" w:type="dxa"/>
          </w:tcPr>
          <w:p w14:paraId="4F787882" w14:textId="2FA696CE" w:rsidR="002A7996" w:rsidRDefault="002A7996" w:rsidP="002A7996">
            <w:pPr>
              <w:jc w:val="center"/>
            </w:pPr>
            <w:r>
              <w:t>2</w:t>
            </w:r>
          </w:p>
        </w:tc>
        <w:tc>
          <w:tcPr>
            <w:tcW w:w="1742" w:type="dxa"/>
          </w:tcPr>
          <w:p w14:paraId="5BB3E6D8" w14:textId="4F0176F9" w:rsidR="002A7996" w:rsidRDefault="002A7996" w:rsidP="002A7996">
            <w:pPr>
              <w:jc w:val="center"/>
            </w:pPr>
            <w:r>
              <w:t>2026/27</w:t>
            </w:r>
          </w:p>
        </w:tc>
        <w:tc>
          <w:tcPr>
            <w:tcW w:w="1417" w:type="dxa"/>
          </w:tcPr>
          <w:p w14:paraId="1FABE195" w14:textId="01E3E173" w:rsidR="002A7996" w:rsidRDefault="002A7996" w:rsidP="002A7996">
            <w:pPr>
              <w:jc w:val="center"/>
            </w:pPr>
            <w:r>
              <w:t>SC</w:t>
            </w:r>
          </w:p>
        </w:tc>
        <w:tc>
          <w:tcPr>
            <w:tcW w:w="1161" w:type="dxa"/>
          </w:tcPr>
          <w:p w14:paraId="1FF9E74C" w14:textId="71FA6227" w:rsidR="002A7996" w:rsidRDefault="00502A5D" w:rsidP="002A7996">
            <w:pPr>
              <w:jc w:val="center"/>
            </w:pPr>
            <w:r>
              <w:t>10:30 to 5:00</w:t>
            </w:r>
          </w:p>
        </w:tc>
      </w:tr>
      <w:tr w:rsidR="00502A5D" w14:paraId="7D89A5AA" w14:textId="77777777" w:rsidTr="00E77225">
        <w:tc>
          <w:tcPr>
            <w:tcW w:w="534" w:type="dxa"/>
          </w:tcPr>
          <w:p w14:paraId="7F14DCF2" w14:textId="77777777" w:rsidR="00502A5D" w:rsidRDefault="00502A5D" w:rsidP="00502A5D">
            <w:pPr>
              <w:jc w:val="center"/>
            </w:pPr>
            <w:r>
              <w:t>2</w:t>
            </w:r>
          </w:p>
        </w:tc>
        <w:tc>
          <w:tcPr>
            <w:tcW w:w="2976" w:type="dxa"/>
          </w:tcPr>
          <w:p w14:paraId="5E6D3882" w14:textId="17E4B9D9" w:rsidR="00502A5D" w:rsidRDefault="00502A5D" w:rsidP="00502A5D">
            <w:pPr>
              <w:jc w:val="center"/>
            </w:pPr>
            <w:r>
              <w:rPr>
                <w:rFonts w:cs="Shruti" w:hint="cs"/>
                <w:cs/>
                <w:lang w:bidi="gu-IN"/>
              </w:rPr>
              <w:t>મહેશભાઈ અમરાભાઈ રબારી</w:t>
            </w:r>
          </w:p>
        </w:tc>
        <w:tc>
          <w:tcPr>
            <w:tcW w:w="810" w:type="dxa"/>
          </w:tcPr>
          <w:p w14:paraId="1F1DB22A" w14:textId="5A309CA4" w:rsidR="00502A5D" w:rsidRDefault="00502A5D" w:rsidP="00502A5D">
            <w:pPr>
              <w:jc w:val="center"/>
            </w:pPr>
            <w:r>
              <w:t xml:space="preserve">2 </w:t>
            </w:r>
          </w:p>
        </w:tc>
        <w:tc>
          <w:tcPr>
            <w:tcW w:w="1742" w:type="dxa"/>
          </w:tcPr>
          <w:p w14:paraId="5148AE0D" w14:textId="040A19B2" w:rsidR="00502A5D" w:rsidRDefault="00502A5D" w:rsidP="00502A5D">
            <w:pPr>
              <w:jc w:val="center"/>
            </w:pPr>
            <w:r>
              <w:t>2026/27</w:t>
            </w:r>
          </w:p>
        </w:tc>
        <w:tc>
          <w:tcPr>
            <w:tcW w:w="1417" w:type="dxa"/>
          </w:tcPr>
          <w:p w14:paraId="6C4A1CC9" w14:textId="64B62CC3" w:rsidR="00502A5D" w:rsidRDefault="00502A5D" w:rsidP="00502A5D">
            <w:pPr>
              <w:jc w:val="center"/>
            </w:pPr>
            <w:r>
              <w:t>OBC</w:t>
            </w:r>
          </w:p>
        </w:tc>
        <w:tc>
          <w:tcPr>
            <w:tcW w:w="1161" w:type="dxa"/>
          </w:tcPr>
          <w:p w14:paraId="723F32B8" w14:textId="18C780CE" w:rsidR="00502A5D" w:rsidRDefault="00502A5D" w:rsidP="00502A5D">
            <w:pPr>
              <w:jc w:val="center"/>
            </w:pPr>
            <w:r>
              <w:t>10:30 to 5:00</w:t>
            </w:r>
          </w:p>
        </w:tc>
      </w:tr>
      <w:tr w:rsidR="00502A5D" w14:paraId="688C46D9" w14:textId="77777777" w:rsidTr="00E77225">
        <w:tc>
          <w:tcPr>
            <w:tcW w:w="534" w:type="dxa"/>
          </w:tcPr>
          <w:p w14:paraId="24A56F75" w14:textId="77777777" w:rsidR="00502A5D" w:rsidRDefault="00502A5D" w:rsidP="00502A5D">
            <w:pPr>
              <w:jc w:val="center"/>
            </w:pPr>
            <w:r>
              <w:t>3</w:t>
            </w:r>
          </w:p>
        </w:tc>
        <w:tc>
          <w:tcPr>
            <w:tcW w:w="2976" w:type="dxa"/>
          </w:tcPr>
          <w:p w14:paraId="79B1A95A" w14:textId="77777777" w:rsidR="00502A5D" w:rsidRDefault="00502A5D" w:rsidP="00502A5D"/>
        </w:tc>
        <w:tc>
          <w:tcPr>
            <w:tcW w:w="810" w:type="dxa"/>
          </w:tcPr>
          <w:p w14:paraId="2FBAD756" w14:textId="77777777" w:rsidR="00502A5D" w:rsidRDefault="00502A5D" w:rsidP="00502A5D"/>
        </w:tc>
        <w:tc>
          <w:tcPr>
            <w:tcW w:w="1742" w:type="dxa"/>
          </w:tcPr>
          <w:p w14:paraId="2DE3B89D" w14:textId="77777777" w:rsidR="00502A5D" w:rsidRDefault="00502A5D" w:rsidP="00502A5D"/>
        </w:tc>
        <w:tc>
          <w:tcPr>
            <w:tcW w:w="1417" w:type="dxa"/>
          </w:tcPr>
          <w:p w14:paraId="142E259F" w14:textId="77777777" w:rsidR="00502A5D" w:rsidRDefault="00502A5D" w:rsidP="00502A5D"/>
        </w:tc>
        <w:tc>
          <w:tcPr>
            <w:tcW w:w="1161" w:type="dxa"/>
          </w:tcPr>
          <w:p w14:paraId="4965FC49" w14:textId="77777777" w:rsidR="00502A5D" w:rsidRDefault="00502A5D" w:rsidP="00502A5D"/>
        </w:tc>
      </w:tr>
      <w:tr w:rsidR="00502A5D" w14:paraId="746CD3DE" w14:textId="77777777" w:rsidTr="00E77225">
        <w:tc>
          <w:tcPr>
            <w:tcW w:w="534" w:type="dxa"/>
          </w:tcPr>
          <w:p w14:paraId="6886D3DD" w14:textId="77777777" w:rsidR="00502A5D" w:rsidRDefault="00502A5D" w:rsidP="00502A5D">
            <w:pPr>
              <w:jc w:val="center"/>
            </w:pPr>
            <w:r>
              <w:t>4</w:t>
            </w:r>
          </w:p>
        </w:tc>
        <w:tc>
          <w:tcPr>
            <w:tcW w:w="2976" w:type="dxa"/>
          </w:tcPr>
          <w:p w14:paraId="177AA7BE" w14:textId="77777777" w:rsidR="00502A5D" w:rsidRDefault="00502A5D" w:rsidP="00502A5D"/>
        </w:tc>
        <w:tc>
          <w:tcPr>
            <w:tcW w:w="810" w:type="dxa"/>
          </w:tcPr>
          <w:p w14:paraId="5781F16C" w14:textId="77777777" w:rsidR="00502A5D" w:rsidRDefault="00502A5D" w:rsidP="00502A5D"/>
        </w:tc>
        <w:tc>
          <w:tcPr>
            <w:tcW w:w="1742" w:type="dxa"/>
          </w:tcPr>
          <w:p w14:paraId="2F17AE6D" w14:textId="77777777" w:rsidR="00502A5D" w:rsidRDefault="00502A5D" w:rsidP="00502A5D"/>
        </w:tc>
        <w:tc>
          <w:tcPr>
            <w:tcW w:w="1417" w:type="dxa"/>
          </w:tcPr>
          <w:p w14:paraId="3A8B5E8B" w14:textId="77777777" w:rsidR="00502A5D" w:rsidRDefault="00502A5D" w:rsidP="00502A5D"/>
        </w:tc>
        <w:tc>
          <w:tcPr>
            <w:tcW w:w="1161" w:type="dxa"/>
          </w:tcPr>
          <w:p w14:paraId="0FB6D743" w14:textId="77777777" w:rsidR="00502A5D" w:rsidRDefault="00502A5D" w:rsidP="00502A5D"/>
        </w:tc>
      </w:tr>
      <w:tr w:rsidR="00502A5D" w14:paraId="053BE0A1" w14:textId="77777777" w:rsidTr="00E77225">
        <w:tc>
          <w:tcPr>
            <w:tcW w:w="534" w:type="dxa"/>
          </w:tcPr>
          <w:p w14:paraId="0E08E423" w14:textId="77777777" w:rsidR="00502A5D" w:rsidRDefault="00502A5D" w:rsidP="00502A5D">
            <w:pPr>
              <w:jc w:val="center"/>
            </w:pPr>
            <w:r>
              <w:t>5</w:t>
            </w:r>
          </w:p>
        </w:tc>
        <w:tc>
          <w:tcPr>
            <w:tcW w:w="2976" w:type="dxa"/>
          </w:tcPr>
          <w:p w14:paraId="0624C931" w14:textId="77777777" w:rsidR="00502A5D" w:rsidRDefault="00502A5D" w:rsidP="00502A5D"/>
        </w:tc>
        <w:tc>
          <w:tcPr>
            <w:tcW w:w="810" w:type="dxa"/>
          </w:tcPr>
          <w:p w14:paraId="4C47124D" w14:textId="77777777" w:rsidR="00502A5D" w:rsidRDefault="00502A5D" w:rsidP="00502A5D"/>
        </w:tc>
        <w:tc>
          <w:tcPr>
            <w:tcW w:w="1742" w:type="dxa"/>
          </w:tcPr>
          <w:p w14:paraId="5D95E1F9" w14:textId="77777777" w:rsidR="00502A5D" w:rsidRDefault="00502A5D" w:rsidP="00502A5D"/>
        </w:tc>
        <w:tc>
          <w:tcPr>
            <w:tcW w:w="1417" w:type="dxa"/>
          </w:tcPr>
          <w:p w14:paraId="5A0AEAAB" w14:textId="77777777" w:rsidR="00502A5D" w:rsidRDefault="00502A5D" w:rsidP="00502A5D"/>
        </w:tc>
        <w:tc>
          <w:tcPr>
            <w:tcW w:w="1161" w:type="dxa"/>
          </w:tcPr>
          <w:p w14:paraId="6FD97A75" w14:textId="77777777" w:rsidR="00502A5D" w:rsidRDefault="00502A5D" w:rsidP="00502A5D"/>
        </w:tc>
      </w:tr>
      <w:tr w:rsidR="00502A5D" w14:paraId="37D6D67D" w14:textId="77777777" w:rsidTr="00E77225">
        <w:tc>
          <w:tcPr>
            <w:tcW w:w="534" w:type="dxa"/>
          </w:tcPr>
          <w:p w14:paraId="6525395B" w14:textId="77777777" w:rsidR="00502A5D" w:rsidRDefault="00502A5D" w:rsidP="00502A5D">
            <w:pPr>
              <w:jc w:val="center"/>
            </w:pPr>
            <w:r>
              <w:t>6</w:t>
            </w:r>
          </w:p>
        </w:tc>
        <w:tc>
          <w:tcPr>
            <w:tcW w:w="2976" w:type="dxa"/>
          </w:tcPr>
          <w:p w14:paraId="60165317" w14:textId="77777777" w:rsidR="00502A5D" w:rsidRDefault="00502A5D" w:rsidP="00502A5D"/>
        </w:tc>
        <w:tc>
          <w:tcPr>
            <w:tcW w:w="810" w:type="dxa"/>
          </w:tcPr>
          <w:p w14:paraId="537E7CEF" w14:textId="77777777" w:rsidR="00502A5D" w:rsidRDefault="00502A5D" w:rsidP="00502A5D"/>
        </w:tc>
        <w:tc>
          <w:tcPr>
            <w:tcW w:w="1742" w:type="dxa"/>
          </w:tcPr>
          <w:p w14:paraId="368BC606" w14:textId="77777777" w:rsidR="00502A5D" w:rsidRDefault="00502A5D" w:rsidP="00502A5D"/>
        </w:tc>
        <w:tc>
          <w:tcPr>
            <w:tcW w:w="1417" w:type="dxa"/>
          </w:tcPr>
          <w:p w14:paraId="2B38AEEB" w14:textId="77777777" w:rsidR="00502A5D" w:rsidRDefault="00502A5D" w:rsidP="00502A5D"/>
        </w:tc>
        <w:tc>
          <w:tcPr>
            <w:tcW w:w="1161" w:type="dxa"/>
          </w:tcPr>
          <w:p w14:paraId="389B45F0" w14:textId="77777777" w:rsidR="00502A5D" w:rsidRDefault="00502A5D" w:rsidP="00502A5D"/>
        </w:tc>
      </w:tr>
      <w:tr w:rsidR="00502A5D" w14:paraId="27A944B7" w14:textId="77777777" w:rsidTr="00E77225">
        <w:tc>
          <w:tcPr>
            <w:tcW w:w="534" w:type="dxa"/>
          </w:tcPr>
          <w:p w14:paraId="47EF4C21" w14:textId="77777777" w:rsidR="00502A5D" w:rsidRDefault="00502A5D" w:rsidP="00502A5D">
            <w:pPr>
              <w:jc w:val="center"/>
            </w:pPr>
            <w:r>
              <w:t>7</w:t>
            </w:r>
          </w:p>
        </w:tc>
        <w:tc>
          <w:tcPr>
            <w:tcW w:w="2976" w:type="dxa"/>
          </w:tcPr>
          <w:p w14:paraId="42487C35" w14:textId="77777777" w:rsidR="00502A5D" w:rsidRDefault="00502A5D" w:rsidP="00502A5D"/>
        </w:tc>
        <w:tc>
          <w:tcPr>
            <w:tcW w:w="810" w:type="dxa"/>
          </w:tcPr>
          <w:p w14:paraId="71D1DE82" w14:textId="77777777" w:rsidR="00502A5D" w:rsidRDefault="00502A5D" w:rsidP="00502A5D"/>
        </w:tc>
        <w:tc>
          <w:tcPr>
            <w:tcW w:w="1742" w:type="dxa"/>
          </w:tcPr>
          <w:p w14:paraId="1B521897" w14:textId="77777777" w:rsidR="00502A5D" w:rsidRDefault="00502A5D" w:rsidP="00502A5D"/>
        </w:tc>
        <w:tc>
          <w:tcPr>
            <w:tcW w:w="1417" w:type="dxa"/>
          </w:tcPr>
          <w:p w14:paraId="378619F8" w14:textId="77777777" w:rsidR="00502A5D" w:rsidRDefault="00502A5D" w:rsidP="00502A5D"/>
        </w:tc>
        <w:tc>
          <w:tcPr>
            <w:tcW w:w="1161" w:type="dxa"/>
          </w:tcPr>
          <w:p w14:paraId="2E9F1304" w14:textId="77777777" w:rsidR="00502A5D" w:rsidRDefault="00502A5D" w:rsidP="00502A5D"/>
        </w:tc>
      </w:tr>
      <w:tr w:rsidR="00502A5D" w14:paraId="148F30B5" w14:textId="77777777" w:rsidTr="00E77225">
        <w:tc>
          <w:tcPr>
            <w:tcW w:w="534" w:type="dxa"/>
          </w:tcPr>
          <w:p w14:paraId="23BDE62A" w14:textId="77777777" w:rsidR="00502A5D" w:rsidRDefault="00502A5D" w:rsidP="00502A5D">
            <w:pPr>
              <w:jc w:val="center"/>
            </w:pPr>
            <w:r>
              <w:t>8</w:t>
            </w:r>
          </w:p>
        </w:tc>
        <w:tc>
          <w:tcPr>
            <w:tcW w:w="2976" w:type="dxa"/>
          </w:tcPr>
          <w:p w14:paraId="4733B040" w14:textId="77777777" w:rsidR="00502A5D" w:rsidRDefault="00502A5D" w:rsidP="00502A5D"/>
        </w:tc>
        <w:tc>
          <w:tcPr>
            <w:tcW w:w="810" w:type="dxa"/>
          </w:tcPr>
          <w:p w14:paraId="24FD5CAC" w14:textId="77777777" w:rsidR="00502A5D" w:rsidRDefault="00502A5D" w:rsidP="00502A5D"/>
        </w:tc>
        <w:tc>
          <w:tcPr>
            <w:tcW w:w="1742" w:type="dxa"/>
          </w:tcPr>
          <w:p w14:paraId="26D8E8A9" w14:textId="77777777" w:rsidR="00502A5D" w:rsidRDefault="00502A5D" w:rsidP="00502A5D"/>
        </w:tc>
        <w:tc>
          <w:tcPr>
            <w:tcW w:w="1417" w:type="dxa"/>
          </w:tcPr>
          <w:p w14:paraId="6A625B62" w14:textId="77777777" w:rsidR="00502A5D" w:rsidRDefault="00502A5D" w:rsidP="00502A5D"/>
        </w:tc>
        <w:tc>
          <w:tcPr>
            <w:tcW w:w="1161" w:type="dxa"/>
          </w:tcPr>
          <w:p w14:paraId="5A589D16" w14:textId="77777777" w:rsidR="00502A5D" w:rsidRDefault="00502A5D" w:rsidP="00502A5D"/>
        </w:tc>
      </w:tr>
      <w:tr w:rsidR="00502A5D" w14:paraId="16E26F2C" w14:textId="77777777" w:rsidTr="00E77225">
        <w:tc>
          <w:tcPr>
            <w:tcW w:w="534" w:type="dxa"/>
          </w:tcPr>
          <w:p w14:paraId="544C4FD1" w14:textId="77777777" w:rsidR="00502A5D" w:rsidRDefault="00502A5D" w:rsidP="00502A5D">
            <w:pPr>
              <w:jc w:val="center"/>
            </w:pPr>
            <w:r>
              <w:t>9</w:t>
            </w:r>
          </w:p>
        </w:tc>
        <w:tc>
          <w:tcPr>
            <w:tcW w:w="2976" w:type="dxa"/>
          </w:tcPr>
          <w:p w14:paraId="0E9EEA62" w14:textId="77777777" w:rsidR="00502A5D" w:rsidRDefault="00502A5D" w:rsidP="00502A5D"/>
        </w:tc>
        <w:tc>
          <w:tcPr>
            <w:tcW w:w="810" w:type="dxa"/>
          </w:tcPr>
          <w:p w14:paraId="019262D5" w14:textId="77777777" w:rsidR="00502A5D" w:rsidRDefault="00502A5D" w:rsidP="00502A5D"/>
        </w:tc>
        <w:tc>
          <w:tcPr>
            <w:tcW w:w="1742" w:type="dxa"/>
          </w:tcPr>
          <w:p w14:paraId="67E645D1" w14:textId="77777777" w:rsidR="00502A5D" w:rsidRDefault="00502A5D" w:rsidP="00502A5D"/>
        </w:tc>
        <w:tc>
          <w:tcPr>
            <w:tcW w:w="1417" w:type="dxa"/>
          </w:tcPr>
          <w:p w14:paraId="081144DD" w14:textId="77777777" w:rsidR="00502A5D" w:rsidRDefault="00502A5D" w:rsidP="00502A5D"/>
        </w:tc>
        <w:tc>
          <w:tcPr>
            <w:tcW w:w="1161" w:type="dxa"/>
          </w:tcPr>
          <w:p w14:paraId="198B7A60" w14:textId="77777777" w:rsidR="00502A5D" w:rsidRDefault="00502A5D" w:rsidP="00502A5D"/>
        </w:tc>
      </w:tr>
      <w:tr w:rsidR="00502A5D" w14:paraId="5E48FACA" w14:textId="77777777" w:rsidTr="00E77225">
        <w:tc>
          <w:tcPr>
            <w:tcW w:w="534" w:type="dxa"/>
          </w:tcPr>
          <w:p w14:paraId="07CFAA9A" w14:textId="77777777" w:rsidR="00502A5D" w:rsidRDefault="00502A5D" w:rsidP="00502A5D">
            <w:pPr>
              <w:jc w:val="center"/>
            </w:pPr>
            <w:r>
              <w:t>10</w:t>
            </w:r>
          </w:p>
        </w:tc>
        <w:tc>
          <w:tcPr>
            <w:tcW w:w="2976" w:type="dxa"/>
          </w:tcPr>
          <w:p w14:paraId="44D09197" w14:textId="77777777" w:rsidR="00502A5D" w:rsidRDefault="00502A5D" w:rsidP="00502A5D"/>
        </w:tc>
        <w:tc>
          <w:tcPr>
            <w:tcW w:w="810" w:type="dxa"/>
          </w:tcPr>
          <w:p w14:paraId="106E17D0" w14:textId="77777777" w:rsidR="00502A5D" w:rsidRDefault="00502A5D" w:rsidP="00502A5D"/>
        </w:tc>
        <w:tc>
          <w:tcPr>
            <w:tcW w:w="1742" w:type="dxa"/>
          </w:tcPr>
          <w:p w14:paraId="6A9444C0" w14:textId="77777777" w:rsidR="00502A5D" w:rsidRDefault="00502A5D" w:rsidP="00502A5D"/>
        </w:tc>
        <w:tc>
          <w:tcPr>
            <w:tcW w:w="1417" w:type="dxa"/>
          </w:tcPr>
          <w:p w14:paraId="551E70CF" w14:textId="77777777" w:rsidR="00502A5D" w:rsidRDefault="00502A5D" w:rsidP="00502A5D"/>
        </w:tc>
        <w:tc>
          <w:tcPr>
            <w:tcW w:w="1161" w:type="dxa"/>
          </w:tcPr>
          <w:p w14:paraId="0BDAA718" w14:textId="77777777" w:rsidR="00502A5D" w:rsidRDefault="00502A5D" w:rsidP="00502A5D"/>
        </w:tc>
      </w:tr>
    </w:tbl>
    <w:p w14:paraId="30CA04A1" w14:textId="77777777" w:rsidR="00E77225" w:rsidRPr="001504D1" w:rsidRDefault="00E77225" w:rsidP="00E77225">
      <w:pPr>
        <w:rPr>
          <w:rFonts w:cs="Shruti"/>
          <w:lang w:bidi="gu-IN"/>
        </w:rPr>
      </w:pPr>
    </w:p>
    <w:p w14:paraId="512067E2" w14:textId="77777777" w:rsidR="00E77225" w:rsidRPr="001504D1" w:rsidRDefault="00E77225" w:rsidP="00E77225">
      <w:pPr>
        <w:rPr>
          <w:rFonts w:cs="Shruti"/>
          <w:lang w:bidi="gu-IN"/>
        </w:rPr>
      </w:pPr>
      <w:r>
        <w:rPr>
          <w:rFonts w:cs="Shruti"/>
          <w:i/>
          <w:iCs/>
          <w:cs/>
          <w:lang w:bidi="gu-IN"/>
        </w:rPr>
        <w:t>નોંધ</w:t>
      </w:r>
      <w:r>
        <w:rPr>
          <w:i/>
        </w:rPr>
        <w:t xml:space="preserve">: RTE </w:t>
      </w:r>
      <w:r>
        <w:rPr>
          <w:rFonts w:cs="Shruti"/>
          <w:i/>
          <w:iCs/>
          <w:cs/>
          <w:lang w:bidi="gu-IN"/>
        </w:rPr>
        <w:t>અંતર્ગત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પ્રવેશ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મેળવેલ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તમામ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વિદ્યાર્થીઓને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અન્ય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સામાન્ય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વિદ્યાર્થીઓની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જેમ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સમાન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શૈક્ષણિક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તકો</w:t>
      </w:r>
      <w:r>
        <w:rPr>
          <w:i/>
        </w:rPr>
        <w:t xml:space="preserve">, </w:t>
      </w:r>
      <w:r>
        <w:rPr>
          <w:rFonts w:cs="Shruti"/>
          <w:i/>
          <w:iCs/>
          <w:cs/>
          <w:lang w:bidi="gu-IN"/>
        </w:rPr>
        <w:t>વિનામૂલ્યે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શિક્ષણ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અને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સુવિધાઓ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ભેદભાવ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વિના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પૂરી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પાડવામાં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આવે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છે</w:t>
      </w:r>
      <w:r>
        <w:rPr>
          <w:i/>
        </w:rPr>
        <w:t xml:space="preserve">. </w:t>
      </w:r>
      <w:r>
        <w:rPr>
          <w:rFonts w:cs="Shruti"/>
          <w:i/>
          <w:iCs/>
          <w:cs/>
          <w:lang w:bidi="gu-IN"/>
        </w:rPr>
        <w:t>તેઓનો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શાળા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સમય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અન્ય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વિદ્યાર્થીઓ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સમાન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જ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રાખવામાં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આવેલ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છે</w:t>
      </w:r>
      <w:r>
        <w:rPr>
          <w:i/>
        </w:rPr>
        <w:t>.</w:t>
      </w:r>
      <w:r w:rsidR="001504D1"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E77225" w14:paraId="059A11CF" w14:textId="77777777" w:rsidTr="00B50F7F">
        <w:tc>
          <w:tcPr>
            <w:tcW w:w="4320" w:type="dxa"/>
          </w:tcPr>
          <w:p w14:paraId="633E294F" w14:textId="3C7A6C4D" w:rsidR="00E77225" w:rsidRDefault="00E77225" w:rsidP="00B50F7F">
            <w:r>
              <w:rPr>
                <w:rFonts w:cs="Shruti"/>
                <w:cs/>
                <w:lang w:bidi="gu-IN"/>
              </w:rPr>
              <w:t>સ્થળ</w:t>
            </w:r>
            <w:r>
              <w:t>:</w:t>
            </w:r>
            <w:r w:rsidR="000E2C50">
              <w:t xml:space="preserve"> </w:t>
            </w:r>
            <w:r w:rsidR="008E13CA">
              <w:rPr>
                <w:rFonts w:cs="Shruti" w:hint="cs"/>
                <w:cs/>
                <w:lang w:bidi="gu-IN"/>
              </w:rPr>
              <w:t xml:space="preserve">ઢાંકણ્રીયાવાસ પ્રાથમિક શાળા </w:t>
            </w:r>
            <w:r>
              <w:br/>
            </w:r>
            <w:r w:rsidR="001504D1">
              <w:rPr>
                <w:rFonts w:cs="Shruti"/>
                <w:cs/>
                <w:lang w:bidi="gu-IN"/>
              </w:rPr>
              <w:t>તારીખ</w:t>
            </w:r>
            <w:r w:rsidR="001504D1">
              <w:t xml:space="preserve">: </w:t>
            </w:r>
            <w:r w:rsidR="008E13CA">
              <w:t>21/08/2026</w:t>
            </w:r>
          </w:p>
        </w:tc>
        <w:tc>
          <w:tcPr>
            <w:tcW w:w="4320" w:type="dxa"/>
          </w:tcPr>
          <w:p w14:paraId="62C39E3A" w14:textId="77777777" w:rsidR="00E77225" w:rsidRDefault="00E77225" w:rsidP="00B50F7F">
            <w:pPr>
              <w:jc w:val="right"/>
            </w:pPr>
            <w:r>
              <w:rPr>
                <w:rFonts w:cs="Shruti"/>
                <w:cs/>
                <w:lang w:bidi="gu-IN"/>
              </w:rPr>
              <w:t>આચાર્યશ્રીની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સહી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અને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સિક્કો</w:t>
            </w:r>
          </w:p>
        </w:tc>
      </w:tr>
    </w:tbl>
    <w:p w14:paraId="02A9D38C" w14:textId="77777777" w:rsidR="00E77225" w:rsidRDefault="00E77225" w:rsidP="00E77225"/>
    <w:p w14:paraId="48254ED1" w14:textId="77777777" w:rsidR="00E77225" w:rsidRDefault="00E77225" w:rsidP="000B2AF2">
      <w:pPr>
        <w:jc w:val="center"/>
        <w:rPr>
          <w:rFonts w:cs="Shruti"/>
          <w:b/>
          <w:bCs/>
          <w:sz w:val="24"/>
          <w:szCs w:val="24"/>
          <w:u w:val="single"/>
          <w:lang w:bidi="gu-IN"/>
        </w:rPr>
      </w:pPr>
    </w:p>
    <w:p w14:paraId="5A4D812B" w14:textId="77777777" w:rsidR="00C50344" w:rsidRDefault="00C50344" w:rsidP="000B2AF2">
      <w:pPr>
        <w:jc w:val="center"/>
        <w:rPr>
          <w:rFonts w:cs="Shruti"/>
          <w:b/>
          <w:bCs/>
          <w:sz w:val="24"/>
          <w:szCs w:val="24"/>
          <w:u w:val="single"/>
          <w:lang w:bidi="gu-IN"/>
        </w:rPr>
      </w:pPr>
    </w:p>
    <w:p w14:paraId="6A6125E9" w14:textId="77777777" w:rsidR="00C50344" w:rsidRDefault="00C50344" w:rsidP="000B2AF2">
      <w:pPr>
        <w:jc w:val="center"/>
        <w:rPr>
          <w:rFonts w:cs="Shruti"/>
          <w:b/>
          <w:bCs/>
          <w:sz w:val="24"/>
          <w:szCs w:val="24"/>
          <w:u w:val="single"/>
          <w:lang w:bidi="gu-IN"/>
        </w:rPr>
      </w:pPr>
    </w:p>
    <w:p w14:paraId="2BF84CF0" w14:textId="77777777" w:rsidR="00C50344" w:rsidRDefault="00C50344" w:rsidP="000B2AF2">
      <w:pPr>
        <w:jc w:val="center"/>
        <w:rPr>
          <w:rFonts w:cs="Shruti"/>
          <w:b/>
          <w:bCs/>
          <w:sz w:val="24"/>
          <w:szCs w:val="24"/>
          <w:u w:val="single"/>
          <w:lang w:bidi="gu-IN"/>
        </w:rPr>
      </w:pPr>
    </w:p>
    <w:p w14:paraId="6FAC5F3D" w14:textId="77777777" w:rsidR="00C50344" w:rsidRDefault="00C50344" w:rsidP="000B2AF2">
      <w:pPr>
        <w:jc w:val="center"/>
        <w:rPr>
          <w:rFonts w:cs="Shruti"/>
          <w:b/>
          <w:bCs/>
          <w:sz w:val="24"/>
          <w:szCs w:val="24"/>
          <w:u w:val="single"/>
          <w:lang w:bidi="gu-IN"/>
        </w:rPr>
      </w:pPr>
    </w:p>
    <w:p w14:paraId="42CE8F03" w14:textId="77777777" w:rsidR="00C50344" w:rsidRDefault="00C50344" w:rsidP="000B2AF2">
      <w:pPr>
        <w:jc w:val="center"/>
        <w:rPr>
          <w:rFonts w:cs="Shruti"/>
          <w:b/>
          <w:bCs/>
          <w:sz w:val="24"/>
          <w:szCs w:val="24"/>
          <w:u w:val="single"/>
          <w:lang w:bidi="gu-IN"/>
        </w:rPr>
      </w:pPr>
    </w:p>
    <w:p w14:paraId="095136A4" w14:textId="77777777" w:rsidR="00C50344" w:rsidRDefault="00C50344" w:rsidP="000B2AF2">
      <w:pPr>
        <w:jc w:val="center"/>
        <w:rPr>
          <w:rFonts w:cs="Shruti"/>
          <w:b/>
          <w:bCs/>
          <w:sz w:val="24"/>
          <w:szCs w:val="24"/>
          <w:u w:val="single"/>
          <w:lang w:bidi="gu-IN"/>
        </w:rPr>
      </w:pPr>
    </w:p>
    <w:p w14:paraId="0BA9EF2C" w14:textId="77777777" w:rsidR="00C50344" w:rsidRDefault="00C50344" w:rsidP="000B2AF2">
      <w:pPr>
        <w:jc w:val="center"/>
        <w:rPr>
          <w:rFonts w:cs="Shruti"/>
          <w:b/>
          <w:bCs/>
          <w:sz w:val="24"/>
          <w:szCs w:val="24"/>
          <w:u w:val="single"/>
          <w:lang w:bidi="gu-IN"/>
        </w:rPr>
      </w:pPr>
    </w:p>
    <w:p w14:paraId="11492A4D" w14:textId="77777777" w:rsidR="00C50344" w:rsidRDefault="00C50344" w:rsidP="000B2AF2">
      <w:pPr>
        <w:jc w:val="center"/>
        <w:rPr>
          <w:rFonts w:cs="Shruti"/>
          <w:b/>
          <w:bCs/>
          <w:sz w:val="24"/>
          <w:szCs w:val="24"/>
          <w:u w:val="single"/>
          <w:lang w:bidi="gu-IN"/>
        </w:rPr>
      </w:pPr>
    </w:p>
    <w:p w14:paraId="0F2AF93F" w14:textId="6573D7EB" w:rsidR="00502A5D" w:rsidRDefault="002546D1" w:rsidP="00502A5D">
      <w:pPr>
        <w:spacing w:after="0" w:line="240" w:lineRule="auto"/>
        <w:jc w:val="center"/>
        <w:rPr>
          <w:rFonts w:cs="Shruti"/>
          <w:b/>
          <w:u w:val="single"/>
          <w:lang w:val="en-IN" w:bidi="gu-IN"/>
        </w:rPr>
      </w:pPr>
      <w:r>
        <w:rPr>
          <w:rFonts w:cs="Shruti" w:hint="cs"/>
          <w:sz w:val="28"/>
          <w:szCs w:val="28"/>
          <w:u w:val="single"/>
          <w:cs/>
          <w:lang w:bidi="gu-IN"/>
        </w:rPr>
        <w:t>ઢાંકણ્રીયાવાસ પ્રાથમિક શાળા તા- લાખણી જિલ્લો - વાવ-થરાદ ડાયસ કોડ: 24021300207</w:t>
      </w:r>
    </w:p>
    <w:p w14:paraId="78C283F0" w14:textId="77777777" w:rsidR="00AB34A3" w:rsidRDefault="00AB34A3" w:rsidP="00AB34A3">
      <w:pPr>
        <w:pStyle w:val="Heading1"/>
        <w:spacing w:line="240" w:lineRule="auto"/>
      </w:pPr>
      <w:r>
        <w:rPr>
          <w:rFonts w:cs="Shruti"/>
          <w:cs/>
          <w:lang w:bidi="gu-IN"/>
        </w:rPr>
        <w:t>શાળાના</w:t>
      </w:r>
      <w:r>
        <w:t xml:space="preserve"> </w:t>
      </w:r>
      <w:r>
        <w:rPr>
          <w:rFonts w:cs="Shruti"/>
          <w:cs/>
          <w:lang w:bidi="gu-IN"/>
        </w:rPr>
        <w:t>કુલ</w:t>
      </w:r>
      <w:r>
        <w:t xml:space="preserve"> </w:t>
      </w:r>
      <w:r>
        <w:rPr>
          <w:rFonts w:cs="Shruti"/>
          <w:cs/>
          <w:lang w:bidi="gu-IN"/>
        </w:rPr>
        <w:t>શિક્ષકો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વિદ્યાર્થીઓની</w:t>
      </w:r>
      <w:r>
        <w:t xml:space="preserve"> </w:t>
      </w:r>
      <w:r>
        <w:rPr>
          <w:rFonts w:cs="Shruti"/>
          <w:cs/>
          <w:lang w:bidi="gu-IN"/>
        </w:rPr>
        <w:t>સંખ્યા</w:t>
      </w:r>
    </w:p>
    <w:p w14:paraId="594C937C" w14:textId="77777777" w:rsidR="00AB34A3" w:rsidRDefault="00AB34A3" w:rsidP="004315D0">
      <w:pPr>
        <w:spacing w:after="0" w:line="240" w:lineRule="auto"/>
        <w:jc w:val="center"/>
      </w:pPr>
      <w:r>
        <w:rPr>
          <w:i/>
        </w:rPr>
        <w:t xml:space="preserve">(SQAAF </w:t>
      </w:r>
      <w:r>
        <w:rPr>
          <w:rFonts w:cs="Shruti"/>
          <w:i/>
          <w:iCs/>
          <w:cs/>
          <w:lang w:bidi="gu-IN"/>
        </w:rPr>
        <w:t>ગુણોત્સવ</w:t>
      </w:r>
      <w:r>
        <w:rPr>
          <w:i/>
        </w:rPr>
        <w:t xml:space="preserve"> - </w:t>
      </w:r>
      <w:r>
        <w:rPr>
          <w:rFonts w:cs="Shruti"/>
          <w:i/>
          <w:iCs/>
          <w:cs/>
          <w:lang w:bidi="gu-IN"/>
        </w:rPr>
        <w:t>૨</w:t>
      </w:r>
      <w:r>
        <w:rPr>
          <w:i/>
        </w:rPr>
        <w:t>.</w:t>
      </w:r>
      <w:r>
        <w:rPr>
          <w:rFonts w:cs="Shruti"/>
          <w:i/>
          <w:iCs/>
          <w:cs/>
          <w:lang w:bidi="gu-IN"/>
        </w:rPr>
        <w:t>૦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માર્ગદર્શિકા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મુજબ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અપલોડ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કરવાનો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આધાર</w:t>
      </w:r>
      <w:r>
        <w:rPr>
          <w:i/>
        </w:rPr>
        <w:t>)</w:t>
      </w:r>
    </w:p>
    <w:p w14:paraId="69C2DB47" w14:textId="77777777" w:rsidR="00AB34A3" w:rsidRDefault="00AB34A3" w:rsidP="00AB34A3">
      <w:pPr>
        <w:pStyle w:val="Heading2"/>
      </w:pPr>
      <w:r>
        <w:rPr>
          <w:rFonts w:cs="Shruti"/>
          <w:cs/>
          <w:lang w:bidi="gu-IN"/>
        </w:rPr>
        <w:t>૧</w:t>
      </w:r>
      <w:r>
        <w:t xml:space="preserve">. </w:t>
      </w:r>
      <w:r>
        <w:rPr>
          <w:rFonts w:cs="Shruti"/>
          <w:cs/>
          <w:lang w:bidi="gu-IN"/>
        </w:rPr>
        <w:t>શાળામાં</w:t>
      </w:r>
      <w:r>
        <w:t xml:space="preserve"> </w:t>
      </w:r>
      <w:r>
        <w:rPr>
          <w:rFonts w:cs="Shruti"/>
          <w:cs/>
          <w:lang w:bidi="gu-IN"/>
        </w:rPr>
        <w:t>શિક્ષકોની</w:t>
      </w:r>
      <w:r>
        <w:t xml:space="preserve"> </w:t>
      </w:r>
      <w:r>
        <w:rPr>
          <w:rFonts w:cs="Shruti"/>
          <w:cs/>
          <w:lang w:bidi="gu-IN"/>
        </w:rPr>
        <w:t>મહેકમ</w:t>
      </w:r>
      <w:r>
        <w:t xml:space="preserve"> </w:t>
      </w:r>
      <w:r>
        <w:rPr>
          <w:rFonts w:cs="Shruti"/>
          <w:cs/>
          <w:lang w:bidi="gu-IN"/>
        </w:rPr>
        <w:t>વિગત</w:t>
      </w:r>
      <w:r>
        <w:t xml:space="preserve"> (Teacher Details)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8"/>
        <w:gridCol w:w="2157"/>
        <w:gridCol w:w="2157"/>
        <w:gridCol w:w="2158"/>
      </w:tblGrid>
      <w:tr w:rsidR="00AB34A3" w14:paraId="2A21E750" w14:textId="77777777" w:rsidTr="00B50F7F">
        <w:tc>
          <w:tcPr>
            <w:tcW w:w="2160" w:type="dxa"/>
          </w:tcPr>
          <w:p w14:paraId="73632DD3" w14:textId="77777777" w:rsidR="00AB34A3" w:rsidRDefault="00AB34A3" w:rsidP="00F360FF">
            <w:pPr>
              <w:jc w:val="center"/>
            </w:pPr>
            <w:r>
              <w:rPr>
                <w:rFonts w:cs="Shruti"/>
                <w:cs/>
                <w:lang w:bidi="gu-IN"/>
              </w:rPr>
              <w:t>મંજૂર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થયેલ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મહેકમ</w:t>
            </w:r>
            <w:r>
              <w:t xml:space="preserve"> (Sanctioned)</w:t>
            </w:r>
          </w:p>
        </w:tc>
        <w:tc>
          <w:tcPr>
            <w:tcW w:w="2160" w:type="dxa"/>
          </w:tcPr>
          <w:p w14:paraId="3EE1DB3C" w14:textId="77777777" w:rsidR="00AB34A3" w:rsidRDefault="00AB34A3" w:rsidP="00F360FF">
            <w:pPr>
              <w:jc w:val="center"/>
            </w:pPr>
            <w:r>
              <w:rPr>
                <w:rFonts w:cs="Shruti"/>
                <w:cs/>
                <w:lang w:bidi="gu-IN"/>
              </w:rPr>
              <w:t>ભરાયેલ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જગ્યાઓ</w:t>
            </w:r>
            <w:r>
              <w:t xml:space="preserve"> (Filled)</w:t>
            </w:r>
          </w:p>
        </w:tc>
        <w:tc>
          <w:tcPr>
            <w:tcW w:w="2160" w:type="dxa"/>
          </w:tcPr>
          <w:p w14:paraId="79A44FB4" w14:textId="77777777" w:rsidR="00AB34A3" w:rsidRDefault="00AB34A3" w:rsidP="00F360FF">
            <w:pPr>
              <w:jc w:val="center"/>
            </w:pPr>
            <w:r>
              <w:rPr>
                <w:rFonts w:cs="Shruti"/>
                <w:cs/>
                <w:lang w:bidi="gu-IN"/>
              </w:rPr>
              <w:t>ખાલી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જગ્યાઓ</w:t>
            </w:r>
            <w:r>
              <w:t xml:space="preserve"> (Vacant)</w:t>
            </w:r>
          </w:p>
        </w:tc>
        <w:tc>
          <w:tcPr>
            <w:tcW w:w="2160" w:type="dxa"/>
          </w:tcPr>
          <w:p w14:paraId="2F92B476" w14:textId="77777777" w:rsidR="00AB34A3" w:rsidRDefault="00C1047A" w:rsidP="00F360FF">
            <w:pPr>
              <w:jc w:val="center"/>
            </w:pPr>
            <w:r>
              <w:rPr>
                <w:rFonts w:cs="Shruti"/>
                <w:cs/>
                <w:lang w:bidi="gu-IN"/>
              </w:rPr>
              <w:t xml:space="preserve">હાલ </w:t>
            </w:r>
            <w:r w:rsidR="00AB34A3">
              <w:rPr>
                <w:rFonts w:cs="Shruti"/>
                <w:cs/>
                <w:lang w:bidi="gu-IN"/>
              </w:rPr>
              <w:t>શિક્ષકોની</w:t>
            </w:r>
            <w:r w:rsidR="00AB34A3">
              <w:t xml:space="preserve"> </w:t>
            </w:r>
            <w:r w:rsidR="00AB34A3">
              <w:rPr>
                <w:rFonts w:cs="Shruti"/>
                <w:cs/>
                <w:lang w:bidi="gu-IN"/>
              </w:rPr>
              <w:t>વિગત</w:t>
            </w:r>
            <w:r w:rsidR="00AB34A3">
              <w:t xml:space="preserve"> (</w:t>
            </w:r>
            <w:r w:rsidR="00AB34A3">
              <w:rPr>
                <w:rFonts w:cs="Shruti"/>
                <w:cs/>
                <w:lang w:bidi="gu-IN"/>
              </w:rPr>
              <w:t>ભાઈઓ</w:t>
            </w:r>
            <w:r w:rsidR="00AB34A3">
              <w:t>/</w:t>
            </w:r>
            <w:r w:rsidR="00AB34A3">
              <w:rPr>
                <w:rFonts w:cs="Shruti"/>
                <w:cs/>
                <w:lang w:bidi="gu-IN"/>
              </w:rPr>
              <w:t>બહેનો</w:t>
            </w:r>
            <w:r w:rsidR="00AB34A3">
              <w:t>)</w:t>
            </w:r>
          </w:p>
        </w:tc>
      </w:tr>
      <w:tr w:rsidR="00AB34A3" w14:paraId="74F57B00" w14:textId="77777777" w:rsidTr="00B50F7F">
        <w:tc>
          <w:tcPr>
            <w:tcW w:w="2160" w:type="dxa"/>
          </w:tcPr>
          <w:p w14:paraId="71B3B6BC" w14:textId="3287C5AE" w:rsidR="00AB34A3" w:rsidRDefault="00A722BB" w:rsidP="00AB34A3">
            <w:pPr>
              <w:jc w:val="center"/>
            </w:pPr>
            <w:r>
              <w:t>8</w:t>
            </w:r>
          </w:p>
        </w:tc>
        <w:tc>
          <w:tcPr>
            <w:tcW w:w="2160" w:type="dxa"/>
          </w:tcPr>
          <w:p w14:paraId="16763FDD" w14:textId="2476DE5F" w:rsidR="00AB34A3" w:rsidRDefault="00A722BB" w:rsidP="00AB34A3">
            <w:pPr>
              <w:jc w:val="center"/>
            </w:pPr>
            <w:r>
              <w:t>8</w:t>
            </w:r>
          </w:p>
        </w:tc>
        <w:tc>
          <w:tcPr>
            <w:tcW w:w="2160" w:type="dxa"/>
          </w:tcPr>
          <w:p w14:paraId="517CB49C" w14:textId="1F67AFB4" w:rsidR="00AB34A3" w:rsidRDefault="00A722BB" w:rsidP="00AB34A3">
            <w:pPr>
              <w:jc w:val="center"/>
            </w:pPr>
            <w:r>
              <w:t>00</w:t>
            </w:r>
          </w:p>
        </w:tc>
        <w:tc>
          <w:tcPr>
            <w:tcW w:w="2160" w:type="dxa"/>
          </w:tcPr>
          <w:p w14:paraId="3829AEC5" w14:textId="3BA8136A" w:rsidR="00AB34A3" w:rsidRDefault="00AB34A3" w:rsidP="00AB34A3">
            <w:pPr>
              <w:jc w:val="center"/>
              <w:rPr>
                <w:rFonts w:cs="Shruti"/>
                <w:lang w:bidi="gu-IN"/>
              </w:rPr>
            </w:pPr>
            <w:r>
              <w:rPr>
                <w:rFonts w:cs="Shruti"/>
                <w:cs/>
                <w:lang w:bidi="gu-IN"/>
              </w:rPr>
              <w:t>ભાઈઓ</w:t>
            </w:r>
            <w:r>
              <w:t xml:space="preserve">:- </w:t>
            </w:r>
            <w:r w:rsidR="00A722BB">
              <w:t>07</w:t>
            </w:r>
          </w:p>
          <w:p w14:paraId="32229D33" w14:textId="77777777" w:rsidR="00AB34A3" w:rsidRPr="00AB34A3" w:rsidRDefault="00AB34A3" w:rsidP="00AB34A3">
            <w:pPr>
              <w:jc w:val="center"/>
              <w:rPr>
                <w:rFonts w:cs="Shruti"/>
                <w:lang w:bidi="gu-IN"/>
              </w:rPr>
            </w:pPr>
            <w:r>
              <w:rPr>
                <w:rFonts w:cs="Shruti"/>
                <w:cs/>
                <w:lang w:bidi="gu-IN"/>
              </w:rPr>
              <w:t>બહેનો</w:t>
            </w:r>
            <w:r>
              <w:t>: 01</w:t>
            </w:r>
          </w:p>
        </w:tc>
      </w:tr>
    </w:tbl>
    <w:p w14:paraId="087CA82A" w14:textId="77777777" w:rsidR="00AB34A3" w:rsidRDefault="00AB34A3" w:rsidP="00AB34A3">
      <w:pPr>
        <w:pStyle w:val="Heading2"/>
      </w:pPr>
      <w:r>
        <w:rPr>
          <w:rFonts w:cs="Shruti"/>
          <w:cs/>
          <w:lang w:bidi="gu-IN"/>
        </w:rPr>
        <w:t>૨</w:t>
      </w:r>
      <w:r>
        <w:t xml:space="preserve">. </w:t>
      </w:r>
      <w:r>
        <w:rPr>
          <w:rFonts w:cs="Shruti"/>
          <w:cs/>
          <w:lang w:bidi="gu-IN"/>
        </w:rPr>
        <w:t>શાળાના</w:t>
      </w:r>
      <w:r>
        <w:t xml:space="preserve"> </w:t>
      </w:r>
      <w:r>
        <w:rPr>
          <w:rFonts w:cs="Shruti"/>
          <w:cs/>
          <w:lang w:bidi="gu-IN"/>
        </w:rPr>
        <w:t>પ્રત્યેક</w:t>
      </w:r>
      <w:r>
        <w:t xml:space="preserve"> </w:t>
      </w:r>
      <w:r>
        <w:rPr>
          <w:rFonts w:cs="Shruti"/>
          <w:cs/>
          <w:lang w:bidi="gu-IN"/>
        </w:rPr>
        <w:t>વર્ગ</w:t>
      </w:r>
      <w:r>
        <w:t xml:space="preserve"> </w:t>
      </w:r>
      <w:r>
        <w:rPr>
          <w:rFonts w:cs="Shruti"/>
          <w:cs/>
          <w:lang w:bidi="gu-IN"/>
        </w:rPr>
        <w:t>દીઠ</w:t>
      </w:r>
      <w:r>
        <w:t xml:space="preserve"> </w:t>
      </w:r>
      <w:r>
        <w:rPr>
          <w:rFonts w:cs="Shruti"/>
          <w:cs/>
          <w:lang w:bidi="gu-IN"/>
        </w:rPr>
        <w:t>વિદ્યાર્થીઓની</w:t>
      </w:r>
      <w:r>
        <w:t xml:space="preserve"> </w:t>
      </w:r>
      <w:r>
        <w:rPr>
          <w:rFonts w:cs="Shruti"/>
          <w:cs/>
          <w:lang w:bidi="gu-IN"/>
        </w:rPr>
        <w:t>સંખ્યા</w:t>
      </w:r>
      <w:r>
        <w:t xml:space="preserve"> (Student Enrollment)</w:t>
      </w:r>
    </w:p>
    <w:tbl>
      <w:tblPr>
        <w:tblStyle w:val="TableGrid"/>
        <w:tblW w:w="8263" w:type="dxa"/>
        <w:tblLook w:val="04A0" w:firstRow="1" w:lastRow="0" w:firstColumn="1" w:lastColumn="0" w:noHBand="0" w:noVBand="1"/>
      </w:tblPr>
      <w:tblGrid>
        <w:gridCol w:w="1047"/>
        <w:gridCol w:w="2469"/>
        <w:gridCol w:w="1700"/>
        <w:gridCol w:w="1626"/>
        <w:gridCol w:w="1421"/>
      </w:tblGrid>
      <w:tr w:rsidR="00A722BB" w14:paraId="5B2BD874" w14:textId="77777777" w:rsidTr="00A722BB">
        <w:trPr>
          <w:trHeight w:val="740"/>
        </w:trPr>
        <w:tc>
          <w:tcPr>
            <w:tcW w:w="1047" w:type="dxa"/>
          </w:tcPr>
          <w:p w14:paraId="53F34D3E" w14:textId="3DB3ED95" w:rsidR="00A722BB" w:rsidRDefault="00A722BB" w:rsidP="00A722BB">
            <w:pPr>
              <w:jc w:val="center"/>
              <w:rPr>
                <w:rFonts w:cs="Shruti"/>
                <w:cs/>
                <w:lang w:bidi="gu-IN"/>
              </w:rPr>
            </w:pPr>
            <w:r>
              <w:rPr>
                <w:rFonts w:cs="Shruti"/>
                <w:cs/>
                <w:lang w:bidi="gu-IN"/>
              </w:rPr>
              <w:t>ક્રમ</w:t>
            </w:r>
          </w:p>
        </w:tc>
        <w:tc>
          <w:tcPr>
            <w:tcW w:w="2469" w:type="dxa"/>
          </w:tcPr>
          <w:p w14:paraId="37E72F0C" w14:textId="3AAE3F7A" w:rsidR="00A722BB" w:rsidRDefault="00A722BB" w:rsidP="00A722BB">
            <w:pPr>
              <w:jc w:val="center"/>
              <w:rPr>
                <w:rFonts w:cs="Shruti"/>
                <w:cs/>
                <w:lang w:bidi="gu-IN"/>
              </w:rPr>
            </w:pPr>
            <w:r>
              <w:rPr>
                <w:rFonts w:cs="Shruti"/>
                <w:cs/>
                <w:lang w:bidi="gu-IN"/>
              </w:rPr>
              <w:t>ધોરણ</w:t>
            </w:r>
          </w:p>
        </w:tc>
        <w:tc>
          <w:tcPr>
            <w:tcW w:w="1700" w:type="dxa"/>
          </w:tcPr>
          <w:p w14:paraId="3B04ABF0" w14:textId="49C5F6B3" w:rsidR="00A722BB" w:rsidRDefault="00A722BB" w:rsidP="00A722BB">
            <w:pPr>
              <w:jc w:val="center"/>
              <w:rPr>
                <w:rFonts w:cs="Shruti"/>
                <w:cs/>
                <w:lang w:bidi="gu-IN"/>
              </w:rPr>
            </w:pPr>
            <w:r>
              <w:rPr>
                <w:rFonts w:cs="Shruti"/>
                <w:cs/>
                <w:lang w:bidi="gu-IN"/>
              </w:rPr>
              <w:t>કુમાર</w:t>
            </w:r>
            <w:r>
              <w:t xml:space="preserve"> (Boys)</w:t>
            </w:r>
          </w:p>
        </w:tc>
        <w:tc>
          <w:tcPr>
            <w:tcW w:w="1626" w:type="dxa"/>
          </w:tcPr>
          <w:p w14:paraId="3D44E217" w14:textId="4A960087" w:rsidR="00A722BB" w:rsidRDefault="00A722BB" w:rsidP="00A722BB">
            <w:pPr>
              <w:jc w:val="center"/>
              <w:rPr>
                <w:rFonts w:cs="Shruti"/>
                <w:cs/>
                <w:lang w:bidi="gu-IN"/>
              </w:rPr>
            </w:pPr>
            <w:r>
              <w:rPr>
                <w:rFonts w:cs="Shruti"/>
                <w:cs/>
                <w:lang w:bidi="gu-IN"/>
              </w:rPr>
              <w:t>કન્યા</w:t>
            </w:r>
            <w:r>
              <w:t xml:space="preserve"> (Girls)</w:t>
            </w:r>
          </w:p>
        </w:tc>
        <w:tc>
          <w:tcPr>
            <w:tcW w:w="1421" w:type="dxa"/>
          </w:tcPr>
          <w:p w14:paraId="16A26646" w14:textId="779F0A2A" w:rsidR="00A722BB" w:rsidRDefault="00A722BB" w:rsidP="00A722BB">
            <w:pPr>
              <w:jc w:val="center"/>
              <w:rPr>
                <w:rFonts w:cs="Shruti"/>
                <w:cs/>
                <w:lang w:bidi="gu-IN"/>
              </w:rPr>
            </w:pPr>
            <w:r>
              <w:rPr>
                <w:rFonts w:cs="Shruti"/>
                <w:cs/>
                <w:lang w:bidi="gu-IN"/>
              </w:rPr>
              <w:t>કુલ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પ્રવેશ</w:t>
            </w:r>
          </w:p>
        </w:tc>
      </w:tr>
      <w:tr w:rsidR="00A722BB" w14:paraId="3A067A0C" w14:textId="77777777" w:rsidTr="00A722BB">
        <w:trPr>
          <w:trHeight w:val="377"/>
        </w:trPr>
        <w:tc>
          <w:tcPr>
            <w:tcW w:w="1047" w:type="dxa"/>
          </w:tcPr>
          <w:p w14:paraId="285E1E06" w14:textId="2B55E645" w:rsidR="00A722BB" w:rsidRDefault="00A722BB" w:rsidP="00A722BB">
            <w:r>
              <w:t>1</w:t>
            </w:r>
          </w:p>
        </w:tc>
        <w:tc>
          <w:tcPr>
            <w:tcW w:w="2469" w:type="dxa"/>
          </w:tcPr>
          <w:p w14:paraId="3DB29AEE" w14:textId="196FA608" w:rsidR="00A722BB" w:rsidRDefault="00A722BB" w:rsidP="00A722BB">
            <w:r>
              <w:rPr>
                <w:rFonts w:cs="Shruti" w:hint="cs"/>
                <w:cs/>
                <w:lang w:bidi="gu-IN"/>
              </w:rPr>
              <w:t>બાલવાટીકા</w:t>
            </w:r>
          </w:p>
        </w:tc>
        <w:tc>
          <w:tcPr>
            <w:tcW w:w="1700" w:type="dxa"/>
          </w:tcPr>
          <w:p w14:paraId="07EE72A2" w14:textId="6B4146E3" w:rsidR="00A722BB" w:rsidRDefault="00A722BB" w:rsidP="00A722BB">
            <w:r>
              <w:rPr>
                <w:rFonts w:cs="Shruti"/>
                <w:lang w:bidi="gu-IN"/>
              </w:rPr>
              <w:t>09</w:t>
            </w:r>
          </w:p>
        </w:tc>
        <w:tc>
          <w:tcPr>
            <w:tcW w:w="1626" w:type="dxa"/>
          </w:tcPr>
          <w:p w14:paraId="61B05FFB" w14:textId="42496555" w:rsidR="00A722BB" w:rsidRDefault="00A722BB" w:rsidP="00A722BB">
            <w:r>
              <w:rPr>
                <w:rFonts w:cs="Shruti"/>
                <w:lang w:bidi="gu-IN"/>
              </w:rPr>
              <w:t>08</w:t>
            </w:r>
          </w:p>
        </w:tc>
        <w:tc>
          <w:tcPr>
            <w:tcW w:w="1421" w:type="dxa"/>
          </w:tcPr>
          <w:p w14:paraId="465F03B0" w14:textId="14C132E4" w:rsidR="00A722BB" w:rsidRDefault="00A722BB" w:rsidP="00A722BB">
            <w:r>
              <w:rPr>
                <w:rFonts w:cs="Shruti"/>
                <w:lang w:bidi="gu-IN"/>
              </w:rPr>
              <w:t>17</w:t>
            </w:r>
          </w:p>
        </w:tc>
      </w:tr>
      <w:tr w:rsidR="00A722BB" w14:paraId="586BA580" w14:textId="77777777" w:rsidTr="00A722BB">
        <w:trPr>
          <w:trHeight w:val="377"/>
        </w:trPr>
        <w:tc>
          <w:tcPr>
            <w:tcW w:w="1047" w:type="dxa"/>
          </w:tcPr>
          <w:p w14:paraId="6EF2A57A" w14:textId="52CA1378" w:rsidR="00A722BB" w:rsidRDefault="00A722BB" w:rsidP="00A722BB">
            <w:r>
              <w:t>2</w:t>
            </w:r>
          </w:p>
        </w:tc>
        <w:tc>
          <w:tcPr>
            <w:tcW w:w="2469" w:type="dxa"/>
          </w:tcPr>
          <w:p w14:paraId="6DC337DF" w14:textId="2D59B6BD" w:rsidR="00A722BB" w:rsidRDefault="00A722BB" w:rsidP="00A722BB">
            <w:r>
              <w:rPr>
                <w:rFonts w:cs="Shruti"/>
                <w:cs/>
                <w:lang w:bidi="gu-IN"/>
              </w:rPr>
              <w:t>ધોરણ</w:t>
            </w:r>
            <w:r>
              <w:t xml:space="preserve"> 1</w:t>
            </w:r>
          </w:p>
        </w:tc>
        <w:tc>
          <w:tcPr>
            <w:tcW w:w="1700" w:type="dxa"/>
          </w:tcPr>
          <w:p w14:paraId="75435E45" w14:textId="65C449D3" w:rsidR="00A722BB" w:rsidRDefault="00A722BB" w:rsidP="00A722BB">
            <w:r>
              <w:t>12</w:t>
            </w:r>
          </w:p>
        </w:tc>
        <w:tc>
          <w:tcPr>
            <w:tcW w:w="1626" w:type="dxa"/>
          </w:tcPr>
          <w:p w14:paraId="34846B70" w14:textId="36510356" w:rsidR="00A722BB" w:rsidRDefault="00A722BB" w:rsidP="00A722BB">
            <w:r>
              <w:t>13</w:t>
            </w:r>
          </w:p>
        </w:tc>
        <w:tc>
          <w:tcPr>
            <w:tcW w:w="1421" w:type="dxa"/>
          </w:tcPr>
          <w:p w14:paraId="571A7097" w14:textId="5CF9D25B" w:rsidR="00A722BB" w:rsidRDefault="00A722BB" w:rsidP="00A722BB">
            <w:r>
              <w:t>25</w:t>
            </w:r>
          </w:p>
        </w:tc>
      </w:tr>
      <w:tr w:rsidR="00A722BB" w14:paraId="580E6ADB" w14:textId="77777777" w:rsidTr="00A722BB">
        <w:trPr>
          <w:trHeight w:val="363"/>
        </w:trPr>
        <w:tc>
          <w:tcPr>
            <w:tcW w:w="1047" w:type="dxa"/>
          </w:tcPr>
          <w:p w14:paraId="37D46F95" w14:textId="7707DE46" w:rsidR="00A722BB" w:rsidRDefault="00A722BB" w:rsidP="00A722BB">
            <w:r>
              <w:t>3</w:t>
            </w:r>
          </w:p>
        </w:tc>
        <w:tc>
          <w:tcPr>
            <w:tcW w:w="2469" w:type="dxa"/>
          </w:tcPr>
          <w:p w14:paraId="6BC96D69" w14:textId="03E70EE2" w:rsidR="00A722BB" w:rsidRDefault="00A722BB" w:rsidP="00A722BB">
            <w:r>
              <w:rPr>
                <w:rFonts w:cs="Shruti"/>
                <w:cs/>
                <w:lang w:bidi="gu-IN"/>
              </w:rPr>
              <w:t>ધોરણ</w:t>
            </w:r>
            <w:r>
              <w:t xml:space="preserve"> 2</w:t>
            </w:r>
          </w:p>
        </w:tc>
        <w:tc>
          <w:tcPr>
            <w:tcW w:w="1700" w:type="dxa"/>
          </w:tcPr>
          <w:p w14:paraId="29773D85" w14:textId="5232937F" w:rsidR="00A722BB" w:rsidRDefault="00A722BB" w:rsidP="00A722BB">
            <w:r>
              <w:rPr>
                <w:rFonts w:cs="Shruti"/>
                <w:lang w:bidi="gu-IN"/>
              </w:rPr>
              <w:t>09</w:t>
            </w:r>
          </w:p>
        </w:tc>
        <w:tc>
          <w:tcPr>
            <w:tcW w:w="1626" w:type="dxa"/>
          </w:tcPr>
          <w:p w14:paraId="5E7FF234" w14:textId="79514D18" w:rsidR="00A722BB" w:rsidRDefault="00A722BB" w:rsidP="00A722BB">
            <w:r>
              <w:t>07</w:t>
            </w:r>
          </w:p>
        </w:tc>
        <w:tc>
          <w:tcPr>
            <w:tcW w:w="1421" w:type="dxa"/>
          </w:tcPr>
          <w:p w14:paraId="6D7B9B64" w14:textId="3F078961" w:rsidR="00A722BB" w:rsidRDefault="00A722BB" w:rsidP="00A722BB">
            <w:r>
              <w:t>16</w:t>
            </w:r>
          </w:p>
        </w:tc>
      </w:tr>
      <w:tr w:rsidR="00A722BB" w14:paraId="1B94A099" w14:textId="77777777" w:rsidTr="00A722BB">
        <w:trPr>
          <w:trHeight w:val="377"/>
        </w:trPr>
        <w:tc>
          <w:tcPr>
            <w:tcW w:w="1047" w:type="dxa"/>
          </w:tcPr>
          <w:p w14:paraId="7538944B" w14:textId="1F2E2B3A" w:rsidR="00A722BB" w:rsidRDefault="00A722BB" w:rsidP="00A722BB">
            <w:r>
              <w:t>4</w:t>
            </w:r>
          </w:p>
        </w:tc>
        <w:tc>
          <w:tcPr>
            <w:tcW w:w="2469" w:type="dxa"/>
          </w:tcPr>
          <w:p w14:paraId="169DEF65" w14:textId="493D1381" w:rsidR="00A722BB" w:rsidRDefault="00A722BB" w:rsidP="00A722BB">
            <w:r>
              <w:rPr>
                <w:rFonts w:cs="Shruti"/>
                <w:cs/>
                <w:lang w:bidi="gu-IN"/>
              </w:rPr>
              <w:t>ધોરણ</w:t>
            </w:r>
            <w:r>
              <w:t xml:space="preserve"> 3</w:t>
            </w:r>
          </w:p>
        </w:tc>
        <w:tc>
          <w:tcPr>
            <w:tcW w:w="1700" w:type="dxa"/>
          </w:tcPr>
          <w:p w14:paraId="43F5A9C4" w14:textId="472227FC" w:rsidR="00A722BB" w:rsidRDefault="00A722BB" w:rsidP="00A722BB">
            <w:r>
              <w:rPr>
                <w:rFonts w:cs="Shruti"/>
                <w:cs/>
                <w:lang w:bidi="gu-IN"/>
              </w:rPr>
              <w:t>૦</w:t>
            </w:r>
            <w:r>
              <w:rPr>
                <w:rFonts w:cs="Shruti"/>
                <w:lang w:bidi="gu-IN"/>
              </w:rPr>
              <w:t>8</w:t>
            </w:r>
          </w:p>
        </w:tc>
        <w:tc>
          <w:tcPr>
            <w:tcW w:w="1626" w:type="dxa"/>
          </w:tcPr>
          <w:p w14:paraId="427EA742" w14:textId="0464CC83" w:rsidR="00A722BB" w:rsidRDefault="00A722BB" w:rsidP="00A722BB">
            <w:r>
              <w:rPr>
                <w:rFonts w:cs="Shruti"/>
                <w:cs/>
                <w:lang w:bidi="gu-IN"/>
              </w:rPr>
              <w:t>૦</w:t>
            </w:r>
            <w:r>
              <w:rPr>
                <w:rFonts w:cs="Shruti"/>
                <w:lang w:bidi="gu-IN"/>
              </w:rPr>
              <w:t>9</w:t>
            </w:r>
          </w:p>
        </w:tc>
        <w:tc>
          <w:tcPr>
            <w:tcW w:w="1421" w:type="dxa"/>
          </w:tcPr>
          <w:p w14:paraId="0FE36DC4" w14:textId="2A066887" w:rsidR="00A722BB" w:rsidRDefault="00A722BB" w:rsidP="00A722BB">
            <w:r>
              <w:t>17</w:t>
            </w:r>
          </w:p>
        </w:tc>
      </w:tr>
      <w:tr w:rsidR="00A722BB" w14:paraId="2C3DEA75" w14:textId="77777777" w:rsidTr="00A722BB">
        <w:trPr>
          <w:trHeight w:val="363"/>
        </w:trPr>
        <w:tc>
          <w:tcPr>
            <w:tcW w:w="1047" w:type="dxa"/>
          </w:tcPr>
          <w:p w14:paraId="6ADA72C1" w14:textId="52E4B997" w:rsidR="00A722BB" w:rsidRDefault="00A722BB" w:rsidP="00A722BB">
            <w:r>
              <w:t>5</w:t>
            </w:r>
          </w:p>
        </w:tc>
        <w:tc>
          <w:tcPr>
            <w:tcW w:w="2469" w:type="dxa"/>
          </w:tcPr>
          <w:p w14:paraId="59713D10" w14:textId="2BB0B8B0" w:rsidR="00A722BB" w:rsidRDefault="00A722BB" w:rsidP="00A722BB">
            <w:r>
              <w:rPr>
                <w:rFonts w:cs="Shruti"/>
                <w:cs/>
                <w:lang w:bidi="gu-IN"/>
              </w:rPr>
              <w:t>ધોરણ</w:t>
            </w:r>
            <w:r>
              <w:t xml:space="preserve"> 4</w:t>
            </w:r>
          </w:p>
        </w:tc>
        <w:tc>
          <w:tcPr>
            <w:tcW w:w="1700" w:type="dxa"/>
          </w:tcPr>
          <w:p w14:paraId="68407ED4" w14:textId="35AA01D1" w:rsidR="00A722BB" w:rsidRDefault="00A722BB" w:rsidP="00A722BB">
            <w:r>
              <w:rPr>
                <w:rFonts w:cs="Shruti"/>
                <w:lang w:bidi="gu-IN"/>
              </w:rPr>
              <w:t>06</w:t>
            </w:r>
          </w:p>
        </w:tc>
        <w:tc>
          <w:tcPr>
            <w:tcW w:w="1626" w:type="dxa"/>
          </w:tcPr>
          <w:p w14:paraId="0D4E7A10" w14:textId="56148C83" w:rsidR="00A722BB" w:rsidRDefault="00A722BB" w:rsidP="00A722BB">
            <w:r>
              <w:rPr>
                <w:rFonts w:cs="Shruti"/>
                <w:lang w:bidi="gu-IN"/>
              </w:rPr>
              <w:t>10</w:t>
            </w:r>
          </w:p>
        </w:tc>
        <w:tc>
          <w:tcPr>
            <w:tcW w:w="1421" w:type="dxa"/>
          </w:tcPr>
          <w:p w14:paraId="16AD72A2" w14:textId="6D5F5268" w:rsidR="00A722BB" w:rsidRDefault="00A722BB" w:rsidP="00A722BB">
            <w:r>
              <w:rPr>
                <w:rFonts w:cs="Shruti"/>
                <w:lang w:bidi="gu-IN"/>
              </w:rPr>
              <w:t>16</w:t>
            </w:r>
          </w:p>
        </w:tc>
      </w:tr>
      <w:tr w:rsidR="00A722BB" w14:paraId="3D8928C0" w14:textId="77777777" w:rsidTr="00A722BB">
        <w:trPr>
          <w:trHeight w:val="377"/>
        </w:trPr>
        <w:tc>
          <w:tcPr>
            <w:tcW w:w="1047" w:type="dxa"/>
          </w:tcPr>
          <w:p w14:paraId="615DF542" w14:textId="7CE9514B" w:rsidR="00A722BB" w:rsidRDefault="00A722BB" w:rsidP="00A722BB">
            <w:r>
              <w:t>6</w:t>
            </w:r>
          </w:p>
        </w:tc>
        <w:tc>
          <w:tcPr>
            <w:tcW w:w="2469" w:type="dxa"/>
          </w:tcPr>
          <w:p w14:paraId="6C96D7EA" w14:textId="1DE0B1A5" w:rsidR="00A722BB" w:rsidRDefault="00A722BB" w:rsidP="00A722BB">
            <w:r>
              <w:rPr>
                <w:rFonts w:cs="Shruti"/>
                <w:cs/>
                <w:lang w:bidi="gu-IN"/>
              </w:rPr>
              <w:t>ધોરણ</w:t>
            </w:r>
            <w:r>
              <w:t xml:space="preserve"> 5</w:t>
            </w:r>
          </w:p>
        </w:tc>
        <w:tc>
          <w:tcPr>
            <w:tcW w:w="1700" w:type="dxa"/>
          </w:tcPr>
          <w:p w14:paraId="71E61E45" w14:textId="500BC31C" w:rsidR="00A722BB" w:rsidRDefault="00A722BB" w:rsidP="00A722BB">
            <w:r>
              <w:t>18</w:t>
            </w:r>
          </w:p>
        </w:tc>
        <w:tc>
          <w:tcPr>
            <w:tcW w:w="1626" w:type="dxa"/>
          </w:tcPr>
          <w:p w14:paraId="24243D6C" w14:textId="6E48DD8A" w:rsidR="00A722BB" w:rsidRDefault="00A722BB" w:rsidP="00A722BB">
            <w:r>
              <w:rPr>
                <w:rFonts w:cs="Shruti"/>
                <w:lang w:bidi="gu-IN"/>
              </w:rPr>
              <w:t>14</w:t>
            </w:r>
          </w:p>
        </w:tc>
        <w:tc>
          <w:tcPr>
            <w:tcW w:w="1421" w:type="dxa"/>
          </w:tcPr>
          <w:p w14:paraId="1D55118F" w14:textId="7C67E533" w:rsidR="00A722BB" w:rsidRDefault="00A722BB" w:rsidP="00A722BB">
            <w:r>
              <w:t>32</w:t>
            </w:r>
          </w:p>
        </w:tc>
      </w:tr>
      <w:tr w:rsidR="00A722BB" w14:paraId="177E6EB6" w14:textId="77777777" w:rsidTr="00A722BB">
        <w:trPr>
          <w:trHeight w:val="363"/>
        </w:trPr>
        <w:tc>
          <w:tcPr>
            <w:tcW w:w="1047" w:type="dxa"/>
          </w:tcPr>
          <w:p w14:paraId="0B7E603F" w14:textId="38D0CF49" w:rsidR="00A722BB" w:rsidRDefault="00A722BB" w:rsidP="00A722BB">
            <w:r>
              <w:t>7</w:t>
            </w:r>
          </w:p>
        </w:tc>
        <w:tc>
          <w:tcPr>
            <w:tcW w:w="2469" w:type="dxa"/>
          </w:tcPr>
          <w:p w14:paraId="0A3F15F9" w14:textId="3DAD03CE" w:rsidR="00A722BB" w:rsidRDefault="00A722BB" w:rsidP="00A722BB">
            <w:r>
              <w:rPr>
                <w:rFonts w:cs="Shruti"/>
                <w:cs/>
                <w:lang w:bidi="gu-IN"/>
              </w:rPr>
              <w:t>ધોરણ</w:t>
            </w:r>
            <w:r>
              <w:t xml:space="preserve"> 6</w:t>
            </w:r>
          </w:p>
        </w:tc>
        <w:tc>
          <w:tcPr>
            <w:tcW w:w="1700" w:type="dxa"/>
          </w:tcPr>
          <w:p w14:paraId="313AB711" w14:textId="3177B8F9" w:rsidR="00A722BB" w:rsidRDefault="00A722BB" w:rsidP="00A722BB">
            <w:r>
              <w:t>12</w:t>
            </w:r>
          </w:p>
        </w:tc>
        <w:tc>
          <w:tcPr>
            <w:tcW w:w="1626" w:type="dxa"/>
          </w:tcPr>
          <w:p w14:paraId="348DD733" w14:textId="58FFF8B4" w:rsidR="00A722BB" w:rsidRDefault="00A722BB" w:rsidP="00A722BB">
            <w:r>
              <w:t>13</w:t>
            </w:r>
          </w:p>
        </w:tc>
        <w:tc>
          <w:tcPr>
            <w:tcW w:w="1421" w:type="dxa"/>
          </w:tcPr>
          <w:p w14:paraId="40859911" w14:textId="6EF4FFD5" w:rsidR="00A722BB" w:rsidRDefault="00A722BB" w:rsidP="00A722BB">
            <w:r>
              <w:t>25</w:t>
            </w:r>
          </w:p>
        </w:tc>
      </w:tr>
      <w:tr w:rsidR="00A722BB" w14:paraId="3FC5FB64" w14:textId="77777777" w:rsidTr="00A722BB">
        <w:trPr>
          <w:trHeight w:val="377"/>
        </w:trPr>
        <w:tc>
          <w:tcPr>
            <w:tcW w:w="1047" w:type="dxa"/>
          </w:tcPr>
          <w:p w14:paraId="2AFCB61E" w14:textId="4807848A" w:rsidR="00A722BB" w:rsidRDefault="00A722BB" w:rsidP="00A722BB">
            <w:r>
              <w:t>8</w:t>
            </w:r>
          </w:p>
        </w:tc>
        <w:tc>
          <w:tcPr>
            <w:tcW w:w="2469" w:type="dxa"/>
          </w:tcPr>
          <w:p w14:paraId="3BE369A0" w14:textId="63748D34" w:rsidR="00A722BB" w:rsidRDefault="00A722BB" w:rsidP="00A722BB">
            <w:r>
              <w:rPr>
                <w:rFonts w:cs="Shruti"/>
                <w:cs/>
                <w:lang w:bidi="gu-IN"/>
              </w:rPr>
              <w:t>ધોરણ</w:t>
            </w:r>
            <w:r>
              <w:t xml:space="preserve"> 7</w:t>
            </w:r>
          </w:p>
        </w:tc>
        <w:tc>
          <w:tcPr>
            <w:tcW w:w="1700" w:type="dxa"/>
          </w:tcPr>
          <w:p w14:paraId="1E57F8F7" w14:textId="0959F363" w:rsidR="00A722BB" w:rsidRDefault="00A722BB" w:rsidP="00A722BB">
            <w:r>
              <w:t>13</w:t>
            </w:r>
          </w:p>
        </w:tc>
        <w:tc>
          <w:tcPr>
            <w:tcW w:w="1626" w:type="dxa"/>
          </w:tcPr>
          <w:p w14:paraId="2FF6ED67" w14:textId="5ADADB3B" w:rsidR="00A722BB" w:rsidRDefault="00A722BB" w:rsidP="00A722BB">
            <w:r>
              <w:t>21</w:t>
            </w:r>
          </w:p>
        </w:tc>
        <w:tc>
          <w:tcPr>
            <w:tcW w:w="1421" w:type="dxa"/>
          </w:tcPr>
          <w:p w14:paraId="2EFE61CF" w14:textId="19193E1A" w:rsidR="00A722BB" w:rsidRDefault="00A722BB" w:rsidP="00A722BB">
            <w:r>
              <w:rPr>
                <w:rFonts w:cs="Shruti"/>
                <w:lang w:bidi="gu-IN"/>
              </w:rPr>
              <w:t>34</w:t>
            </w:r>
          </w:p>
        </w:tc>
      </w:tr>
      <w:tr w:rsidR="00A722BB" w14:paraId="319EA8A8" w14:textId="77777777" w:rsidTr="00A722BB">
        <w:trPr>
          <w:trHeight w:val="377"/>
        </w:trPr>
        <w:tc>
          <w:tcPr>
            <w:tcW w:w="1047" w:type="dxa"/>
          </w:tcPr>
          <w:p w14:paraId="0DB1F15B" w14:textId="787032D9" w:rsidR="00A722BB" w:rsidRDefault="00A722BB" w:rsidP="00A722BB">
            <w:r>
              <w:t>9</w:t>
            </w:r>
          </w:p>
        </w:tc>
        <w:tc>
          <w:tcPr>
            <w:tcW w:w="2469" w:type="dxa"/>
          </w:tcPr>
          <w:p w14:paraId="7E84D5BE" w14:textId="035BB302" w:rsidR="00A722BB" w:rsidRDefault="00A722BB" w:rsidP="00A722BB">
            <w:r>
              <w:rPr>
                <w:rFonts w:cs="Shruti"/>
                <w:cs/>
                <w:lang w:bidi="gu-IN"/>
              </w:rPr>
              <w:t>ધોરણ</w:t>
            </w:r>
            <w:r>
              <w:t xml:space="preserve"> 8</w:t>
            </w:r>
          </w:p>
        </w:tc>
        <w:tc>
          <w:tcPr>
            <w:tcW w:w="1700" w:type="dxa"/>
          </w:tcPr>
          <w:p w14:paraId="4908E83D" w14:textId="6FEF1716" w:rsidR="00A722BB" w:rsidRDefault="00A722BB" w:rsidP="00A722BB">
            <w:r>
              <w:rPr>
                <w:rFonts w:cs="Shruti"/>
                <w:lang w:val="en-IN"/>
              </w:rPr>
              <w:t>17</w:t>
            </w:r>
          </w:p>
        </w:tc>
        <w:tc>
          <w:tcPr>
            <w:tcW w:w="1626" w:type="dxa"/>
          </w:tcPr>
          <w:p w14:paraId="75C23CB5" w14:textId="42558C25" w:rsidR="00A722BB" w:rsidRDefault="00A722BB" w:rsidP="00A722BB">
            <w:r>
              <w:t>14</w:t>
            </w:r>
          </w:p>
        </w:tc>
        <w:tc>
          <w:tcPr>
            <w:tcW w:w="1421" w:type="dxa"/>
          </w:tcPr>
          <w:p w14:paraId="379FCFB6" w14:textId="66EE49AC" w:rsidR="00A722BB" w:rsidRDefault="00A722BB" w:rsidP="00A722BB">
            <w:r>
              <w:t>31</w:t>
            </w:r>
          </w:p>
        </w:tc>
      </w:tr>
      <w:tr w:rsidR="00A722BB" w14:paraId="535908F6" w14:textId="77777777" w:rsidTr="00A722BB">
        <w:trPr>
          <w:trHeight w:val="223"/>
        </w:trPr>
        <w:tc>
          <w:tcPr>
            <w:tcW w:w="1047" w:type="dxa"/>
          </w:tcPr>
          <w:p w14:paraId="02B78034" w14:textId="77777777" w:rsidR="00A722BB" w:rsidRDefault="00A722BB" w:rsidP="00A722BB"/>
        </w:tc>
        <w:tc>
          <w:tcPr>
            <w:tcW w:w="2469" w:type="dxa"/>
          </w:tcPr>
          <w:p w14:paraId="54BDF6B9" w14:textId="77777777" w:rsidR="00A722BB" w:rsidRDefault="00A722BB" w:rsidP="00A722BB"/>
        </w:tc>
        <w:tc>
          <w:tcPr>
            <w:tcW w:w="1700" w:type="dxa"/>
          </w:tcPr>
          <w:p w14:paraId="16AEFB04" w14:textId="77777777" w:rsidR="00A722BB" w:rsidRDefault="00A722BB" w:rsidP="00A722BB"/>
        </w:tc>
        <w:tc>
          <w:tcPr>
            <w:tcW w:w="1626" w:type="dxa"/>
          </w:tcPr>
          <w:p w14:paraId="51E090D5" w14:textId="77777777" w:rsidR="00A722BB" w:rsidRDefault="00A722BB" w:rsidP="00A722BB"/>
        </w:tc>
        <w:tc>
          <w:tcPr>
            <w:tcW w:w="1421" w:type="dxa"/>
          </w:tcPr>
          <w:p w14:paraId="2F21270D" w14:textId="77777777" w:rsidR="00A722BB" w:rsidRDefault="00A722BB" w:rsidP="00A722BB"/>
        </w:tc>
      </w:tr>
    </w:tbl>
    <w:p w14:paraId="19B9B371" w14:textId="77777777" w:rsidR="00AB34A3" w:rsidRPr="0024083B" w:rsidRDefault="00AB34A3" w:rsidP="00AB34A3">
      <w:pPr>
        <w:rPr>
          <w:rFonts w:cs="Shruti"/>
          <w:lang w:bidi="gu-IN"/>
        </w:rPr>
      </w:pPr>
      <w:r>
        <w:rPr>
          <w:rFonts w:cs="Shruti"/>
          <w:i/>
          <w:iCs/>
          <w:cs/>
          <w:lang w:bidi="gu-IN"/>
        </w:rPr>
        <w:t>નોંધ</w:t>
      </w:r>
      <w:r>
        <w:rPr>
          <w:i/>
        </w:rPr>
        <w:t xml:space="preserve">: </w:t>
      </w:r>
      <w:r>
        <w:rPr>
          <w:rFonts w:cs="Shruti"/>
          <w:i/>
          <w:iCs/>
          <w:cs/>
          <w:lang w:bidi="gu-IN"/>
        </w:rPr>
        <w:t>ઉપર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દર્શાવેલ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સંખ્યા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શાળાના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હાજરી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પત્રક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અને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જનરલ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રજીસ્ટર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મુજબ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પ્રમાણિત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કરવામાં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આવેલ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છે</w:t>
      </w:r>
      <w:r>
        <w:rPr>
          <w:i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AB34A3" w14:paraId="0A5A5663" w14:textId="77777777" w:rsidTr="00B50F7F">
        <w:tc>
          <w:tcPr>
            <w:tcW w:w="4320" w:type="dxa"/>
          </w:tcPr>
          <w:p w14:paraId="0425A303" w14:textId="27B63053" w:rsidR="00AB34A3" w:rsidRDefault="00AB34A3" w:rsidP="00B50F7F">
            <w:r>
              <w:rPr>
                <w:rFonts w:cs="Shruti"/>
                <w:cs/>
                <w:lang w:bidi="gu-IN"/>
              </w:rPr>
              <w:t>સ્થળ</w:t>
            </w:r>
            <w:r>
              <w:t xml:space="preserve">: </w:t>
            </w:r>
            <w:r w:rsidR="008E13CA">
              <w:rPr>
                <w:rFonts w:cs="Shruti" w:hint="cs"/>
                <w:cs/>
                <w:lang w:bidi="gu-IN"/>
              </w:rPr>
              <w:t xml:space="preserve">ઢાંકણ્રીયાવાસ પ્રાથમિક શાળા </w:t>
            </w:r>
            <w:r>
              <w:br/>
            </w:r>
            <w:r w:rsidR="00FA3E37">
              <w:rPr>
                <w:rFonts w:cs="Shruti"/>
                <w:cs/>
                <w:lang w:bidi="gu-IN"/>
              </w:rPr>
              <w:t>તારીખ</w:t>
            </w:r>
            <w:r w:rsidR="00FA3E37">
              <w:t xml:space="preserve">:  </w:t>
            </w:r>
            <w:r w:rsidR="008E13CA">
              <w:t>21/08/2026</w:t>
            </w:r>
          </w:p>
        </w:tc>
        <w:tc>
          <w:tcPr>
            <w:tcW w:w="4320" w:type="dxa"/>
          </w:tcPr>
          <w:p w14:paraId="32EB5CF8" w14:textId="77777777" w:rsidR="00AB34A3" w:rsidRDefault="00AB34A3" w:rsidP="00B50F7F">
            <w:pPr>
              <w:jc w:val="right"/>
            </w:pPr>
            <w:r>
              <w:rPr>
                <w:rFonts w:cs="Shruti"/>
                <w:cs/>
                <w:lang w:bidi="gu-IN"/>
              </w:rPr>
              <w:t>આચાર્યશ્રીની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સહી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અને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સિક્કો</w:t>
            </w:r>
          </w:p>
        </w:tc>
      </w:tr>
    </w:tbl>
    <w:p w14:paraId="46B0C199" w14:textId="77777777" w:rsidR="00AB34A3" w:rsidRDefault="00AB34A3" w:rsidP="00AB34A3">
      <w:pPr>
        <w:rPr>
          <w:rFonts w:cs="Shruti"/>
          <w:lang w:bidi="gu-IN"/>
        </w:rPr>
      </w:pPr>
    </w:p>
    <w:p w14:paraId="05FFD5D0" w14:textId="77777777" w:rsidR="00BA7831" w:rsidRDefault="00BA7831" w:rsidP="00AB34A3">
      <w:pPr>
        <w:rPr>
          <w:rFonts w:cs="Shruti"/>
          <w:lang w:bidi="gu-IN"/>
        </w:rPr>
      </w:pPr>
    </w:p>
    <w:p w14:paraId="42BA4E20" w14:textId="77777777" w:rsidR="00BA7831" w:rsidRDefault="00BA7831" w:rsidP="00AB34A3">
      <w:pPr>
        <w:rPr>
          <w:rFonts w:cs="Shruti"/>
          <w:lang w:bidi="gu-IN"/>
        </w:rPr>
      </w:pPr>
    </w:p>
    <w:p w14:paraId="0053F8FF" w14:textId="77777777" w:rsidR="00BA7831" w:rsidRDefault="00BA7831" w:rsidP="00AB34A3">
      <w:pPr>
        <w:rPr>
          <w:rFonts w:cs="Shruti"/>
          <w:lang w:bidi="gu-IN"/>
        </w:rPr>
      </w:pPr>
    </w:p>
    <w:p w14:paraId="3083FA2C" w14:textId="77777777" w:rsidR="00BA7831" w:rsidRDefault="00BA7831" w:rsidP="00AB34A3">
      <w:pPr>
        <w:rPr>
          <w:rFonts w:cs="Shruti"/>
          <w:lang w:bidi="gu-IN"/>
        </w:rPr>
      </w:pPr>
    </w:p>
    <w:p w14:paraId="522131EB" w14:textId="77777777" w:rsidR="00BA7831" w:rsidRDefault="00BA7831" w:rsidP="00AB34A3">
      <w:pPr>
        <w:rPr>
          <w:rFonts w:cs="Shruti"/>
          <w:lang w:bidi="gu-IN"/>
        </w:rPr>
      </w:pPr>
    </w:p>
    <w:p w14:paraId="5E84D49E" w14:textId="77777777" w:rsidR="00BA7831" w:rsidRDefault="00BA7831" w:rsidP="00AB34A3">
      <w:pPr>
        <w:rPr>
          <w:rFonts w:cs="Shruti"/>
          <w:lang w:bidi="gu-IN"/>
        </w:rPr>
      </w:pPr>
    </w:p>
    <w:p w14:paraId="28DD9FD8" w14:textId="77777777" w:rsidR="00BA7831" w:rsidRPr="00BA7831" w:rsidRDefault="00BA7831" w:rsidP="00AB34A3">
      <w:pPr>
        <w:rPr>
          <w:rFonts w:cs="Shruti"/>
          <w:lang w:bidi="gu-IN"/>
        </w:rPr>
      </w:pPr>
    </w:p>
    <w:p w14:paraId="7EA897B6" w14:textId="39D60AB5" w:rsidR="00502A5D" w:rsidRDefault="002546D1" w:rsidP="00502A5D">
      <w:pPr>
        <w:spacing w:after="0" w:line="240" w:lineRule="auto"/>
        <w:jc w:val="center"/>
        <w:rPr>
          <w:rFonts w:cs="Shruti"/>
          <w:b/>
          <w:u w:val="single"/>
          <w:lang w:val="en-IN" w:bidi="gu-IN"/>
        </w:rPr>
      </w:pPr>
      <w:r>
        <w:rPr>
          <w:rFonts w:cs="Shruti" w:hint="cs"/>
          <w:sz w:val="28"/>
          <w:szCs w:val="28"/>
          <w:u w:val="single"/>
          <w:cs/>
          <w:lang w:bidi="gu-IN"/>
        </w:rPr>
        <w:t>ઢાંકણ્રીયાવાસ પ્રાથમિક શાળા તા- લાખણી જિલ્લો - વાવ-થરાદ ડાયસ કોડ: 24021300207</w:t>
      </w:r>
    </w:p>
    <w:p w14:paraId="04B9A8B4" w14:textId="77777777" w:rsidR="00C50344" w:rsidRDefault="00D238DE" w:rsidP="00C50344">
      <w:pPr>
        <w:tabs>
          <w:tab w:val="left" w:pos="2835"/>
        </w:tabs>
        <w:rPr>
          <w:rFonts w:cs="Shruti"/>
          <w:sz w:val="28"/>
          <w:szCs w:val="28"/>
          <w:lang w:bidi="gu-IN"/>
        </w:rPr>
      </w:pPr>
      <w:r w:rsidRPr="00D238DE">
        <w:rPr>
          <w:rFonts w:cs="Shruti"/>
          <w:sz w:val="28"/>
          <w:szCs w:val="28"/>
          <w:cs/>
          <w:lang w:bidi="gu-IN"/>
        </w:rPr>
        <w:t>શાળાના પ્રત્યેક વર્ગ દીઠ વિદ્યાર્થીઓની સંખ્યા</w:t>
      </w:r>
    </w:p>
    <w:p w14:paraId="6189C38D" w14:textId="77777777" w:rsidR="00D238DE" w:rsidRDefault="00D238DE" w:rsidP="00D238DE">
      <w:pPr>
        <w:pStyle w:val="Heading2"/>
      </w:pPr>
      <w:r>
        <w:rPr>
          <w:rFonts w:cs="Shruti"/>
          <w:cs/>
          <w:lang w:bidi="gu-IN"/>
        </w:rPr>
        <w:t>૨</w:t>
      </w:r>
      <w:r>
        <w:t xml:space="preserve">. </w:t>
      </w:r>
      <w:r>
        <w:rPr>
          <w:rFonts w:cs="Shruti"/>
          <w:cs/>
          <w:lang w:bidi="gu-IN"/>
        </w:rPr>
        <w:t>શાળાના</w:t>
      </w:r>
      <w:r>
        <w:t xml:space="preserve"> </w:t>
      </w:r>
      <w:r>
        <w:rPr>
          <w:rFonts w:cs="Shruti"/>
          <w:cs/>
          <w:lang w:bidi="gu-IN"/>
        </w:rPr>
        <w:t>પ્રત્યેક</w:t>
      </w:r>
      <w:r>
        <w:t xml:space="preserve"> </w:t>
      </w:r>
      <w:r>
        <w:rPr>
          <w:rFonts w:cs="Shruti"/>
          <w:cs/>
          <w:lang w:bidi="gu-IN"/>
        </w:rPr>
        <w:t>વર્ગ</w:t>
      </w:r>
      <w:r>
        <w:t xml:space="preserve"> </w:t>
      </w:r>
      <w:r>
        <w:rPr>
          <w:rFonts w:cs="Shruti"/>
          <w:cs/>
          <w:lang w:bidi="gu-IN"/>
        </w:rPr>
        <w:t>દીઠ</w:t>
      </w:r>
      <w:r>
        <w:t xml:space="preserve"> </w:t>
      </w:r>
      <w:r>
        <w:rPr>
          <w:rFonts w:cs="Shruti"/>
          <w:cs/>
          <w:lang w:bidi="gu-IN"/>
        </w:rPr>
        <w:t>વિદ્યાર્થીઓની</w:t>
      </w:r>
      <w:r>
        <w:t xml:space="preserve"> </w:t>
      </w:r>
      <w:r>
        <w:rPr>
          <w:rFonts w:cs="Shruti"/>
          <w:cs/>
          <w:lang w:bidi="gu-IN"/>
        </w:rPr>
        <w:t>સંખ્યા</w:t>
      </w:r>
      <w:r>
        <w:t xml:space="preserve"> (Student Enrollment)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1982"/>
        <w:gridCol w:w="2662"/>
        <w:gridCol w:w="1726"/>
        <w:gridCol w:w="1726"/>
      </w:tblGrid>
      <w:tr w:rsidR="00D238DE" w14:paraId="33BF8067" w14:textId="77777777" w:rsidTr="004D0B1E">
        <w:tc>
          <w:tcPr>
            <w:tcW w:w="534" w:type="dxa"/>
          </w:tcPr>
          <w:p w14:paraId="7D1FE0F8" w14:textId="77777777" w:rsidR="00D238DE" w:rsidRDefault="00D238DE" w:rsidP="00B50F7F">
            <w:pPr>
              <w:jc w:val="center"/>
            </w:pPr>
            <w:r>
              <w:rPr>
                <w:rFonts w:cs="Shruti"/>
                <w:cs/>
                <w:lang w:bidi="gu-IN"/>
              </w:rPr>
              <w:t>ક્રમ</w:t>
            </w:r>
          </w:p>
        </w:tc>
        <w:tc>
          <w:tcPr>
            <w:tcW w:w="1982" w:type="dxa"/>
          </w:tcPr>
          <w:p w14:paraId="4B0687C0" w14:textId="77777777" w:rsidR="00D238DE" w:rsidRDefault="00D238DE" w:rsidP="00B50F7F">
            <w:pPr>
              <w:jc w:val="center"/>
            </w:pPr>
            <w:r>
              <w:rPr>
                <w:rFonts w:cs="Shruti"/>
                <w:cs/>
                <w:lang w:bidi="gu-IN"/>
              </w:rPr>
              <w:t>ધોરણ</w:t>
            </w:r>
          </w:p>
        </w:tc>
        <w:tc>
          <w:tcPr>
            <w:tcW w:w="2662" w:type="dxa"/>
          </w:tcPr>
          <w:p w14:paraId="54929BC1" w14:textId="77777777" w:rsidR="00D238DE" w:rsidRDefault="00D238DE" w:rsidP="00B50F7F">
            <w:pPr>
              <w:jc w:val="center"/>
            </w:pPr>
            <w:r>
              <w:rPr>
                <w:rFonts w:cs="Shruti"/>
                <w:cs/>
                <w:lang w:bidi="gu-IN"/>
              </w:rPr>
              <w:t>કુમાર</w:t>
            </w:r>
            <w:r>
              <w:t xml:space="preserve"> (Boys)</w:t>
            </w:r>
          </w:p>
        </w:tc>
        <w:tc>
          <w:tcPr>
            <w:tcW w:w="1726" w:type="dxa"/>
          </w:tcPr>
          <w:p w14:paraId="176E0E23" w14:textId="77777777" w:rsidR="00D238DE" w:rsidRDefault="00D238DE" w:rsidP="00B50F7F">
            <w:pPr>
              <w:jc w:val="center"/>
            </w:pPr>
            <w:r>
              <w:rPr>
                <w:rFonts w:cs="Shruti"/>
                <w:cs/>
                <w:lang w:bidi="gu-IN"/>
              </w:rPr>
              <w:t>કન્યા</w:t>
            </w:r>
            <w:r>
              <w:t xml:space="preserve"> (Girls)</w:t>
            </w:r>
          </w:p>
        </w:tc>
        <w:tc>
          <w:tcPr>
            <w:tcW w:w="1726" w:type="dxa"/>
          </w:tcPr>
          <w:p w14:paraId="74211214" w14:textId="77777777" w:rsidR="00D238DE" w:rsidRDefault="00D238DE" w:rsidP="00B50F7F">
            <w:pPr>
              <w:jc w:val="center"/>
            </w:pPr>
            <w:r>
              <w:rPr>
                <w:rFonts w:cs="Shruti"/>
                <w:cs/>
                <w:lang w:bidi="gu-IN"/>
              </w:rPr>
              <w:t>કુલ</w:t>
            </w:r>
            <w:r>
              <w:t xml:space="preserve"> (Total)</w:t>
            </w:r>
          </w:p>
        </w:tc>
      </w:tr>
      <w:tr w:rsidR="004D0B1E" w14:paraId="488EA82A" w14:textId="77777777" w:rsidTr="004D0B1E">
        <w:tc>
          <w:tcPr>
            <w:tcW w:w="534" w:type="dxa"/>
          </w:tcPr>
          <w:p w14:paraId="54ADC210" w14:textId="77777777" w:rsidR="004D0B1E" w:rsidRDefault="004D0B1E" w:rsidP="004D0B1E">
            <w:r>
              <w:t>1</w:t>
            </w:r>
          </w:p>
        </w:tc>
        <w:tc>
          <w:tcPr>
            <w:tcW w:w="1982" w:type="dxa"/>
          </w:tcPr>
          <w:p w14:paraId="28FAC711" w14:textId="77777777" w:rsidR="004D0B1E" w:rsidRDefault="004D0B1E" w:rsidP="004D0B1E">
            <w:r>
              <w:rPr>
                <w:rFonts w:cs="Shruti" w:hint="cs"/>
                <w:cs/>
                <w:lang w:bidi="gu-IN"/>
              </w:rPr>
              <w:t>બાલવાટીકા</w:t>
            </w:r>
          </w:p>
        </w:tc>
        <w:tc>
          <w:tcPr>
            <w:tcW w:w="2662" w:type="dxa"/>
          </w:tcPr>
          <w:p w14:paraId="37B39631" w14:textId="1255CA14" w:rsidR="004D0B1E" w:rsidRDefault="004D0B1E" w:rsidP="004D0B1E">
            <w:pPr>
              <w:jc w:val="center"/>
            </w:pPr>
            <w:r>
              <w:rPr>
                <w:rFonts w:cs="Shruti"/>
                <w:lang w:bidi="gu-IN"/>
              </w:rPr>
              <w:t>09</w:t>
            </w:r>
          </w:p>
        </w:tc>
        <w:tc>
          <w:tcPr>
            <w:tcW w:w="1726" w:type="dxa"/>
          </w:tcPr>
          <w:p w14:paraId="7F95A66C" w14:textId="34C0FA77" w:rsidR="004D0B1E" w:rsidRDefault="004D0B1E" w:rsidP="004D0B1E">
            <w:pPr>
              <w:jc w:val="center"/>
            </w:pPr>
            <w:r>
              <w:rPr>
                <w:rFonts w:cs="Shruti"/>
                <w:lang w:bidi="gu-IN"/>
              </w:rPr>
              <w:t>08</w:t>
            </w:r>
          </w:p>
        </w:tc>
        <w:tc>
          <w:tcPr>
            <w:tcW w:w="1726" w:type="dxa"/>
          </w:tcPr>
          <w:p w14:paraId="2B1E6829" w14:textId="6BE99F3E" w:rsidR="004D0B1E" w:rsidRDefault="004D0B1E" w:rsidP="004D0B1E">
            <w:pPr>
              <w:jc w:val="center"/>
            </w:pPr>
            <w:r>
              <w:rPr>
                <w:rFonts w:cs="Shruti"/>
                <w:lang w:bidi="gu-IN"/>
              </w:rPr>
              <w:t>17</w:t>
            </w:r>
          </w:p>
        </w:tc>
      </w:tr>
      <w:tr w:rsidR="004D0B1E" w14:paraId="29D6F197" w14:textId="77777777" w:rsidTr="004D0B1E">
        <w:tc>
          <w:tcPr>
            <w:tcW w:w="534" w:type="dxa"/>
          </w:tcPr>
          <w:p w14:paraId="23D620BC" w14:textId="77777777" w:rsidR="004D0B1E" w:rsidRDefault="004D0B1E" w:rsidP="004D0B1E">
            <w:r>
              <w:t>1</w:t>
            </w:r>
          </w:p>
        </w:tc>
        <w:tc>
          <w:tcPr>
            <w:tcW w:w="1982" w:type="dxa"/>
          </w:tcPr>
          <w:p w14:paraId="68B29F17" w14:textId="77777777" w:rsidR="004D0B1E" w:rsidRDefault="004D0B1E" w:rsidP="004D0B1E">
            <w:r>
              <w:rPr>
                <w:rFonts w:cs="Shruti"/>
                <w:cs/>
                <w:lang w:bidi="gu-IN"/>
              </w:rPr>
              <w:t>ધોરણ</w:t>
            </w:r>
            <w:r>
              <w:t xml:space="preserve"> 1</w:t>
            </w:r>
          </w:p>
        </w:tc>
        <w:tc>
          <w:tcPr>
            <w:tcW w:w="2662" w:type="dxa"/>
          </w:tcPr>
          <w:p w14:paraId="278E2A8C" w14:textId="1642536D" w:rsidR="004D0B1E" w:rsidRDefault="004D0B1E" w:rsidP="004D0B1E">
            <w:pPr>
              <w:jc w:val="center"/>
            </w:pPr>
            <w:r>
              <w:t>12</w:t>
            </w:r>
          </w:p>
        </w:tc>
        <w:tc>
          <w:tcPr>
            <w:tcW w:w="1726" w:type="dxa"/>
          </w:tcPr>
          <w:p w14:paraId="1402F3A3" w14:textId="25D871B6" w:rsidR="004D0B1E" w:rsidRDefault="004D0B1E" w:rsidP="004D0B1E">
            <w:pPr>
              <w:jc w:val="center"/>
            </w:pPr>
            <w:r>
              <w:t>13</w:t>
            </w:r>
          </w:p>
        </w:tc>
        <w:tc>
          <w:tcPr>
            <w:tcW w:w="1726" w:type="dxa"/>
          </w:tcPr>
          <w:p w14:paraId="50495F39" w14:textId="393C040C" w:rsidR="004D0B1E" w:rsidRDefault="004D0B1E" w:rsidP="004D0B1E">
            <w:pPr>
              <w:jc w:val="center"/>
            </w:pPr>
            <w:r>
              <w:t>25</w:t>
            </w:r>
          </w:p>
        </w:tc>
      </w:tr>
      <w:tr w:rsidR="004D0B1E" w14:paraId="2689F99E" w14:textId="77777777" w:rsidTr="004D0B1E">
        <w:tc>
          <w:tcPr>
            <w:tcW w:w="534" w:type="dxa"/>
          </w:tcPr>
          <w:p w14:paraId="35FEE634" w14:textId="77777777" w:rsidR="004D0B1E" w:rsidRDefault="004D0B1E" w:rsidP="004D0B1E">
            <w:r>
              <w:t>2</w:t>
            </w:r>
          </w:p>
        </w:tc>
        <w:tc>
          <w:tcPr>
            <w:tcW w:w="1982" w:type="dxa"/>
          </w:tcPr>
          <w:p w14:paraId="0ED22326" w14:textId="77777777" w:rsidR="004D0B1E" w:rsidRDefault="004D0B1E" w:rsidP="004D0B1E">
            <w:r>
              <w:rPr>
                <w:rFonts w:cs="Shruti"/>
                <w:cs/>
                <w:lang w:bidi="gu-IN"/>
              </w:rPr>
              <w:t>ધોરણ</w:t>
            </w:r>
            <w:r>
              <w:t xml:space="preserve"> 2</w:t>
            </w:r>
          </w:p>
        </w:tc>
        <w:tc>
          <w:tcPr>
            <w:tcW w:w="2662" w:type="dxa"/>
          </w:tcPr>
          <w:p w14:paraId="2E9B1C82" w14:textId="54F60107" w:rsidR="004D0B1E" w:rsidRDefault="004D0B1E" w:rsidP="004D0B1E">
            <w:pPr>
              <w:jc w:val="center"/>
            </w:pPr>
            <w:r>
              <w:rPr>
                <w:rFonts w:cs="Shruti"/>
                <w:lang w:bidi="gu-IN"/>
              </w:rPr>
              <w:t>09</w:t>
            </w:r>
          </w:p>
        </w:tc>
        <w:tc>
          <w:tcPr>
            <w:tcW w:w="1726" w:type="dxa"/>
          </w:tcPr>
          <w:p w14:paraId="0FA16772" w14:textId="15B66FAB" w:rsidR="004D0B1E" w:rsidRDefault="004D0B1E" w:rsidP="004D0B1E">
            <w:pPr>
              <w:jc w:val="center"/>
            </w:pPr>
            <w:r>
              <w:t>07</w:t>
            </w:r>
          </w:p>
        </w:tc>
        <w:tc>
          <w:tcPr>
            <w:tcW w:w="1726" w:type="dxa"/>
          </w:tcPr>
          <w:p w14:paraId="3E0A2714" w14:textId="370D7C2F" w:rsidR="004D0B1E" w:rsidRDefault="004D0B1E" w:rsidP="004D0B1E">
            <w:pPr>
              <w:jc w:val="center"/>
            </w:pPr>
            <w:r>
              <w:t>16</w:t>
            </w:r>
          </w:p>
        </w:tc>
      </w:tr>
      <w:tr w:rsidR="004D0B1E" w14:paraId="69514942" w14:textId="77777777" w:rsidTr="004D0B1E">
        <w:tc>
          <w:tcPr>
            <w:tcW w:w="534" w:type="dxa"/>
          </w:tcPr>
          <w:p w14:paraId="1639E397" w14:textId="77777777" w:rsidR="004D0B1E" w:rsidRDefault="004D0B1E" w:rsidP="004D0B1E">
            <w:r>
              <w:t>3</w:t>
            </w:r>
          </w:p>
        </w:tc>
        <w:tc>
          <w:tcPr>
            <w:tcW w:w="1982" w:type="dxa"/>
          </w:tcPr>
          <w:p w14:paraId="45DCCC61" w14:textId="77777777" w:rsidR="004D0B1E" w:rsidRDefault="004D0B1E" w:rsidP="004D0B1E">
            <w:r>
              <w:rPr>
                <w:rFonts w:cs="Shruti"/>
                <w:cs/>
                <w:lang w:bidi="gu-IN"/>
              </w:rPr>
              <w:t>ધોરણ</w:t>
            </w:r>
            <w:r>
              <w:t xml:space="preserve"> 3</w:t>
            </w:r>
          </w:p>
        </w:tc>
        <w:tc>
          <w:tcPr>
            <w:tcW w:w="2662" w:type="dxa"/>
          </w:tcPr>
          <w:p w14:paraId="42998BBE" w14:textId="164A5F5B" w:rsidR="004D0B1E" w:rsidRDefault="004D0B1E" w:rsidP="004D0B1E">
            <w:pPr>
              <w:jc w:val="center"/>
            </w:pPr>
            <w:r>
              <w:rPr>
                <w:rFonts w:cs="Shruti"/>
                <w:cs/>
                <w:lang w:bidi="gu-IN"/>
              </w:rPr>
              <w:t>૦</w:t>
            </w:r>
            <w:r>
              <w:rPr>
                <w:rFonts w:cs="Shruti"/>
                <w:lang w:bidi="gu-IN"/>
              </w:rPr>
              <w:t>8</w:t>
            </w:r>
          </w:p>
        </w:tc>
        <w:tc>
          <w:tcPr>
            <w:tcW w:w="1726" w:type="dxa"/>
          </w:tcPr>
          <w:p w14:paraId="1792BE16" w14:textId="28F50C4D" w:rsidR="004D0B1E" w:rsidRDefault="004D0B1E" w:rsidP="004D0B1E">
            <w:pPr>
              <w:jc w:val="center"/>
            </w:pPr>
            <w:r>
              <w:rPr>
                <w:rFonts w:cs="Shruti"/>
                <w:cs/>
                <w:lang w:bidi="gu-IN"/>
              </w:rPr>
              <w:t>૦</w:t>
            </w:r>
            <w:r>
              <w:rPr>
                <w:rFonts w:cs="Shruti"/>
                <w:lang w:bidi="gu-IN"/>
              </w:rPr>
              <w:t>9</w:t>
            </w:r>
          </w:p>
        </w:tc>
        <w:tc>
          <w:tcPr>
            <w:tcW w:w="1726" w:type="dxa"/>
          </w:tcPr>
          <w:p w14:paraId="7392FF19" w14:textId="15DA38CF" w:rsidR="004D0B1E" w:rsidRDefault="004D0B1E" w:rsidP="004D0B1E">
            <w:pPr>
              <w:jc w:val="center"/>
            </w:pPr>
            <w:r>
              <w:t>17</w:t>
            </w:r>
          </w:p>
        </w:tc>
      </w:tr>
      <w:tr w:rsidR="004D0B1E" w14:paraId="7227EABB" w14:textId="77777777" w:rsidTr="004D0B1E">
        <w:tc>
          <w:tcPr>
            <w:tcW w:w="534" w:type="dxa"/>
          </w:tcPr>
          <w:p w14:paraId="6E744775" w14:textId="77777777" w:rsidR="004D0B1E" w:rsidRDefault="004D0B1E" w:rsidP="004D0B1E">
            <w:r>
              <w:t>4</w:t>
            </w:r>
          </w:p>
        </w:tc>
        <w:tc>
          <w:tcPr>
            <w:tcW w:w="1982" w:type="dxa"/>
          </w:tcPr>
          <w:p w14:paraId="7DE65593" w14:textId="77777777" w:rsidR="004D0B1E" w:rsidRDefault="004D0B1E" w:rsidP="004D0B1E">
            <w:r>
              <w:rPr>
                <w:rFonts w:cs="Shruti"/>
                <w:cs/>
                <w:lang w:bidi="gu-IN"/>
              </w:rPr>
              <w:t>ધોરણ</w:t>
            </w:r>
            <w:r>
              <w:t xml:space="preserve"> 4</w:t>
            </w:r>
          </w:p>
        </w:tc>
        <w:tc>
          <w:tcPr>
            <w:tcW w:w="2662" w:type="dxa"/>
          </w:tcPr>
          <w:p w14:paraId="086DF532" w14:textId="0550F424" w:rsidR="004D0B1E" w:rsidRDefault="004D0B1E" w:rsidP="004D0B1E">
            <w:pPr>
              <w:jc w:val="center"/>
            </w:pPr>
            <w:r>
              <w:rPr>
                <w:rFonts w:cs="Shruti"/>
                <w:lang w:bidi="gu-IN"/>
              </w:rPr>
              <w:t>06</w:t>
            </w:r>
          </w:p>
        </w:tc>
        <w:tc>
          <w:tcPr>
            <w:tcW w:w="1726" w:type="dxa"/>
          </w:tcPr>
          <w:p w14:paraId="7D643E53" w14:textId="1D6B6016" w:rsidR="004D0B1E" w:rsidRDefault="004D0B1E" w:rsidP="004D0B1E">
            <w:pPr>
              <w:jc w:val="center"/>
            </w:pPr>
            <w:r>
              <w:rPr>
                <w:rFonts w:cs="Shruti"/>
                <w:lang w:bidi="gu-IN"/>
              </w:rPr>
              <w:t>10</w:t>
            </w:r>
          </w:p>
        </w:tc>
        <w:tc>
          <w:tcPr>
            <w:tcW w:w="1726" w:type="dxa"/>
          </w:tcPr>
          <w:p w14:paraId="09B7FB14" w14:textId="52F0627C" w:rsidR="004D0B1E" w:rsidRDefault="004D0B1E" w:rsidP="004D0B1E">
            <w:pPr>
              <w:jc w:val="center"/>
            </w:pPr>
            <w:r>
              <w:rPr>
                <w:rFonts w:cs="Shruti"/>
                <w:lang w:bidi="gu-IN"/>
              </w:rPr>
              <w:t>16</w:t>
            </w:r>
          </w:p>
        </w:tc>
      </w:tr>
      <w:tr w:rsidR="004D0B1E" w14:paraId="5CA3A014" w14:textId="77777777" w:rsidTr="004D0B1E">
        <w:tc>
          <w:tcPr>
            <w:tcW w:w="534" w:type="dxa"/>
          </w:tcPr>
          <w:p w14:paraId="0064F82E" w14:textId="77777777" w:rsidR="004D0B1E" w:rsidRDefault="004D0B1E" w:rsidP="004D0B1E">
            <w:r>
              <w:t>5</w:t>
            </w:r>
          </w:p>
        </w:tc>
        <w:tc>
          <w:tcPr>
            <w:tcW w:w="1982" w:type="dxa"/>
          </w:tcPr>
          <w:p w14:paraId="3C91B415" w14:textId="77777777" w:rsidR="004D0B1E" w:rsidRDefault="004D0B1E" w:rsidP="004D0B1E">
            <w:r>
              <w:rPr>
                <w:rFonts w:cs="Shruti"/>
                <w:cs/>
                <w:lang w:bidi="gu-IN"/>
              </w:rPr>
              <w:t>ધોરણ</w:t>
            </w:r>
            <w:r>
              <w:t xml:space="preserve"> 5</w:t>
            </w:r>
          </w:p>
        </w:tc>
        <w:tc>
          <w:tcPr>
            <w:tcW w:w="2662" w:type="dxa"/>
          </w:tcPr>
          <w:p w14:paraId="3CB66C63" w14:textId="54CB40B9" w:rsidR="004D0B1E" w:rsidRDefault="004D0B1E" w:rsidP="004D0B1E">
            <w:pPr>
              <w:jc w:val="center"/>
            </w:pPr>
            <w:r>
              <w:t>18</w:t>
            </w:r>
          </w:p>
        </w:tc>
        <w:tc>
          <w:tcPr>
            <w:tcW w:w="1726" w:type="dxa"/>
          </w:tcPr>
          <w:p w14:paraId="3D68E343" w14:textId="61423BB8" w:rsidR="004D0B1E" w:rsidRPr="00547C70" w:rsidRDefault="004D0B1E" w:rsidP="004D0B1E">
            <w:pPr>
              <w:jc w:val="center"/>
              <w:rPr>
                <w:rFonts w:cs="Shruti"/>
                <w:lang w:bidi="gu-IN"/>
              </w:rPr>
            </w:pPr>
            <w:r>
              <w:rPr>
                <w:rFonts w:cs="Shruti"/>
                <w:lang w:bidi="gu-IN"/>
              </w:rPr>
              <w:t>14</w:t>
            </w:r>
          </w:p>
        </w:tc>
        <w:tc>
          <w:tcPr>
            <w:tcW w:w="1726" w:type="dxa"/>
          </w:tcPr>
          <w:p w14:paraId="7BE35E3F" w14:textId="41E3496F" w:rsidR="004D0B1E" w:rsidRDefault="004D0B1E" w:rsidP="004D0B1E">
            <w:pPr>
              <w:jc w:val="center"/>
            </w:pPr>
            <w:r>
              <w:t>32</w:t>
            </w:r>
          </w:p>
        </w:tc>
      </w:tr>
      <w:tr w:rsidR="004D0B1E" w14:paraId="6FA2CEEE" w14:textId="77777777" w:rsidTr="004D0B1E">
        <w:tc>
          <w:tcPr>
            <w:tcW w:w="534" w:type="dxa"/>
          </w:tcPr>
          <w:p w14:paraId="0C410F96" w14:textId="77777777" w:rsidR="004D0B1E" w:rsidRDefault="004D0B1E" w:rsidP="004D0B1E">
            <w:r>
              <w:t>6</w:t>
            </w:r>
          </w:p>
        </w:tc>
        <w:tc>
          <w:tcPr>
            <w:tcW w:w="1982" w:type="dxa"/>
          </w:tcPr>
          <w:p w14:paraId="36FFABAF" w14:textId="77777777" w:rsidR="004D0B1E" w:rsidRDefault="004D0B1E" w:rsidP="004D0B1E">
            <w:r>
              <w:rPr>
                <w:rFonts w:cs="Shruti"/>
                <w:cs/>
                <w:lang w:bidi="gu-IN"/>
              </w:rPr>
              <w:t>ધોરણ</w:t>
            </w:r>
            <w:r>
              <w:t xml:space="preserve"> 6</w:t>
            </w:r>
          </w:p>
        </w:tc>
        <w:tc>
          <w:tcPr>
            <w:tcW w:w="2662" w:type="dxa"/>
          </w:tcPr>
          <w:p w14:paraId="096A2947" w14:textId="54ACF860" w:rsidR="004D0B1E" w:rsidRDefault="004D0B1E" w:rsidP="004D0B1E">
            <w:pPr>
              <w:jc w:val="center"/>
            </w:pPr>
            <w:r>
              <w:t>12</w:t>
            </w:r>
          </w:p>
        </w:tc>
        <w:tc>
          <w:tcPr>
            <w:tcW w:w="1726" w:type="dxa"/>
          </w:tcPr>
          <w:p w14:paraId="48BE2DF5" w14:textId="39E0D3DB" w:rsidR="004D0B1E" w:rsidRDefault="004D0B1E" w:rsidP="004D0B1E">
            <w:pPr>
              <w:jc w:val="center"/>
            </w:pPr>
            <w:r>
              <w:t>13</w:t>
            </w:r>
          </w:p>
        </w:tc>
        <w:tc>
          <w:tcPr>
            <w:tcW w:w="1726" w:type="dxa"/>
          </w:tcPr>
          <w:p w14:paraId="42F5ED71" w14:textId="19B003C4" w:rsidR="004D0B1E" w:rsidRDefault="004D0B1E" w:rsidP="004D0B1E">
            <w:pPr>
              <w:jc w:val="center"/>
            </w:pPr>
            <w:r>
              <w:t>25</w:t>
            </w:r>
          </w:p>
        </w:tc>
      </w:tr>
      <w:tr w:rsidR="004D0B1E" w14:paraId="58D747CD" w14:textId="77777777" w:rsidTr="004D0B1E">
        <w:tc>
          <w:tcPr>
            <w:tcW w:w="534" w:type="dxa"/>
          </w:tcPr>
          <w:p w14:paraId="53E97A38" w14:textId="77777777" w:rsidR="004D0B1E" w:rsidRDefault="004D0B1E" w:rsidP="004D0B1E">
            <w:r>
              <w:t>7</w:t>
            </w:r>
          </w:p>
        </w:tc>
        <w:tc>
          <w:tcPr>
            <w:tcW w:w="1982" w:type="dxa"/>
          </w:tcPr>
          <w:p w14:paraId="3F0296A1" w14:textId="77777777" w:rsidR="004D0B1E" w:rsidRDefault="004D0B1E" w:rsidP="004D0B1E">
            <w:r>
              <w:rPr>
                <w:rFonts w:cs="Shruti"/>
                <w:cs/>
                <w:lang w:bidi="gu-IN"/>
              </w:rPr>
              <w:t>ધોરણ</w:t>
            </w:r>
            <w:r>
              <w:t xml:space="preserve"> 7</w:t>
            </w:r>
          </w:p>
        </w:tc>
        <w:tc>
          <w:tcPr>
            <w:tcW w:w="2662" w:type="dxa"/>
          </w:tcPr>
          <w:p w14:paraId="6159619F" w14:textId="16F1626F" w:rsidR="004D0B1E" w:rsidRDefault="004D0B1E" w:rsidP="004D0B1E">
            <w:pPr>
              <w:jc w:val="center"/>
            </w:pPr>
            <w:r>
              <w:t>13</w:t>
            </w:r>
          </w:p>
        </w:tc>
        <w:tc>
          <w:tcPr>
            <w:tcW w:w="1726" w:type="dxa"/>
          </w:tcPr>
          <w:p w14:paraId="3D030760" w14:textId="2694EA1B" w:rsidR="004D0B1E" w:rsidRDefault="004D0B1E" w:rsidP="004D0B1E">
            <w:pPr>
              <w:jc w:val="center"/>
            </w:pPr>
            <w:r>
              <w:t>21</w:t>
            </w:r>
          </w:p>
        </w:tc>
        <w:tc>
          <w:tcPr>
            <w:tcW w:w="1726" w:type="dxa"/>
          </w:tcPr>
          <w:p w14:paraId="383EB5F5" w14:textId="43BDFF6F" w:rsidR="004D0B1E" w:rsidRDefault="004D0B1E" w:rsidP="004D0B1E">
            <w:pPr>
              <w:jc w:val="center"/>
            </w:pPr>
            <w:r>
              <w:rPr>
                <w:rFonts w:cs="Shruti"/>
                <w:lang w:bidi="gu-IN"/>
              </w:rPr>
              <w:t>34</w:t>
            </w:r>
          </w:p>
        </w:tc>
      </w:tr>
      <w:tr w:rsidR="004D0B1E" w14:paraId="03B4F1A5" w14:textId="77777777" w:rsidTr="004D0B1E">
        <w:tc>
          <w:tcPr>
            <w:tcW w:w="534" w:type="dxa"/>
          </w:tcPr>
          <w:p w14:paraId="55EA6E78" w14:textId="77777777" w:rsidR="004D0B1E" w:rsidRDefault="004D0B1E" w:rsidP="004D0B1E">
            <w:r>
              <w:t>8</w:t>
            </w:r>
          </w:p>
        </w:tc>
        <w:tc>
          <w:tcPr>
            <w:tcW w:w="1982" w:type="dxa"/>
          </w:tcPr>
          <w:p w14:paraId="1D9CDA1F" w14:textId="77777777" w:rsidR="004D0B1E" w:rsidRDefault="004D0B1E" w:rsidP="004D0B1E">
            <w:r>
              <w:rPr>
                <w:rFonts w:cs="Shruti"/>
                <w:cs/>
                <w:lang w:bidi="gu-IN"/>
              </w:rPr>
              <w:t>ધોરણ</w:t>
            </w:r>
            <w:r>
              <w:t xml:space="preserve"> 8</w:t>
            </w:r>
          </w:p>
        </w:tc>
        <w:tc>
          <w:tcPr>
            <w:tcW w:w="2662" w:type="dxa"/>
          </w:tcPr>
          <w:p w14:paraId="256899A6" w14:textId="0BCC7DFE" w:rsidR="004D0B1E" w:rsidRDefault="004D0B1E" w:rsidP="004D0B1E">
            <w:pPr>
              <w:jc w:val="center"/>
            </w:pPr>
            <w:r>
              <w:rPr>
                <w:rFonts w:cs="Shruti"/>
                <w:lang w:val="en-IN"/>
              </w:rPr>
              <w:t>17</w:t>
            </w:r>
          </w:p>
        </w:tc>
        <w:tc>
          <w:tcPr>
            <w:tcW w:w="1726" w:type="dxa"/>
          </w:tcPr>
          <w:p w14:paraId="38DB4C99" w14:textId="06913A56" w:rsidR="004D0B1E" w:rsidRDefault="004D0B1E" w:rsidP="004D0B1E">
            <w:pPr>
              <w:jc w:val="center"/>
            </w:pPr>
            <w:r>
              <w:t>14</w:t>
            </w:r>
          </w:p>
        </w:tc>
        <w:tc>
          <w:tcPr>
            <w:tcW w:w="1726" w:type="dxa"/>
          </w:tcPr>
          <w:p w14:paraId="50165482" w14:textId="666AE2AF" w:rsidR="004D0B1E" w:rsidRDefault="004D0B1E" w:rsidP="004D0B1E">
            <w:pPr>
              <w:jc w:val="center"/>
            </w:pPr>
            <w:r>
              <w:t>31</w:t>
            </w:r>
          </w:p>
        </w:tc>
      </w:tr>
      <w:tr w:rsidR="004D0B1E" w14:paraId="7D453D90" w14:textId="77777777" w:rsidTr="004D0B1E">
        <w:tc>
          <w:tcPr>
            <w:tcW w:w="534" w:type="dxa"/>
          </w:tcPr>
          <w:p w14:paraId="4FA7086E" w14:textId="77777777" w:rsidR="004D0B1E" w:rsidRDefault="004D0B1E" w:rsidP="004D0B1E"/>
        </w:tc>
        <w:tc>
          <w:tcPr>
            <w:tcW w:w="1982" w:type="dxa"/>
          </w:tcPr>
          <w:p w14:paraId="55FB345C" w14:textId="77777777" w:rsidR="004D0B1E" w:rsidRDefault="004D0B1E" w:rsidP="004D0B1E">
            <w:r>
              <w:rPr>
                <w:rFonts w:cs="Shruti"/>
                <w:b/>
                <w:bCs/>
                <w:cs/>
                <w:lang w:bidi="gu-IN"/>
              </w:rPr>
              <w:t>કુલ</w:t>
            </w:r>
            <w:r>
              <w:rPr>
                <w:b/>
              </w:rPr>
              <w:t xml:space="preserve"> (Grand Total)</w:t>
            </w:r>
          </w:p>
        </w:tc>
        <w:tc>
          <w:tcPr>
            <w:tcW w:w="2662" w:type="dxa"/>
          </w:tcPr>
          <w:p w14:paraId="21148371" w14:textId="6577820E" w:rsidR="004D0B1E" w:rsidRDefault="004D0B1E" w:rsidP="004D0B1E">
            <w:pPr>
              <w:jc w:val="center"/>
            </w:pPr>
            <w:r>
              <w:t>104</w:t>
            </w:r>
          </w:p>
        </w:tc>
        <w:tc>
          <w:tcPr>
            <w:tcW w:w="1726" w:type="dxa"/>
          </w:tcPr>
          <w:p w14:paraId="2B034D9C" w14:textId="19A69D58" w:rsidR="004D0B1E" w:rsidRDefault="004D0B1E" w:rsidP="004D0B1E">
            <w:pPr>
              <w:jc w:val="center"/>
            </w:pPr>
            <w:r>
              <w:t>109</w:t>
            </w:r>
          </w:p>
        </w:tc>
        <w:tc>
          <w:tcPr>
            <w:tcW w:w="1726" w:type="dxa"/>
          </w:tcPr>
          <w:p w14:paraId="38C51F0E" w14:textId="6AD3C637" w:rsidR="004D0B1E" w:rsidRDefault="004D0B1E" w:rsidP="004D0B1E">
            <w:pPr>
              <w:jc w:val="center"/>
            </w:pPr>
            <w:r>
              <w:t>213</w:t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750A4E" w14:paraId="4270D9E4" w14:textId="77777777" w:rsidTr="00B50F7F">
        <w:tc>
          <w:tcPr>
            <w:tcW w:w="4320" w:type="dxa"/>
          </w:tcPr>
          <w:p w14:paraId="6457C994" w14:textId="77777777" w:rsidR="00750A4E" w:rsidRDefault="00750A4E" w:rsidP="00B50F7F">
            <w:pPr>
              <w:rPr>
                <w:rFonts w:cs="Shruti"/>
                <w:lang w:bidi="gu-IN"/>
              </w:rPr>
            </w:pPr>
          </w:p>
          <w:p w14:paraId="16DD0DCE" w14:textId="77777777" w:rsidR="00750A4E" w:rsidRDefault="00750A4E" w:rsidP="00B50F7F">
            <w:pPr>
              <w:rPr>
                <w:rFonts w:cs="Shruti"/>
                <w:lang w:bidi="gu-IN"/>
              </w:rPr>
            </w:pPr>
          </w:p>
          <w:p w14:paraId="396765E9" w14:textId="77777777" w:rsidR="00750A4E" w:rsidRDefault="00750A4E" w:rsidP="00B50F7F">
            <w:pPr>
              <w:rPr>
                <w:rFonts w:cs="Shruti"/>
                <w:lang w:bidi="gu-IN"/>
              </w:rPr>
            </w:pPr>
          </w:p>
          <w:p w14:paraId="4EBD7FD3" w14:textId="33B6DD26" w:rsidR="00750A4E" w:rsidRDefault="00750A4E" w:rsidP="00B50F7F">
            <w:r>
              <w:rPr>
                <w:rFonts w:cs="Shruti"/>
                <w:cs/>
                <w:lang w:bidi="gu-IN"/>
              </w:rPr>
              <w:t>સ્થળ</w:t>
            </w:r>
            <w:r>
              <w:t xml:space="preserve">: </w:t>
            </w:r>
            <w:r w:rsidR="008E13CA">
              <w:rPr>
                <w:rFonts w:cs="Shruti" w:hint="cs"/>
                <w:cs/>
                <w:lang w:bidi="gu-IN"/>
              </w:rPr>
              <w:t xml:space="preserve">ઢાંકણ્રીયાવાસ પ્રાથમિક શાળા </w:t>
            </w:r>
            <w:r w:rsidR="00A31179">
              <w:rPr>
                <w:rFonts w:cs="Shruti"/>
                <w:lang w:bidi="gu-IN"/>
              </w:rPr>
              <w:t xml:space="preserve"> </w:t>
            </w:r>
            <w:r>
              <w:br/>
            </w:r>
            <w:r>
              <w:rPr>
                <w:rFonts w:cs="Shruti"/>
                <w:cs/>
                <w:lang w:bidi="gu-IN"/>
              </w:rPr>
              <w:t>તારીખ</w:t>
            </w:r>
            <w:r>
              <w:t xml:space="preserve">: </w:t>
            </w:r>
            <w:r w:rsidR="008E13CA">
              <w:t>21/08/2026</w:t>
            </w:r>
          </w:p>
        </w:tc>
        <w:tc>
          <w:tcPr>
            <w:tcW w:w="4320" w:type="dxa"/>
          </w:tcPr>
          <w:p w14:paraId="56DD95DF" w14:textId="77777777" w:rsidR="00750A4E" w:rsidRDefault="00750A4E" w:rsidP="00B50F7F">
            <w:pPr>
              <w:jc w:val="right"/>
              <w:rPr>
                <w:rFonts w:cs="Shruti"/>
                <w:lang w:bidi="gu-IN"/>
              </w:rPr>
            </w:pPr>
          </w:p>
          <w:p w14:paraId="0DCB6C26" w14:textId="77777777" w:rsidR="00750A4E" w:rsidRDefault="00750A4E" w:rsidP="00B50F7F">
            <w:pPr>
              <w:jc w:val="right"/>
              <w:rPr>
                <w:rFonts w:cs="Shruti"/>
                <w:lang w:bidi="gu-IN"/>
              </w:rPr>
            </w:pPr>
          </w:p>
          <w:p w14:paraId="5000A301" w14:textId="77777777" w:rsidR="00750A4E" w:rsidRDefault="00750A4E" w:rsidP="00B50F7F">
            <w:pPr>
              <w:jc w:val="right"/>
              <w:rPr>
                <w:rFonts w:cs="Shruti"/>
                <w:lang w:bidi="gu-IN"/>
              </w:rPr>
            </w:pPr>
          </w:p>
          <w:p w14:paraId="437A35DB" w14:textId="77777777" w:rsidR="00750A4E" w:rsidRDefault="00750A4E" w:rsidP="00B50F7F">
            <w:pPr>
              <w:jc w:val="right"/>
            </w:pPr>
            <w:r>
              <w:rPr>
                <w:rFonts w:cs="Shruti"/>
                <w:cs/>
                <w:lang w:bidi="gu-IN"/>
              </w:rPr>
              <w:t>આચાર્યશ્રીની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સહી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અને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સિક્કો</w:t>
            </w:r>
          </w:p>
        </w:tc>
      </w:tr>
    </w:tbl>
    <w:p w14:paraId="7E63D6AB" w14:textId="77777777" w:rsidR="00750A4E" w:rsidRDefault="00750A4E" w:rsidP="00750A4E">
      <w:pPr>
        <w:rPr>
          <w:rFonts w:cs="Shruti"/>
          <w:lang w:bidi="gu-IN"/>
        </w:rPr>
      </w:pPr>
    </w:p>
    <w:p w14:paraId="572F4BF7" w14:textId="77777777" w:rsidR="00D238DE" w:rsidRDefault="00D238DE" w:rsidP="00C50344">
      <w:pPr>
        <w:tabs>
          <w:tab w:val="left" w:pos="2835"/>
        </w:tabs>
        <w:rPr>
          <w:rFonts w:cs="Shruti"/>
          <w:sz w:val="28"/>
          <w:szCs w:val="28"/>
          <w:lang w:bidi="gu-IN"/>
        </w:rPr>
      </w:pPr>
    </w:p>
    <w:p w14:paraId="4C8227A9" w14:textId="77777777" w:rsidR="00D508EB" w:rsidRDefault="00D508EB" w:rsidP="00C50344">
      <w:pPr>
        <w:tabs>
          <w:tab w:val="left" w:pos="2835"/>
        </w:tabs>
        <w:rPr>
          <w:rFonts w:cs="Shruti"/>
          <w:sz w:val="28"/>
          <w:szCs w:val="28"/>
          <w:lang w:bidi="gu-IN"/>
        </w:rPr>
      </w:pPr>
    </w:p>
    <w:p w14:paraId="38384B92" w14:textId="77777777" w:rsidR="00D508EB" w:rsidRDefault="00D508EB" w:rsidP="00C50344">
      <w:pPr>
        <w:tabs>
          <w:tab w:val="left" w:pos="2835"/>
        </w:tabs>
        <w:rPr>
          <w:rFonts w:cs="Shruti"/>
          <w:sz w:val="28"/>
          <w:szCs w:val="28"/>
          <w:lang w:bidi="gu-IN"/>
        </w:rPr>
      </w:pPr>
    </w:p>
    <w:p w14:paraId="62B7FD53" w14:textId="77777777" w:rsidR="00D508EB" w:rsidRDefault="00D508EB" w:rsidP="00C50344">
      <w:pPr>
        <w:tabs>
          <w:tab w:val="left" w:pos="2835"/>
        </w:tabs>
        <w:rPr>
          <w:rFonts w:cs="Shruti"/>
          <w:sz w:val="28"/>
          <w:szCs w:val="28"/>
          <w:lang w:bidi="gu-IN"/>
        </w:rPr>
      </w:pPr>
    </w:p>
    <w:p w14:paraId="477E3876" w14:textId="77777777" w:rsidR="00D508EB" w:rsidRDefault="00D508EB" w:rsidP="00C50344">
      <w:pPr>
        <w:tabs>
          <w:tab w:val="left" w:pos="2835"/>
        </w:tabs>
        <w:rPr>
          <w:rFonts w:cs="Shruti"/>
          <w:sz w:val="28"/>
          <w:szCs w:val="28"/>
          <w:lang w:bidi="gu-IN"/>
        </w:rPr>
      </w:pPr>
    </w:p>
    <w:p w14:paraId="5048E281" w14:textId="77777777" w:rsidR="00D508EB" w:rsidRDefault="00D508EB" w:rsidP="00C50344">
      <w:pPr>
        <w:tabs>
          <w:tab w:val="left" w:pos="2835"/>
        </w:tabs>
        <w:rPr>
          <w:rFonts w:cs="Shruti"/>
          <w:sz w:val="28"/>
          <w:szCs w:val="28"/>
          <w:lang w:bidi="gu-IN"/>
        </w:rPr>
      </w:pPr>
    </w:p>
    <w:p w14:paraId="17264E53" w14:textId="77777777" w:rsidR="00D508EB" w:rsidRDefault="00D508EB" w:rsidP="00C50344">
      <w:pPr>
        <w:tabs>
          <w:tab w:val="left" w:pos="2835"/>
        </w:tabs>
        <w:rPr>
          <w:rFonts w:cs="Shruti"/>
          <w:sz w:val="28"/>
          <w:szCs w:val="28"/>
          <w:lang w:bidi="gu-IN"/>
        </w:rPr>
      </w:pPr>
    </w:p>
    <w:p w14:paraId="3397895D" w14:textId="77777777" w:rsidR="00D508EB" w:rsidRDefault="00D508EB" w:rsidP="00C50344">
      <w:pPr>
        <w:tabs>
          <w:tab w:val="left" w:pos="2835"/>
        </w:tabs>
        <w:rPr>
          <w:rFonts w:cs="Shruti"/>
          <w:sz w:val="28"/>
          <w:szCs w:val="28"/>
          <w:lang w:bidi="gu-IN"/>
        </w:rPr>
      </w:pPr>
    </w:p>
    <w:p w14:paraId="53486715" w14:textId="77777777" w:rsidR="003D3E34" w:rsidRDefault="003D3E34" w:rsidP="00CA1AC1">
      <w:pPr>
        <w:spacing w:after="0" w:line="240" w:lineRule="auto"/>
        <w:rPr>
          <w:rFonts w:cs="Shruti"/>
          <w:sz w:val="28"/>
          <w:szCs w:val="28"/>
          <w:u w:val="single"/>
          <w:lang w:bidi="gu-IN"/>
        </w:rPr>
      </w:pPr>
    </w:p>
    <w:p w14:paraId="007B7178" w14:textId="77777777" w:rsidR="003D3E34" w:rsidRDefault="003D3E34" w:rsidP="00502A5D">
      <w:pPr>
        <w:spacing w:after="0" w:line="240" w:lineRule="auto"/>
        <w:jc w:val="center"/>
        <w:rPr>
          <w:rFonts w:cs="Shruti"/>
          <w:sz w:val="28"/>
          <w:szCs w:val="28"/>
          <w:u w:val="single"/>
          <w:lang w:bidi="gu-IN"/>
        </w:rPr>
      </w:pPr>
    </w:p>
    <w:p w14:paraId="24D1194E" w14:textId="482F3482" w:rsidR="00502A5D" w:rsidRDefault="002546D1" w:rsidP="00502A5D">
      <w:pPr>
        <w:spacing w:after="0" w:line="240" w:lineRule="auto"/>
        <w:jc w:val="center"/>
        <w:rPr>
          <w:rFonts w:cs="Shruti"/>
          <w:b/>
          <w:u w:val="single"/>
          <w:lang w:val="en-IN" w:bidi="gu-IN"/>
        </w:rPr>
      </w:pPr>
      <w:r>
        <w:rPr>
          <w:rFonts w:cs="Shruti" w:hint="cs"/>
          <w:sz w:val="28"/>
          <w:szCs w:val="28"/>
          <w:u w:val="single"/>
          <w:cs/>
          <w:lang w:bidi="gu-IN"/>
        </w:rPr>
        <w:t>ઢાંકણ્રીયાવાસ પ્રાથમિક શાળા તા- લાખણી જિલ્લો - વાવ-થરાદ ડાયસ કોડ: 24021300207</w:t>
      </w:r>
    </w:p>
    <w:p w14:paraId="3D7F0DA1" w14:textId="77777777" w:rsidR="00D508EB" w:rsidRDefault="00D508EB" w:rsidP="00546E7C">
      <w:pPr>
        <w:tabs>
          <w:tab w:val="left" w:pos="2835"/>
        </w:tabs>
        <w:spacing w:line="240" w:lineRule="auto"/>
        <w:jc w:val="center"/>
        <w:rPr>
          <w:rFonts w:cs="Shruti"/>
          <w:sz w:val="28"/>
          <w:szCs w:val="28"/>
          <w:lang w:bidi="gu-IN"/>
        </w:rPr>
      </w:pPr>
      <w:r w:rsidRPr="00D508EB">
        <w:rPr>
          <w:rFonts w:cs="Shruti"/>
          <w:sz w:val="28"/>
          <w:szCs w:val="28"/>
          <w:cs/>
          <w:lang w:bidi="gu-IN"/>
        </w:rPr>
        <w:t xml:space="preserve">શાળાના પ્રત્યેક કર્મચારી/ શિક્ષકને અપાયેલ કામગીરી/વિષય અને તેમની શૈક્ષણિક </w:t>
      </w:r>
      <w:r w:rsidRPr="00D508EB">
        <w:rPr>
          <w:rFonts w:cs="Shruti"/>
          <w:sz w:val="28"/>
          <w:szCs w:val="28"/>
        </w:rPr>
        <w:t xml:space="preserve">– </w:t>
      </w:r>
      <w:r w:rsidRPr="00D508EB">
        <w:rPr>
          <w:rFonts w:cs="Shruti"/>
          <w:sz w:val="28"/>
          <w:szCs w:val="28"/>
          <w:cs/>
          <w:lang w:bidi="gu-IN"/>
        </w:rPr>
        <w:t>વ્યાવસાયિક લાયકાતની વિગત</w:t>
      </w:r>
    </w:p>
    <w:p w14:paraId="4E3AAD68" w14:textId="77777777" w:rsidR="00AC6BCD" w:rsidRPr="00652DD8" w:rsidRDefault="00700879" w:rsidP="00AC6BCD">
      <w:pPr>
        <w:jc w:val="center"/>
        <w:rPr>
          <w:rFonts w:cs="Shruti"/>
          <w:lang w:bidi="gu-IN"/>
        </w:rPr>
      </w:pPr>
      <w:r w:rsidRPr="00AC6BCD">
        <w:rPr>
          <w:i/>
          <w:sz w:val="18"/>
          <w:szCs w:val="18"/>
        </w:rPr>
        <w:t xml:space="preserve"> </w:t>
      </w:r>
      <w:r w:rsidR="00AC6BCD" w:rsidRPr="00AC6BCD">
        <w:rPr>
          <w:i/>
          <w:sz w:val="18"/>
          <w:szCs w:val="18"/>
        </w:rPr>
        <w:t xml:space="preserve">(SQAAF </w:t>
      </w:r>
      <w:r w:rsidR="00AC6BCD" w:rsidRPr="00AC6BCD">
        <w:rPr>
          <w:rFonts w:cs="Shruti"/>
          <w:i/>
          <w:iCs/>
          <w:sz w:val="18"/>
          <w:szCs w:val="18"/>
          <w:cs/>
          <w:lang w:bidi="gu-IN"/>
        </w:rPr>
        <w:t>ગુણોત્સવ</w:t>
      </w:r>
      <w:r w:rsidR="00AC6BCD" w:rsidRPr="00AC6BCD">
        <w:rPr>
          <w:i/>
          <w:sz w:val="18"/>
          <w:szCs w:val="18"/>
        </w:rPr>
        <w:t xml:space="preserve"> - </w:t>
      </w:r>
      <w:r w:rsidR="00AC6BCD" w:rsidRPr="00AC6BCD">
        <w:rPr>
          <w:rFonts w:cs="Shruti"/>
          <w:i/>
          <w:iCs/>
          <w:sz w:val="18"/>
          <w:szCs w:val="18"/>
          <w:cs/>
          <w:lang w:bidi="gu-IN"/>
        </w:rPr>
        <w:t>૨</w:t>
      </w:r>
      <w:r w:rsidR="00AC6BCD" w:rsidRPr="00AC6BCD">
        <w:rPr>
          <w:i/>
          <w:sz w:val="18"/>
          <w:szCs w:val="18"/>
        </w:rPr>
        <w:t>.</w:t>
      </w:r>
      <w:r w:rsidR="00AC6BCD" w:rsidRPr="00AC6BCD">
        <w:rPr>
          <w:rFonts w:cs="Shruti"/>
          <w:i/>
          <w:iCs/>
          <w:sz w:val="18"/>
          <w:szCs w:val="18"/>
          <w:cs/>
          <w:lang w:bidi="gu-IN"/>
        </w:rPr>
        <w:t>૦</w:t>
      </w:r>
      <w:r w:rsidR="00AC6BCD" w:rsidRPr="00AC6BCD">
        <w:rPr>
          <w:i/>
          <w:sz w:val="18"/>
          <w:szCs w:val="18"/>
        </w:rPr>
        <w:t xml:space="preserve"> </w:t>
      </w:r>
      <w:r w:rsidR="00AC6BCD" w:rsidRPr="00AC6BCD">
        <w:rPr>
          <w:rFonts w:cs="Shruti"/>
          <w:i/>
          <w:iCs/>
          <w:sz w:val="18"/>
          <w:szCs w:val="18"/>
          <w:cs/>
          <w:lang w:bidi="gu-IN"/>
        </w:rPr>
        <w:t>માર્ગદર્શિકા</w:t>
      </w:r>
      <w:r w:rsidR="00AC6BCD" w:rsidRPr="00AC6BCD">
        <w:rPr>
          <w:i/>
          <w:sz w:val="18"/>
          <w:szCs w:val="18"/>
        </w:rPr>
        <w:t xml:space="preserve"> </w:t>
      </w:r>
      <w:r w:rsidR="00AC6BCD" w:rsidRPr="00AC6BCD">
        <w:rPr>
          <w:rFonts w:cs="Shruti"/>
          <w:i/>
          <w:iCs/>
          <w:sz w:val="18"/>
          <w:szCs w:val="18"/>
          <w:cs/>
          <w:lang w:bidi="gu-IN"/>
        </w:rPr>
        <w:t>મુજબ</w:t>
      </w:r>
      <w:r w:rsidR="00AC6BCD" w:rsidRPr="00AC6BCD">
        <w:rPr>
          <w:i/>
          <w:sz w:val="18"/>
          <w:szCs w:val="18"/>
        </w:rPr>
        <w:t xml:space="preserve"> </w:t>
      </w:r>
      <w:r w:rsidR="00AC6BCD" w:rsidRPr="00AC6BCD">
        <w:rPr>
          <w:rFonts w:cs="Shruti"/>
          <w:i/>
          <w:iCs/>
          <w:sz w:val="18"/>
          <w:szCs w:val="18"/>
          <w:cs/>
          <w:lang w:bidi="gu-IN"/>
        </w:rPr>
        <w:t>અપલોડ</w:t>
      </w:r>
      <w:r w:rsidR="00AC6BCD" w:rsidRPr="00AC6BCD">
        <w:rPr>
          <w:i/>
          <w:sz w:val="18"/>
          <w:szCs w:val="18"/>
        </w:rPr>
        <w:t xml:space="preserve"> </w:t>
      </w:r>
      <w:r w:rsidR="00AC6BCD" w:rsidRPr="00AC6BCD">
        <w:rPr>
          <w:rFonts w:cs="Shruti"/>
          <w:i/>
          <w:iCs/>
          <w:sz w:val="18"/>
          <w:szCs w:val="18"/>
          <w:cs/>
          <w:lang w:bidi="gu-IN"/>
        </w:rPr>
        <w:t>કરવાનો</w:t>
      </w:r>
      <w:r w:rsidR="00AC6BCD" w:rsidRPr="00AC6BCD">
        <w:rPr>
          <w:i/>
          <w:sz w:val="18"/>
          <w:szCs w:val="18"/>
        </w:rPr>
        <w:t xml:space="preserve"> </w:t>
      </w:r>
      <w:r w:rsidR="00AC6BCD" w:rsidRPr="00AC6BCD">
        <w:rPr>
          <w:rFonts w:cs="Shruti"/>
          <w:i/>
          <w:iCs/>
          <w:sz w:val="18"/>
          <w:szCs w:val="18"/>
          <w:cs/>
          <w:lang w:bidi="gu-IN"/>
        </w:rPr>
        <w:t>આધાર</w:t>
      </w:r>
      <w:r w:rsidR="00AC6BCD" w:rsidRPr="00AC6BCD">
        <w:rPr>
          <w:i/>
          <w:sz w:val="18"/>
          <w:szCs w:val="18"/>
        </w:rPr>
        <w:t>)</w:t>
      </w:r>
      <w:r w:rsidR="00AC6BCD" w:rsidRPr="00AC6BCD">
        <w:rPr>
          <w:sz w:val="18"/>
          <w:szCs w:val="18"/>
        </w:rPr>
        <w:br/>
      </w:r>
      <w:r w:rsidR="00AC6BCD">
        <w:rPr>
          <w:rFonts w:cs="Shruti"/>
          <w:cs/>
          <w:lang w:bidi="gu-IN"/>
        </w:rPr>
        <w:t>આ</w:t>
      </w:r>
      <w:r w:rsidR="00AC6BCD">
        <w:t xml:space="preserve"> </w:t>
      </w:r>
      <w:r w:rsidR="00AC6BCD">
        <w:rPr>
          <w:rFonts w:cs="Shruti"/>
          <w:cs/>
          <w:lang w:bidi="gu-IN"/>
        </w:rPr>
        <w:t>પત્રકમાં</w:t>
      </w:r>
      <w:r w:rsidR="00AC6BCD">
        <w:t xml:space="preserve"> </w:t>
      </w:r>
      <w:r w:rsidR="00AC6BCD">
        <w:rPr>
          <w:rFonts w:cs="Shruti"/>
          <w:cs/>
          <w:lang w:bidi="gu-IN"/>
        </w:rPr>
        <w:t>શાળાના</w:t>
      </w:r>
      <w:r w:rsidR="00AC6BCD">
        <w:t xml:space="preserve"> </w:t>
      </w:r>
      <w:r w:rsidR="00AC6BCD">
        <w:rPr>
          <w:rFonts w:cs="Shruti"/>
          <w:cs/>
          <w:lang w:bidi="gu-IN"/>
        </w:rPr>
        <w:t>પ્રત્યેક</w:t>
      </w:r>
      <w:r w:rsidR="00AC6BCD">
        <w:t xml:space="preserve"> </w:t>
      </w:r>
      <w:r w:rsidR="00AC6BCD">
        <w:rPr>
          <w:rFonts w:cs="Shruti"/>
          <w:cs/>
          <w:lang w:bidi="gu-IN"/>
        </w:rPr>
        <w:t>કર્મચારી</w:t>
      </w:r>
      <w:r w:rsidR="00AC6BCD">
        <w:t xml:space="preserve"> </w:t>
      </w:r>
      <w:r w:rsidR="00AC6BCD">
        <w:rPr>
          <w:rFonts w:cs="Shruti"/>
          <w:cs/>
          <w:lang w:bidi="gu-IN"/>
        </w:rPr>
        <w:t>અને</w:t>
      </w:r>
      <w:r w:rsidR="00AC6BCD">
        <w:t xml:space="preserve"> </w:t>
      </w:r>
      <w:r w:rsidR="00AC6BCD">
        <w:rPr>
          <w:rFonts w:cs="Shruti"/>
          <w:cs/>
          <w:lang w:bidi="gu-IN"/>
        </w:rPr>
        <w:t>શિક્ષકોની</w:t>
      </w:r>
      <w:r w:rsidR="00AC6BCD">
        <w:t xml:space="preserve"> </w:t>
      </w:r>
      <w:r w:rsidR="00AC6BCD">
        <w:rPr>
          <w:rFonts w:cs="Shruti"/>
          <w:cs/>
          <w:lang w:bidi="gu-IN"/>
        </w:rPr>
        <w:t>શૈક્ષણિક</w:t>
      </w:r>
      <w:r w:rsidR="00AC6BCD">
        <w:t>-</w:t>
      </w:r>
      <w:r w:rsidR="00AC6BCD">
        <w:rPr>
          <w:rFonts w:cs="Shruti"/>
          <w:cs/>
          <w:lang w:bidi="gu-IN"/>
        </w:rPr>
        <w:t>વ્યાવસાયિક</w:t>
      </w:r>
      <w:r w:rsidR="00AC6BCD">
        <w:t xml:space="preserve"> </w:t>
      </w:r>
      <w:r w:rsidR="00AC6BCD">
        <w:rPr>
          <w:rFonts w:cs="Shruti"/>
          <w:cs/>
          <w:lang w:bidi="gu-IN"/>
        </w:rPr>
        <w:t>લાયકાત</w:t>
      </w:r>
      <w:r w:rsidR="00AC6BCD">
        <w:t xml:space="preserve"> </w:t>
      </w:r>
      <w:r w:rsidR="00AC6BCD">
        <w:rPr>
          <w:rFonts w:cs="Shruti"/>
          <w:cs/>
          <w:lang w:bidi="gu-IN"/>
        </w:rPr>
        <w:t>તેમજ</w:t>
      </w:r>
      <w:r w:rsidR="00AC6BCD">
        <w:t xml:space="preserve"> </w:t>
      </w:r>
      <w:r w:rsidR="00AC6BCD">
        <w:rPr>
          <w:rFonts w:cs="Shruti"/>
          <w:cs/>
          <w:lang w:bidi="gu-IN"/>
        </w:rPr>
        <w:t>તેમને</w:t>
      </w:r>
      <w:r w:rsidR="00AC6BCD">
        <w:t xml:space="preserve"> </w:t>
      </w:r>
      <w:r w:rsidR="00AC6BCD">
        <w:rPr>
          <w:rFonts w:cs="Shruti"/>
          <w:cs/>
          <w:lang w:bidi="gu-IN"/>
        </w:rPr>
        <w:t>ફાળવવામાં</w:t>
      </w:r>
      <w:r w:rsidR="00AC6BCD">
        <w:t xml:space="preserve"> </w:t>
      </w:r>
      <w:r w:rsidR="00AC6BCD">
        <w:rPr>
          <w:rFonts w:cs="Shruti"/>
          <w:cs/>
          <w:lang w:bidi="gu-IN"/>
        </w:rPr>
        <w:t>આવેલ</w:t>
      </w:r>
      <w:r w:rsidR="00AC6BCD">
        <w:t xml:space="preserve"> </w:t>
      </w:r>
      <w:r w:rsidR="00AC6BCD">
        <w:rPr>
          <w:rFonts w:cs="Shruti"/>
          <w:cs/>
          <w:lang w:bidi="gu-IN"/>
        </w:rPr>
        <w:t>વિષયો</w:t>
      </w:r>
      <w:r w:rsidR="00AC6BCD">
        <w:t xml:space="preserve"> </w:t>
      </w:r>
      <w:r w:rsidR="00AC6BCD">
        <w:rPr>
          <w:rFonts w:cs="Shruti"/>
          <w:cs/>
          <w:lang w:bidi="gu-IN"/>
        </w:rPr>
        <w:t>અને</w:t>
      </w:r>
      <w:r w:rsidR="00AC6BCD">
        <w:t xml:space="preserve"> </w:t>
      </w:r>
      <w:r w:rsidR="00AC6BCD">
        <w:rPr>
          <w:rFonts w:cs="Shruti"/>
          <w:cs/>
          <w:lang w:bidi="gu-IN"/>
        </w:rPr>
        <w:t>અન્ય</w:t>
      </w:r>
      <w:r w:rsidR="00AC6BCD">
        <w:t xml:space="preserve"> </w:t>
      </w:r>
      <w:r w:rsidR="00AC6BCD">
        <w:rPr>
          <w:rFonts w:cs="Shruti"/>
          <w:cs/>
          <w:lang w:bidi="gu-IN"/>
        </w:rPr>
        <w:t>કામગીરીની</w:t>
      </w:r>
      <w:r w:rsidR="00AC6BCD">
        <w:t xml:space="preserve"> </w:t>
      </w:r>
      <w:r w:rsidR="00AC6BCD">
        <w:rPr>
          <w:rFonts w:cs="Shruti"/>
          <w:cs/>
          <w:lang w:bidi="gu-IN"/>
        </w:rPr>
        <w:t>વિગત</w:t>
      </w:r>
      <w:r w:rsidR="00AC6BCD">
        <w:t xml:space="preserve"> </w:t>
      </w:r>
      <w:r w:rsidR="00AC6BCD">
        <w:rPr>
          <w:rFonts w:cs="Shruti"/>
          <w:cs/>
          <w:lang w:bidi="gu-IN"/>
        </w:rPr>
        <w:t>દર્શાવવામાં</w:t>
      </w:r>
      <w:r w:rsidR="00AC6BCD">
        <w:t xml:space="preserve"> </w:t>
      </w:r>
      <w:r w:rsidR="00AC6BCD">
        <w:rPr>
          <w:rFonts w:cs="Shruti"/>
          <w:cs/>
          <w:lang w:bidi="gu-IN"/>
        </w:rPr>
        <w:t>આવી</w:t>
      </w:r>
      <w:r w:rsidR="00AC6BCD">
        <w:t xml:space="preserve"> </w:t>
      </w:r>
      <w:r w:rsidR="00AC6BCD">
        <w:rPr>
          <w:rFonts w:cs="Shruti"/>
          <w:cs/>
          <w:lang w:bidi="gu-IN"/>
        </w:rPr>
        <w:t>છે</w:t>
      </w:r>
      <w:r w:rsidR="00652DD8">
        <w:t>.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534"/>
        <w:gridCol w:w="2409"/>
        <w:gridCol w:w="1560"/>
        <w:gridCol w:w="1257"/>
        <w:gridCol w:w="1440"/>
        <w:gridCol w:w="2122"/>
      </w:tblGrid>
      <w:tr w:rsidR="00AC6BCD" w14:paraId="0B10DD62" w14:textId="77777777" w:rsidTr="007F0273">
        <w:tc>
          <w:tcPr>
            <w:tcW w:w="534" w:type="dxa"/>
          </w:tcPr>
          <w:p w14:paraId="3C1B5968" w14:textId="77777777" w:rsidR="00AC6BCD" w:rsidRDefault="00AC6BCD" w:rsidP="00B50F7F">
            <w:r>
              <w:rPr>
                <w:rFonts w:cs="Shruti"/>
                <w:b/>
                <w:bCs/>
                <w:cs/>
                <w:lang w:bidi="gu-IN"/>
              </w:rPr>
              <w:t>ક્રમ</w:t>
            </w:r>
          </w:p>
        </w:tc>
        <w:tc>
          <w:tcPr>
            <w:tcW w:w="2409" w:type="dxa"/>
          </w:tcPr>
          <w:p w14:paraId="0041B078" w14:textId="77777777" w:rsidR="00AC6BCD" w:rsidRDefault="00AC6BCD" w:rsidP="007F0273">
            <w:pPr>
              <w:jc w:val="center"/>
            </w:pPr>
            <w:r>
              <w:rPr>
                <w:rFonts w:cs="Shruti"/>
                <w:b/>
                <w:bCs/>
                <w:cs/>
                <w:lang w:bidi="gu-IN"/>
              </w:rPr>
              <w:t>કર્મચારી</w:t>
            </w:r>
            <w:r>
              <w:rPr>
                <w:b/>
              </w:rPr>
              <w:t xml:space="preserve"> / </w:t>
            </w:r>
            <w:r>
              <w:rPr>
                <w:rFonts w:cs="Shruti"/>
                <w:b/>
                <w:bCs/>
                <w:cs/>
                <w:lang w:bidi="gu-IN"/>
              </w:rPr>
              <w:t>શિક્ષકનું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પૂરું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નામ</w:t>
            </w:r>
          </w:p>
        </w:tc>
        <w:tc>
          <w:tcPr>
            <w:tcW w:w="1560" w:type="dxa"/>
          </w:tcPr>
          <w:p w14:paraId="731B9C38" w14:textId="77777777" w:rsidR="00AC6BCD" w:rsidRDefault="00AC6BCD" w:rsidP="007F0273">
            <w:pPr>
              <w:jc w:val="center"/>
            </w:pPr>
            <w:r>
              <w:rPr>
                <w:rFonts w:cs="Shruti"/>
                <w:b/>
                <w:bCs/>
                <w:cs/>
                <w:lang w:bidi="gu-IN"/>
              </w:rPr>
              <w:t>હોદ્દો</w:t>
            </w:r>
          </w:p>
        </w:tc>
        <w:tc>
          <w:tcPr>
            <w:tcW w:w="1257" w:type="dxa"/>
          </w:tcPr>
          <w:p w14:paraId="05450C21" w14:textId="77777777" w:rsidR="00AC6BCD" w:rsidRDefault="00AC6BCD" w:rsidP="007F0273">
            <w:pPr>
              <w:jc w:val="center"/>
            </w:pPr>
            <w:r>
              <w:rPr>
                <w:rFonts w:cs="Shruti"/>
                <w:b/>
                <w:bCs/>
                <w:cs/>
                <w:lang w:bidi="gu-IN"/>
              </w:rPr>
              <w:t>શૈક્ષણિક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લાયકાત</w:t>
            </w:r>
          </w:p>
        </w:tc>
        <w:tc>
          <w:tcPr>
            <w:tcW w:w="1440" w:type="dxa"/>
          </w:tcPr>
          <w:p w14:paraId="44EF128C" w14:textId="77777777" w:rsidR="00AC6BCD" w:rsidRDefault="00AC6BCD" w:rsidP="007F0273">
            <w:pPr>
              <w:jc w:val="center"/>
            </w:pPr>
            <w:r>
              <w:rPr>
                <w:rFonts w:cs="Shruti"/>
                <w:b/>
                <w:bCs/>
                <w:cs/>
                <w:lang w:bidi="gu-IN"/>
              </w:rPr>
              <w:t>વ્યાવસાયિક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લાયકાત</w:t>
            </w:r>
          </w:p>
        </w:tc>
        <w:tc>
          <w:tcPr>
            <w:tcW w:w="2122" w:type="dxa"/>
          </w:tcPr>
          <w:p w14:paraId="22A7666B" w14:textId="77777777" w:rsidR="00AC6BCD" w:rsidRDefault="00AC6BCD" w:rsidP="007F0273">
            <w:pPr>
              <w:jc w:val="center"/>
            </w:pPr>
            <w:r>
              <w:rPr>
                <w:rFonts w:cs="Shruti"/>
                <w:b/>
                <w:bCs/>
                <w:cs/>
                <w:lang w:bidi="gu-IN"/>
              </w:rPr>
              <w:t>સોંપેલ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કામગીરી</w:t>
            </w:r>
            <w:r>
              <w:rPr>
                <w:b/>
              </w:rPr>
              <w:t xml:space="preserve"> / </w:t>
            </w:r>
            <w:r>
              <w:rPr>
                <w:rFonts w:cs="Shruti"/>
                <w:b/>
                <w:bCs/>
                <w:cs/>
                <w:lang w:bidi="gu-IN"/>
              </w:rPr>
              <w:t>ભણાવતા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વિષયો</w:t>
            </w:r>
          </w:p>
        </w:tc>
      </w:tr>
      <w:tr w:rsidR="00AC6BCD" w14:paraId="57CFD02C" w14:textId="77777777" w:rsidTr="007F0273">
        <w:tc>
          <w:tcPr>
            <w:tcW w:w="534" w:type="dxa"/>
          </w:tcPr>
          <w:p w14:paraId="2109A928" w14:textId="77777777" w:rsidR="00AC6BCD" w:rsidRDefault="00AC6BCD" w:rsidP="00B50F7F">
            <w:r>
              <w:t>1</w:t>
            </w:r>
          </w:p>
        </w:tc>
        <w:tc>
          <w:tcPr>
            <w:tcW w:w="2409" w:type="dxa"/>
          </w:tcPr>
          <w:p w14:paraId="718189AD" w14:textId="77777777" w:rsidR="00AC6BCD" w:rsidRDefault="00A31179" w:rsidP="00B50F7F">
            <w:pPr>
              <w:rPr>
                <w:rFonts w:cs="Shruti"/>
                <w:sz w:val="18"/>
                <w:szCs w:val="18"/>
                <w:lang w:bidi="gu-IN"/>
              </w:rPr>
            </w:pPr>
            <w:r>
              <w:rPr>
                <w:rFonts w:cs="Shruti" w:hint="cs"/>
                <w:sz w:val="18"/>
                <w:szCs w:val="18"/>
                <w:cs/>
                <w:lang w:bidi="gu-IN"/>
              </w:rPr>
              <w:t xml:space="preserve">સુબાભાઈ કાળાભાઈ ઘટાડ </w:t>
            </w:r>
          </w:p>
          <w:p w14:paraId="0AAB31FC" w14:textId="19879E68" w:rsidR="00A31179" w:rsidRPr="00A31179" w:rsidRDefault="00A31179" w:rsidP="00B50F7F">
            <w:pPr>
              <w:rPr>
                <w:rFonts w:cs="Shruti"/>
                <w:sz w:val="18"/>
                <w:szCs w:val="18"/>
                <w:cs/>
                <w:lang w:bidi="gu-IN"/>
              </w:rPr>
            </w:pPr>
          </w:p>
        </w:tc>
        <w:tc>
          <w:tcPr>
            <w:tcW w:w="1560" w:type="dxa"/>
          </w:tcPr>
          <w:p w14:paraId="64A94AD7" w14:textId="77777777" w:rsidR="00AC6BCD" w:rsidRDefault="00AC6BCD" w:rsidP="007F0273">
            <w:pPr>
              <w:jc w:val="center"/>
            </w:pPr>
            <w:r>
              <w:rPr>
                <w:rFonts w:cs="Shruti"/>
                <w:cs/>
                <w:lang w:bidi="gu-IN"/>
              </w:rPr>
              <w:t>આચાર્ય</w:t>
            </w:r>
          </w:p>
        </w:tc>
        <w:tc>
          <w:tcPr>
            <w:tcW w:w="1257" w:type="dxa"/>
          </w:tcPr>
          <w:p w14:paraId="4DA90015" w14:textId="615E16FF" w:rsidR="00AC6BCD" w:rsidRPr="004D2A5A" w:rsidRDefault="004D2A5A" w:rsidP="00B50F7F">
            <w:pPr>
              <w:rPr>
                <w:lang w:val="en-IN"/>
              </w:rPr>
            </w:pPr>
            <w:r>
              <w:rPr>
                <w:lang w:val="en-IN"/>
              </w:rPr>
              <w:t>H.S.C</w:t>
            </w:r>
          </w:p>
        </w:tc>
        <w:tc>
          <w:tcPr>
            <w:tcW w:w="1440" w:type="dxa"/>
          </w:tcPr>
          <w:p w14:paraId="677507A2" w14:textId="21D8487A" w:rsidR="00AC6BCD" w:rsidRDefault="004D2A5A" w:rsidP="00B50F7F">
            <w:r w:rsidRPr="00ED013D">
              <w:t>P</w:t>
            </w:r>
            <w:r>
              <w:t>.</w:t>
            </w:r>
            <w:r w:rsidRPr="00ED013D">
              <w:t>T</w:t>
            </w:r>
            <w:r>
              <w:t>.</w:t>
            </w:r>
            <w:r w:rsidRPr="00ED013D">
              <w:t>C</w:t>
            </w:r>
            <w:r>
              <w:t>.</w:t>
            </w:r>
          </w:p>
        </w:tc>
        <w:tc>
          <w:tcPr>
            <w:tcW w:w="2122" w:type="dxa"/>
          </w:tcPr>
          <w:p w14:paraId="0FB2C22C" w14:textId="58D7ADDD" w:rsidR="00AC6BCD" w:rsidRPr="00ED1528" w:rsidRDefault="00652DD8" w:rsidP="000A14C8">
            <w:pPr>
              <w:rPr>
                <w:sz w:val="16"/>
                <w:szCs w:val="16"/>
              </w:rPr>
            </w:pPr>
            <w:r w:rsidRPr="00ED1528">
              <w:rPr>
                <w:rFonts w:cs="Shruti"/>
                <w:sz w:val="16"/>
                <w:szCs w:val="16"/>
                <w:cs/>
                <w:lang w:bidi="gu-IN"/>
              </w:rPr>
              <w:t>બાલવાટીકા</w:t>
            </w:r>
            <w:r w:rsidRPr="00ED1528">
              <w:rPr>
                <w:rFonts w:cs="Shruti"/>
                <w:sz w:val="16"/>
                <w:szCs w:val="16"/>
                <w:lang w:bidi="gu-IN"/>
              </w:rPr>
              <w:t>,</w:t>
            </w:r>
            <w:r w:rsidR="000A14C8">
              <w:rPr>
                <w:rFonts w:cs="Shruti"/>
                <w:sz w:val="16"/>
                <w:szCs w:val="16"/>
                <w:lang w:bidi="gu-IN"/>
              </w:rPr>
              <w:t xml:space="preserve"> </w:t>
            </w:r>
            <w:r w:rsidR="004D2A5A">
              <w:rPr>
                <w:rFonts w:cs="Shruti" w:hint="cs"/>
                <w:sz w:val="16"/>
                <w:szCs w:val="16"/>
                <w:cs/>
                <w:lang w:bidi="gu-IN"/>
              </w:rPr>
              <w:t xml:space="preserve">૩ થી 5 પર્યાવરણ </w:t>
            </w:r>
            <w:r w:rsidR="00ED013D" w:rsidRPr="00ED1528">
              <w:rPr>
                <w:rFonts w:cs="Shruti"/>
                <w:sz w:val="16"/>
                <w:szCs w:val="16"/>
                <w:cs/>
                <w:lang w:bidi="gu-IN"/>
              </w:rPr>
              <w:t xml:space="preserve"> </w:t>
            </w:r>
            <w:r w:rsidR="00AC6BCD" w:rsidRPr="00ED1528">
              <w:rPr>
                <w:rFonts w:cs="Shruti"/>
                <w:sz w:val="16"/>
                <w:szCs w:val="16"/>
                <w:cs/>
                <w:lang w:bidi="gu-IN"/>
              </w:rPr>
              <w:t>શાળા</w:t>
            </w:r>
            <w:r w:rsidR="00AC6BCD" w:rsidRPr="00ED1528">
              <w:rPr>
                <w:sz w:val="16"/>
                <w:szCs w:val="16"/>
              </w:rPr>
              <w:t xml:space="preserve"> </w:t>
            </w:r>
            <w:r w:rsidR="00AC6BCD" w:rsidRPr="00ED1528">
              <w:rPr>
                <w:rFonts w:cs="Shruti"/>
                <w:sz w:val="16"/>
                <w:szCs w:val="16"/>
                <w:cs/>
                <w:lang w:bidi="gu-IN"/>
              </w:rPr>
              <w:t>સંચાલન</w:t>
            </w:r>
            <w:r w:rsidR="00AC6BCD" w:rsidRPr="00ED1528">
              <w:rPr>
                <w:sz w:val="16"/>
                <w:szCs w:val="16"/>
              </w:rPr>
              <w:t xml:space="preserve">, </w:t>
            </w:r>
            <w:r w:rsidR="00AC6BCD" w:rsidRPr="00ED1528">
              <w:rPr>
                <w:rFonts w:cs="Shruti"/>
                <w:sz w:val="16"/>
                <w:szCs w:val="16"/>
                <w:cs/>
                <w:lang w:bidi="gu-IN"/>
              </w:rPr>
              <w:t>વહીવટી</w:t>
            </w:r>
            <w:r w:rsidR="00AC6BCD" w:rsidRPr="00ED1528">
              <w:rPr>
                <w:sz w:val="16"/>
                <w:szCs w:val="16"/>
              </w:rPr>
              <w:t xml:space="preserve"> </w:t>
            </w:r>
            <w:r w:rsidR="00AC6BCD" w:rsidRPr="00ED1528">
              <w:rPr>
                <w:rFonts w:cs="Shruti"/>
                <w:sz w:val="16"/>
                <w:szCs w:val="16"/>
                <w:cs/>
                <w:lang w:bidi="gu-IN"/>
              </w:rPr>
              <w:t>કામગીરી</w:t>
            </w:r>
            <w:r w:rsidR="00AC6BCD" w:rsidRPr="00ED1528">
              <w:rPr>
                <w:sz w:val="16"/>
                <w:szCs w:val="16"/>
              </w:rPr>
              <w:t xml:space="preserve"> </w:t>
            </w:r>
            <w:r w:rsidR="00AC6BCD" w:rsidRPr="00ED1528">
              <w:rPr>
                <w:rFonts w:cs="Shruti"/>
                <w:sz w:val="16"/>
                <w:szCs w:val="16"/>
                <w:cs/>
                <w:lang w:bidi="gu-IN"/>
              </w:rPr>
              <w:t>અને</w:t>
            </w:r>
            <w:r w:rsidR="00AC6BCD" w:rsidRPr="00ED1528">
              <w:rPr>
                <w:sz w:val="16"/>
                <w:szCs w:val="16"/>
              </w:rPr>
              <w:t xml:space="preserve"> </w:t>
            </w:r>
            <w:r w:rsidR="00AC6BCD" w:rsidRPr="00ED1528">
              <w:rPr>
                <w:rFonts w:cs="Shruti"/>
                <w:sz w:val="16"/>
                <w:szCs w:val="16"/>
                <w:cs/>
                <w:lang w:bidi="gu-IN"/>
              </w:rPr>
              <w:t>શૈક્ષણિક</w:t>
            </w:r>
            <w:r w:rsidR="00AC6BCD" w:rsidRPr="00ED1528">
              <w:rPr>
                <w:sz w:val="16"/>
                <w:szCs w:val="16"/>
              </w:rPr>
              <w:t xml:space="preserve"> </w:t>
            </w:r>
            <w:r w:rsidR="00AC6BCD" w:rsidRPr="00ED1528">
              <w:rPr>
                <w:rFonts w:cs="Shruti"/>
                <w:sz w:val="16"/>
                <w:szCs w:val="16"/>
                <w:cs/>
                <w:lang w:bidi="gu-IN"/>
              </w:rPr>
              <w:t>માર્ગદર્શન</w:t>
            </w:r>
          </w:p>
        </w:tc>
      </w:tr>
      <w:tr w:rsidR="00AC6BCD" w14:paraId="173935E0" w14:textId="77777777" w:rsidTr="007F0273">
        <w:tc>
          <w:tcPr>
            <w:tcW w:w="534" w:type="dxa"/>
          </w:tcPr>
          <w:p w14:paraId="5A721F0B" w14:textId="77777777" w:rsidR="00AC6BCD" w:rsidRDefault="00AC6BCD" w:rsidP="00CB2D43">
            <w:pPr>
              <w:jc w:val="center"/>
            </w:pPr>
            <w:r>
              <w:t>2</w:t>
            </w:r>
          </w:p>
        </w:tc>
        <w:tc>
          <w:tcPr>
            <w:tcW w:w="2409" w:type="dxa"/>
          </w:tcPr>
          <w:p w14:paraId="671DDAE3" w14:textId="7B051779" w:rsidR="00A31179" w:rsidRPr="00A31179" w:rsidRDefault="00A31179" w:rsidP="00717DE6">
            <w:pPr>
              <w:jc w:val="both"/>
              <w:rPr>
                <w:rFonts w:cs="Shruti"/>
                <w:sz w:val="16"/>
                <w:szCs w:val="16"/>
                <w:lang w:val="en-IN" w:bidi="gu-IN"/>
              </w:rPr>
            </w:pPr>
            <w:r>
              <w:rPr>
                <w:rFonts w:cs="Shruti" w:hint="cs"/>
                <w:sz w:val="16"/>
                <w:szCs w:val="16"/>
                <w:cs/>
                <w:lang w:val="en-IN" w:bidi="gu-IN"/>
              </w:rPr>
              <w:t xml:space="preserve">મહેશકુમાર ગીધાજી ઠાકોર </w:t>
            </w:r>
          </w:p>
        </w:tc>
        <w:tc>
          <w:tcPr>
            <w:tcW w:w="1560" w:type="dxa"/>
          </w:tcPr>
          <w:p w14:paraId="7F6313E6" w14:textId="77777777" w:rsidR="00AC6BCD" w:rsidRPr="00543FAE" w:rsidRDefault="00AC6BCD" w:rsidP="007F0273">
            <w:pPr>
              <w:jc w:val="center"/>
              <w:rPr>
                <w:sz w:val="18"/>
                <w:szCs w:val="18"/>
              </w:rPr>
            </w:pPr>
            <w:r w:rsidRPr="00543FAE">
              <w:rPr>
                <w:rFonts w:cs="Shruti"/>
                <w:sz w:val="18"/>
                <w:szCs w:val="18"/>
                <w:cs/>
                <w:lang w:bidi="gu-IN"/>
              </w:rPr>
              <w:t>મદદનીશ</w:t>
            </w:r>
            <w:r w:rsidRPr="00543FAE">
              <w:rPr>
                <w:sz w:val="18"/>
                <w:szCs w:val="18"/>
              </w:rPr>
              <w:t xml:space="preserve"> </w:t>
            </w:r>
            <w:r w:rsidRPr="00543FAE">
              <w:rPr>
                <w:rFonts w:cs="Shruti"/>
                <w:sz w:val="18"/>
                <w:szCs w:val="18"/>
                <w:cs/>
                <w:lang w:bidi="gu-IN"/>
              </w:rPr>
              <w:t>શિક્ષક</w:t>
            </w:r>
          </w:p>
        </w:tc>
        <w:tc>
          <w:tcPr>
            <w:tcW w:w="1257" w:type="dxa"/>
          </w:tcPr>
          <w:p w14:paraId="16FF4BCE" w14:textId="7A89F857" w:rsidR="00AC6BCD" w:rsidRDefault="004D2A5A" w:rsidP="00B50F7F">
            <w:r>
              <w:t>BA</w:t>
            </w:r>
          </w:p>
        </w:tc>
        <w:tc>
          <w:tcPr>
            <w:tcW w:w="1440" w:type="dxa"/>
          </w:tcPr>
          <w:p w14:paraId="5B0BCB04" w14:textId="1E4DF326" w:rsidR="00AC6BCD" w:rsidRDefault="004D2A5A" w:rsidP="00B50F7F">
            <w:proofErr w:type="spellStart"/>
            <w:r w:rsidRPr="00B81863">
              <w:t>B</w:t>
            </w:r>
            <w:r>
              <w:t>.</w:t>
            </w:r>
            <w:r w:rsidRPr="00B81863">
              <w:t>ed</w:t>
            </w:r>
            <w:proofErr w:type="spellEnd"/>
          </w:p>
        </w:tc>
        <w:tc>
          <w:tcPr>
            <w:tcW w:w="2122" w:type="dxa"/>
          </w:tcPr>
          <w:p w14:paraId="6E784698" w14:textId="2B5CDD65" w:rsidR="00AC6BCD" w:rsidRPr="004D2A5A" w:rsidRDefault="00ED013D" w:rsidP="00B50F7F">
            <w:pPr>
              <w:rPr>
                <w:rFonts w:cs="Shruti"/>
                <w:sz w:val="18"/>
                <w:szCs w:val="18"/>
              </w:rPr>
            </w:pPr>
            <w:r w:rsidRPr="00ED013D">
              <w:rPr>
                <w:rFonts w:cs="Shruti"/>
                <w:sz w:val="18"/>
                <w:szCs w:val="18"/>
                <w:cs/>
                <w:lang w:bidi="gu-IN"/>
              </w:rPr>
              <w:t>ધોરણ-</w:t>
            </w:r>
            <w:r w:rsidR="004D2A5A">
              <w:rPr>
                <w:rFonts w:cs="Shruti" w:hint="cs"/>
                <w:sz w:val="18"/>
                <w:szCs w:val="18"/>
                <w:cs/>
                <w:lang w:bidi="gu-IN"/>
              </w:rPr>
              <w:t>6 થી 8</w:t>
            </w:r>
            <w:r w:rsidR="004D2A5A" w:rsidRPr="00B81863">
              <w:rPr>
                <w:rFonts w:cs="Shruti"/>
                <w:sz w:val="18"/>
                <w:szCs w:val="18"/>
                <w:cs/>
                <w:lang w:bidi="gu-IN"/>
              </w:rPr>
              <w:t xml:space="preserve"> હિન્દી</w:t>
            </w:r>
            <w:r w:rsidR="004D2A5A">
              <w:rPr>
                <w:rFonts w:cs="Shruti" w:hint="cs"/>
                <w:sz w:val="18"/>
                <w:szCs w:val="18"/>
                <w:cs/>
                <w:lang w:bidi="gu-IN"/>
              </w:rPr>
              <w:t>/</w:t>
            </w:r>
            <w:r w:rsidR="004D2A5A" w:rsidRPr="00CB2D43">
              <w:rPr>
                <w:rFonts w:cs="Shruti"/>
                <w:sz w:val="16"/>
                <w:szCs w:val="16"/>
                <w:cs/>
                <w:lang w:bidi="gu-IN"/>
              </w:rPr>
              <w:t xml:space="preserve"> અગ્રેજી</w:t>
            </w:r>
            <w:r w:rsidR="004D2A5A">
              <w:rPr>
                <w:rFonts w:cs="Shruti" w:hint="cs"/>
                <w:sz w:val="16"/>
                <w:szCs w:val="16"/>
                <w:cs/>
                <w:lang w:bidi="gu-IN"/>
              </w:rPr>
              <w:t xml:space="preserve">/ 8- સંસ્કૃત </w:t>
            </w:r>
            <w:r w:rsidR="004D2A5A">
              <w:rPr>
                <w:rFonts w:cs="Shruti" w:hint="cs"/>
                <w:sz w:val="18"/>
                <w:szCs w:val="18"/>
                <w:cs/>
                <w:lang w:bidi="gu-IN"/>
              </w:rPr>
              <w:t xml:space="preserve"> </w:t>
            </w:r>
          </w:p>
        </w:tc>
      </w:tr>
      <w:tr w:rsidR="00F67B9F" w14:paraId="2890B0F6" w14:textId="77777777" w:rsidTr="007F0273">
        <w:tc>
          <w:tcPr>
            <w:tcW w:w="534" w:type="dxa"/>
          </w:tcPr>
          <w:p w14:paraId="08D48135" w14:textId="77777777" w:rsidR="00F67B9F" w:rsidRDefault="00F67B9F" w:rsidP="00CB2D43">
            <w:pPr>
              <w:jc w:val="center"/>
            </w:pPr>
            <w:r>
              <w:t>3</w:t>
            </w:r>
          </w:p>
        </w:tc>
        <w:tc>
          <w:tcPr>
            <w:tcW w:w="2409" w:type="dxa"/>
          </w:tcPr>
          <w:p w14:paraId="5B6D95E2" w14:textId="6259A960" w:rsidR="00F67B9F" w:rsidRPr="00A31179" w:rsidRDefault="00A31179" w:rsidP="00B50F7F">
            <w:pPr>
              <w:rPr>
                <w:rFonts w:cs="Shruti"/>
                <w:sz w:val="18"/>
                <w:szCs w:val="18"/>
                <w:lang w:bidi="gu-IN"/>
              </w:rPr>
            </w:pPr>
            <w:r>
              <w:rPr>
                <w:rFonts w:cs="Shruti" w:hint="cs"/>
                <w:sz w:val="18"/>
                <w:szCs w:val="18"/>
                <w:cs/>
                <w:lang w:bidi="gu-IN"/>
              </w:rPr>
              <w:t xml:space="preserve">અનિલભાઈ નાથાભાઈ ગમાર </w:t>
            </w:r>
          </w:p>
        </w:tc>
        <w:tc>
          <w:tcPr>
            <w:tcW w:w="1560" w:type="dxa"/>
          </w:tcPr>
          <w:p w14:paraId="161BF1D2" w14:textId="77777777" w:rsidR="00F67B9F" w:rsidRPr="00543FAE" w:rsidRDefault="00F67B9F" w:rsidP="007F0273">
            <w:pPr>
              <w:jc w:val="center"/>
              <w:rPr>
                <w:sz w:val="18"/>
                <w:szCs w:val="18"/>
              </w:rPr>
            </w:pPr>
            <w:r w:rsidRPr="00543FAE">
              <w:rPr>
                <w:rFonts w:cs="Shruti"/>
                <w:sz w:val="18"/>
                <w:szCs w:val="18"/>
                <w:cs/>
                <w:lang w:bidi="gu-IN"/>
              </w:rPr>
              <w:t>મદદનીશ</w:t>
            </w:r>
            <w:r w:rsidRPr="00543FAE">
              <w:rPr>
                <w:sz w:val="18"/>
                <w:szCs w:val="18"/>
              </w:rPr>
              <w:t xml:space="preserve"> </w:t>
            </w:r>
            <w:r w:rsidRPr="00543FAE">
              <w:rPr>
                <w:rFonts w:cs="Shruti"/>
                <w:sz w:val="18"/>
                <w:szCs w:val="18"/>
                <w:cs/>
                <w:lang w:bidi="gu-IN"/>
              </w:rPr>
              <w:t>શિક્ષક</w:t>
            </w:r>
          </w:p>
        </w:tc>
        <w:tc>
          <w:tcPr>
            <w:tcW w:w="1257" w:type="dxa"/>
          </w:tcPr>
          <w:p w14:paraId="4918BC49" w14:textId="6A2E89FE" w:rsidR="00F67B9F" w:rsidRDefault="004D2A5A" w:rsidP="00B50F7F">
            <w:r>
              <w:rPr>
                <w:lang w:val="en-IN"/>
              </w:rPr>
              <w:t>H.S.C</w:t>
            </w:r>
          </w:p>
        </w:tc>
        <w:tc>
          <w:tcPr>
            <w:tcW w:w="1440" w:type="dxa"/>
          </w:tcPr>
          <w:p w14:paraId="54FC22CC" w14:textId="68098FF7" w:rsidR="00F67B9F" w:rsidRDefault="00993050" w:rsidP="00B50F7F">
            <w:r w:rsidRPr="00993050">
              <w:t>P</w:t>
            </w:r>
            <w:r w:rsidR="00795880">
              <w:t>.</w:t>
            </w:r>
            <w:r w:rsidRPr="00993050">
              <w:t>T</w:t>
            </w:r>
            <w:r w:rsidR="00795880">
              <w:t>.</w:t>
            </w:r>
            <w:r w:rsidRPr="00993050">
              <w:t>C</w:t>
            </w:r>
            <w:r w:rsidR="00795880">
              <w:t>.</w:t>
            </w:r>
          </w:p>
        </w:tc>
        <w:tc>
          <w:tcPr>
            <w:tcW w:w="2122" w:type="dxa"/>
          </w:tcPr>
          <w:p w14:paraId="67CFC3A0" w14:textId="79D0D199" w:rsidR="00F67B9F" w:rsidRPr="004D2A5A" w:rsidRDefault="00993050" w:rsidP="00B50F7F">
            <w:pPr>
              <w:rPr>
                <w:rFonts w:cs="Shruti"/>
                <w:sz w:val="18"/>
                <w:szCs w:val="18"/>
                <w:cs/>
                <w:lang w:bidi="gu-IN"/>
              </w:rPr>
            </w:pPr>
            <w:r w:rsidRPr="00993050">
              <w:rPr>
                <w:rFonts w:cs="Shruti"/>
                <w:sz w:val="18"/>
                <w:szCs w:val="18"/>
                <w:cs/>
                <w:lang w:bidi="gu-IN"/>
              </w:rPr>
              <w:t>ધો-</w:t>
            </w:r>
            <w:r w:rsidR="004D2A5A">
              <w:rPr>
                <w:rFonts w:cs="Shruti" w:hint="cs"/>
                <w:sz w:val="18"/>
                <w:szCs w:val="18"/>
                <w:cs/>
                <w:lang w:bidi="gu-IN"/>
              </w:rPr>
              <w:t xml:space="preserve">૩ થી 5 </w:t>
            </w:r>
            <w:r w:rsidR="004D2A5A">
              <w:rPr>
                <w:rFonts w:cs="Shruti"/>
                <w:sz w:val="16"/>
                <w:szCs w:val="16"/>
                <w:cs/>
                <w:lang w:bidi="gu-IN"/>
              </w:rPr>
              <w:t>ભાષા</w:t>
            </w:r>
            <w:r w:rsidR="004D2A5A">
              <w:rPr>
                <w:rFonts w:cs="Shruti"/>
                <w:sz w:val="16"/>
                <w:szCs w:val="16"/>
                <w:lang w:bidi="gu-IN"/>
              </w:rPr>
              <w:t>,</w:t>
            </w:r>
            <w:r w:rsidR="004D2A5A" w:rsidRPr="00CB2D43">
              <w:rPr>
                <w:rFonts w:cs="Shruti"/>
                <w:sz w:val="16"/>
                <w:szCs w:val="16"/>
                <w:cs/>
                <w:lang w:bidi="gu-IN"/>
              </w:rPr>
              <w:t>ગણિત હિન્દી</w:t>
            </w:r>
            <w:r w:rsidR="004D2A5A" w:rsidRPr="00CB2D43">
              <w:rPr>
                <w:rFonts w:cs="Shruti"/>
                <w:sz w:val="16"/>
                <w:szCs w:val="16"/>
                <w:lang w:bidi="gu-IN"/>
              </w:rPr>
              <w:t xml:space="preserve">, </w:t>
            </w:r>
            <w:r w:rsidR="004D2A5A" w:rsidRPr="00CB2D43">
              <w:rPr>
                <w:rFonts w:cs="Shruti"/>
                <w:sz w:val="16"/>
                <w:szCs w:val="16"/>
                <w:cs/>
                <w:lang w:bidi="gu-IN"/>
              </w:rPr>
              <w:t>અગ્રેજી</w:t>
            </w:r>
          </w:p>
        </w:tc>
      </w:tr>
      <w:tr w:rsidR="00F67B9F" w14:paraId="51F67684" w14:textId="77777777" w:rsidTr="007F0273">
        <w:tc>
          <w:tcPr>
            <w:tcW w:w="534" w:type="dxa"/>
          </w:tcPr>
          <w:p w14:paraId="51E18D0E" w14:textId="77777777" w:rsidR="00F67B9F" w:rsidRDefault="00F67B9F" w:rsidP="00CB2D43">
            <w:pPr>
              <w:jc w:val="center"/>
            </w:pPr>
            <w:r>
              <w:t>4</w:t>
            </w:r>
          </w:p>
        </w:tc>
        <w:tc>
          <w:tcPr>
            <w:tcW w:w="2409" w:type="dxa"/>
          </w:tcPr>
          <w:p w14:paraId="54ED3B0F" w14:textId="50322F1B" w:rsidR="00F67B9F" w:rsidRPr="00FA63E3" w:rsidRDefault="00A31179" w:rsidP="00B50F7F">
            <w:pPr>
              <w:rPr>
                <w:sz w:val="18"/>
                <w:szCs w:val="18"/>
              </w:rPr>
            </w:pPr>
            <w:r>
              <w:rPr>
                <w:rFonts w:cs="Shruti" w:hint="cs"/>
                <w:sz w:val="18"/>
                <w:szCs w:val="18"/>
                <w:cs/>
                <w:lang w:bidi="gu-IN"/>
              </w:rPr>
              <w:t xml:space="preserve">સોનલબેન હિરાલાલ પરમાર </w:t>
            </w:r>
            <w:r w:rsidR="00FA63E3" w:rsidRPr="00FA63E3">
              <w:rPr>
                <w:rFonts w:cs="Shruti"/>
                <w:sz w:val="18"/>
                <w:szCs w:val="18"/>
                <w:cs/>
                <w:lang w:bidi="gu-IN"/>
              </w:rPr>
              <w:t xml:space="preserve">  </w:t>
            </w:r>
          </w:p>
        </w:tc>
        <w:tc>
          <w:tcPr>
            <w:tcW w:w="1560" w:type="dxa"/>
          </w:tcPr>
          <w:p w14:paraId="2BFF9AA6" w14:textId="77777777" w:rsidR="00F67B9F" w:rsidRPr="00543FAE" w:rsidRDefault="00F67B9F" w:rsidP="007F0273">
            <w:pPr>
              <w:jc w:val="center"/>
              <w:rPr>
                <w:sz w:val="18"/>
                <w:szCs w:val="18"/>
              </w:rPr>
            </w:pPr>
            <w:r w:rsidRPr="00543FAE">
              <w:rPr>
                <w:rFonts w:cs="Shruti"/>
                <w:sz w:val="18"/>
                <w:szCs w:val="18"/>
                <w:cs/>
                <w:lang w:bidi="gu-IN"/>
              </w:rPr>
              <w:t>મદદનીશ</w:t>
            </w:r>
            <w:r w:rsidRPr="00543FAE">
              <w:rPr>
                <w:sz w:val="18"/>
                <w:szCs w:val="18"/>
              </w:rPr>
              <w:t xml:space="preserve"> </w:t>
            </w:r>
            <w:r w:rsidRPr="00543FAE">
              <w:rPr>
                <w:rFonts w:cs="Shruti"/>
                <w:sz w:val="18"/>
                <w:szCs w:val="18"/>
                <w:cs/>
                <w:lang w:bidi="gu-IN"/>
              </w:rPr>
              <w:t>શિક્ષક</w:t>
            </w:r>
          </w:p>
        </w:tc>
        <w:tc>
          <w:tcPr>
            <w:tcW w:w="1257" w:type="dxa"/>
          </w:tcPr>
          <w:p w14:paraId="07DC90E0" w14:textId="75388009" w:rsidR="00F67B9F" w:rsidRDefault="004D2A5A" w:rsidP="00B50F7F">
            <w:r>
              <w:rPr>
                <w:lang w:val="en-IN"/>
              </w:rPr>
              <w:t>H.S.C</w:t>
            </w:r>
          </w:p>
        </w:tc>
        <w:tc>
          <w:tcPr>
            <w:tcW w:w="1440" w:type="dxa"/>
          </w:tcPr>
          <w:p w14:paraId="33AE8830" w14:textId="10738C42" w:rsidR="00F67B9F" w:rsidRDefault="00795880" w:rsidP="00B50F7F">
            <w:r w:rsidRPr="00ED013D">
              <w:t>P</w:t>
            </w:r>
            <w:r>
              <w:t>.</w:t>
            </w:r>
            <w:r w:rsidRPr="00ED013D">
              <w:t>T</w:t>
            </w:r>
            <w:r>
              <w:t>.</w:t>
            </w:r>
            <w:r w:rsidRPr="00ED013D">
              <w:t>C</w:t>
            </w:r>
            <w:r>
              <w:t>.</w:t>
            </w:r>
          </w:p>
        </w:tc>
        <w:tc>
          <w:tcPr>
            <w:tcW w:w="2122" w:type="dxa"/>
          </w:tcPr>
          <w:p w14:paraId="49AB76B9" w14:textId="0BD0C80A" w:rsidR="00F67B9F" w:rsidRPr="004D2A5A" w:rsidRDefault="00B81863" w:rsidP="00B50F7F">
            <w:pPr>
              <w:rPr>
                <w:rFonts w:cs="Shruti"/>
                <w:sz w:val="18"/>
                <w:szCs w:val="18"/>
                <w:cs/>
                <w:lang w:bidi="gu-IN"/>
              </w:rPr>
            </w:pPr>
            <w:r w:rsidRPr="00B81863">
              <w:rPr>
                <w:rFonts w:cs="Shruti"/>
                <w:sz w:val="18"/>
                <w:szCs w:val="18"/>
                <w:cs/>
                <w:lang w:bidi="gu-IN"/>
              </w:rPr>
              <w:t>ધો-</w:t>
            </w:r>
            <w:r w:rsidR="004D2A5A">
              <w:rPr>
                <w:rFonts w:cs="Shruti" w:hint="cs"/>
                <w:sz w:val="18"/>
                <w:szCs w:val="18"/>
                <w:cs/>
                <w:lang w:bidi="gu-IN"/>
              </w:rPr>
              <w:t xml:space="preserve">1/2 </w:t>
            </w:r>
            <w:r w:rsidR="004D2A5A">
              <w:rPr>
                <w:rFonts w:cs="Shruti"/>
                <w:sz w:val="16"/>
                <w:szCs w:val="16"/>
                <w:cs/>
                <w:lang w:bidi="gu-IN"/>
              </w:rPr>
              <w:t>ભાષા</w:t>
            </w:r>
            <w:r w:rsidR="004D2A5A">
              <w:rPr>
                <w:rFonts w:cs="Shruti"/>
                <w:sz w:val="16"/>
                <w:szCs w:val="16"/>
                <w:lang w:bidi="gu-IN"/>
              </w:rPr>
              <w:t>,</w:t>
            </w:r>
            <w:r w:rsidR="004D2A5A" w:rsidRPr="00CB2D43">
              <w:rPr>
                <w:rFonts w:cs="Shruti"/>
                <w:sz w:val="16"/>
                <w:szCs w:val="16"/>
                <w:cs/>
                <w:lang w:bidi="gu-IN"/>
              </w:rPr>
              <w:t>ગણિત</w:t>
            </w:r>
            <w:r w:rsidR="004D2A5A">
              <w:rPr>
                <w:rFonts w:cs="Shruti" w:hint="cs"/>
                <w:sz w:val="16"/>
                <w:szCs w:val="16"/>
                <w:cs/>
                <w:lang w:bidi="gu-IN"/>
              </w:rPr>
              <w:t xml:space="preserve"> </w:t>
            </w:r>
          </w:p>
        </w:tc>
      </w:tr>
      <w:tr w:rsidR="00F67B9F" w14:paraId="06C42585" w14:textId="77777777" w:rsidTr="007F0273">
        <w:tc>
          <w:tcPr>
            <w:tcW w:w="534" w:type="dxa"/>
          </w:tcPr>
          <w:p w14:paraId="772D8196" w14:textId="77777777" w:rsidR="00F67B9F" w:rsidRDefault="00F67B9F" w:rsidP="00CB2D43">
            <w:pPr>
              <w:jc w:val="center"/>
            </w:pPr>
            <w:r>
              <w:t>5</w:t>
            </w:r>
          </w:p>
        </w:tc>
        <w:tc>
          <w:tcPr>
            <w:tcW w:w="2409" w:type="dxa"/>
          </w:tcPr>
          <w:p w14:paraId="27D15D51" w14:textId="1E5005B0" w:rsidR="00F67B9F" w:rsidRPr="00A31179" w:rsidRDefault="00A31179" w:rsidP="00B50F7F">
            <w:pPr>
              <w:rPr>
                <w:rFonts w:cs="Shruti"/>
                <w:sz w:val="18"/>
                <w:szCs w:val="18"/>
                <w:lang w:bidi="gu-IN"/>
              </w:rPr>
            </w:pPr>
            <w:r>
              <w:rPr>
                <w:rFonts w:cs="Shruti" w:hint="cs"/>
                <w:sz w:val="18"/>
                <w:szCs w:val="18"/>
                <w:cs/>
                <w:lang w:bidi="gu-IN"/>
              </w:rPr>
              <w:t xml:space="preserve">મિતેશકુમાર પ્રેમજીભાઈચૌધરી </w:t>
            </w:r>
          </w:p>
        </w:tc>
        <w:tc>
          <w:tcPr>
            <w:tcW w:w="1560" w:type="dxa"/>
          </w:tcPr>
          <w:p w14:paraId="25F5AFCA" w14:textId="77777777" w:rsidR="00F67B9F" w:rsidRPr="00543FAE" w:rsidRDefault="00F67B9F" w:rsidP="007F0273">
            <w:pPr>
              <w:jc w:val="center"/>
              <w:rPr>
                <w:sz w:val="18"/>
                <w:szCs w:val="18"/>
              </w:rPr>
            </w:pPr>
            <w:r w:rsidRPr="00543FAE">
              <w:rPr>
                <w:rFonts w:cs="Shruti"/>
                <w:sz w:val="18"/>
                <w:szCs w:val="18"/>
                <w:cs/>
                <w:lang w:bidi="gu-IN"/>
              </w:rPr>
              <w:t>મદદનીશ</w:t>
            </w:r>
            <w:r w:rsidRPr="00543FAE">
              <w:rPr>
                <w:sz w:val="18"/>
                <w:szCs w:val="18"/>
              </w:rPr>
              <w:t xml:space="preserve"> </w:t>
            </w:r>
            <w:r w:rsidRPr="00543FAE">
              <w:rPr>
                <w:rFonts w:cs="Shruti"/>
                <w:sz w:val="18"/>
                <w:szCs w:val="18"/>
                <w:cs/>
                <w:lang w:bidi="gu-IN"/>
              </w:rPr>
              <w:t>શિક્ષક</w:t>
            </w:r>
          </w:p>
        </w:tc>
        <w:tc>
          <w:tcPr>
            <w:tcW w:w="1257" w:type="dxa"/>
          </w:tcPr>
          <w:p w14:paraId="5D65972C" w14:textId="30C248A0" w:rsidR="00F67B9F" w:rsidRDefault="00795880" w:rsidP="00B50F7F">
            <w:proofErr w:type="spellStart"/>
            <w:r>
              <w:t>B</w:t>
            </w:r>
            <w:r w:rsidR="005A1F74" w:rsidRPr="005A1F74">
              <w:t>sc</w:t>
            </w:r>
            <w:proofErr w:type="spellEnd"/>
          </w:p>
        </w:tc>
        <w:tc>
          <w:tcPr>
            <w:tcW w:w="1440" w:type="dxa"/>
          </w:tcPr>
          <w:p w14:paraId="1D655511" w14:textId="432C02A2" w:rsidR="00F67B9F" w:rsidRDefault="005A1F74" w:rsidP="00B50F7F">
            <w:proofErr w:type="spellStart"/>
            <w:r w:rsidRPr="005A1F74">
              <w:t>B</w:t>
            </w:r>
            <w:r w:rsidR="00795880">
              <w:t>.</w:t>
            </w:r>
            <w:r w:rsidRPr="005A1F74">
              <w:t>ed</w:t>
            </w:r>
            <w:proofErr w:type="spellEnd"/>
          </w:p>
        </w:tc>
        <w:tc>
          <w:tcPr>
            <w:tcW w:w="2122" w:type="dxa"/>
          </w:tcPr>
          <w:p w14:paraId="537D3E19" w14:textId="1DC8F3EF" w:rsidR="00F67B9F" w:rsidRPr="004D2A5A" w:rsidRDefault="005A1F74" w:rsidP="00B50F7F">
            <w:pPr>
              <w:rPr>
                <w:rFonts w:cs="Shruti"/>
                <w:sz w:val="18"/>
                <w:szCs w:val="18"/>
                <w:cs/>
                <w:lang w:bidi="gu-IN"/>
              </w:rPr>
            </w:pPr>
            <w:r w:rsidRPr="005A1F74">
              <w:rPr>
                <w:rFonts w:cs="Shruti"/>
                <w:sz w:val="18"/>
                <w:szCs w:val="18"/>
                <w:cs/>
                <w:lang w:bidi="gu-IN"/>
              </w:rPr>
              <w:t>ધો-</w:t>
            </w:r>
            <w:r w:rsidRPr="005A1F74">
              <w:rPr>
                <w:rFonts w:cs="Shruti"/>
                <w:sz w:val="18"/>
                <w:szCs w:val="18"/>
              </w:rPr>
              <w:t xml:space="preserve">6 7 8 </w:t>
            </w:r>
            <w:r w:rsidRPr="005A1F74">
              <w:rPr>
                <w:rFonts w:cs="Shruti"/>
                <w:sz w:val="18"/>
                <w:szCs w:val="18"/>
                <w:cs/>
                <w:lang w:bidi="gu-IN"/>
              </w:rPr>
              <w:t>ગણિત/વિજ્ઞાન</w:t>
            </w:r>
            <w:r w:rsidR="004D2A5A">
              <w:rPr>
                <w:rFonts w:cs="Shruti" w:hint="cs"/>
                <w:sz w:val="18"/>
                <w:szCs w:val="18"/>
                <w:cs/>
                <w:lang w:bidi="gu-IN"/>
              </w:rPr>
              <w:t xml:space="preserve"> 6-</w:t>
            </w:r>
            <w:r w:rsidR="004D2A5A">
              <w:rPr>
                <w:rFonts w:cs="Shruti" w:hint="cs"/>
                <w:sz w:val="16"/>
                <w:szCs w:val="16"/>
                <w:cs/>
                <w:lang w:bidi="gu-IN"/>
              </w:rPr>
              <w:t>સંસ્કૃત</w:t>
            </w:r>
          </w:p>
        </w:tc>
      </w:tr>
      <w:tr w:rsidR="00F67B9F" w14:paraId="7CF4FC12" w14:textId="77777777" w:rsidTr="007F0273">
        <w:tc>
          <w:tcPr>
            <w:tcW w:w="534" w:type="dxa"/>
          </w:tcPr>
          <w:p w14:paraId="2DE00A07" w14:textId="77777777" w:rsidR="00F67B9F" w:rsidRDefault="00F67B9F" w:rsidP="00CB2D43">
            <w:pPr>
              <w:jc w:val="center"/>
            </w:pPr>
            <w:r>
              <w:t>6</w:t>
            </w:r>
          </w:p>
        </w:tc>
        <w:tc>
          <w:tcPr>
            <w:tcW w:w="2409" w:type="dxa"/>
          </w:tcPr>
          <w:p w14:paraId="06ED768E" w14:textId="6B142F18" w:rsidR="00F67B9F" w:rsidRPr="00A31179" w:rsidRDefault="00A31179" w:rsidP="00B50F7F">
            <w:pPr>
              <w:rPr>
                <w:rFonts w:cs="Shruti"/>
                <w:sz w:val="18"/>
                <w:szCs w:val="18"/>
                <w:lang w:bidi="gu-IN"/>
              </w:rPr>
            </w:pPr>
            <w:r>
              <w:rPr>
                <w:rFonts w:cs="Shruti" w:hint="cs"/>
                <w:sz w:val="18"/>
                <w:szCs w:val="18"/>
                <w:cs/>
                <w:lang w:bidi="gu-IN"/>
              </w:rPr>
              <w:t xml:space="preserve">સુરેશકુમાર હિમતાજી સોલંકી </w:t>
            </w:r>
          </w:p>
        </w:tc>
        <w:tc>
          <w:tcPr>
            <w:tcW w:w="1560" w:type="dxa"/>
          </w:tcPr>
          <w:p w14:paraId="5EE9C80D" w14:textId="77777777" w:rsidR="00F67B9F" w:rsidRPr="00543FAE" w:rsidRDefault="00F67B9F" w:rsidP="007F0273">
            <w:pPr>
              <w:jc w:val="center"/>
              <w:rPr>
                <w:sz w:val="18"/>
                <w:szCs w:val="18"/>
              </w:rPr>
            </w:pPr>
            <w:r w:rsidRPr="00543FAE">
              <w:rPr>
                <w:rFonts w:cs="Shruti"/>
                <w:sz w:val="18"/>
                <w:szCs w:val="18"/>
                <w:cs/>
                <w:lang w:bidi="gu-IN"/>
              </w:rPr>
              <w:t>મદદનીશ</w:t>
            </w:r>
            <w:r w:rsidRPr="00543FAE">
              <w:rPr>
                <w:sz w:val="18"/>
                <w:szCs w:val="18"/>
              </w:rPr>
              <w:t xml:space="preserve"> </w:t>
            </w:r>
            <w:r w:rsidRPr="00543FAE">
              <w:rPr>
                <w:rFonts w:cs="Shruti"/>
                <w:sz w:val="18"/>
                <w:szCs w:val="18"/>
                <w:cs/>
                <w:lang w:bidi="gu-IN"/>
              </w:rPr>
              <w:t>શિક્ષક</w:t>
            </w:r>
          </w:p>
        </w:tc>
        <w:tc>
          <w:tcPr>
            <w:tcW w:w="1257" w:type="dxa"/>
          </w:tcPr>
          <w:p w14:paraId="49AC89D7" w14:textId="053B44E8" w:rsidR="00F67B9F" w:rsidRDefault="00795880" w:rsidP="00B50F7F">
            <w:r>
              <w:t>M.A.</w:t>
            </w:r>
          </w:p>
        </w:tc>
        <w:tc>
          <w:tcPr>
            <w:tcW w:w="1440" w:type="dxa"/>
          </w:tcPr>
          <w:p w14:paraId="7B30E541" w14:textId="372FE334" w:rsidR="00F67B9F" w:rsidRDefault="00795880" w:rsidP="00B50F7F">
            <w:proofErr w:type="spellStart"/>
            <w:r w:rsidRPr="00B81863">
              <w:t>B</w:t>
            </w:r>
            <w:r>
              <w:t>.</w:t>
            </w:r>
            <w:r w:rsidRPr="00B81863">
              <w:t>ed</w:t>
            </w:r>
            <w:proofErr w:type="spellEnd"/>
          </w:p>
        </w:tc>
        <w:tc>
          <w:tcPr>
            <w:tcW w:w="2122" w:type="dxa"/>
          </w:tcPr>
          <w:p w14:paraId="1DD7DAE3" w14:textId="707C4426" w:rsidR="00F67B9F" w:rsidRPr="004D2A5A" w:rsidRDefault="005A1F74" w:rsidP="00B50F7F">
            <w:pPr>
              <w:rPr>
                <w:rFonts w:cs="Shruti"/>
                <w:sz w:val="18"/>
                <w:szCs w:val="18"/>
                <w:cs/>
                <w:lang w:bidi="gu-IN"/>
              </w:rPr>
            </w:pPr>
            <w:r w:rsidRPr="005A1F74">
              <w:rPr>
                <w:rFonts w:cs="Shruti"/>
                <w:sz w:val="18"/>
                <w:szCs w:val="18"/>
                <w:cs/>
                <w:lang w:bidi="gu-IN"/>
              </w:rPr>
              <w:t>ધો-</w:t>
            </w:r>
            <w:r w:rsidR="004D2A5A">
              <w:rPr>
                <w:rFonts w:cs="Shruti" w:hint="cs"/>
                <w:sz w:val="18"/>
                <w:szCs w:val="18"/>
                <w:cs/>
                <w:lang w:bidi="gu-IN"/>
              </w:rPr>
              <w:t xml:space="preserve">6 થી 8 સા.વિ/ગુજરાતી/ 7- </w:t>
            </w:r>
            <w:r w:rsidR="004D2A5A">
              <w:rPr>
                <w:rFonts w:cs="Shruti" w:hint="cs"/>
                <w:sz w:val="16"/>
                <w:szCs w:val="16"/>
                <w:cs/>
                <w:lang w:bidi="gu-IN"/>
              </w:rPr>
              <w:t>સંસ્કૃત</w:t>
            </w:r>
          </w:p>
        </w:tc>
      </w:tr>
      <w:tr w:rsidR="00F67B9F" w14:paraId="348A3491" w14:textId="77777777" w:rsidTr="007F0273">
        <w:tc>
          <w:tcPr>
            <w:tcW w:w="534" w:type="dxa"/>
          </w:tcPr>
          <w:p w14:paraId="5D7734ED" w14:textId="3EBDBDAD" w:rsidR="00F67B9F" w:rsidRDefault="00F67B9F" w:rsidP="00CB2D43">
            <w:pPr>
              <w:jc w:val="center"/>
            </w:pPr>
          </w:p>
        </w:tc>
        <w:tc>
          <w:tcPr>
            <w:tcW w:w="2409" w:type="dxa"/>
          </w:tcPr>
          <w:p w14:paraId="413641A3" w14:textId="78CFB281" w:rsidR="00F67B9F" w:rsidRPr="00A31179" w:rsidRDefault="00F67B9F" w:rsidP="00B50F7F">
            <w:pPr>
              <w:rPr>
                <w:rFonts w:cs="Shruti"/>
                <w:sz w:val="18"/>
                <w:szCs w:val="18"/>
              </w:rPr>
            </w:pPr>
          </w:p>
        </w:tc>
        <w:tc>
          <w:tcPr>
            <w:tcW w:w="1560" w:type="dxa"/>
          </w:tcPr>
          <w:p w14:paraId="5980E660" w14:textId="3478AB65" w:rsidR="00F67B9F" w:rsidRPr="00A31179" w:rsidRDefault="00F67B9F" w:rsidP="007F0273">
            <w:pPr>
              <w:jc w:val="center"/>
              <w:rPr>
                <w:rFonts w:cs="Shruti"/>
                <w:sz w:val="18"/>
                <w:szCs w:val="18"/>
              </w:rPr>
            </w:pPr>
          </w:p>
        </w:tc>
        <w:tc>
          <w:tcPr>
            <w:tcW w:w="1257" w:type="dxa"/>
          </w:tcPr>
          <w:p w14:paraId="4112DAC0" w14:textId="14BD3CCB" w:rsidR="00F67B9F" w:rsidRDefault="00F67B9F" w:rsidP="00B50F7F"/>
        </w:tc>
        <w:tc>
          <w:tcPr>
            <w:tcW w:w="1440" w:type="dxa"/>
          </w:tcPr>
          <w:p w14:paraId="0B5EC47B" w14:textId="5016B2EE" w:rsidR="00F67B9F" w:rsidRDefault="00F67B9F" w:rsidP="00B50F7F"/>
        </w:tc>
        <w:tc>
          <w:tcPr>
            <w:tcW w:w="2122" w:type="dxa"/>
          </w:tcPr>
          <w:p w14:paraId="4DA45629" w14:textId="42E2109D" w:rsidR="00F67B9F" w:rsidRPr="004D2A5A" w:rsidRDefault="00F67B9F" w:rsidP="00B50F7F">
            <w:pPr>
              <w:rPr>
                <w:rFonts w:cs="Shruti"/>
                <w:sz w:val="16"/>
                <w:szCs w:val="16"/>
                <w:cs/>
                <w:lang w:bidi="gu-IN"/>
              </w:rPr>
            </w:pPr>
          </w:p>
        </w:tc>
      </w:tr>
      <w:tr w:rsidR="00F67B9F" w14:paraId="56588C35" w14:textId="77777777" w:rsidTr="007F0273">
        <w:tc>
          <w:tcPr>
            <w:tcW w:w="534" w:type="dxa"/>
          </w:tcPr>
          <w:p w14:paraId="350F7811" w14:textId="102275C2" w:rsidR="00F67B9F" w:rsidRDefault="00F67B9F" w:rsidP="00CB2D43">
            <w:pPr>
              <w:jc w:val="center"/>
            </w:pPr>
          </w:p>
        </w:tc>
        <w:tc>
          <w:tcPr>
            <w:tcW w:w="2409" w:type="dxa"/>
          </w:tcPr>
          <w:p w14:paraId="2D7DF267" w14:textId="17309B2D" w:rsidR="00F67B9F" w:rsidRPr="00A31179" w:rsidRDefault="00F67B9F" w:rsidP="00B50F7F">
            <w:pPr>
              <w:rPr>
                <w:rFonts w:cs="Shruti"/>
                <w:sz w:val="18"/>
                <w:szCs w:val="18"/>
              </w:rPr>
            </w:pPr>
          </w:p>
        </w:tc>
        <w:tc>
          <w:tcPr>
            <w:tcW w:w="1560" w:type="dxa"/>
          </w:tcPr>
          <w:p w14:paraId="53C9252B" w14:textId="3603D5FB" w:rsidR="00F67B9F" w:rsidRPr="00A31179" w:rsidRDefault="00F67B9F" w:rsidP="007F0273">
            <w:pPr>
              <w:jc w:val="center"/>
              <w:rPr>
                <w:rFonts w:cs="Shruti"/>
                <w:sz w:val="18"/>
                <w:szCs w:val="18"/>
              </w:rPr>
            </w:pPr>
          </w:p>
        </w:tc>
        <w:tc>
          <w:tcPr>
            <w:tcW w:w="1257" w:type="dxa"/>
          </w:tcPr>
          <w:p w14:paraId="66A3D4F6" w14:textId="4335B106" w:rsidR="00F67B9F" w:rsidRDefault="00F67B9F" w:rsidP="00B50F7F"/>
        </w:tc>
        <w:tc>
          <w:tcPr>
            <w:tcW w:w="1440" w:type="dxa"/>
          </w:tcPr>
          <w:p w14:paraId="362DC240" w14:textId="174DDADD" w:rsidR="00F67B9F" w:rsidRDefault="00F67B9F" w:rsidP="00B50F7F"/>
        </w:tc>
        <w:tc>
          <w:tcPr>
            <w:tcW w:w="2122" w:type="dxa"/>
          </w:tcPr>
          <w:p w14:paraId="1481E5C6" w14:textId="6405C9EE" w:rsidR="00F67B9F" w:rsidRPr="00A31179" w:rsidRDefault="00F67B9F" w:rsidP="00B50F7F">
            <w:pPr>
              <w:rPr>
                <w:rFonts w:cs="Shruti"/>
                <w:sz w:val="18"/>
                <w:szCs w:val="18"/>
                <w:cs/>
                <w:lang w:bidi="gu-IN"/>
              </w:rPr>
            </w:pPr>
          </w:p>
        </w:tc>
      </w:tr>
    </w:tbl>
    <w:p w14:paraId="1E07BEB3" w14:textId="77777777" w:rsidR="00AC6BCD" w:rsidRDefault="00AC6BCD" w:rsidP="00AC6BCD">
      <w:r>
        <w:rPr>
          <w:rFonts w:cs="Shruti"/>
          <w:i/>
          <w:iCs/>
          <w:cs/>
          <w:lang w:bidi="gu-IN"/>
        </w:rPr>
        <w:t>નોંધ</w:t>
      </w:r>
      <w:r>
        <w:rPr>
          <w:i/>
        </w:rPr>
        <w:t xml:space="preserve">: </w:t>
      </w:r>
      <w:r>
        <w:rPr>
          <w:rFonts w:cs="Shruti"/>
          <w:i/>
          <w:iCs/>
          <w:cs/>
          <w:lang w:bidi="gu-IN"/>
        </w:rPr>
        <w:t>ઉપરોક્ત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માહિતી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શિક્ષકોની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સર્વિસ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બુક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અને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શાળાના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શૈક્ષણિક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સમયપત્રક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મુજબ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પ્રમાણિત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કરવામાં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આવેલ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છે</w:t>
      </w:r>
      <w:r>
        <w:rPr>
          <w:i/>
        </w:rPr>
        <w:t>.</w:t>
      </w:r>
    </w:p>
    <w:p w14:paraId="2A2B8CA8" w14:textId="77777777" w:rsidR="00AC6BCD" w:rsidRDefault="00AC6BCD" w:rsidP="00AC6BCD"/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AC6BCD" w14:paraId="0FB76287" w14:textId="77777777" w:rsidTr="00B50F7F">
        <w:tc>
          <w:tcPr>
            <w:tcW w:w="4320" w:type="dxa"/>
          </w:tcPr>
          <w:p w14:paraId="63BFC246" w14:textId="23C55EE9" w:rsidR="00AC6BCD" w:rsidRDefault="00AC6BCD" w:rsidP="00B50F7F">
            <w:r>
              <w:rPr>
                <w:rFonts w:cs="Shruti"/>
                <w:cs/>
                <w:lang w:bidi="gu-IN"/>
              </w:rPr>
              <w:t>સ્થળ</w:t>
            </w:r>
            <w:r>
              <w:t xml:space="preserve">: </w:t>
            </w:r>
            <w:r w:rsidR="008E13CA">
              <w:rPr>
                <w:rFonts w:cs="Shruti" w:hint="cs"/>
                <w:cs/>
                <w:lang w:bidi="gu-IN"/>
              </w:rPr>
              <w:t xml:space="preserve">ઢાંકણ્રીયાવાસ પ્રાથમિક શાળા </w:t>
            </w:r>
            <w:r>
              <w:br/>
            </w:r>
            <w:r w:rsidR="00587BEB">
              <w:rPr>
                <w:rFonts w:cs="Shruti"/>
                <w:cs/>
                <w:lang w:bidi="gu-IN"/>
              </w:rPr>
              <w:t>તારીખ</w:t>
            </w:r>
            <w:r w:rsidR="00587BEB">
              <w:t xml:space="preserve">:       </w:t>
            </w:r>
            <w:r w:rsidR="008E13CA">
              <w:t>21/08/2026</w:t>
            </w:r>
          </w:p>
        </w:tc>
        <w:tc>
          <w:tcPr>
            <w:tcW w:w="4320" w:type="dxa"/>
          </w:tcPr>
          <w:p w14:paraId="4E8CEEF1" w14:textId="77777777" w:rsidR="00AC6BCD" w:rsidRDefault="00AC6BCD" w:rsidP="00B50F7F">
            <w:pPr>
              <w:jc w:val="right"/>
            </w:pPr>
            <w:r>
              <w:rPr>
                <w:rFonts w:cs="Shruti"/>
                <w:cs/>
                <w:lang w:bidi="gu-IN"/>
              </w:rPr>
              <w:t>આચાર્યશ્રીની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સહી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અને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સિક્કો</w:t>
            </w:r>
          </w:p>
        </w:tc>
      </w:tr>
    </w:tbl>
    <w:p w14:paraId="094B99C2" w14:textId="77777777" w:rsidR="00AC6BCD" w:rsidRDefault="00AC6BCD" w:rsidP="00AC6BCD"/>
    <w:p w14:paraId="34564A3F" w14:textId="77777777" w:rsidR="008532E8" w:rsidRDefault="008532E8" w:rsidP="00AC6BCD"/>
    <w:p w14:paraId="6D6B1126" w14:textId="77777777" w:rsidR="008532E8" w:rsidRDefault="008532E8" w:rsidP="00AC6BCD"/>
    <w:p w14:paraId="720870CC" w14:textId="77777777" w:rsidR="003D3E34" w:rsidRDefault="003D3E34" w:rsidP="00CA1AC1">
      <w:pPr>
        <w:spacing w:after="0" w:line="240" w:lineRule="auto"/>
        <w:rPr>
          <w:rFonts w:cs="Shruti"/>
          <w:sz w:val="28"/>
          <w:szCs w:val="28"/>
          <w:u w:val="single"/>
          <w:lang w:bidi="gu-IN"/>
        </w:rPr>
      </w:pPr>
    </w:p>
    <w:p w14:paraId="439B57D0" w14:textId="77777777" w:rsidR="003D3E34" w:rsidRDefault="003D3E34" w:rsidP="00502A5D">
      <w:pPr>
        <w:spacing w:after="0" w:line="240" w:lineRule="auto"/>
        <w:jc w:val="center"/>
        <w:rPr>
          <w:rFonts w:cs="Shruti"/>
          <w:sz w:val="28"/>
          <w:szCs w:val="28"/>
          <w:u w:val="single"/>
          <w:lang w:bidi="gu-IN"/>
        </w:rPr>
      </w:pPr>
    </w:p>
    <w:p w14:paraId="04C4864D" w14:textId="1527EF9E" w:rsidR="00502A5D" w:rsidRDefault="002546D1" w:rsidP="00502A5D">
      <w:pPr>
        <w:spacing w:after="0" w:line="240" w:lineRule="auto"/>
        <w:jc w:val="center"/>
        <w:rPr>
          <w:rFonts w:cs="Shruti"/>
          <w:b/>
          <w:u w:val="single"/>
          <w:lang w:val="en-IN" w:bidi="gu-IN"/>
        </w:rPr>
      </w:pPr>
      <w:r>
        <w:rPr>
          <w:rFonts w:cs="Shruti" w:hint="cs"/>
          <w:sz w:val="28"/>
          <w:szCs w:val="28"/>
          <w:u w:val="single"/>
          <w:cs/>
          <w:lang w:bidi="gu-IN"/>
        </w:rPr>
        <w:t>ઢાંકણ્રીયાવાસ પ્રાથમિક શાળા તા- લાખણી જિલ્લો - વાવ-થરાદ ડાયસ કોડ: 24021300207</w:t>
      </w:r>
    </w:p>
    <w:p w14:paraId="03B0FC50" w14:textId="77777777" w:rsidR="00C70B8C" w:rsidRPr="00EB16ED" w:rsidRDefault="00C70B8C" w:rsidP="00EB16ED">
      <w:pPr>
        <w:pStyle w:val="Heading1"/>
        <w:spacing w:after="240" w:line="240" w:lineRule="auto"/>
        <w:rPr>
          <w:rFonts w:cs="Shruti"/>
          <w:lang w:val="en-IN" w:bidi="gu-IN"/>
        </w:rPr>
      </w:pPr>
      <w:r w:rsidRPr="00EB16ED">
        <w:rPr>
          <w:rFonts w:cs="Shruti"/>
          <w:sz w:val="24"/>
          <w:szCs w:val="24"/>
          <w:cs/>
          <w:lang w:bidi="gu-IN"/>
        </w:rPr>
        <w:t>કર્મચારીઓની</w:t>
      </w:r>
      <w:r w:rsidRPr="00EB16ED">
        <w:rPr>
          <w:sz w:val="24"/>
          <w:szCs w:val="24"/>
        </w:rPr>
        <w:t xml:space="preserve"> </w:t>
      </w:r>
      <w:r w:rsidR="00666B77">
        <w:rPr>
          <w:sz w:val="24"/>
          <w:szCs w:val="24"/>
        </w:rPr>
        <w:t xml:space="preserve"> </w:t>
      </w:r>
      <w:r w:rsidRPr="00EB16ED">
        <w:rPr>
          <w:rFonts w:cs="Shruti"/>
          <w:sz w:val="24"/>
          <w:szCs w:val="24"/>
          <w:cs/>
          <w:lang w:bidi="gu-IN"/>
        </w:rPr>
        <w:t>શૈક્ષણિક</w:t>
      </w:r>
      <w:r w:rsidRPr="00EB16ED">
        <w:rPr>
          <w:sz w:val="24"/>
          <w:szCs w:val="24"/>
        </w:rPr>
        <w:t xml:space="preserve"> </w:t>
      </w:r>
      <w:r w:rsidRPr="00EB16ED">
        <w:rPr>
          <w:rFonts w:cs="Shruti"/>
          <w:sz w:val="24"/>
          <w:szCs w:val="24"/>
          <w:cs/>
          <w:lang w:bidi="gu-IN"/>
        </w:rPr>
        <w:t>અને</w:t>
      </w:r>
      <w:r w:rsidRPr="00EB16ED">
        <w:rPr>
          <w:sz w:val="24"/>
          <w:szCs w:val="24"/>
        </w:rPr>
        <w:t xml:space="preserve"> </w:t>
      </w:r>
      <w:r w:rsidRPr="00EB16ED">
        <w:rPr>
          <w:rFonts w:cs="Shruti"/>
          <w:sz w:val="24"/>
          <w:szCs w:val="24"/>
          <w:cs/>
          <w:lang w:bidi="gu-IN"/>
        </w:rPr>
        <w:t>વ્યાવસાયિક</w:t>
      </w:r>
      <w:r w:rsidRPr="00EB16ED">
        <w:rPr>
          <w:sz w:val="24"/>
          <w:szCs w:val="24"/>
        </w:rPr>
        <w:t xml:space="preserve"> </w:t>
      </w:r>
      <w:r w:rsidR="00666B77">
        <w:rPr>
          <w:sz w:val="24"/>
          <w:szCs w:val="24"/>
        </w:rPr>
        <w:t xml:space="preserve"> </w:t>
      </w:r>
      <w:r w:rsidRPr="00EB16ED">
        <w:rPr>
          <w:rFonts w:cs="Shruti"/>
          <w:sz w:val="24"/>
          <w:szCs w:val="24"/>
          <w:cs/>
          <w:lang w:bidi="gu-IN"/>
        </w:rPr>
        <w:t>લાયકાતમાં</w:t>
      </w:r>
      <w:r w:rsidR="00666B77">
        <w:rPr>
          <w:rFonts w:cs="Shruti"/>
          <w:sz w:val="24"/>
          <w:szCs w:val="24"/>
          <w:lang w:bidi="gu-IN"/>
        </w:rPr>
        <w:t xml:space="preserve"> </w:t>
      </w:r>
      <w:r w:rsidRPr="00EB16ED">
        <w:rPr>
          <w:sz w:val="24"/>
          <w:szCs w:val="24"/>
        </w:rPr>
        <w:t xml:space="preserve"> </w:t>
      </w:r>
      <w:r w:rsidRPr="00EB16ED">
        <w:rPr>
          <w:rFonts w:cs="Shruti"/>
          <w:sz w:val="24"/>
          <w:szCs w:val="24"/>
          <w:cs/>
          <w:lang w:bidi="gu-IN"/>
        </w:rPr>
        <w:t>વૃદ્ધિ</w:t>
      </w:r>
      <w:r w:rsidRPr="00EB16ED">
        <w:rPr>
          <w:sz w:val="24"/>
          <w:szCs w:val="24"/>
        </w:rPr>
        <w:t xml:space="preserve"> </w:t>
      </w:r>
      <w:r w:rsidR="00666B77">
        <w:rPr>
          <w:sz w:val="24"/>
          <w:szCs w:val="24"/>
        </w:rPr>
        <w:t xml:space="preserve"> </w:t>
      </w:r>
      <w:r w:rsidRPr="00EB16ED">
        <w:rPr>
          <w:rFonts w:cs="Shruti"/>
          <w:sz w:val="24"/>
          <w:szCs w:val="24"/>
          <w:cs/>
          <w:lang w:bidi="gu-IN"/>
        </w:rPr>
        <w:t>માટેની</w:t>
      </w:r>
      <w:r w:rsidRPr="00EB16ED">
        <w:rPr>
          <w:sz w:val="24"/>
          <w:szCs w:val="24"/>
        </w:rPr>
        <w:t xml:space="preserve"> </w:t>
      </w:r>
      <w:r w:rsidR="00666B77">
        <w:rPr>
          <w:sz w:val="24"/>
          <w:szCs w:val="24"/>
        </w:rPr>
        <w:t xml:space="preserve"> </w:t>
      </w:r>
      <w:r w:rsidRPr="00EB16ED">
        <w:rPr>
          <w:rFonts w:cs="Shruti"/>
          <w:sz w:val="24"/>
          <w:szCs w:val="24"/>
          <w:cs/>
          <w:lang w:bidi="gu-IN"/>
        </w:rPr>
        <w:t>નીતિ</w:t>
      </w:r>
      <w:r w:rsidRPr="00EB16ED">
        <w:rPr>
          <w:sz w:val="24"/>
          <w:szCs w:val="24"/>
        </w:rPr>
        <w:t xml:space="preserve"> / </w:t>
      </w:r>
      <w:r w:rsidRPr="00EB16ED">
        <w:rPr>
          <w:rFonts w:cs="Shruti"/>
          <w:sz w:val="24"/>
          <w:szCs w:val="24"/>
          <w:cs/>
          <w:lang w:bidi="gu-IN"/>
        </w:rPr>
        <w:t>યોજના</w:t>
      </w:r>
      <w:r w:rsidR="00EA7F02">
        <w:rPr>
          <w:rFonts w:cs="Shruti"/>
          <w:lang w:val="en-IN" w:bidi="gu-IN"/>
        </w:rPr>
        <w:t xml:space="preserve">  </w:t>
      </w:r>
      <w:r w:rsidRPr="00C70B8C">
        <w:rPr>
          <w:rFonts w:cs="Shruti"/>
          <w:b w:val="0"/>
          <w:bCs w:val="0"/>
          <w:u w:val="single"/>
          <w:cs/>
          <w:lang w:bidi="gu-IN"/>
        </w:rPr>
        <w:t>પ્રસ્તાવના</w:t>
      </w:r>
      <w:r w:rsidRPr="00C70B8C">
        <w:rPr>
          <w:b w:val="0"/>
          <w:bCs w:val="0"/>
          <w:u w:val="single"/>
        </w:rPr>
        <w:t>:</w:t>
      </w:r>
    </w:p>
    <w:p w14:paraId="37CC30DA" w14:textId="77777777" w:rsidR="00C70B8C" w:rsidRPr="001755B7" w:rsidRDefault="00C70B8C" w:rsidP="00C70B8C">
      <w:pPr>
        <w:spacing w:after="0" w:line="240" w:lineRule="auto"/>
        <w:rPr>
          <w:sz w:val="20"/>
          <w:szCs w:val="20"/>
        </w:rPr>
      </w:pPr>
      <w:r w:rsidRPr="001755B7">
        <w:rPr>
          <w:rFonts w:cs="Shruti"/>
          <w:sz w:val="20"/>
          <w:szCs w:val="20"/>
          <w:cs/>
          <w:lang w:bidi="gu-IN"/>
        </w:rPr>
        <w:t>રાષ્ટ્રીય</w:t>
      </w:r>
      <w:r w:rsidRPr="001755B7">
        <w:rPr>
          <w:sz w:val="20"/>
          <w:szCs w:val="20"/>
        </w:rPr>
        <w:t xml:space="preserve"> </w:t>
      </w:r>
      <w:r w:rsidRPr="001755B7">
        <w:rPr>
          <w:rFonts w:cs="Shruti"/>
          <w:sz w:val="20"/>
          <w:szCs w:val="20"/>
          <w:cs/>
          <w:lang w:bidi="gu-IN"/>
        </w:rPr>
        <w:t>શિક્ષણ</w:t>
      </w:r>
      <w:r w:rsidRPr="001755B7">
        <w:rPr>
          <w:sz w:val="20"/>
          <w:szCs w:val="20"/>
        </w:rPr>
        <w:t xml:space="preserve"> </w:t>
      </w:r>
      <w:r w:rsidRPr="001755B7">
        <w:rPr>
          <w:rFonts w:cs="Shruti"/>
          <w:sz w:val="20"/>
          <w:szCs w:val="20"/>
          <w:cs/>
          <w:lang w:bidi="gu-IN"/>
        </w:rPr>
        <w:t>નીતિ</w:t>
      </w:r>
      <w:r w:rsidRPr="001755B7">
        <w:rPr>
          <w:sz w:val="20"/>
          <w:szCs w:val="20"/>
        </w:rPr>
        <w:t xml:space="preserve"> (NEP-2020) </w:t>
      </w:r>
      <w:r w:rsidRPr="001755B7">
        <w:rPr>
          <w:rFonts w:cs="Shruti"/>
          <w:sz w:val="20"/>
          <w:szCs w:val="20"/>
          <w:cs/>
          <w:lang w:bidi="gu-IN"/>
        </w:rPr>
        <w:t>અને</w:t>
      </w:r>
      <w:r w:rsidRPr="001755B7">
        <w:rPr>
          <w:sz w:val="20"/>
          <w:szCs w:val="20"/>
        </w:rPr>
        <w:t xml:space="preserve"> </w:t>
      </w:r>
      <w:r w:rsidRPr="001755B7">
        <w:rPr>
          <w:rFonts w:cs="Shruti"/>
          <w:sz w:val="20"/>
          <w:szCs w:val="20"/>
          <w:cs/>
          <w:lang w:bidi="gu-IN"/>
        </w:rPr>
        <w:t>ગુણોત્સવ</w:t>
      </w:r>
      <w:r w:rsidRPr="001755B7">
        <w:rPr>
          <w:sz w:val="20"/>
          <w:szCs w:val="20"/>
        </w:rPr>
        <w:t xml:space="preserve"> </w:t>
      </w:r>
      <w:r w:rsidRPr="001755B7">
        <w:rPr>
          <w:rFonts w:cs="Shruti"/>
          <w:sz w:val="20"/>
          <w:szCs w:val="20"/>
          <w:cs/>
          <w:lang w:bidi="gu-IN"/>
        </w:rPr>
        <w:t>૨</w:t>
      </w:r>
      <w:r w:rsidRPr="001755B7">
        <w:rPr>
          <w:sz w:val="20"/>
          <w:szCs w:val="20"/>
        </w:rPr>
        <w:t>.</w:t>
      </w:r>
      <w:r w:rsidRPr="001755B7">
        <w:rPr>
          <w:rFonts w:cs="Shruti"/>
          <w:sz w:val="20"/>
          <w:szCs w:val="20"/>
          <w:cs/>
          <w:lang w:bidi="gu-IN"/>
        </w:rPr>
        <w:t>૦</w:t>
      </w:r>
      <w:r w:rsidRPr="001755B7">
        <w:rPr>
          <w:sz w:val="20"/>
          <w:szCs w:val="20"/>
        </w:rPr>
        <w:t xml:space="preserve"> (SQAAF) </w:t>
      </w:r>
      <w:r w:rsidRPr="001755B7">
        <w:rPr>
          <w:rFonts w:cs="Shruti"/>
          <w:sz w:val="20"/>
          <w:szCs w:val="20"/>
          <w:cs/>
          <w:lang w:bidi="gu-IN"/>
        </w:rPr>
        <w:t>ના</w:t>
      </w:r>
      <w:r w:rsidRPr="001755B7">
        <w:rPr>
          <w:sz w:val="20"/>
          <w:szCs w:val="20"/>
        </w:rPr>
        <w:t xml:space="preserve"> </w:t>
      </w:r>
      <w:r w:rsidRPr="001755B7">
        <w:rPr>
          <w:rFonts w:cs="Shruti"/>
          <w:sz w:val="20"/>
          <w:szCs w:val="20"/>
          <w:cs/>
          <w:lang w:bidi="gu-IN"/>
        </w:rPr>
        <w:t>માપદંડો</w:t>
      </w:r>
      <w:r w:rsidRPr="001755B7">
        <w:rPr>
          <w:sz w:val="20"/>
          <w:szCs w:val="20"/>
        </w:rPr>
        <w:t xml:space="preserve"> </w:t>
      </w:r>
      <w:r w:rsidRPr="001755B7">
        <w:rPr>
          <w:rFonts w:cs="Shruti"/>
          <w:sz w:val="20"/>
          <w:szCs w:val="20"/>
          <w:cs/>
          <w:lang w:bidi="gu-IN"/>
        </w:rPr>
        <w:t>અંતર્ગત</w:t>
      </w:r>
      <w:r w:rsidRPr="001755B7">
        <w:rPr>
          <w:sz w:val="20"/>
          <w:szCs w:val="20"/>
        </w:rPr>
        <w:t xml:space="preserve">, </w:t>
      </w:r>
      <w:r w:rsidRPr="001755B7">
        <w:rPr>
          <w:rFonts w:cs="Shruti"/>
          <w:sz w:val="20"/>
          <w:szCs w:val="20"/>
          <w:cs/>
          <w:lang w:bidi="gu-IN"/>
        </w:rPr>
        <w:t>શિક્ષકોના</w:t>
      </w:r>
      <w:r w:rsidRPr="001755B7">
        <w:rPr>
          <w:sz w:val="20"/>
          <w:szCs w:val="20"/>
        </w:rPr>
        <w:t xml:space="preserve"> </w:t>
      </w:r>
      <w:r w:rsidRPr="001755B7">
        <w:rPr>
          <w:rFonts w:cs="Shruti"/>
          <w:sz w:val="20"/>
          <w:szCs w:val="20"/>
          <w:cs/>
          <w:lang w:bidi="gu-IN"/>
        </w:rPr>
        <w:t>સતત</w:t>
      </w:r>
      <w:r w:rsidRPr="001755B7">
        <w:rPr>
          <w:sz w:val="20"/>
          <w:szCs w:val="20"/>
        </w:rPr>
        <w:t xml:space="preserve"> </w:t>
      </w:r>
      <w:r w:rsidRPr="001755B7">
        <w:rPr>
          <w:rFonts w:cs="Shruti"/>
          <w:sz w:val="20"/>
          <w:szCs w:val="20"/>
          <w:cs/>
          <w:lang w:bidi="gu-IN"/>
        </w:rPr>
        <w:t>વ્યાવસાયિક</w:t>
      </w:r>
      <w:r w:rsidRPr="001755B7">
        <w:rPr>
          <w:sz w:val="20"/>
          <w:szCs w:val="20"/>
        </w:rPr>
        <w:t xml:space="preserve"> </w:t>
      </w:r>
      <w:r w:rsidRPr="001755B7">
        <w:rPr>
          <w:rFonts w:cs="Shruti"/>
          <w:sz w:val="20"/>
          <w:szCs w:val="20"/>
          <w:cs/>
          <w:lang w:bidi="gu-IN"/>
        </w:rPr>
        <w:t>વિકાસ</w:t>
      </w:r>
      <w:r w:rsidRPr="001755B7">
        <w:rPr>
          <w:sz w:val="20"/>
          <w:szCs w:val="20"/>
        </w:rPr>
        <w:t xml:space="preserve"> (CPD) </w:t>
      </w:r>
      <w:r w:rsidRPr="001755B7">
        <w:rPr>
          <w:rFonts w:cs="Shruti"/>
          <w:sz w:val="20"/>
          <w:szCs w:val="20"/>
          <w:cs/>
          <w:lang w:bidi="gu-IN"/>
        </w:rPr>
        <w:t>અને</w:t>
      </w:r>
      <w:r w:rsidRPr="001755B7">
        <w:rPr>
          <w:sz w:val="20"/>
          <w:szCs w:val="20"/>
        </w:rPr>
        <w:t xml:space="preserve"> </w:t>
      </w:r>
      <w:r w:rsidRPr="001755B7">
        <w:rPr>
          <w:rFonts w:cs="Shruti"/>
          <w:sz w:val="20"/>
          <w:szCs w:val="20"/>
          <w:cs/>
          <w:lang w:bidi="gu-IN"/>
        </w:rPr>
        <w:t>શૈક્ષણિક</w:t>
      </w:r>
      <w:r w:rsidRPr="001755B7">
        <w:rPr>
          <w:sz w:val="20"/>
          <w:szCs w:val="20"/>
        </w:rPr>
        <w:t xml:space="preserve"> </w:t>
      </w:r>
      <w:r w:rsidRPr="001755B7">
        <w:rPr>
          <w:rFonts w:cs="Shruti"/>
          <w:sz w:val="20"/>
          <w:szCs w:val="20"/>
          <w:cs/>
          <w:lang w:bidi="gu-IN"/>
        </w:rPr>
        <w:t>લાયકાતમાં</w:t>
      </w:r>
      <w:r w:rsidRPr="001755B7">
        <w:rPr>
          <w:sz w:val="20"/>
          <w:szCs w:val="20"/>
        </w:rPr>
        <w:t xml:space="preserve"> </w:t>
      </w:r>
      <w:r w:rsidRPr="001755B7">
        <w:rPr>
          <w:rFonts w:cs="Shruti"/>
          <w:sz w:val="20"/>
          <w:szCs w:val="20"/>
          <w:cs/>
          <w:lang w:bidi="gu-IN"/>
        </w:rPr>
        <w:t>વધારો</w:t>
      </w:r>
      <w:r w:rsidRPr="001755B7">
        <w:rPr>
          <w:sz w:val="20"/>
          <w:szCs w:val="20"/>
        </w:rPr>
        <w:t xml:space="preserve"> </w:t>
      </w:r>
      <w:r w:rsidRPr="001755B7">
        <w:rPr>
          <w:rFonts w:cs="Shruti"/>
          <w:sz w:val="20"/>
          <w:szCs w:val="20"/>
          <w:cs/>
          <w:lang w:bidi="gu-IN"/>
        </w:rPr>
        <w:t>થાય</w:t>
      </w:r>
      <w:r w:rsidRPr="001755B7">
        <w:rPr>
          <w:sz w:val="20"/>
          <w:szCs w:val="20"/>
        </w:rPr>
        <w:t xml:space="preserve"> </w:t>
      </w:r>
      <w:r w:rsidRPr="001755B7">
        <w:rPr>
          <w:rFonts w:cs="Shruti"/>
          <w:sz w:val="20"/>
          <w:szCs w:val="20"/>
          <w:cs/>
          <w:lang w:bidi="gu-IN"/>
        </w:rPr>
        <w:t>તે</w:t>
      </w:r>
      <w:r w:rsidRPr="001755B7">
        <w:rPr>
          <w:sz w:val="20"/>
          <w:szCs w:val="20"/>
        </w:rPr>
        <w:t xml:space="preserve"> </w:t>
      </w:r>
      <w:r w:rsidRPr="001755B7">
        <w:rPr>
          <w:rFonts w:cs="Shruti"/>
          <w:sz w:val="20"/>
          <w:szCs w:val="20"/>
          <w:cs/>
          <w:lang w:bidi="gu-IN"/>
        </w:rPr>
        <w:t>અત્યંત</w:t>
      </w:r>
      <w:r w:rsidRPr="001755B7">
        <w:rPr>
          <w:sz w:val="20"/>
          <w:szCs w:val="20"/>
        </w:rPr>
        <w:t xml:space="preserve"> </w:t>
      </w:r>
      <w:r w:rsidRPr="001755B7">
        <w:rPr>
          <w:rFonts w:cs="Shruti"/>
          <w:sz w:val="20"/>
          <w:szCs w:val="20"/>
          <w:cs/>
          <w:lang w:bidi="gu-IN"/>
        </w:rPr>
        <w:t>આવશ્યક</w:t>
      </w:r>
      <w:r w:rsidRPr="001755B7">
        <w:rPr>
          <w:sz w:val="20"/>
          <w:szCs w:val="20"/>
        </w:rPr>
        <w:t xml:space="preserve"> </w:t>
      </w:r>
      <w:r w:rsidRPr="001755B7">
        <w:rPr>
          <w:rFonts w:cs="Shruti"/>
          <w:sz w:val="20"/>
          <w:szCs w:val="20"/>
          <w:cs/>
          <w:lang w:bidi="gu-IN"/>
        </w:rPr>
        <w:t>છે</w:t>
      </w:r>
      <w:r w:rsidRPr="001755B7">
        <w:rPr>
          <w:sz w:val="20"/>
          <w:szCs w:val="20"/>
        </w:rPr>
        <w:t xml:space="preserve">. </w:t>
      </w:r>
      <w:r w:rsidRPr="001755B7">
        <w:rPr>
          <w:rFonts w:cs="Shruti"/>
          <w:sz w:val="20"/>
          <w:szCs w:val="20"/>
          <w:cs/>
          <w:lang w:bidi="gu-IN"/>
        </w:rPr>
        <w:t>આ</w:t>
      </w:r>
      <w:r w:rsidRPr="001755B7">
        <w:rPr>
          <w:sz w:val="20"/>
          <w:szCs w:val="20"/>
        </w:rPr>
        <w:t xml:space="preserve"> </w:t>
      </w:r>
      <w:r w:rsidRPr="001755B7">
        <w:rPr>
          <w:rFonts w:cs="Shruti"/>
          <w:sz w:val="20"/>
          <w:szCs w:val="20"/>
          <w:cs/>
          <w:lang w:bidi="gu-IN"/>
        </w:rPr>
        <w:t>હેતુથી</w:t>
      </w:r>
      <w:r w:rsidRPr="001755B7">
        <w:rPr>
          <w:sz w:val="20"/>
          <w:szCs w:val="20"/>
        </w:rPr>
        <w:t xml:space="preserve"> </w:t>
      </w:r>
      <w:r w:rsidRPr="001755B7">
        <w:rPr>
          <w:rFonts w:cs="Shruti"/>
          <w:sz w:val="20"/>
          <w:szCs w:val="20"/>
          <w:cs/>
          <w:lang w:bidi="gu-IN"/>
        </w:rPr>
        <w:t>લીંબડ</w:t>
      </w:r>
      <w:r w:rsidRPr="001755B7">
        <w:rPr>
          <w:sz w:val="20"/>
          <w:szCs w:val="20"/>
        </w:rPr>
        <w:t xml:space="preserve"> </w:t>
      </w:r>
      <w:r w:rsidRPr="001755B7">
        <w:rPr>
          <w:rFonts w:cs="Shruti"/>
          <w:sz w:val="20"/>
          <w:szCs w:val="20"/>
          <w:cs/>
          <w:lang w:bidi="gu-IN"/>
        </w:rPr>
        <w:t>પ્રાથમિક</w:t>
      </w:r>
      <w:r w:rsidRPr="001755B7">
        <w:rPr>
          <w:sz w:val="20"/>
          <w:szCs w:val="20"/>
        </w:rPr>
        <w:t xml:space="preserve"> </w:t>
      </w:r>
      <w:r w:rsidRPr="001755B7">
        <w:rPr>
          <w:rFonts w:cs="Shruti"/>
          <w:sz w:val="20"/>
          <w:szCs w:val="20"/>
          <w:cs/>
          <w:lang w:bidi="gu-IN"/>
        </w:rPr>
        <w:t>શાળા</w:t>
      </w:r>
      <w:r w:rsidRPr="001755B7">
        <w:rPr>
          <w:sz w:val="20"/>
          <w:szCs w:val="20"/>
        </w:rPr>
        <w:t xml:space="preserve"> </w:t>
      </w:r>
      <w:r w:rsidRPr="001755B7">
        <w:rPr>
          <w:rFonts w:cs="Shruti"/>
          <w:sz w:val="20"/>
          <w:szCs w:val="20"/>
          <w:cs/>
          <w:lang w:bidi="gu-IN"/>
        </w:rPr>
        <w:t>દ્વારા</w:t>
      </w:r>
      <w:r w:rsidRPr="001755B7">
        <w:rPr>
          <w:sz w:val="20"/>
          <w:szCs w:val="20"/>
        </w:rPr>
        <w:t xml:space="preserve"> </w:t>
      </w:r>
      <w:r w:rsidRPr="001755B7">
        <w:rPr>
          <w:rFonts w:cs="Shruti"/>
          <w:sz w:val="20"/>
          <w:szCs w:val="20"/>
          <w:cs/>
          <w:lang w:bidi="gu-IN"/>
        </w:rPr>
        <w:t>શિક્ષકોને</w:t>
      </w:r>
      <w:r w:rsidRPr="001755B7">
        <w:rPr>
          <w:sz w:val="20"/>
          <w:szCs w:val="20"/>
        </w:rPr>
        <w:t xml:space="preserve"> </w:t>
      </w:r>
      <w:r w:rsidRPr="001755B7">
        <w:rPr>
          <w:rFonts w:cs="Shruti"/>
          <w:sz w:val="20"/>
          <w:szCs w:val="20"/>
          <w:cs/>
          <w:lang w:bidi="gu-IN"/>
        </w:rPr>
        <w:t>પ્રોત્સાહિત</w:t>
      </w:r>
      <w:r w:rsidRPr="001755B7">
        <w:rPr>
          <w:sz w:val="20"/>
          <w:szCs w:val="20"/>
        </w:rPr>
        <w:t xml:space="preserve"> </w:t>
      </w:r>
      <w:r w:rsidRPr="001755B7">
        <w:rPr>
          <w:rFonts w:cs="Shruti"/>
          <w:sz w:val="20"/>
          <w:szCs w:val="20"/>
          <w:cs/>
          <w:lang w:bidi="gu-IN"/>
        </w:rPr>
        <w:t>કરવા</w:t>
      </w:r>
      <w:r w:rsidRPr="001755B7">
        <w:rPr>
          <w:sz w:val="20"/>
          <w:szCs w:val="20"/>
        </w:rPr>
        <w:t xml:space="preserve"> </w:t>
      </w:r>
      <w:r w:rsidRPr="001755B7">
        <w:rPr>
          <w:rFonts w:cs="Shruti"/>
          <w:sz w:val="20"/>
          <w:szCs w:val="20"/>
          <w:cs/>
          <w:lang w:bidi="gu-IN"/>
        </w:rPr>
        <w:t>માટે</w:t>
      </w:r>
      <w:r w:rsidRPr="001755B7">
        <w:rPr>
          <w:sz w:val="20"/>
          <w:szCs w:val="20"/>
        </w:rPr>
        <w:t xml:space="preserve"> </w:t>
      </w:r>
      <w:r w:rsidRPr="001755B7">
        <w:rPr>
          <w:rFonts w:cs="Shruti"/>
          <w:sz w:val="20"/>
          <w:szCs w:val="20"/>
          <w:cs/>
          <w:lang w:bidi="gu-IN"/>
        </w:rPr>
        <w:t>નીચે</w:t>
      </w:r>
      <w:r w:rsidRPr="001755B7">
        <w:rPr>
          <w:sz w:val="20"/>
          <w:szCs w:val="20"/>
        </w:rPr>
        <w:t xml:space="preserve"> </w:t>
      </w:r>
      <w:r w:rsidRPr="001755B7">
        <w:rPr>
          <w:rFonts w:cs="Shruti"/>
          <w:sz w:val="20"/>
          <w:szCs w:val="20"/>
          <w:cs/>
          <w:lang w:bidi="gu-IN"/>
        </w:rPr>
        <w:t>મુજબની</w:t>
      </w:r>
      <w:r w:rsidRPr="001755B7">
        <w:rPr>
          <w:sz w:val="20"/>
          <w:szCs w:val="20"/>
        </w:rPr>
        <w:t xml:space="preserve"> </w:t>
      </w:r>
      <w:r w:rsidRPr="001755B7">
        <w:rPr>
          <w:rFonts w:cs="Shruti"/>
          <w:sz w:val="20"/>
          <w:szCs w:val="20"/>
          <w:cs/>
          <w:lang w:bidi="gu-IN"/>
        </w:rPr>
        <w:t>નીતિ</w:t>
      </w:r>
      <w:r w:rsidRPr="001755B7">
        <w:rPr>
          <w:sz w:val="20"/>
          <w:szCs w:val="20"/>
        </w:rPr>
        <w:t xml:space="preserve"> </w:t>
      </w:r>
      <w:r w:rsidRPr="001755B7">
        <w:rPr>
          <w:rFonts w:cs="Shruti"/>
          <w:sz w:val="20"/>
          <w:szCs w:val="20"/>
          <w:cs/>
          <w:lang w:bidi="gu-IN"/>
        </w:rPr>
        <w:t>અને</w:t>
      </w:r>
      <w:r w:rsidRPr="001755B7">
        <w:rPr>
          <w:sz w:val="20"/>
          <w:szCs w:val="20"/>
        </w:rPr>
        <w:t xml:space="preserve"> </w:t>
      </w:r>
      <w:r w:rsidRPr="001755B7">
        <w:rPr>
          <w:rFonts w:cs="Shruti"/>
          <w:sz w:val="20"/>
          <w:szCs w:val="20"/>
          <w:cs/>
          <w:lang w:bidi="gu-IN"/>
        </w:rPr>
        <w:t>યોજનાઓ</w:t>
      </w:r>
      <w:r w:rsidRPr="001755B7">
        <w:rPr>
          <w:sz w:val="20"/>
          <w:szCs w:val="20"/>
        </w:rPr>
        <w:t xml:space="preserve"> </w:t>
      </w:r>
      <w:r w:rsidRPr="001755B7">
        <w:rPr>
          <w:rFonts w:cs="Shruti"/>
          <w:sz w:val="20"/>
          <w:szCs w:val="20"/>
          <w:cs/>
          <w:lang w:bidi="gu-IN"/>
        </w:rPr>
        <w:t>અમલમાં</w:t>
      </w:r>
      <w:r w:rsidRPr="001755B7">
        <w:rPr>
          <w:sz w:val="20"/>
          <w:szCs w:val="20"/>
        </w:rPr>
        <w:t xml:space="preserve"> </w:t>
      </w:r>
      <w:r w:rsidRPr="001755B7">
        <w:rPr>
          <w:rFonts w:cs="Shruti"/>
          <w:sz w:val="20"/>
          <w:szCs w:val="20"/>
          <w:cs/>
          <w:lang w:bidi="gu-IN"/>
        </w:rPr>
        <w:t>મૂકવામાં</w:t>
      </w:r>
      <w:r w:rsidRPr="001755B7">
        <w:rPr>
          <w:sz w:val="20"/>
          <w:szCs w:val="20"/>
        </w:rPr>
        <w:t xml:space="preserve"> </w:t>
      </w:r>
      <w:r w:rsidRPr="001755B7">
        <w:rPr>
          <w:rFonts w:cs="Shruti"/>
          <w:sz w:val="20"/>
          <w:szCs w:val="20"/>
          <w:cs/>
          <w:lang w:bidi="gu-IN"/>
        </w:rPr>
        <w:t>આવી</w:t>
      </w:r>
      <w:r w:rsidRPr="001755B7">
        <w:rPr>
          <w:sz w:val="20"/>
          <w:szCs w:val="20"/>
        </w:rPr>
        <w:t xml:space="preserve"> </w:t>
      </w:r>
      <w:r w:rsidRPr="001755B7">
        <w:rPr>
          <w:rFonts w:cs="Shruti"/>
          <w:sz w:val="20"/>
          <w:szCs w:val="20"/>
          <w:cs/>
          <w:lang w:bidi="gu-IN"/>
        </w:rPr>
        <w:t>છે</w:t>
      </w:r>
      <w:r w:rsidRPr="001755B7">
        <w:rPr>
          <w:sz w:val="20"/>
          <w:szCs w:val="20"/>
        </w:rPr>
        <w:t>:</w:t>
      </w:r>
    </w:p>
    <w:p w14:paraId="2F7ADFFB" w14:textId="77777777" w:rsidR="00C70B8C" w:rsidRDefault="00C70B8C" w:rsidP="00C70B8C">
      <w:pPr>
        <w:pStyle w:val="Heading2"/>
        <w:spacing w:line="240" w:lineRule="auto"/>
      </w:pPr>
      <w:r>
        <w:rPr>
          <w:rFonts w:cs="Shruti"/>
          <w:cs/>
          <w:lang w:bidi="gu-IN"/>
        </w:rPr>
        <w:t>શાળાની</w:t>
      </w:r>
      <w:r>
        <w:t xml:space="preserve"> </w:t>
      </w:r>
      <w:r>
        <w:rPr>
          <w:rFonts w:cs="Shruti"/>
          <w:cs/>
          <w:lang w:bidi="gu-IN"/>
        </w:rPr>
        <w:t>મુખ્ય</w:t>
      </w:r>
      <w:r>
        <w:t xml:space="preserve"> </w:t>
      </w:r>
      <w:r>
        <w:rPr>
          <w:rFonts w:cs="Shruti"/>
          <w:cs/>
          <w:lang w:bidi="gu-IN"/>
        </w:rPr>
        <w:t>નીતિઓ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યોજનાઓ</w:t>
      </w:r>
      <w:r>
        <w:t>:</w:t>
      </w:r>
    </w:p>
    <w:p w14:paraId="17EF7049" w14:textId="77777777" w:rsidR="00C70B8C" w:rsidRDefault="00C70B8C" w:rsidP="00C70B8C">
      <w:pPr>
        <w:spacing w:after="0" w:line="240" w:lineRule="auto"/>
      </w:pPr>
      <w:r>
        <w:rPr>
          <w:rFonts w:cs="Shruti"/>
          <w:b/>
          <w:bCs/>
          <w:cs/>
          <w:lang w:bidi="gu-IN"/>
        </w:rPr>
        <w:t>૧</w:t>
      </w:r>
      <w:r>
        <w:rPr>
          <w:b/>
        </w:rPr>
        <w:t xml:space="preserve">. </w:t>
      </w:r>
      <w:r>
        <w:rPr>
          <w:rFonts w:cs="Shruti"/>
          <w:b/>
          <w:bCs/>
          <w:cs/>
          <w:lang w:bidi="gu-IN"/>
        </w:rPr>
        <w:t>ઉચ્ચ</w:t>
      </w:r>
      <w:r>
        <w:rPr>
          <w:b/>
        </w:rPr>
        <w:t xml:space="preserve"> </w:t>
      </w:r>
      <w:r>
        <w:rPr>
          <w:rFonts w:cs="Shruti"/>
          <w:b/>
          <w:bCs/>
          <w:cs/>
          <w:lang w:bidi="gu-IN"/>
        </w:rPr>
        <w:t>અભ્યાસ</w:t>
      </w:r>
      <w:r>
        <w:rPr>
          <w:b/>
        </w:rPr>
        <w:t xml:space="preserve"> </w:t>
      </w:r>
      <w:r>
        <w:rPr>
          <w:rFonts w:cs="Shruti"/>
          <w:b/>
          <w:bCs/>
          <w:cs/>
          <w:lang w:bidi="gu-IN"/>
        </w:rPr>
        <w:t>માટે</w:t>
      </w:r>
      <w:r>
        <w:rPr>
          <w:b/>
        </w:rPr>
        <w:t xml:space="preserve"> </w:t>
      </w:r>
      <w:r>
        <w:rPr>
          <w:rFonts w:cs="Shruti"/>
          <w:b/>
          <w:bCs/>
          <w:cs/>
          <w:lang w:bidi="gu-IN"/>
        </w:rPr>
        <w:t>પ્રોત્સાહન</w:t>
      </w:r>
      <w:r>
        <w:rPr>
          <w:b/>
        </w:rPr>
        <w:t xml:space="preserve">: </w:t>
      </w:r>
      <w:r>
        <w:rPr>
          <w:rFonts w:cs="Shruti"/>
          <w:cs/>
          <w:lang w:bidi="gu-IN"/>
        </w:rPr>
        <w:t>શાળાના</w:t>
      </w:r>
      <w:r>
        <w:t xml:space="preserve"> </w:t>
      </w:r>
      <w:r>
        <w:rPr>
          <w:rFonts w:cs="Shruti"/>
          <w:cs/>
          <w:lang w:bidi="gu-IN"/>
        </w:rPr>
        <w:t>શિક્ષકોને</w:t>
      </w:r>
      <w:r>
        <w:t xml:space="preserve"> </w:t>
      </w:r>
      <w:r>
        <w:rPr>
          <w:rFonts w:cs="Shruti"/>
          <w:cs/>
          <w:lang w:bidi="gu-IN"/>
        </w:rPr>
        <w:t>સેવામાં</w:t>
      </w:r>
      <w:r>
        <w:t xml:space="preserve"> </w:t>
      </w:r>
      <w:r>
        <w:rPr>
          <w:rFonts w:cs="Shruti"/>
          <w:cs/>
          <w:lang w:bidi="gu-IN"/>
        </w:rPr>
        <w:t>ચાલુ</w:t>
      </w:r>
      <w:r>
        <w:t xml:space="preserve"> </w:t>
      </w:r>
      <w:r>
        <w:rPr>
          <w:rFonts w:cs="Shruti"/>
          <w:cs/>
          <w:lang w:bidi="gu-IN"/>
        </w:rPr>
        <w:t>રહીને</w:t>
      </w:r>
      <w:r>
        <w:t xml:space="preserve"> </w:t>
      </w:r>
      <w:r>
        <w:rPr>
          <w:rFonts w:cs="Shruti"/>
          <w:cs/>
          <w:lang w:bidi="gu-IN"/>
        </w:rPr>
        <w:t>ઉચ્ચ</w:t>
      </w:r>
      <w:r>
        <w:t xml:space="preserve"> </w:t>
      </w:r>
      <w:r>
        <w:rPr>
          <w:rFonts w:cs="Shruti"/>
          <w:cs/>
          <w:lang w:bidi="gu-IN"/>
        </w:rPr>
        <w:t>શૈક્ષણિક</w:t>
      </w:r>
      <w:r>
        <w:t xml:space="preserve"> </w:t>
      </w:r>
      <w:r>
        <w:rPr>
          <w:rFonts w:cs="Shruti"/>
          <w:cs/>
          <w:lang w:bidi="gu-IN"/>
        </w:rPr>
        <w:t>લાયકાત</w:t>
      </w:r>
      <w:r>
        <w:t xml:space="preserve"> (</w:t>
      </w:r>
      <w:r>
        <w:rPr>
          <w:rFonts w:cs="Shruti"/>
          <w:cs/>
          <w:lang w:bidi="gu-IN"/>
        </w:rPr>
        <w:t>જેમ</w:t>
      </w:r>
      <w:r>
        <w:t xml:space="preserve"> </w:t>
      </w:r>
      <w:r>
        <w:rPr>
          <w:rFonts w:cs="Shruti"/>
          <w:cs/>
          <w:lang w:bidi="gu-IN"/>
        </w:rPr>
        <w:t>કે</w:t>
      </w:r>
      <w:r>
        <w:t xml:space="preserve"> B.Ed., M.Ed., M.A., M.Sc., Ph.D.) </w:t>
      </w:r>
      <w:r>
        <w:rPr>
          <w:rFonts w:cs="Shruti"/>
          <w:cs/>
          <w:lang w:bidi="gu-IN"/>
        </w:rPr>
        <w:t>મેળવવા</w:t>
      </w:r>
      <w:r>
        <w:t xml:space="preserve"> </w:t>
      </w:r>
      <w:r>
        <w:rPr>
          <w:rFonts w:cs="Shruti"/>
          <w:cs/>
          <w:lang w:bidi="gu-IN"/>
        </w:rPr>
        <w:t>માટે</w:t>
      </w:r>
      <w:r>
        <w:t xml:space="preserve"> </w:t>
      </w:r>
      <w:r>
        <w:rPr>
          <w:rFonts w:cs="Shruti"/>
          <w:cs/>
          <w:lang w:bidi="gu-IN"/>
        </w:rPr>
        <w:t>સતત</w:t>
      </w:r>
      <w:r>
        <w:t xml:space="preserve"> </w:t>
      </w:r>
      <w:r>
        <w:rPr>
          <w:rFonts w:cs="Shruti"/>
          <w:cs/>
          <w:lang w:bidi="gu-IN"/>
        </w:rPr>
        <w:t>પ્રેરિત</w:t>
      </w:r>
      <w:r>
        <w:t xml:space="preserve"> </w:t>
      </w:r>
      <w:r>
        <w:rPr>
          <w:rFonts w:cs="Shruti"/>
          <w:cs/>
          <w:lang w:bidi="gu-IN"/>
        </w:rPr>
        <w:t>કરવામાં</w:t>
      </w:r>
      <w:r>
        <w:t xml:space="preserve"> </w:t>
      </w:r>
      <w:r>
        <w:rPr>
          <w:rFonts w:cs="Shruti"/>
          <w:cs/>
          <w:lang w:bidi="gu-IN"/>
        </w:rPr>
        <w:t>આવે</w:t>
      </w:r>
      <w:r>
        <w:t xml:space="preserve"> </w:t>
      </w:r>
      <w:r>
        <w:rPr>
          <w:rFonts w:cs="Shruti"/>
          <w:cs/>
          <w:lang w:bidi="gu-IN"/>
        </w:rPr>
        <w:t>છે</w:t>
      </w:r>
      <w:r>
        <w:t xml:space="preserve">. </w:t>
      </w:r>
      <w:r>
        <w:rPr>
          <w:rFonts w:cs="Shruti"/>
          <w:cs/>
          <w:lang w:bidi="gu-IN"/>
        </w:rPr>
        <w:t>આ</w:t>
      </w:r>
      <w:r>
        <w:t xml:space="preserve"> </w:t>
      </w:r>
      <w:r>
        <w:rPr>
          <w:rFonts w:cs="Shruti"/>
          <w:cs/>
          <w:lang w:bidi="gu-IN"/>
        </w:rPr>
        <w:t>માટે</w:t>
      </w:r>
      <w:r>
        <w:t xml:space="preserve"> </w:t>
      </w:r>
      <w:r>
        <w:rPr>
          <w:rFonts w:cs="Shruti"/>
          <w:cs/>
          <w:lang w:bidi="gu-IN"/>
        </w:rPr>
        <w:t>જરૂરી</w:t>
      </w:r>
      <w:r>
        <w:t xml:space="preserve"> </w:t>
      </w:r>
      <w:r>
        <w:rPr>
          <w:rFonts w:cs="Shruti"/>
          <w:cs/>
          <w:lang w:bidi="gu-IN"/>
        </w:rPr>
        <w:t>ખાતાકીય</w:t>
      </w:r>
      <w:r>
        <w:t xml:space="preserve"> </w:t>
      </w:r>
      <w:r>
        <w:rPr>
          <w:rFonts w:cs="Shruti"/>
          <w:cs/>
          <w:lang w:bidi="gu-IN"/>
        </w:rPr>
        <w:t>પરવાનગી</w:t>
      </w:r>
      <w:r>
        <w:t xml:space="preserve"> </w:t>
      </w:r>
      <w:r>
        <w:rPr>
          <w:rFonts w:cs="Shruti"/>
          <w:cs/>
          <w:lang w:bidi="gu-IN"/>
        </w:rPr>
        <w:t>મેળવવામાં</w:t>
      </w:r>
      <w:r>
        <w:t xml:space="preserve"> </w:t>
      </w:r>
      <w:r>
        <w:rPr>
          <w:rFonts w:cs="Shruti"/>
          <w:cs/>
          <w:lang w:bidi="gu-IN"/>
        </w:rPr>
        <w:t>શાળા</w:t>
      </w:r>
      <w:r>
        <w:t xml:space="preserve"> </w:t>
      </w:r>
      <w:r>
        <w:rPr>
          <w:rFonts w:cs="Shruti"/>
          <w:cs/>
          <w:lang w:bidi="gu-IN"/>
        </w:rPr>
        <w:t>કક્ષાએથી</w:t>
      </w:r>
      <w:r>
        <w:t xml:space="preserve"> </w:t>
      </w:r>
      <w:r>
        <w:rPr>
          <w:rFonts w:cs="Shruti"/>
          <w:cs/>
          <w:lang w:bidi="gu-IN"/>
        </w:rPr>
        <w:t>સંપૂર્ણ</w:t>
      </w:r>
      <w:r>
        <w:t xml:space="preserve"> </w:t>
      </w:r>
      <w:r>
        <w:rPr>
          <w:rFonts w:cs="Shruti"/>
          <w:cs/>
          <w:lang w:bidi="gu-IN"/>
        </w:rPr>
        <w:t>વહીવટી</w:t>
      </w:r>
      <w:r>
        <w:t xml:space="preserve"> </w:t>
      </w:r>
      <w:r>
        <w:rPr>
          <w:rFonts w:cs="Shruti"/>
          <w:cs/>
          <w:lang w:bidi="gu-IN"/>
        </w:rPr>
        <w:t>સહકાર</w:t>
      </w:r>
      <w:r>
        <w:t xml:space="preserve"> </w:t>
      </w:r>
      <w:r>
        <w:rPr>
          <w:rFonts w:cs="Shruti"/>
          <w:cs/>
          <w:lang w:bidi="gu-IN"/>
        </w:rPr>
        <w:t>પૂરો</w:t>
      </w:r>
      <w:r>
        <w:t xml:space="preserve"> </w:t>
      </w:r>
      <w:r>
        <w:rPr>
          <w:rFonts w:cs="Shruti"/>
          <w:cs/>
          <w:lang w:bidi="gu-IN"/>
        </w:rPr>
        <w:t>પાડવામાં</w:t>
      </w:r>
      <w:r>
        <w:t xml:space="preserve"> </w:t>
      </w:r>
      <w:r>
        <w:rPr>
          <w:rFonts w:cs="Shruti"/>
          <w:cs/>
          <w:lang w:bidi="gu-IN"/>
        </w:rPr>
        <w:t>આવે</w:t>
      </w:r>
      <w:r>
        <w:t xml:space="preserve"> </w:t>
      </w:r>
      <w:r>
        <w:rPr>
          <w:rFonts w:cs="Shruti"/>
          <w:cs/>
          <w:lang w:bidi="gu-IN"/>
        </w:rPr>
        <w:t>છે</w:t>
      </w:r>
      <w:r>
        <w:t>.</w:t>
      </w:r>
    </w:p>
    <w:p w14:paraId="57B35AAA" w14:textId="77777777" w:rsidR="00C70B8C" w:rsidRDefault="00C70B8C" w:rsidP="00C70B8C">
      <w:pPr>
        <w:spacing w:after="0" w:line="240" w:lineRule="auto"/>
      </w:pPr>
      <w:r>
        <w:rPr>
          <w:rFonts w:cs="Shruti"/>
          <w:b/>
          <w:bCs/>
          <w:cs/>
          <w:lang w:bidi="gu-IN"/>
        </w:rPr>
        <w:t>૨</w:t>
      </w:r>
      <w:r>
        <w:rPr>
          <w:b/>
        </w:rPr>
        <w:t xml:space="preserve">. </w:t>
      </w:r>
      <w:r>
        <w:rPr>
          <w:rFonts w:cs="Shruti"/>
          <w:b/>
          <w:bCs/>
          <w:cs/>
          <w:lang w:bidi="gu-IN"/>
        </w:rPr>
        <w:t>ખાતાકીય</w:t>
      </w:r>
      <w:r>
        <w:rPr>
          <w:b/>
        </w:rPr>
        <w:t xml:space="preserve"> </w:t>
      </w:r>
      <w:r>
        <w:rPr>
          <w:rFonts w:cs="Shruti"/>
          <w:b/>
          <w:bCs/>
          <w:cs/>
          <w:lang w:bidi="gu-IN"/>
        </w:rPr>
        <w:t>અને</w:t>
      </w:r>
      <w:r>
        <w:rPr>
          <w:b/>
        </w:rPr>
        <w:t xml:space="preserve"> </w:t>
      </w:r>
      <w:r>
        <w:rPr>
          <w:rFonts w:cs="Shruti"/>
          <w:b/>
          <w:bCs/>
          <w:cs/>
          <w:lang w:bidi="gu-IN"/>
        </w:rPr>
        <w:t>સ્પર્ધાત્મક</w:t>
      </w:r>
      <w:r>
        <w:rPr>
          <w:b/>
        </w:rPr>
        <w:t xml:space="preserve"> </w:t>
      </w:r>
      <w:r>
        <w:rPr>
          <w:rFonts w:cs="Shruti"/>
          <w:b/>
          <w:bCs/>
          <w:cs/>
          <w:lang w:bidi="gu-IN"/>
        </w:rPr>
        <w:t>પરીક્ષાઓની</w:t>
      </w:r>
      <w:r>
        <w:rPr>
          <w:b/>
        </w:rPr>
        <w:t xml:space="preserve"> </w:t>
      </w:r>
      <w:r>
        <w:rPr>
          <w:rFonts w:cs="Shruti"/>
          <w:b/>
          <w:bCs/>
          <w:cs/>
          <w:lang w:bidi="gu-IN"/>
        </w:rPr>
        <w:t>તૈયારી</w:t>
      </w:r>
      <w:r>
        <w:rPr>
          <w:b/>
        </w:rPr>
        <w:t xml:space="preserve">: </w:t>
      </w:r>
      <w:r>
        <w:rPr>
          <w:rFonts w:cs="Shruti"/>
          <w:cs/>
          <w:lang w:bidi="gu-IN"/>
        </w:rPr>
        <w:t>શિક્ષકોને</w:t>
      </w:r>
      <w:r>
        <w:t xml:space="preserve"> HTAT (</w:t>
      </w:r>
      <w:r>
        <w:rPr>
          <w:rFonts w:cs="Shruti"/>
          <w:cs/>
          <w:lang w:bidi="gu-IN"/>
        </w:rPr>
        <w:t>હેડ</w:t>
      </w:r>
      <w:r>
        <w:t xml:space="preserve"> </w:t>
      </w:r>
      <w:r>
        <w:rPr>
          <w:rFonts w:cs="Shruti"/>
          <w:cs/>
          <w:lang w:bidi="gu-IN"/>
        </w:rPr>
        <w:t>ટીચર</w:t>
      </w:r>
      <w:r>
        <w:t xml:space="preserve"> </w:t>
      </w:r>
      <w:r>
        <w:rPr>
          <w:rFonts w:cs="Shruti"/>
          <w:cs/>
          <w:lang w:bidi="gu-IN"/>
        </w:rPr>
        <w:t>એપ્ટીટ્યુડ</w:t>
      </w:r>
      <w:r>
        <w:t xml:space="preserve"> </w:t>
      </w:r>
      <w:r>
        <w:rPr>
          <w:rFonts w:cs="Shruti"/>
          <w:cs/>
          <w:lang w:bidi="gu-IN"/>
        </w:rPr>
        <w:t>ટેસ્ટ</w:t>
      </w:r>
      <w:r>
        <w:t>), AEI (</w:t>
      </w:r>
      <w:r>
        <w:rPr>
          <w:rFonts w:cs="Shruti"/>
          <w:cs/>
          <w:lang w:bidi="gu-IN"/>
        </w:rPr>
        <w:t>આસિસ્ટન્ટ</w:t>
      </w:r>
      <w:r>
        <w:t xml:space="preserve"> </w:t>
      </w:r>
      <w:r>
        <w:rPr>
          <w:rFonts w:cs="Shruti"/>
          <w:cs/>
          <w:lang w:bidi="gu-IN"/>
        </w:rPr>
        <w:t>એજ્યુકેશન</w:t>
      </w:r>
      <w:r>
        <w:t xml:space="preserve"> </w:t>
      </w:r>
      <w:r>
        <w:rPr>
          <w:rFonts w:cs="Shruti"/>
          <w:cs/>
          <w:lang w:bidi="gu-IN"/>
        </w:rPr>
        <w:t>ઇન્સ્પેક્ટર</w:t>
      </w:r>
      <w:r>
        <w:t xml:space="preserve">), CRC/BRC </w:t>
      </w:r>
      <w:r>
        <w:rPr>
          <w:rFonts w:cs="Shruti"/>
          <w:cs/>
          <w:lang w:bidi="gu-IN"/>
        </w:rPr>
        <w:t>કો</w:t>
      </w:r>
      <w:r>
        <w:t>-</w:t>
      </w:r>
      <w:r>
        <w:rPr>
          <w:rFonts w:cs="Shruti"/>
          <w:cs/>
          <w:lang w:bidi="gu-IN"/>
        </w:rPr>
        <w:t>ઓર્ડિનેટર</w:t>
      </w:r>
      <w:r>
        <w:t xml:space="preserve"> </w:t>
      </w:r>
      <w:r>
        <w:rPr>
          <w:rFonts w:cs="Shruti"/>
          <w:cs/>
          <w:lang w:bidi="gu-IN"/>
        </w:rPr>
        <w:t>જેવી</w:t>
      </w:r>
      <w:r>
        <w:t xml:space="preserve"> </w:t>
      </w:r>
      <w:r>
        <w:rPr>
          <w:rFonts w:cs="Shruti"/>
          <w:cs/>
          <w:lang w:bidi="gu-IN"/>
        </w:rPr>
        <w:t>ખાતાકીય</w:t>
      </w:r>
      <w:r>
        <w:t xml:space="preserve"> </w:t>
      </w:r>
      <w:r>
        <w:rPr>
          <w:rFonts w:cs="Shruti"/>
          <w:cs/>
          <w:lang w:bidi="gu-IN"/>
        </w:rPr>
        <w:t>પરીક્ષાઓ</w:t>
      </w:r>
      <w:r>
        <w:t xml:space="preserve"> </w:t>
      </w:r>
      <w:r>
        <w:rPr>
          <w:rFonts w:cs="Shruti"/>
          <w:cs/>
          <w:lang w:bidi="gu-IN"/>
        </w:rPr>
        <w:t>આપવા</w:t>
      </w:r>
      <w:r>
        <w:t xml:space="preserve"> </w:t>
      </w:r>
      <w:r>
        <w:rPr>
          <w:rFonts w:cs="Shruti"/>
          <w:cs/>
          <w:lang w:bidi="gu-IN"/>
        </w:rPr>
        <w:t>માટે</w:t>
      </w:r>
      <w:r>
        <w:t xml:space="preserve"> </w:t>
      </w:r>
      <w:r>
        <w:rPr>
          <w:rFonts w:cs="Shruti"/>
          <w:cs/>
          <w:lang w:bidi="gu-IN"/>
        </w:rPr>
        <w:t>પ્રોત્સાહિત</w:t>
      </w:r>
      <w:r>
        <w:t xml:space="preserve"> </w:t>
      </w:r>
      <w:r>
        <w:rPr>
          <w:rFonts w:cs="Shruti"/>
          <w:cs/>
          <w:lang w:bidi="gu-IN"/>
        </w:rPr>
        <w:t>કરાય</w:t>
      </w:r>
      <w:r>
        <w:t xml:space="preserve"> </w:t>
      </w:r>
      <w:r>
        <w:rPr>
          <w:rFonts w:cs="Shruti"/>
          <w:cs/>
          <w:lang w:bidi="gu-IN"/>
        </w:rPr>
        <w:t>છે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તે</w:t>
      </w:r>
      <w:r>
        <w:t xml:space="preserve"> </w:t>
      </w:r>
      <w:r>
        <w:rPr>
          <w:rFonts w:cs="Shruti"/>
          <w:cs/>
          <w:lang w:bidi="gu-IN"/>
        </w:rPr>
        <w:t>માટે</w:t>
      </w:r>
      <w:r>
        <w:t xml:space="preserve"> </w:t>
      </w:r>
      <w:r>
        <w:rPr>
          <w:rFonts w:cs="Shruti"/>
          <w:cs/>
          <w:lang w:bidi="gu-IN"/>
        </w:rPr>
        <w:t>શાળાના</w:t>
      </w:r>
      <w:r>
        <w:t xml:space="preserve"> </w:t>
      </w:r>
      <w:r>
        <w:rPr>
          <w:rFonts w:cs="Shruti"/>
          <w:cs/>
          <w:lang w:bidi="gu-IN"/>
        </w:rPr>
        <w:t>અન્ય</w:t>
      </w:r>
      <w:r>
        <w:t xml:space="preserve"> </w:t>
      </w:r>
      <w:r>
        <w:rPr>
          <w:rFonts w:cs="Shruti"/>
          <w:cs/>
          <w:lang w:bidi="gu-IN"/>
        </w:rPr>
        <w:t>શિક્ષકો</w:t>
      </w:r>
      <w:r>
        <w:t xml:space="preserve"> </w:t>
      </w:r>
      <w:r>
        <w:rPr>
          <w:rFonts w:cs="Shruti"/>
          <w:cs/>
          <w:lang w:bidi="gu-IN"/>
        </w:rPr>
        <w:t>દ્વારા</w:t>
      </w:r>
      <w:r>
        <w:t xml:space="preserve"> </w:t>
      </w:r>
      <w:r>
        <w:rPr>
          <w:rFonts w:cs="Shruti"/>
          <w:cs/>
          <w:lang w:bidi="gu-IN"/>
        </w:rPr>
        <w:t>પારસ્પરિક</w:t>
      </w:r>
      <w:r>
        <w:t xml:space="preserve"> </w:t>
      </w:r>
      <w:r>
        <w:rPr>
          <w:rFonts w:cs="Shruti"/>
          <w:cs/>
          <w:lang w:bidi="gu-IN"/>
        </w:rPr>
        <w:t>માર્ગદર્શન</w:t>
      </w:r>
      <w:r>
        <w:t xml:space="preserve"> </w:t>
      </w:r>
      <w:r>
        <w:rPr>
          <w:rFonts w:cs="Shruti"/>
          <w:cs/>
          <w:lang w:bidi="gu-IN"/>
        </w:rPr>
        <w:t>આપવામાં</w:t>
      </w:r>
      <w:r>
        <w:t xml:space="preserve"> </w:t>
      </w:r>
      <w:r>
        <w:rPr>
          <w:rFonts w:cs="Shruti"/>
          <w:cs/>
          <w:lang w:bidi="gu-IN"/>
        </w:rPr>
        <w:t>આવે</w:t>
      </w:r>
      <w:r>
        <w:t xml:space="preserve"> </w:t>
      </w:r>
      <w:r>
        <w:rPr>
          <w:rFonts w:cs="Shruti"/>
          <w:cs/>
          <w:lang w:bidi="gu-IN"/>
        </w:rPr>
        <w:t>છે</w:t>
      </w:r>
      <w:r>
        <w:t>.</w:t>
      </w:r>
    </w:p>
    <w:p w14:paraId="16AA03CD" w14:textId="77777777" w:rsidR="00C70B8C" w:rsidRDefault="00C70B8C" w:rsidP="00C70B8C">
      <w:pPr>
        <w:spacing w:after="0" w:line="240" w:lineRule="auto"/>
      </w:pPr>
      <w:r>
        <w:rPr>
          <w:rFonts w:cs="Shruti"/>
          <w:b/>
          <w:bCs/>
          <w:cs/>
          <w:lang w:bidi="gu-IN"/>
        </w:rPr>
        <w:t>૩</w:t>
      </w:r>
      <w:r>
        <w:rPr>
          <w:b/>
        </w:rPr>
        <w:t xml:space="preserve">. </w:t>
      </w:r>
      <w:r>
        <w:rPr>
          <w:rFonts w:cs="Shruti"/>
          <w:b/>
          <w:bCs/>
          <w:cs/>
          <w:lang w:bidi="gu-IN"/>
        </w:rPr>
        <w:t>સતત</w:t>
      </w:r>
      <w:r>
        <w:rPr>
          <w:b/>
        </w:rPr>
        <w:t xml:space="preserve"> </w:t>
      </w:r>
      <w:r>
        <w:rPr>
          <w:rFonts w:cs="Shruti"/>
          <w:b/>
          <w:bCs/>
          <w:cs/>
          <w:lang w:bidi="gu-IN"/>
        </w:rPr>
        <w:t>વ્યાવસાયિક</w:t>
      </w:r>
      <w:r>
        <w:rPr>
          <w:b/>
        </w:rPr>
        <w:t xml:space="preserve"> </w:t>
      </w:r>
      <w:r>
        <w:rPr>
          <w:rFonts w:cs="Shruti"/>
          <w:b/>
          <w:bCs/>
          <w:cs/>
          <w:lang w:bidi="gu-IN"/>
        </w:rPr>
        <w:t>વિકાસ</w:t>
      </w:r>
      <w:r>
        <w:rPr>
          <w:b/>
        </w:rPr>
        <w:t xml:space="preserve"> (CPD) </w:t>
      </w:r>
      <w:r>
        <w:rPr>
          <w:rFonts w:cs="Shruti"/>
          <w:b/>
          <w:bCs/>
          <w:cs/>
          <w:lang w:bidi="gu-IN"/>
        </w:rPr>
        <w:t>તાલીમો</w:t>
      </w:r>
      <w:r>
        <w:rPr>
          <w:b/>
        </w:rPr>
        <w:t xml:space="preserve">: </w:t>
      </w:r>
      <w:r>
        <w:t xml:space="preserve">NEP-2020 </w:t>
      </w:r>
      <w:r>
        <w:rPr>
          <w:rFonts w:cs="Shruti"/>
          <w:cs/>
          <w:lang w:bidi="gu-IN"/>
        </w:rPr>
        <w:t>ના</w:t>
      </w:r>
      <w:r>
        <w:t xml:space="preserve"> </w:t>
      </w:r>
      <w:r>
        <w:rPr>
          <w:rFonts w:cs="Shruti"/>
          <w:cs/>
          <w:lang w:bidi="gu-IN"/>
        </w:rPr>
        <w:t>નિયમ</w:t>
      </w:r>
      <w:r>
        <w:t xml:space="preserve"> </w:t>
      </w:r>
      <w:r>
        <w:rPr>
          <w:rFonts w:cs="Shruti"/>
          <w:cs/>
          <w:lang w:bidi="gu-IN"/>
        </w:rPr>
        <w:t>મુજબ</w:t>
      </w:r>
      <w:r>
        <w:t xml:space="preserve"> </w:t>
      </w:r>
      <w:r>
        <w:rPr>
          <w:rFonts w:cs="Shruti"/>
          <w:cs/>
          <w:lang w:bidi="gu-IN"/>
        </w:rPr>
        <w:t>દરેક</w:t>
      </w:r>
      <w:r>
        <w:t xml:space="preserve"> </w:t>
      </w:r>
      <w:r>
        <w:rPr>
          <w:rFonts w:cs="Shruti"/>
          <w:cs/>
          <w:lang w:bidi="gu-IN"/>
        </w:rPr>
        <w:t>શિક્ષક</w:t>
      </w:r>
      <w:r>
        <w:t xml:space="preserve"> </w:t>
      </w:r>
      <w:r>
        <w:rPr>
          <w:rFonts w:cs="Shruti"/>
          <w:cs/>
          <w:lang w:bidi="gu-IN"/>
        </w:rPr>
        <w:t>વર્ષ</w:t>
      </w:r>
      <w:r>
        <w:t xml:space="preserve"> </w:t>
      </w:r>
      <w:r>
        <w:rPr>
          <w:rFonts w:cs="Shruti"/>
          <w:cs/>
          <w:lang w:bidi="gu-IN"/>
        </w:rPr>
        <w:t>દરમિયાન</w:t>
      </w:r>
      <w:r>
        <w:t xml:space="preserve"> </w:t>
      </w:r>
      <w:r>
        <w:rPr>
          <w:rFonts w:cs="Shruti"/>
          <w:cs/>
          <w:lang w:bidi="gu-IN"/>
        </w:rPr>
        <w:t>ઓછામાં</w:t>
      </w:r>
      <w:r>
        <w:t xml:space="preserve"> </w:t>
      </w:r>
      <w:r>
        <w:rPr>
          <w:rFonts w:cs="Shruti"/>
          <w:cs/>
          <w:lang w:bidi="gu-IN"/>
        </w:rPr>
        <w:t>ઓછા</w:t>
      </w:r>
      <w:r>
        <w:t xml:space="preserve"> </w:t>
      </w:r>
      <w:r>
        <w:rPr>
          <w:rFonts w:cs="Shruti"/>
          <w:cs/>
          <w:lang w:bidi="gu-IN"/>
        </w:rPr>
        <w:t>૫૦</w:t>
      </w:r>
      <w:r>
        <w:t xml:space="preserve"> </w:t>
      </w:r>
      <w:r>
        <w:rPr>
          <w:rFonts w:cs="Shruti"/>
          <w:cs/>
          <w:lang w:bidi="gu-IN"/>
        </w:rPr>
        <w:t>કલાકની</w:t>
      </w:r>
      <w:r>
        <w:t xml:space="preserve"> CPD </w:t>
      </w:r>
      <w:r>
        <w:rPr>
          <w:rFonts w:cs="Shruti"/>
          <w:cs/>
          <w:lang w:bidi="gu-IN"/>
        </w:rPr>
        <w:t>તાલીમ</w:t>
      </w:r>
      <w:r>
        <w:t xml:space="preserve"> (</w:t>
      </w:r>
      <w:r>
        <w:rPr>
          <w:rFonts w:cs="Shruti"/>
          <w:cs/>
          <w:lang w:bidi="gu-IN"/>
        </w:rPr>
        <w:t>રૂબરૂ</w:t>
      </w:r>
      <w:r>
        <w:t xml:space="preserve">, </w:t>
      </w:r>
      <w:r>
        <w:rPr>
          <w:rFonts w:cs="Shruti"/>
          <w:cs/>
          <w:lang w:bidi="gu-IN"/>
        </w:rPr>
        <w:t>બાયસેગ</w:t>
      </w:r>
      <w:r>
        <w:t xml:space="preserve">, </w:t>
      </w:r>
      <w:r>
        <w:rPr>
          <w:rFonts w:cs="Shruti"/>
          <w:cs/>
          <w:lang w:bidi="gu-IN"/>
        </w:rPr>
        <w:t>નિષ્ઠા</w:t>
      </w:r>
      <w:r>
        <w:t xml:space="preserve"> </w:t>
      </w:r>
      <w:r>
        <w:rPr>
          <w:rFonts w:cs="Shruti"/>
          <w:cs/>
          <w:lang w:bidi="gu-IN"/>
        </w:rPr>
        <w:t>અથવા</w:t>
      </w:r>
      <w:r>
        <w:t xml:space="preserve"> </w:t>
      </w:r>
      <w:r>
        <w:rPr>
          <w:rFonts w:cs="Shruti"/>
          <w:cs/>
          <w:lang w:bidi="gu-IN"/>
        </w:rPr>
        <w:t>દીક્ષા</w:t>
      </w:r>
      <w:r>
        <w:t xml:space="preserve"> </w:t>
      </w:r>
      <w:r>
        <w:rPr>
          <w:rFonts w:cs="Shruti"/>
          <w:cs/>
          <w:lang w:bidi="gu-IN"/>
        </w:rPr>
        <w:t>પોર્ટલ</w:t>
      </w:r>
      <w:r>
        <w:t xml:space="preserve"> </w:t>
      </w:r>
      <w:r>
        <w:rPr>
          <w:rFonts w:cs="Shruti"/>
          <w:cs/>
          <w:lang w:bidi="gu-IN"/>
        </w:rPr>
        <w:t>મારફતે</w:t>
      </w:r>
      <w:r>
        <w:t xml:space="preserve">) </w:t>
      </w:r>
      <w:r>
        <w:rPr>
          <w:rFonts w:cs="Shruti"/>
          <w:cs/>
          <w:lang w:bidi="gu-IN"/>
        </w:rPr>
        <w:t>પૂર્ણ</w:t>
      </w:r>
      <w:r>
        <w:t xml:space="preserve"> </w:t>
      </w:r>
      <w:r>
        <w:rPr>
          <w:rFonts w:cs="Shruti"/>
          <w:cs/>
          <w:lang w:bidi="gu-IN"/>
        </w:rPr>
        <w:t>કરે</w:t>
      </w:r>
      <w:r>
        <w:t xml:space="preserve"> </w:t>
      </w:r>
      <w:r>
        <w:rPr>
          <w:rFonts w:cs="Shruti"/>
          <w:cs/>
          <w:lang w:bidi="gu-IN"/>
        </w:rPr>
        <w:t>તે</w:t>
      </w:r>
      <w:r>
        <w:t xml:space="preserve"> </w:t>
      </w:r>
      <w:r>
        <w:rPr>
          <w:rFonts w:cs="Shruti"/>
          <w:cs/>
          <w:lang w:bidi="gu-IN"/>
        </w:rPr>
        <w:t>સુનિશ્ચિત</w:t>
      </w:r>
      <w:r>
        <w:t xml:space="preserve"> </w:t>
      </w:r>
      <w:r>
        <w:rPr>
          <w:rFonts w:cs="Shruti"/>
          <w:cs/>
          <w:lang w:bidi="gu-IN"/>
        </w:rPr>
        <w:t>કરવામાં</w:t>
      </w:r>
      <w:r>
        <w:t xml:space="preserve"> </w:t>
      </w:r>
      <w:r>
        <w:rPr>
          <w:rFonts w:cs="Shruti"/>
          <w:cs/>
          <w:lang w:bidi="gu-IN"/>
        </w:rPr>
        <w:t>આવે</w:t>
      </w:r>
      <w:r>
        <w:t xml:space="preserve"> </w:t>
      </w:r>
      <w:r>
        <w:rPr>
          <w:rFonts w:cs="Shruti"/>
          <w:cs/>
          <w:lang w:bidi="gu-IN"/>
        </w:rPr>
        <w:t>છે</w:t>
      </w:r>
      <w:r>
        <w:t>.</w:t>
      </w:r>
    </w:p>
    <w:p w14:paraId="1360935C" w14:textId="77777777" w:rsidR="00C70B8C" w:rsidRDefault="00C70B8C" w:rsidP="00C70B8C">
      <w:pPr>
        <w:spacing w:after="0" w:line="240" w:lineRule="auto"/>
      </w:pPr>
      <w:r>
        <w:rPr>
          <w:rFonts w:cs="Shruti"/>
          <w:b/>
          <w:bCs/>
          <w:cs/>
          <w:lang w:bidi="gu-IN"/>
        </w:rPr>
        <w:t>૪</w:t>
      </w:r>
      <w:r>
        <w:rPr>
          <w:b/>
        </w:rPr>
        <w:t xml:space="preserve">. </w:t>
      </w:r>
      <w:r>
        <w:rPr>
          <w:rFonts w:cs="Shruti"/>
          <w:b/>
          <w:bCs/>
          <w:cs/>
          <w:lang w:bidi="gu-IN"/>
        </w:rPr>
        <w:t>રજા</w:t>
      </w:r>
      <w:r>
        <w:rPr>
          <w:b/>
        </w:rPr>
        <w:t xml:space="preserve"> </w:t>
      </w:r>
      <w:r>
        <w:rPr>
          <w:rFonts w:cs="Shruti"/>
          <w:b/>
          <w:bCs/>
          <w:cs/>
          <w:lang w:bidi="gu-IN"/>
        </w:rPr>
        <w:t>અને</w:t>
      </w:r>
      <w:r>
        <w:rPr>
          <w:b/>
        </w:rPr>
        <w:t xml:space="preserve"> </w:t>
      </w:r>
      <w:r>
        <w:rPr>
          <w:rFonts w:cs="Shruti"/>
          <w:b/>
          <w:bCs/>
          <w:cs/>
          <w:lang w:bidi="gu-IN"/>
        </w:rPr>
        <w:t>અનુકૂળતા</w:t>
      </w:r>
      <w:r>
        <w:rPr>
          <w:b/>
        </w:rPr>
        <w:t xml:space="preserve"> (Leave Policy): </w:t>
      </w:r>
      <w:r>
        <w:rPr>
          <w:rFonts w:cs="Shruti"/>
          <w:cs/>
          <w:lang w:bidi="gu-IN"/>
        </w:rPr>
        <w:t>શિક્ષકો</w:t>
      </w:r>
      <w:r>
        <w:t xml:space="preserve"> </w:t>
      </w:r>
      <w:r>
        <w:rPr>
          <w:rFonts w:cs="Shruti"/>
          <w:cs/>
          <w:lang w:bidi="gu-IN"/>
        </w:rPr>
        <w:t>જ્યારે</w:t>
      </w:r>
      <w:r>
        <w:t xml:space="preserve"> </w:t>
      </w:r>
      <w:r>
        <w:rPr>
          <w:rFonts w:cs="Shruti"/>
          <w:cs/>
          <w:lang w:bidi="gu-IN"/>
        </w:rPr>
        <w:t>ઉચ્ચ</w:t>
      </w:r>
      <w:r>
        <w:t xml:space="preserve"> </w:t>
      </w:r>
      <w:r>
        <w:rPr>
          <w:rFonts w:cs="Shruti"/>
          <w:cs/>
          <w:lang w:bidi="gu-IN"/>
        </w:rPr>
        <w:t>અભ્યાસની</w:t>
      </w:r>
      <w:r>
        <w:t xml:space="preserve"> </w:t>
      </w:r>
      <w:r>
        <w:rPr>
          <w:rFonts w:cs="Shruti"/>
          <w:cs/>
          <w:lang w:bidi="gu-IN"/>
        </w:rPr>
        <w:t>યુનિવર્સિટી</w:t>
      </w:r>
      <w:r>
        <w:t xml:space="preserve"> </w:t>
      </w:r>
      <w:r>
        <w:rPr>
          <w:rFonts w:cs="Shruti"/>
          <w:cs/>
          <w:lang w:bidi="gu-IN"/>
        </w:rPr>
        <w:t>પરીક્ષા</w:t>
      </w:r>
      <w:r>
        <w:t xml:space="preserve"> </w:t>
      </w:r>
      <w:r>
        <w:rPr>
          <w:rFonts w:cs="Shruti"/>
          <w:cs/>
          <w:lang w:bidi="gu-IN"/>
        </w:rPr>
        <w:t>કે</w:t>
      </w:r>
      <w:r>
        <w:t xml:space="preserve"> </w:t>
      </w:r>
      <w:r>
        <w:rPr>
          <w:rFonts w:cs="Shruti"/>
          <w:cs/>
          <w:lang w:bidi="gu-IN"/>
        </w:rPr>
        <w:t>ખાતાકીય</w:t>
      </w:r>
      <w:r>
        <w:t xml:space="preserve"> </w:t>
      </w:r>
      <w:r>
        <w:rPr>
          <w:rFonts w:cs="Shruti"/>
          <w:cs/>
          <w:lang w:bidi="gu-IN"/>
        </w:rPr>
        <w:t>પરીક્ષા</w:t>
      </w:r>
      <w:r>
        <w:t xml:space="preserve"> </w:t>
      </w:r>
      <w:r>
        <w:rPr>
          <w:rFonts w:cs="Shruti"/>
          <w:cs/>
          <w:lang w:bidi="gu-IN"/>
        </w:rPr>
        <w:t>આપવા</w:t>
      </w:r>
      <w:r>
        <w:t xml:space="preserve"> </w:t>
      </w:r>
      <w:r>
        <w:rPr>
          <w:rFonts w:cs="Shruti"/>
          <w:cs/>
          <w:lang w:bidi="gu-IN"/>
        </w:rPr>
        <w:t>જતા</w:t>
      </w:r>
      <w:r>
        <w:t xml:space="preserve"> </w:t>
      </w:r>
      <w:r>
        <w:rPr>
          <w:rFonts w:cs="Shruti"/>
          <w:cs/>
          <w:lang w:bidi="gu-IN"/>
        </w:rPr>
        <w:t>હોય</w:t>
      </w:r>
      <w:r>
        <w:t xml:space="preserve">, </w:t>
      </w:r>
      <w:r>
        <w:rPr>
          <w:rFonts w:cs="Shruti"/>
          <w:cs/>
          <w:lang w:bidi="gu-IN"/>
        </w:rPr>
        <w:t>ત્યારે</w:t>
      </w:r>
      <w:r>
        <w:t xml:space="preserve"> </w:t>
      </w:r>
      <w:r>
        <w:rPr>
          <w:rFonts w:cs="Shruti"/>
          <w:cs/>
          <w:lang w:bidi="gu-IN"/>
        </w:rPr>
        <w:t>શાળાના</w:t>
      </w:r>
      <w:r>
        <w:t xml:space="preserve"> </w:t>
      </w:r>
      <w:r>
        <w:rPr>
          <w:rFonts w:cs="Shruti"/>
          <w:cs/>
          <w:lang w:bidi="gu-IN"/>
        </w:rPr>
        <w:t>શૈક્ષણિક</w:t>
      </w:r>
      <w:r>
        <w:t xml:space="preserve"> </w:t>
      </w:r>
      <w:r>
        <w:rPr>
          <w:rFonts w:cs="Shruti"/>
          <w:cs/>
          <w:lang w:bidi="gu-IN"/>
        </w:rPr>
        <w:t>કાર્યને</w:t>
      </w:r>
      <w:r>
        <w:t xml:space="preserve"> </w:t>
      </w:r>
      <w:r>
        <w:rPr>
          <w:rFonts w:cs="Shruti"/>
          <w:cs/>
          <w:lang w:bidi="gu-IN"/>
        </w:rPr>
        <w:t>નુકસાન</w:t>
      </w:r>
      <w:r>
        <w:t xml:space="preserve"> </w:t>
      </w:r>
      <w:r>
        <w:rPr>
          <w:rFonts w:cs="Shruti"/>
          <w:cs/>
          <w:lang w:bidi="gu-IN"/>
        </w:rPr>
        <w:t>ન</w:t>
      </w:r>
      <w:r>
        <w:t xml:space="preserve"> </w:t>
      </w:r>
      <w:r>
        <w:rPr>
          <w:rFonts w:cs="Shruti"/>
          <w:cs/>
          <w:lang w:bidi="gu-IN"/>
        </w:rPr>
        <w:t>થાય</w:t>
      </w:r>
      <w:r>
        <w:t xml:space="preserve"> </w:t>
      </w:r>
      <w:r>
        <w:rPr>
          <w:rFonts w:cs="Shruti"/>
          <w:cs/>
          <w:lang w:bidi="gu-IN"/>
        </w:rPr>
        <w:t>તે</w:t>
      </w:r>
      <w:r>
        <w:t xml:space="preserve"> </w:t>
      </w:r>
      <w:r>
        <w:rPr>
          <w:rFonts w:cs="Shruti"/>
          <w:cs/>
          <w:lang w:bidi="gu-IN"/>
        </w:rPr>
        <w:t>રીતે</w:t>
      </w:r>
      <w:r>
        <w:t xml:space="preserve"> </w:t>
      </w:r>
      <w:r>
        <w:rPr>
          <w:rFonts w:cs="Shruti"/>
          <w:cs/>
          <w:lang w:bidi="gu-IN"/>
        </w:rPr>
        <w:t>તેમને</w:t>
      </w:r>
      <w:r>
        <w:t xml:space="preserve"> </w:t>
      </w:r>
      <w:r>
        <w:rPr>
          <w:rFonts w:cs="Shruti"/>
          <w:cs/>
          <w:lang w:bidi="gu-IN"/>
        </w:rPr>
        <w:t>નિયમાનુસાર</w:t>
      </w:r>
      <w:r>
        <w:t xml:space="preserve"> "</w:t>
      </w:r>
      <w:r>
        <w:rPr>
          <w:rFonts w:cs="Shruti"/>
          <w:cs/>
          <w:lang w:bidi="gu-IN"/>
        </w:rPr>
        <w:t>પરીક્ષા</w:t>
      </w:r>
      <w:r>
        <w:t xml:space="preserve"> </w:t>
      </w:r>
      <w:r>
        <w:rPr>
          <w:rFonts w:cs="Shruti"/>
          <w:cs/>
          <w:lang w:bidi="gu-IN"/>
        </w:rPr>
        <w:t>રજા</w:t>
      </w:r>
      <w:r>
        <w:t xml:space="preserve">" </w:t>
      </w:r>
      <w:r>
        <w:rPr>
          <w:rFonts w:cs="Shruti"/>
          <w:cs/>
          <w:lang w:bidi="gu-IN"/>
        </w:rPr>
        <w:t>અથવા</w:t>
      </w:r>
      <w:r>
        <w:t xml:space="preserve"> "</w:t>
      </w:r>
      <w:r>
        <w:rPr>
          <w:rFonts w:cs="Shruti"/>
          <w:cs/>
          <w:lang w:bidi="gu-IN"/>
        </w:rPr>
        <w:t>પ્રસંગોપાત</w:t>
      </w:r>
      <w:r>
        <w:t xml:space="preserve"> </w:t>
      </w:r>
      <w:r>
        <w:rPr>
          <w:rFonts w:cs="Shruti"/>
          <w:cs/>
          <w:lang w:bidi="gu-IN"/>
        </w:rPr>
        <w:t>રજા</w:t>
      </w:r>
      <w:r>
        <w:t xml:space="preserve"> (CL)" </w:t>
      </w:r>
      <w:r>
        <w:rPr>
          <w:rFonts w:cs="Shruti"/>
          <w:cs/>
          <w:lang w:bidi="gu-IN"/>
        </w:rPr>
        <w:t>મંજૂર</w:t>
      </w:r>
      <w:r>
        <w:t xml:space="preserve"> </w:t>
      </w:r>
      <w:r>
        <w:rPr>
          <w:rFonts w:cs="Shruti"/>
          <w:cs/>
          <w:lang w:bidi="gu-IN"/>
        </w:rPr>
        <w:t>કરવામાં</w:t>
      </w:r>
      <w:r>
        <w:t xml:space="preserve"> </w:t>
      </w:r>
      <w:r>
        <w:rPr>
          <w:rFonts w:cs="Shruti"/>
          <w:cs/>
          <w:lang w:bidi="gu-IN"/>
        </w:rPr>
        <w:t>અગ્રતા</w:t>
      </w:r>
      <w:r>
        <w:t xml:space="preserve"> </w:t>
      </w:r>
      <w:r>
        <w:rPr>
          <w:rFonts w:cs="Shruti"/>
          <w:cs/>
          <w:lang w:bidi="gu-IN"/>
        </w:rPr>
        <w:t>આપવામાં</w:t>
      </w:r>
      <w:r>
        <w:t xml:space="preserve"> </w:t>
      </w:r>
      <w:r>
        <w:rPr>
          <w:rFonts w:cs="Shruti"/>
          <w:cs/>
          <w:lang w:bidi="gu-IN"/>
        </w:rPr>
        <w:t>આવે</w:t>
      </w:r>
      <w:r>
        <w:t xml:space="preserve"> </w:t>
      </w:r>
      <w:r>
        <w:rPr>
          <w:rFonts w:cs="Shruti"/>
          <w:cs/>
          <w:lang w:bidi="gu-IN"/>
        </w:rPr>
        <w:t>છે</w:t>
      </w:r>
      <w:r>
        <w:t>.</w:t>
      </w:r>
    </w:p>
    <w:p w14:paraId="7B01F9A0" w14:textId="77777777" w:rsidR="00C70B8C" w:rsidRDefault="00C70B8C" w:rsidP="00C70B8C">
      <w:pPr>
        <w:spacing w:after="0" w:line="240" w:lineRule="auto"/>
      </w:pPr>
      <w:r>
        <w:rPr>
          <w:rFonts w:cs="Shruti"/>
          <w:b/>
          <w:bCs/>
          <w:cs/>
          <w:lang w:bidi="gu-IN"/>
        </w:rPr>
        <w:t>૫</w:t>
      </w:r>
      <w:r>
        <w:rPr>
          <w:b/>
        </w:rPr>
        <w:t xml:space="preserve">. </w:t>
      </w:r>
      <w:r>
        <w:rPr>
          <w:rFonts w:cs="Shruti"/>
          <w:b/>
          <w:bCs/>
          <w:cs/>
          <w:lang w:bidi="gu-IN"/>
        </w:rPr>
        <w:t>પારસ્પરિક</w:t>
      </w:r>
      <w:r>
        <w:rPr>
          <w:b/>
        </w:rPr>
        <w:t xml:space="preserve"> </w:t>
      </w:r>
      <w:r>
        <w:rPr>
          <w:rFonts w:cs="Shruti"/>
          <w:b/>
          <w:bCs/>
          <w:cs/>
          <w:lang w:bidi="gu-IN"/>
        </w:rPr>
        <w:t>અધ્યયન</w:t>
      </w:r>
      <w:r>
        <w:rPr>
          <w:b/>
        </w:rPr>
        <w:t xml:space="preserve"> (Peer Learning): </w:t>
      </w:r>
      <w:r>
        <w:rPr>
          <w:rFonts w:cs="Shruti"/>
          <w:cs/>
          <w:lang w:bidi="gu-IN"/>
        </w:rPr>
        <w:t>કોઈ</w:t>
      </w:r>
      <w:r>
        <w:t xml:space="preserve"> </w:t>
      </w:r>
      <w:r>
        <w:rPr>
          <w:rFonts w:cs="Shruti"/>
          <w:cs/>
          <w:lang w:bidi="gu-IN"/>
        </w:rPr>
        <w:t>શિક્ષક</w:t>
      </w:r>
      <w:r>
        <w:t xml:space="preserve"> </w:t>
      </w:r>
      <w:r>
        <w:rPr>
          <w:rFonts w:cs="Shruti"/>
          <w:cs/>
          <w:lang w:bidi="gu-IN"/>
        </w:rPr>
        <w:t>નવી</w:t>
      </w:r>
      <w:r>
        <w:t xml:space="preserve"> </w:t>
      </w:r>
      <w:r>
        <w:rPr>
          <w:rFonts w:cs="Shruti"/>
          <w:cs/>
          <w:lang w:bidi="gu-IN"/>
        </w:rPr>
        <w:t>તાલીમ</w:t>
      </w:r>
      <w:r>
        <w:t xml:space="preserve"> </w:t>
      </w:r>
      <w:r>
        <w:rPr>
          <w:rFonts w:cs="Shruti"/>
          <w:cs/>
          <w:lang w:bidi="gu-IN"/>
        </w:rPr>
        <w:t>મેળવીને</w:t>
      </w:r>
      <w:r>
        <w:t xml:space="preserve"> </w:t>
      </w:r>
      <w:r>
        <w:rPr>
          <w:rFonts w:cs="Shruti"/>
          <w:cs/>
          <w:lang w:bidi="gu-IN"/>
        </w:rPr>
        <w:t>આવે</w:t>
      </w:r>
      <w:r>
        <w:t xml:space="preserve"> </w:t>
      </w:r>
      <w:r>
        <w:rPr>
          <w:rFonts w:cs="Shruti"/>
          <w:cs/>
          <w:lang w:bidi="gu-IN"/>
        </w:rPr>
        <w:t>અથવા</w:t>
      </w:r>
      <w:r>
        <w:t xml:space="preserve"> </w:t>
      </w:r>
      <w:r>
        <w:rPr>
          <w:rFonts w:cs="Shruti"/>
          <w:cs/>
          <w:lang w:bidi="gu-IN"/>
        </w:rPr>
        <w:t>નવી</w:t>
      </w:r>
      <w:r>
        <w:t xml:space="preserve"> </w:t>
      </w:r>
      <w:r>
        <w:rPr>
          <w:rFonts w:cs="Shruti"/>
          <w:cs/>
          <w:lang w:bidi="gu-IN"/>
        </w:rPr>
        <w:t>ડિગ્રી</w:t>
      </w:r>
      <w:r>
        <w:t xml:space="preserve"> </w:t>
      </w:r>
      <w:r>
        <w:rPr>
          <w:rFonts w:cs="Shruti"/>
          <w:cs/>
          <w:lang w:bidi="gu-IN"/>
        </w:rPr>
        <w:t>પ્રાપ્ત</w:t>
      </w:r>
      <w:r>
        <w:t xml:space="preserve"> </w:t>
      </w:r>
      <w:r>
        <w:rPr>
          <w:rFonts w:cs="Shruti"/>
          <w:cs/>
          <w:lang w:bidi="gu-IN"/>
        </w:rPr>
        <w:t>કરે</w:t>
      </w:r>
      <w:r>
        <w:t xml:space="preserve">, </w:t>
      </w:r>
      <w:r>
        <w:rPr>
          <w:rFonts w:cs="Shruti"/>
          <w:cs/>
          <w:lang w:bidi="gu-IN"/>
        </w:rPr>
        <w:t>ત્યારે</w:t>
      </w:r>
      <w:r>
        <w:t xml:space="preserve"> </w:t>
      </w:r>
      <w:r>
        <w:rPr>
          <w:rFonts w:cs="Shruti"/>
          <w:cs/>
          <w:lang w:bidi="gu-IN"/>
        </w:rPr>
        <w:t>સ્ટાફ</w:t>
      </w:r>
      <w:r>
        <w:t xml:space="preserve"> </w:t>
      </w:r>
      <w:r>
        <w:rPr>
          <w:rFonts w:cs="Shruti"/>
          <w:cs/>
          <w:lang w:bidi="gu-IN"/>
        </w:rPr>
        <w:t>મીટિંગમાં</w:t>
      </w:r>
      <w:r>
        <w:t xml:space="preserve"> </w:t>
      </w:r>
      <w:r>
        <w:rPr>
          <w:rFonts w:cs="Shruti"/>
          <w:cs/>
          <w:lang w:bidi="gu-IN"/>
        </w:rPr>
        <w:t>તેમને</w:t>
      </w:r>
      <w:r>
        <w:t xml:space="preserve"> </w:t>
      </w:r>
      <w:r>
        <w:rPr>
          <w:rFonts w:cs="Shruti"/>
          <w:cs/>
          <w:lang w:bidi="gu-IN"/>
        </w:rPr>
        <w:t>પોતાના</w:t>
      </w:r>
      <w:r>
        <w:t xml:space="preserve"> </w:t>
      </w:r>
      <w:r>
        <w:rPr>
          <w:rFonts w:cs="Shruti"/>
          <w:cs/>
          <w:lang w:bidi="gu-IN"/>
        </w:rPr>
        <w:t>અનુભવો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નવું</w:t>
      </w:r>
      <w:r>
        <w:t xml:space="preserve"> </w:t>
      </w:r>
      <w:r>
        <w:rPr>
          <w:rFonts w:cs="Shruti"/>
          <w:cs/>
          <w:lang w:bidi="gu-IN"/>
        </w:rPr>
        <w:t>જ્ઞાન</w:t>
      </w:r>
      <w:r>
        <w:t xml:space="preserve"> </w:t>
      </w:r>
      <w:r>
        <w:rPr>
          <w:rFonts w:cs="Shruti"/>
          <w:cs/>
          <w:lang w:bidi="gu-IN"/>
        </w:rPr>
        <w:t>અન્ય</w:t>
      </w:r>
      <w:r>
        <w:t xml:space="preserve"> </w:t>
      </w:r>
      <w:r>
        <w:rPr>
          <w:rFonts w:cs="Shruti"/>
          <w:cs/>
          <w:lang w:bidi="gu-IN"/>
        </w:rPr>
        <w:t>શિક્ષકો</w:t>
      </w:r>
      <w:r>
        <w:t xml:space="preserve"> </w:t>
      </w:r>
      <w:r>
        <w:rPr>
          <w:rFonts w:cs="Shruti"/>
          <w:cs/>
          <w:lang w:bidi="gu-IN"/>
        </w:rPr>
        <w:t>સાથે</w:t>
      </w:r>
      <w:r>
        <w:t xml:space="preserve"> </w:t>
      </w:r>
      <w:r>
        <w:rPr>
          <w:rFonts w:cs="Shruti"/>
          <w:cs/>
          <w:lang w:bidi="gu-IN"/>
        </w:rPr>
        <w:t>શેર</w:t>
      </w:r>
      <w:r>
        <w:t xml:space="preserve"> (Share) </w:t>
      </w:r>
      <w:r>
        <w:rPr>
          <w:rFonts w:cs="Shruti"/>
          <w:cs/>
          <w:lang w:bidi="gu-IN"/>
        </w:rPr>
        <w:t>કરવાની</w:t>
      </w:r>
      <w:r>
        <w:t xml:space="preserve"> </w:t>
      </w:r>
      <w:r>
        <w:rPr>
          <w:rFonts w:cs="Shruti"/>
          <w:cs/>
          <w:lang w:bidi="gu-IN"/>
        </w:rPr>
        <w:t>તક</w:t>
      </w:r>
      <w:r>
        <w:t xml:space="preserve"> </w:t>
      </w:r>
      <w:r>
        <w:rPr>
          <w:rFonts w:cs="Shruti"/>
          <w:cs/>
          <w:lang w:bidi="gu-IN"/>
        </w:rPr>
        <w:t>આપવામાં</w:t>
      </w:r>
      <w:r>
        <w:t xml:space="preserve"> </w:t>
      </w:r>
      <w:r>
        <w:rPr>
          <w:rFonts w:cs="Shruti"/>
          <w:cs/>
          <w:lang w:bidi="gu-IN"/>
        </w:rPr>
        <w:t>આવે</w:t>
      </w:r>
      <w:r>
        <w:t xml:space="preserve"> </w:t>
      </w:r>
      <w:r>
        <w:rPr>
          <w:rFonts w:cs="Shruti"/>
          <w:cs/>
          <w:lang w:bidi="gu-IN"/>
        </w:rPr>
        <w:t>છે</w:t>
      </w:r>
      <w:r>
        <w:t>.</w:t>
      </w:r>
    </w:p>
    <w:p w14:paraId="15D25ABA" w14:textId="77777777" w:rsidR="00C70B8C" w:rsidRDefault="00C70B8C" w:rsidP="00EB16ED">
      <w:pPr>
        <w:spacing w:after="0" w:line="240" w:lineRule="auto"/>
      </w:pPr>
      <w:r>
        <w:rPr>
          <w:rFonts w:cs="Shruti"/>
          <w:b/>
          <w:bCs/>
          <w:cs/>
          <w:lang w:bidi="gu-IN"/>
        </w:rPr>
        <w:t>૬</w:t>
      </w:r>
      <w:r>
        <w:rPr>
          <w:b/>
        </w:rPr>
        <w:t xml:space="preserve">. </w:t>
      </w:r>
      <w:r>
        <w:rPr>
          <w:rFonts w:cs="Shruti"/>
          <w:b/>
          <w:bCs/>
          <w:cs/>
          <w:lang w:bidi="gu-IN"/>
        </w:rPr>
        <w:t>સન્માન</w:t>
      </w:r>
      <w:r>
        <w:rPr>
          <w:b/>
        </w:rPr>
        <w:t xml:space="preserve"> </w:t>
      </w:r>
      <w:r>
        <w:rPr>
          <w:rFonts w:cs="Shruti"/>
          <w:b/>
          <w:bCs/>
          <w:cs/>
          <w:lang w:bidi="gu-IN"/>
        </w:rPr>
        <w:t>અને</w:t>
      </w:r>
      <w:r>
        <w:rPr>
          <w:b/>
        </w:rPr>
        <w:t xml:space="preserve"> </w:t>
      </w:r>
      <w:r>
        <w:rPr>
          <w:rFonts w:cs="Shruti"/>
          <w:b/>
          <w:bCs/>
          <w:cs/>
          <w:lang w:bidi="gu-IN"/>
        </w:rPr>
        <w:t>પ્રોત્સાહન</w:t>
      </w:r>
      <w:r>
        <w:rPr>
          <w:b/>
        </w:rPr>
        <w:t xml:space="preserve">: </w:t>
      </w:r>
      <w:r>
        <w:rPr>
          <w:rFonts w:cs="Shruti"/>
          <w:cs/>
          <w:lang w:bidi="gu-IN"/>
        </w:rPr>
        <w:t>જે</w:t>
      </w:r>
      <w:r>
        <w:t xml:space="preserve"> </w:t>
      </w:r>
      <w:r>
        <w:rPr>
          <w:rFonts w:cs="Shruti"/>
          <w:cs/>
          <w:lang w:bidi="gu-IN"/>
        </w:rPr>
        <w:t>શિક્ષકો</w:t>
      </w:r>
      <w:r>
        <w:t xml:space="preserve"> </w:t>
      </w:r>
      <w:r>
        <w:rPr>
          <w:rFonts w:cs="Shruti"/>
          <w:cs/>
          <w:lang w:bidi="gu-IN"/>
        </w:rPr>
        <w:t>નવી</w:t>
      </w:r>
      <w:r>
        <w:t xml:space="preserve"> </w:t>
      </w:r>
      <w:r>
        <w:rPr>
          <w:rFonts w:cs="Shruti"/>
          <w:cs/>
          <w:lang w:bidi="gu-IN"/>
        </w:rPr>
        <w:t>શૈક્ષણિક</w:t>
      </w:r>
      <w:r>
        <w:t xml:space="preserve"> </w:t>
      </w:r>
      <w:r>
        <w:rPr>
          <w:rFonts w:cs="Shruti"/>
          <w:cs/>
          <w:lang w:bidi="gu-IN"/>
        </w:rPr>
        <w:t>કે</w:t>
      </w:r>
      <w:r>
        <w:t xml:space="preserve"> </w:t>
      </w:r>
      <w:r>
        <w:rPr>
          <w:rFonts w:cs="Shruti"/>
          <w:cs/>
          <w:lang w:bidi="gu-IN"/>
        </w:rPr>
        <w:t>વ્યાવસાયિક</w:t>
      </w:r>
      <w:r>
        <w:t xml:space="preserve"> </w:t>
      </w:r>
      <w:r>
        <w:rPr>
          <w:rFonts w:cs="Shruti"/>
          <w:cs/>
          <w:lang w:bidi="gu-IN"/>
        </w:rPr>
        <w:t>લાયકાત</w:t>
      </w:r>
      <w:r>
        <w:t xml:space="preserve"> </w:t>
      </w:r>
      <w:r>
        <w:rPr>
          <w:rFonts w:cs="Shruti"/>
          <w:cs/>
          <w:lang w:bidi="gu-IN"/>
        </w:rPr>
        <w:t>પ્રાપ્ત</w:t>
      </w:r>
      <w:r>
        <w:t xml:space="preserve"> </w:t>
      </w:r>
      <w:r>
        <w:rPr>
          <w:rFonts w:cs="Shruti"/>
          <w:cs/>
          <w:lang w:bidi="gu-IN"/>
        </w:rPr>
        <w:t>કરે</w:t>
      </w:r>
      <w:r>
        <w:t xml:space="preserve"> </w:t>
      </w:r>
      <w:r>
        <w:rPr>
          <w:rFonts w:cs="Shruti"/>
          <w:cs/>
          <w:lang w:bidi="gu-IN"/>
        </w:rPr>
        <w:t>છે</w:t>
      </w:r>
      <w:r>
        <w:t xml:space="preserve">, </w:t>
      </w:r>
      <w:r>
        <w:rPr>
          <w:rFonts w:cs="Shruti"/>
          <w:cs/>
          <w:lang w:bidi="gu-IN"/>
        </w:rPr>
        <w:t>તેમની</w:t>
      </w:r>
      <w:r>
        <w:t xml:space="preserve"> </w:t>
      </w:r>
      <w:r>
        <w:rPr>
          <w:rFonts w:cs="Shruti"/>
          <w:cs/>
          <w:lang w:bidi="gu-IN"/>
        </w:rPr>
        <w:t>આ</w:t>
      </w:r>
      <w:r>
        <w:t xml:space="preserve"> </w:t>
      </w:r>
      <w:r>
        <w:rPr>
          <w:rFonts w:cs="Shruti"/>
          <w:cs/>
          <w:lang w:bidi="gu-IN"/>
        </w:rPr>
        <w:t>સિદ્ધિની</w:t>
      </w:r>
      <w:r>
        <w:t xml:space="preserve"> </w:t>
      </w:r>
      <w:r>
        <w:rPr>
          <w:rFonts w:cs="Shruti"/>
          <w:cs/>
          <w:lang w:bidi="gu-IN"/>
        </w:rPr>
        <w:t>નોંધ</w:t>
      </w:r>
      <w:r>
        <w:t xml:space="preserve"> </w:t>
      </w:r>
      <w:r>
        <w:rPr>
          <w:rFonts w:cs="Shruti"/>
          <w:cs/>
          <w:lang w:bidi="gu-IN"/>
        </w:rPr>
        <w:t>સર્વિસ</w:t>
      </w:r>
      <w:r>
        <w:t xml:space="preserve"> </w:t>
      </w:r>
      <w:r>
        <w:rPr>
          <w:rFonts w:cs="Shruti"/>
          <w:cs/>
          <w:lang w:bidi="gu-IN"/>
        </w:rPr>
        <w:t>બુકમાં</w:t>
      </w:r>
      <w:r>
        <w:t xml:space="preserve"> </w:t>
      </w:r>
      <w:r>
        <w:rPr>
          <w:rFonts w:cs="Shruti"/>
          <w:cs/>
          <w:lang w:bidi="gu-IN"/>
        </w:rPr>
        <w:t>સમયસર</w:t>
      </w:r>
      <w:r>
        <w:t xml:space="preserve"> </w:t>
      </w:r>
      <w:r>
        <w:rPr>
          <w:rFonts w:cs="Shruti"/>
          <w:cs/>
          <w:lang w:bidi="gu-IN"/>
        </w:rPr>
        <w:t>કરવામાં</w:t>
      </w:r>
      <w:r>
        <w:t xml:space="preserve"> </w:t>
      </w:r>
      <w:r>
        <w:rPr>
          <w:rFonts w:cs="Shruti"/>
          <w:cs/>
          <w:lang w:bidi="gu-IN"/>
        </w:rPr>
        <w:t>આવે</w:t>
      </w:r>
      <w:r>
        <w:t xml:space="preserve"> </w:t>
      </w:r>
      <w:r>
        <w:rPr>
          <w:rFonts w:cs="Shruti"/>
          <w:cs/>
          <w:lang w:bidi="gu-IN"/>
        </w:rPr>
        <w:t>છે</w:t>
      </w:r>
      <w:r>
        <w:t xml:space="preserve">. </w:t>
      </w:r>
      <w:r>
        <w:rPr>
          <w:rFonts w:cs="Shruti"/>
          <w:cs/>
          <w:lang w:bidi="gu-IN"/>
        </w:rPr>
        <w:t>ઉપરાંત</w:t>
      </w:r>
      <w:r>
        <w:t xml:space="preserve">, </w:t>
      </w:r>
      <w:r>
        <w:rPr>
          <w:rFonts w:cs="Shruti"/>
          <w:cs/>
          <w:lang w:bidi="gu-IN"/>
        </w:rPr>
        <w:t>શાળા</w:t>
      </w:r>
      <w:r>
        <w:t xml:space="preserve"> </w:t>
      </w:r>
      <w:r>
        <w:rPr>
          <w:rFonts w:cs="Shruti"/>
          <w:cs/>
          <w:lang w:bidi="gu-IN"/>
        </w:rPr>
        <w:t>પરિવાર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SMC </w:t>
      </w:r>
      <w:r>
        <w:rPr>
          <w:rFonts w:cs="Shruti"/>
          <w:cs/>
          <w:lang w:bidi="gu-IN"/>
        </w:rPr>
        <w:t>દ્વારા</w:t>
      </w:r>
      <w:r>
        <w:t xml:space="preserve"> </w:t>
      </w:r>
      <w:r>
        <w:rPr>
          <w:rFonts w:cs="Shruti"/>
          <w:cs/>
          <w:lang w:bidi="gu-IN"/>
        </w:rPr>
        <w:t>પ્રાર્થનાસભામાં</w:t>
      </w:r>
      <w:r>
        <w:t xml:space="preserve"> </w:t>
      </w:r>
      <w:r>
        <w:rPr>
          <w:rFonts w:cs="Shruti"/>
          <w:cs/>
          <w:lang w:bidi="gu-IN"/>
        </w:rPr>
        <w:t>વિશેષ</w:t>
      </w:r>
      <w:r>
        <w:t xml:space="preserve"> </w:t>
      </w:r>
      <w:r>
        <w:rPr>
          <w:rFonts w:cs="Shruti"/>
          <w:cs/>
          <w:lang w:bidi="gu-IN"/>
        </w:rPr>
        <w:t>સન્માન</w:t>
      </w:r>
      <w:r>
        <w:t xml:space="preserve"> </w:t>
      </w:r>
      <w:r>
        <w:rPr>
          <w:rFonts w:cs="Shruti"/>
          <w:cs/>
          <w:lang w:bidi="gu-IN"/>
        </w:rPr>
        <w:t>કરી</w:t>
      </w:r>
      <w:r>
        <w:t xml:space="preserve"> </w:t>
      </w:r>
      <w:r>
        <w:rPr>
          <w:rFonts w:cs="Shruti"/>
          <w:cs/>
          <w:lang w:bidi="gu-IN"/>
        </w:rPr>
        <w:t>તેમને</w:t>
      </w:r>
      <w:r>
        <w:t xml:space="preserve"> </w:t>
      </w:r>
      <w:r>
        <w:rPr>
          <w:rFonts w:cs="Shruti"/>
          <w:cs/>
          <w:lang w:bidi="gu-IN"/>
        </w:rPr>
        <w:t>પ્રોત્સાહિત</w:t>
      </w:r>
      <w:r>
        <w:t xml:space="preserve"> </w:t>
      </w:r>
      <w:r>
        <w:rPr>
          <w:rFonts w:cs="Shruti"/>
          <w:cs/>
          <w:lang w:bidi="gu-IN"/>
        </w:rPr>
        <w:t>કરવામાં</w:t>
      </w:r>
      <w:r>
        <w:t xml:space="preserve"> </w:t>
      </w:r>
      <w:r>
        <w:rPr>
          <w:rFonts w:cs="Shruti"/>
          <w:cs/>
          <w:lang w:bidi="gu-IN"/>
        </w:rPr>
        <w:t>આવે</w:t>
      </w:r>
      <w:r>
        <w:t xml:space="preserve"> </w:t>
      </w:r>
      <w:r>
        <w:rPr>
          <w:rFonts w:cs="Shruti"/>
          <w:cs/>
          <w:lang w:bidi="gu-IN"/>
        </w:rPr>
        <w:t>છે</w:t>
      </w:r>
      <w:r>
        <w:t>.</w:t>
      </w:r>
    </w:p>
    <w:p w14:paraId="41EF3EC1" w14:textId="77777777" w:rsidR="00C70B8C" w:rsidRPr="001755B7" w:rsidRDefault="00C70B8C" w:rsidP="00C70B8C">
      <w:pPr>
        <w:rPr>
          <w:sz w:val="18"/>
          <w:szCs w:val="18"/>
        </w:rPr>
      </w:pPr>
      <w:r w:rsidRPr="001755B7">
        <w:rPr>
          <w:rFonts w:cs="Shruti"/>
          <w:b/>
          <w:bCs/>
          <w:sz w:val="18"/>
          <w:szCs w:val="18"/>
          <w:cs/>
          <w:lang w:bidi="gu-IN"/>
        </w:rPr>
        <w:t>નિષ્કર્ષ</w:t>
      </w:r>
      <w:r w:rsidRPr="001755B7">
        <w:rPr>
          <w:b/>
          <w:sz w:val="18"/>
          <w:szCs w:val="18"/>
        </w:rPr>
        <w:t xml:space="preserve">: </w:t>
      </w:r>
      <w:r w:rsidRPr="001755B7">
        <w:rPr>
          <w:rFonts w:cs="Shruti"/>
          <w:b/>
          <w:bCs/>
          <w:sz w:val="18"/>
          <w:szCs w:val="18"/>
          <w:cs/>
          <w:lang w:bidi="gu-IN"/>
        </w:rPr>
        <w:t>આ</w:t>
      </w:r>
      <w:r w:rsidRPr="001755B7">
        <w:rPr>
          <w:b/>
          <w:sz w:val="18"/>
          <w:szCs w:val="18"/>
        </w:rPr>
        <w:t xml:space="preserve"> </w:t>
      </w:r>
      <w:r w:rsidRPr="001755B7">
        <w:rPr>
          <w:rFonts w:cs="Shruti"/>
          <w:b/>
          <w:bCs/>
          <w:sz w:val="18"/>
          <w:szCs w:val="18"/>
          <w:cs/>
          <w:lang w:bidi="gu-IN"/>
        </w:rPr>
        <w:t>નીતિનો</w:t>
      </w:r>
      <w:r w:rsidRPr="001755B7">
        <w:rPr>
          <w:b/>
          <w:sz w:val="18"/>
          <w:szCs w:val="18"/>
        </w:rPr>
        <w:t xml:space="preserve"> </w:t>
      </w:r>
      <w:r w:rsidRPr="001755B7">
        <w:rPr>
          <w:rFonts w:cs="Shruti"/>
          <w:b/>
          <w:bCs/>
          <w:sz w:val="18"/>
          <w:szCs w:val="18"/>
          <w:cs/>
          <w:lang w:bidi="gu-IN"/>
        </w:rPr>
        <w:t>મુખ્ય</w:t>
      </w:r>
      <w:r w:rsidRPr="001755B7">
        <w:rPr>
          <w:b/>
          <w:sz w:val="18"/>
          <w:szCs w:val="18"/>
        </w:rPr>
        <w:t xml:space="preserve"> </w:t>
      </w:r>
      <w:r w:rsidRPr="001755B7">
        <w:rPr>
          <w:rFonts w:cs="Shruti"/>
          <w:b/>
          <w:bCs/>
          <w:sz w:val="18"/>
          <w:szCs w:val="18"/>
          <w:cs/>
          <w:lang w:bidi="gu-IN"/>
        </w:rPr>
        <w:t>ઉદ્દેશ્ય</w:t>
      </w:r>
      <w:r w:rsidRPr="001755B7">
        <w:rPr>
          <w:b/>
          <w:sz w:val="18"/>
          <w:szCs w:val="18"/>
        </w:rPr>
        <w:t xml:space="preserve"> </w:t>
      </w:r>
      <w:r w:rsidRPr="001755B7">
        <w:rPr>
          <w:rFonts w:cs="Shruti"/>
          <w:b/>
          <w:bCs/>
          <w:sz w:val="18"/>
          <w:szCs w:val="18"/>
          <w:cs/>
          <w:lang w:bidi="gu-IN"/>
        </w:rPr>
        <w:t>શિક્ષકોના</w:t>
      </w:r>
      <w:r w:rsidRPr="001755B7">
        <w:rPr>
          <w:b/>
          <w:sz w:val="18"/>
          <w:szCs w:val="18"/>
        </w:rPr>
        <w:t xml:space="preserve"> </w:t>
      </w:r>
      <w:r w:rsidRPr="001755B7">
        <w:rPr>
          <w:rFonts w:cs="Shruti"/>
          <w:b/>
          <w:bCs/>
          <w:sz w:val="18"/>
          <w:szCs w:val="18"/>
          <w:cs/>
          <w:lang w:bidi="gu-IN"/>
        </w:rPr>
        <w:t>જ્ઞાન</w:t>
      </w:r>
      <w:r w:rsidRPr="001755B7">
        <w:rPr>
          <w:b/>
          <w:sz w:val="18"/>
          <w:szCs w:val="18"/>
        </w:rPr>
        <w:t xml:space="preserve">, </w:t>
      </w:r>
      <w:r w:rsidRPr="001755B7">
        <w:rPr>
          <w:rFonts w:cs="Shruti"/>
          <w:b/>
          <w:bCs/>
          <w:sz w:val="18"/>
          <w:szCs w:val="18"/>
          <w:cs/>
          <w:lang w:bidi="gu-IN"/>
        </w:rPr>
        <w:t>કૌશલ્ય</w:t>
      </w:r>
      <w:r w:rsidRPr="001755B7">
        <w:rPr>
          <w:b/>
          <w:sz w:val="18"/>
          <w:szCs w:val="18"/>
        </w:rPr>
        <w:t xml:space="preserve"> </w:t>
      </w:r>
      <w:r w:rsidRPr="001755B7">
        <w:rPr>
          <w:rFonts w:cs="Shruti"/>
          <w:b/>
          <w:bCs/>
          <w:sz w:val="18"/>
          <w:szCs w:val="18"/>
          <w:cs/>
          <w:lang w:bidi="gu-IN"/>
        </w:rPr>
        <w:t>અને</w:t>
      </w:r>
      <w:r w:rsidRPr="001755B7">
        <w:rPr>
          <w:b/>
          <w:sz w:val="18"/>
          <w:szCs w:val="18"/>
        </w:rPr>
        <w:t xml:space="preserve"> </w:t>
      </w:r>
      <w:r w:rsidRPr="001755B7">
        <w:rPr>
          <w:rFonts w:cs="Shruti"/>
          <w:b/>
          <w:bCs/>
          <w:sz w:val="18"/>
          <w:szCs w:val="18"/>
          <w:cs/>
          <w:lang w:bidi="gu-IN"/>
        </w:rPr>
        <w:t>અધ્યાપન</w:t>
      </w:r>
      <w:r w:rsidRPr="001755B7">
        <w:rPr>
          <w:b/>
          <w:sz w:val="18"/>
          <w:szCs w:val="18"/>
        </w:rPr>
        <w:t xml:space="preserve"> </w:t>
      </w:r>
      <w:r w:rsidRPr="001755B7">
        <w:rPr>
          <w:rFonts w:cs="Shruti"/>
          <w:b/>
          <w:bCs/>
          <w:sz w:val="18"/>
          <w:szCs w:val="18"/>
          <w:cs/>
          <w:lang w:bidi="gu-IN"/>
        </w:rPr>
        <w:t>પદ્ધતિઓમાં</w:t>
      </w:r>
      <w:r w:rsidRPr="001755B7">
        <w:rPr>
          <w:b/>
          <w:sz w:val="18"/>
          <w:szCs w:val="18"/>
        </w:rPr>
        <w:t xml:space="preserve"> </w:t>
      </w:r>
      <w:r w:rsidRPr="001755B7">
        <w:rPr>
          <w:rFonts w:cs="Shruti"/>
          <w:b/>
          <w:bCs/>
          <w:sz w:val="18"/>
          <w:szCs w:val="18"/>
          <w:cs/>
          <w:lang w:bidi="gu-IN"/>
        </w:rPr>
        <w:t>આધુનિકતા</w:t>
      </w:r>
      <w:r w:rsidRPr="001755B7">
        <w:rPr>
          <w:b/>
          <w:sz w:val="18"/>
          <w:szCs w:val="18"/>
        </w:rPr>
        <w:t xml:space="preserve"> </w:t>
      </w:r>
      <w:r w:rsidRPr="001755B7">
        <w:rPr>
          <w:rFonts w:cs="Shruti"/>
          <w:b/>
          <w:bCs/>
          <w:sz w:val="18"/>
          <w:szCs w:val="18"/>
          <w:cs/>
          <w:lang w:bidi="gu-IN"/>
        </w:rPr>
        <w:t>લાવવાનો</w:t>
      </w:r>
      <w:r w:rsidRPr="001755B7">
        <w:rPr>
          <w:b/>
          <w:sz w:val="18"/>
          <w:szCs w:val="18"/>
        </w:rPr>
        <w:t xml:space="preserve"> </w:t>
      </w:r>
      <w:r w:rsidRPr="001755B7">
        <w:rPr>
          <w:rFonts w:cs="Shruti"/>
          <w:b/>
          <w:bCs/>
          <w:sz w:val="18"/>
          <w:szCs w:val="18"/>
          <w:cs/>
          <w:lang w:bidi="gu-IN"/>
        </w:rPr>
        <w:t>છે</w:t>
      </w:r>
      <w:r w:rsidRPr="001755B7">
        <w:rPr>
          <w:b/>
          <w:sz w:val="18"/>
          <w:szCs w:val="18"/>
        </w:rPr>
        <w:t xml:space="preserve">, </w:t>
      </w:r>
      <w:r w:rsidRPr="001755B7">
        <w:rPr>
          <w:rFonts w:cs="Shruti"/>
          <w:b/>
          <w:bCs/>
          <w:sz w:val="18"/>
          <w:szCs w:val="18"/>
          <w:cs/>
          <w:lang w:bidi="gu-IN"/>
        </w:rPr>
        <w:t>જેથી</w:t>
      </w:r>
      <w:r w:rsidRPr="001755B7">
        <w:rPr>
          <w:b/>
          <w:sz w:val="18"/>
          <w:szCs w:val="18"/>
        </w:rPr>
        <w:t xml:space="preserve"> </w:t>
      </w:r>
      <w:r w:rsidRPr="001755B7">
        <w:rPr>
          <w:rFonts w:cs="Shruti"/>
          <w:b/>
          <w:bCs/>
          <w:sz w:val="18"/>
          <w:szCs w:val="18"/>
          <w:cs/>
          <w:lang w:bidi="gu-IN"/>
        </w:rPr>
        <w:t>આખરે</w:t>
      </w:r>
      <w:r w:rsidRPr="001755B7">
        <w:rPr>
          <w:b/>
          <w:sz w:val="18"/>
          <w:szCs w:val="18"/>
        </w:rPr>
        <w:t xml:space="preserve"> </w:t>
      </w:r>
      <w:r w:rsidRPr="001755B7">
        <w:rPr>
          <w:rFonts w:cs="Shruti"/>
          <w:b/>
          <w:bCs/>
          <w:sz w:val="18"/>
          <w:szCs w:val="18"/>
          <w:cs/>
          <w:lang w:bidi="gu-IN"/>
        </w:rPr>
        <w:t>શાળાના</w:t>
      </w:r>
      <w:r w:rsidRPr="001755B7">
        <w:rPr>
          <w:b/>
          <w:sz w:val="18"/>
          <w:szCs w:val="18"/>
        </w:rPr>
        <w:t xml:space="preserve"> </w:t>
      </w:r>
      <w:r w:rsidRPr="001755B7">
        <w:rPr>
          <w:rFonts w:cs="Shruti"/>
          <w:b/>
          <w:bCs/>
          <w:sz w:val="18"/>
          <w:szCs w:val="18"/>
          <w:cs/>
          <w:lang w:bidi="gu-IN"/>
        </w:rPr>
        <w:t>વિદ્યાર્થીઓને</w:t>
      </w:r>
      <w:r w:rsidRPr="001755B7">
        <w:rPr>
          <w:b/>
          <w:sz w:val="18"/>
          <w:szCs w:val="18"/>
        </w:rPr>
        <w:t xml:space="preserve"> </w:t>
      </w:r>
      <w:r w:rsidRPr="001755B7">
        <w:rPr>
          <w:rFonts w:cs="Shruti"/>
          <w:b/>
          <w:bCs/>
          <w:sz w:val="18"/>
          <w:szCs w:val="18"/>
          <w:cs/>
          <w:lang w:bidi="gu-IN"/>
        </w:rPr>
        <w:t>ઉચ્ચ</w:t>
      </w:r>
      <w:r w:rsidRPr="001755B7">
        <w:rPr>
          <w:b/>
          <w:sz w:val="18"/>
          <w:szCs w:val="18"/>
        </w:rPr>
        <w:t xml:space="preserve"> </w:t>
      </w:r>
      <w:r w:rsidRPr="001755B7">
        <w:rPr>
          <w:rFonts w:cs="Shruti"/>
          <w:b/>
          <w:bCs/>
          <w:sz w:val="18"/>
          <w:szCs w:val="18"/>
          <w:cs/>
          <w:lang w:bidi="gu-IN"/>
        </w:rPr>
        <w:t>ગુણવત્તાયુક્ત</w:t>
      </w:r>
      <w:r w:rsidRPr="001755B7">
        <w:rPr>
          <w:b/>
          <w:sz w:val="18"/>
          <w:szCs w:val="18"/>
        </w:rPr>
        <w:t xml:space="preserve"> </w:t>
      </w:r>
      <w:r w:rsidRPr="001755B7">
        <w:rPr>
          <w:rFonts w:cs="Shruti"/>
          <w:b/>
          <w:bCs/>
          <w:sz w:val="18"/>
          <w:szCs w:val="18"/>
          <w:cs/>
          <w:lang w:bidi="gu-IN"/>
        </w:rPr>
        <w:t>શિક્ષણ</w:t>
      </w:r>
      <w:r w:rsidRPr="001755B7">
        <w:rPr>
          <w:b/>
          <w:sz w:val="18"/>
          <w:szCs w:val="18"/>
        </w:rPr>
        <w:t xml:space="preserve"> </w:t>
      </w:r>
      <w:r w:rsidRPr="001755B7">
        <w:rPr>
          <w:rFonts w:cs="Shruti"/>
          <w:b/>
          <w:bCs/>
          <w:sz w:val="18"/>
          <w:szCs w:val="18"/>
          <w:cs/>
          <w:lang w:bidi="gu-IN"/>
        </w:rPr>
        <w:t>પ્રાપ્ત</w:t>
      </w:r>
      <w:r w:rsidRPr="001755B7">
        <w:rPr>
          <w:b/>
          <w:sz w:val="18"/>
          <w:szCs w:val="18"/>
        </w:rPr>
        <w:t xml:space="preserve"> </w:t>
      </w:r>
      <w:r w:rsidRPr="001755B7">
        <w:rPr>
          <w:rFonts w:cs="Shruti"/>
          <w:b/>
          <w:bCs/>
          <w:sz w:val="18"/>
          <w:szCs w:val="18"/>
          <w:cs/>
          <w:lang w:bidi="gu-IN"/>
        </w:rPr>
        <w:t>થઈ</w:t>
      </w:r>
      <w:r w:rsidRPr="001755B7">
        <w:rPr>
          <w:b/>
          <w:sz w:val="18"/>
          <w:szCs w:val="18"/>
        </w:rPr>
        <w:t xml:space="preserve"> </w:t>
      </w:r>
      <w:r w:rsidRPr="001755B7">
        <w:rPr>
          <w:rFonts w:cs="Shruti"/>
          <w:b/>
          <w:bCs/>
          <w:sz w:val="18"/>
          <w:szCs w:val="18"/>
          <w:cs/>
          <w:lang w:bidi="gu-IN"/>
        </w:rPr>
        <w:t>શકે</w:t>
      </w:r>
      <w:r w:rsidRPr="001755B7">
        <w:rPr>
          <w:b/>
          <w:sz w:val="18"/>
          <w:szCs w:val="18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C70B8C" w14:paraId="71A4A3CD" w14:textId="77777777" w:rsidTr="00B50F7F">
        <w:tc>
          <w:tcPr>
            <w:tcW w:w="4320" w:type="dxa"/>
          </w:tcPr>
          <w:p w14:paraId="124739E6" w14:textId="7C765C30" w:rsidR="00C70B8C" w:rsidRPr="00A052A9" w:rsidRDefault="00C70B8C" w:rsidP="00B50F7F">
            <w:pPr>
              <w:rPr>
                <w:sz w:val="20"/>
                <w:szCs w:val="20"/>
              </w:rPr>
            </w:pPr>
            <w:r w:rsidRPr="00A052A9">
              <w:rPr>
                <w:rFonts w:cs="Shruti"/>
                <w:sz w:val="20"/>
                <w:szCs w:val="20"/>
                <w:cs/>
                <w:lang w:bidi="gu-IN"/>
              </w:rPr>
              <w:t>સ્થળ</w:t>
            </w:r>
            <w:r w:rsidRPr="00A052A9">
              <w:rPr>
                <w:sz w:val="20"/>
                <w:szCs w:val="20"/>
              </w:rPr>
              <w:t xml:space="preserve">: </w:t>
            </w:r>
            <w:r w:rsidR="008E13CA">
              <w:rPr>
                <w:rFonts w:cs="Shruti" w:hint="cs"/>
                <w:cs/>
                <w:lang w:bidi="gu-IN"/>
              </w:rPr>
              <w:t xml:space="preserve">ઢાંકણ્રીયાવાસ પ્રાથમિક શાળા </w:t>
            </w:r>
            <w:r w:rsidRPr="00A052A9">
              <w:rPr>
                <w:sz w:val="20"/>
                <w:szCs w:val="20"/>
              </w:rPr>
              <w:br/>
            </w:r>
            <w:r w:rsidR="001755B7" w:rsidRPr="00A052A9">
              <w:rPr>
                <w:rFonts w:cs="Shruti"/>
                <w:sz w:val="20"/>
                <w:szCs w:val="20"/>
                <w:cs/>
                <w:lang w:bidi="gu-IN"/>
              </w:rPr>
              <w:t>તારીખ</w:t>
            </w:r>
            <w:r w:rsidR="001755B7" w:rsidRPr="00A052A9">
              <w:rPr>
                <w:sz w:val="20"/>
                <w:szCs w:val="20"/>
              </w:rPr>
              <w:t xml:space="preserve">:       </w:t>
            </w:r>
            <w:r w:rsidR="008E13CA">
              <w:rPr>
                <w:sz w:val="20"/>
                <w:szCs w:val="20"/>
              </w:rPr>
              <w:t>21/08/2026</w:t>
            </w:r>
          </w:p>
        </w:tc>
        <w:tc>
          <w:tcPr>
            <w:tcW w:w="4320" w:type="dxa"/>
          </w:tcPr>
          <w:p w14:paraId="5184E07B" w14:textId="77777777" w:rsidR="00C70B8C" w:rsidRPr="00A052A9" w:rsidRDefault="00C70B8C" w:rsidP="00B50F7F">
            <w:pPr>
              <w:jc w:val="right"/>
              <w:rPr>
                <w:sz w:val="20"/>
                <w:szCs w:val="20"/>
              </w:rPr>
            </w:pPr>
            <w:r w:rsidRPr="00A052A9">
              <w:rPr>
                <w:rFonts w:cs="Shruti"/>
                <w:sz w:val="20"/>
                <w:szCs w:val="20"/>
                <w:cs/>
                <w:lang w:bidi="gu-IN"/>
              </w:rPr>
              <w:t>આચાર્યશ્રીની</w:t>
            </w:r>
            <w:r w:rsidRPr="00A052A9">
              <w:rPr>
                <w:sz w:val="20"/>
                <w:szCs w:val="20"/>
              </w:rPr>
              <w:t xml:space="preserve"> </w:t>
            </w:r>
            <w:r w:rsidRPr="00A052A9">
              <w:rPr>
                <w:rFonts w:cs="Shruti"/>
                <w:sz w:val="20"/>
                <w:szCs w:val="20"/>
                <w:cs/>
                <w:lang w:bidi="gu-IN"/>
              </w:rPr>
              <w:t>સહી</w:t>
            </w:r>
            <w:r w:rsidRPr="00A052A9">
              <w:rPr>
                <w:sz w:val="20"/>
                <w:szCs w:val="20"/>
              </w:rPr>
              <w:t xml:space="preserve"> </w:t>
            </w:r>
            <w:r w:rsidRPr="00A052A9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A052A9">
              <w:rPr>
                <w:sz w:val="20"/>
                <w:szCs w:val="20"/>
              </w:rPr>
              <w:t xml:space="preserve"> </w:t>
            </w:r>
            <w:r w:rsidRPr="00A052A9">
              <w:rPr>
                <w:rFonts w:cs="Shruti"/>
                <w:sz w:val="20"/>
                <w:szCs w:val="20"/>
                <w:cs/>
                <w:lang w:bidi="gu-IN"/>
              </w:rPr>
              <w:t>સિક્કો</w:t>
            </w:r>
          </w:p>
        </w:tc>
      </w:tr>
    </w:tbl>
    <w:p w14:paraId="542CD680" w14:textId="77777777" w:rsidR="00C70B8C" w:rsidRDefault="00C70B8C" w:rsidP="00C70B8C"/>
    <w:p w14:paraId="572DBD0C" w14:textId="77777777" w:rsidR="008532E8" w:rsidRDefault="008532E8" w:rsidP="00AC6BCD"/>
    <w:p w14:paraId="2DEB1989" w14:textId="77777777" w:rsidR="003D3E34" w:rsidRDefault="003D3E34" w:rsidP="00502A5D">
      <w:pPr>
        <w:spacing w:after="0" w:line="240" w:lineRule="auto"/>
        <w:jc w:val="center"/>
        <w:rPr>
          <w:rFonts w:cs="Shruti"/>
          <w:sz w:val="28"/>
          <w:szCs w:val="28"/>
          <w:u w:val="single"/>
          <w:lang w:bidi="gu-IN"/>
        </w:rPr>
      </w:pPr>
    </w:p>
    <w:p w14:paraId="2CA29F4A" w14:textId="77777777" w:rsidR="003D3E34" w:rsidRDefault="003D3E34" w:rsidP="00502A5D">
      <w:pPr>
        <w:spacing w:after="0" w:line="240" w:lineRule="auto"/>
        <w:jc w:val="center"/>
        <w:rPr>
          <w:rFonts w:cs="Shruti"/>
          <w:sz w:val="28"/>
          <w:szCs w:val="28"/>
          <w:u w:val="single"/>
          <w:lang w:bidi="gu-IN"/>
        </w:rPr>
      </w:pPr>
    </w:p>
    <w:p w14:paraId="3C72B30B" w14:textId="77777777" w:rsidR="003D3E34" w:rsidRDefault="003D3E34" w:rsidP="00502A5D">
      <w:pPr>
        <w:spacing w:after="0" w:line="240" w:lineRule="auto"/>
        <w:jc w:val="center"/>
        <w:rPr>
          <w:rFonts w:cs="Shruti"/>
          <w:sz w:val="28"/>
          <w:szCs w:val="28"/>
          <w:u w:val="single"/>
          <w:lang w:bidi="gu-IN"/>
        </w:rPr>
      </w:pPr>
    </w:p>
    <w:p w14:paraId="0260FDF6" w14:textId="48307600" w:rsidR="00502A5D" w:rsidRDefault="002546D1" w:rsidP="00502A5D">
      <w:pPr>
        <w:spacing w:after="0" w:line="240" w:lineRule="auto"/>
        <w:jc w:val="center"/>
        <w:rPr>
          <w:rFonts w:cs="Shruti"/>
          <w:b/>
          <w:u w:val="single"/>
          <w:lang w:val="en-IN" w:bidi="gu-IN"/>
        </w:rPr>
      </w:pPr>
      <w:r>
        <w:rPr>
          <w:rFonts w:cs="Shruti" w:hint="cs"/>
          <w:sz w:val="28"/>
          <w:szCs w:val="28"/>
          <w:u w:val="single"/>
          <w:cs/>
          <w:lang w:bidi="gu-IN"/>
        </w:rPr>
        <w:t>ઢાંકણ્રીયાવાસ પ્રાથમિક શાળા તા- લાખણી જિલ્લો - વાવ-થરાદ ડાયસ કોડ: 24021300207</w:t>
      </w:r>
    </w:p>
    <w:p w14:paraId="580137BD" w14:textId="77777777" w:rsidR="007A32EC" w:rsidRDefault="007A32EC" w:rsidP="007A32EC">
      <w:pPr>
        <w:pStyle w:val="Heading1"/>
      </w:pPr>
      <w:r>
        <w:rPr>
          <w:rFonts w:cs="Shruti"/>
          <w:cs/>
          <w:lang w:bidi="gu-IN"/>
        </w:rPr>
        <w:t>શાળામાં</w:t>
      </w:r>
      <w:r>
        <w:t xml:space="preserve"> </w:t>
      </w:r>
      <w:r>
        <w:rPr>
          <w:rFonts w:cs="Shruti"/>
          <w:cs/>
          <w:lang w:bidi="gu-IN"/>
        </w:rPr>
        <w:t>જોડાયા</w:t>
      </w:r>
      <w:r>
        <w:t xml:space="preserve"> </w:t>
      </w:r>
      <w:r>
        <w:rPr>
          <w:rFonts w:cs="Shruti"/>
          <w:cs/>
          <w:lang w:bidi="gu-IN"/>
        </w:rPr>
        <w:t>બાદ</w:t>
      </w:r>
      <w:r>
        <w:t xml:space="preserve"> </w:t>
      </w:r>
      <w:r>
        <w:rPr>
          <w:rFonts w:cs="Shruti"/>
          <w:cs/>
          <w:lang w:bidi="gu-IN"/>
        </w:rPr>
        <w:t>શૈક્ષણિક</w:t>
      </w:r>
      <w:r>
        <w:t>/</w:t>
      </w:r>
      <w:r>
        <w:rPr>
          <w:rFonts w:cs="Shruti"/>
          <w:cs/>
          <w:lang w:bidi="gu-IN"/>
        </w:rPr>
        <w:t>વ્યાવસાયિક</w:t>
      </w:r>
      <w:r>
        <w:t xml:space="preserve"> </w:t>
      </w:r>
      <w:r>
        <w:rPr>
          <w:rFonts w:cs="Shruti"/>
          <w:cs/>
          <w:lang w:bidi="gu-IN"/>
        </w:rPr>
        <w:t>લાયકાતમાં</w:t>
      </w:r>
      <w:r>
        <w:t xml:space="preserve"> </w:t>
      </w:r>
      <w:r>
        <w:rPr>
          <w:rFonts w:cs="Shruti"/>
          <w:cs/>
          <w:lang w:bidi="gu-IN"/>
        </w:rPr>
        <w:t>વૃદ્ધિ</w:t>
      </w:r>
      <w:r>
        <w:t xml:space="preserve"> </w:t>
      </w:r>
      <w:r>
        <w:rPr>
          <w:rFonts w:cs="Shruti"/>
          <w:cs/>
          <w:lang w:bidi="gu-IN"/>
        </w:rPr>
        <w:t>થઈ</w:t>
      </w:r>
      <w:r>
        <w:t xml:space="preserve"> </w:t>
      </w:r>
      <w:r>
        <w:rPr>
          <w:rFonts w:cs="Shruti"/>
          <w:cs/>
          <w:lang w:bidi="gu-IN"/>
        </w:rPr>
        <w:t>હોય</w:t>
      </w:r>
      <w:r>
        <w:t xml:space="preserve"> </w:t>
      </w:r>
      <w:r>
        <w:rPr>
          <w:rFonts w:cs="Shruti"/>
          <w:cs/>
          <w:lang w:bidi="gu-IN"/>
        </w:rPr>
        <w:t>તેવા</w:t>
      </w:r>
      <w:r>
        <w:t xml:space="preserve"> </w:t>
      </w:r>
      <w:r>
        <w:rPr>
          <w:rFonts w:cs="Shruti"/>
          <w:cs/>
          <w:lang w:bidi="gu-IN"/>
        </w:rPr>
        <w:t>કર્મચારીઓની</w:t>
      </w:r>
      <w:r>
        <w:t xml:space="preserve"> </w:t>
      </w:r>
      <w:r>
        <w:rPr>
          <w:rFonts w:cs="Shruti"/>
          <w:cs/>
          <w:lang w:bidi="gu-IN"/>
        </w:rPr>
        <w:t>વિગત</w:t>
      </w:r>
      <w:r>
        <w:br/>
      </w:r>
      <w:r w:rsidRPr="007A32EC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આ</w:t>
      </w:r>
      <w:r w:rsidRPr="007A32EC">
        <w:rPr>
          <w:b w:val="0"/>
          <w:bCs w:val="0"/>
          <w:color w:val="000000" w:themeColor="text1"/>
          <w:sz w:val="22"/>
          <w:szCs w:val="22"/>
        </w:rPr>
        <w:t xml:space="preserve"> </w:t>
      </w:r>
      <w:r w:rsidRPr="007A32EC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પત્રકમાં</w:t>
      </w:r>
      <w:r w:rsidRPr="007A32EC">
        <w:rPr>
          <w:b w:val="0"/>
          <w:bCs w:val="0"/>
          <w:color w:val="000000" w:themeColor="text1"/>
          <w:sz w:val="22"/>
          <w:szCs w:val="22"/>
        </w:rPr>
        <w:t xml:space="preserve"> </w:t>
      </w:r>
      <w:r w:rsidRPr="007A32EC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એવા</w:t>
      </w:r>
      <w:r w:rsidRPr="007A32EC">
        <w:rPr>
          <w:b w:val="0"/>
          <w:bCs w:val="0"/>
          <w:color w:val="000000" w:themeColor="text1"/>
          <w:sz w:val="22"/>
          <w:szCs w:val="22"/>
        </w:rPr>
        <w:t xml:space="preserve"> </w:t>
      </w:r>
      <w:r w:rsidRPr="007A32EC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શિક્ષકો</w:t>
      </w:r>
      <w:r w:rsidRPr="007A32EC">
        <w:rPr>
          <w:b w:val="0"/>
          <w:bCs w:val="0"/>
          <w:color w:val="000000" w:themeColor="text1"/>
          <w:sz w:val="22"/>
          <w:szCs w:val="22"/>
        </w:rPr>
        <w:t>/</w:t>
      </w:r>
      <w:r w:rsidRPr="007A32EC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કર્મચારીઓની</w:t>
      </w:r>
      <w:r w:rsidRPr="007A32EC">
        <w:rPr>
          <w:b w:val="0"/>
          <w:bCs w:val="0"/>
          <w:color w:val="000000" w:themeColor="text1"/>
          <w:sz w:val="22"/>
          <w:szCs w:val="22"/>
        </w:rPr>
        <w:t xml:space="preserve"> </w:t>
      </w:r>
      <w:r w:rsidRPr="007A32EC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વિગત</w:t>
      </w:r>
      <w:r w:rsidRPr="007A32EC">
        <w:rPr>
          <w:b w:val="0"/>
          <w:bCs w:val="0"/>
          <w:color w:val="000000" w:themeColor="text1"/>
          <w:sz w:val="22"/>
          <w:szCs w:val="22"/>
        </w:rPr>
        <w:t xml:space="preserve"> </w:t>
      </w:r>
      <w:r w:rsidRPr="007A32EC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દર્શાવવામાં</w:t>
      </w:r>
      <w:r w:rsidRPr="007A32EC">
        <w:rPr>
          <w:b w:val="0"/>
          <w:bCs w:val="0"/>
          <w:color w:val="000000" w:themeColor="text1"/>
          <w:sz w:val="22"/>
          <w:szCs w:val="22"/>
        </w:rPr>
        <w:t xml:space="preserve"> </w:t>
      </w:r>
      <w:r w:rsidRPr="007A32EC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આવી</w:t>
      </w:r>
      <w:r w:rsidRPr="007A32EC">
        <w:rPr>
          <w:b w:val="0"/>
          <w:bCs w:val="0"/>
          <w:color w:val="000000" w:themeColor="text1"/>
          <w:sz w:val="22"/>
          <w:szCs w:val="22"/>
        </w:rPr>
        <w:t xml:space="preserve"> </w:t>
      </w:r>
      <w:r w:rsidRPr="007A32EC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છે</w:t>
      </w:r>
      <w:r w:rsidRPr="007A32EC">
        <w:rPr>
          <w:b w:val="0"/>
          <w:bCs w:val="0"/>
          <w:color w:val="000000" w:themeColor="text1"/>
          <w:sz w:val="22"/>
          <w:szCs w:val="22"/>
        </w:rPr>
        <w:t xml:space="preserve"> </w:t>
      </w:r>
      <w:r w:rsidRPr="007A32EC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જેમણે</w:t>
      </w:r>
      <w:r w:rsidRPr="007A32EC">
        <w:rPr>
          <w:b w:val="0"/>
          <w:bCs w:val="0"/>
          <w:color w:val="000000" w:themeColor="text1"/>
          <w:sz w:val="22"/>
          <w:szCs w:val="22"/>
        </w:rPr>
        <w:t xml:space="preserve"> </w:t>
      </w:r>
      <w:r w:rsidRPr="007A32EC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શાળામાં</w:t>
      </w:r>
      <w:r w:rsidRPr="007A32EC">
        <w:rPr>
          <w:b w:val="0"/>
          <w:bCs w:val="0"/>
          <w:color w:val="000000" w:themeColor="text1"/>
          <w:sz w:val="22"/>
          <w:szCs w:val="22"/>
        </w:rPr>
        <w:t xml:space="preserve"> </w:t>
      </w:r>
      <w:r w:rsidRPr="007A32EC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ફરજ</w:t>
      </w:r>
      <w:r w:rsidRPr="007A32EC">
        <w:rPr>
          <w:b w:val="0"/>
          <w:bCs w:val="0"/>
          <w:color w:val="000000" w:themeColor="text1"/>
          <w:sz w:val="22"/>
          <w:szCs w:val="22"/>
        </w:rPr>
        <w:t xml:space="preserve"> </w:t>
      </w:r>
      <w:r w:rsidRPr="007A32EC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પર</w:t>
      </w:r>
      <w:r w:rsidRPr="007A32EC">
        <w:rPr>
          <w:b w:val="0"/>
          <w:bCs w:val="0"/>
          <w:color w:val="000000" w:themeColor="text1"/>
          <w:sz w:val="22"/>
          <w:szCs w:val="22"/>
        </w:rPr>
        <w:t xml:space="preserve"> </w:t>
      </w:r>
      <w:r w:rsidRPr="007A32EC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જોડાયા</w:t>
      </w:r>
      <w:r w:rsidRPr="007A32EC">
        <w:rPr>
          <w:b w:val="0"/>
          <w:bCs w:val="0"/>
          <w:color w:val="000000" w:themeColor="text1"/>
          <w:sz w:val="22"/>
          <w:szCs w:val="22"/>
        </w:rPr>
        <w:t xml:space="preserve"> </w:t>
      </w:r>
      <w:r w:rsidRPr="007A32EC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બાદ</w:t>
      </w:r>
      <w:r w:rsidRPr="007A32EC">
        <w:rPr>
          <w:b w:val="0"/>
          <w:bCs w:val="0"/>
          <w:color w:val="000000" w:themeColor="text1"/>
          <w:sz w:val="22"/>
          <w:szCs w:val="22"/>
        </w:rPr>
        <w:t xml:space="preserve"> </w:t>
      </w:r>
      <w:r w:rsidRPr="007A32EC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ઉચ્ચ</w:t>
      </w:r>
      <w:r w:rsidRPr="007A32EC">
        <w:rPr>
          <w:b w:val="0"/>
          <w:bCs w:val="0"/>
          <w:color w:val="000000" w:themeColor="text1"/>
          <w:sz w:val="22"/>
          <w:szCs w:val="22"/>
        </w:rPr>
        <w:t xml:space="preserve"> </w:t>
      </w:r>
      <w:r w:rsidRPr="007A32EC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શૈક્ષણિક</w:t>
      </w:r>
      <w:r w:rsidRPr="007A32EC">
        <w:rPr>
          <w:b w:val="0"/>
          <w:bCs w:val="0"/>
          <w:color w:val="000000" w:themeColor="text1"/>
          <w:sz w:val="22"/>
          <w:szCs w:val="22"/>
        </w:rPr>
        <w:t xml:space="preserve"> </w:t>
      </w:r>
      <w:r w:rsidRPr="007A32EC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કે</w:t>
      </w:r>
      <w:r w:rsidRPr="007A32EC">
        <w:rPr>
          <w:b w:val="0"/>
          <w:bCs w:val="0"/>
          <w:color w:val="000000" w:themeColor="text1"/>
          <w:sz w:val="22"/>
          <w:szCs w:val="22"/>
        </w:rPr>
        <w:t xml:space="preserve"> </w:t>
      </w:r>
      <w:r w:rsidRPr="007A32EC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વ્યાવસાયિક</w:t>
      </w:r>
      <w:r w:rsidRPr="007A32EC">
        <w:rPr>
          <w:b w:val="0"/>
          <w:bCs w:val="0"/>
          <w:color w:val="000000" w:themeColor="text1"/>
          <w:sz w:val="22"/>
          <w:szCs w:val="22"/>
        </w:rPr>
        <w:t xml:space="preserve"> </w:t>
      </w:r>
      <w:r w:rsidRPr="007A32EC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લાયકાત</w:t>
      </w:r>
      <w:r w:rsidRPr="007A32EC">
        <w:rPr>
          <w:b w:val="0"/>
          <w:bCs w:val="0"/>
          <w:color w:val="000000" w:themeColor="text1"/>
          <w:sz w:val="22"/>
          <w:szCs w:val="22"/>
        </w:rPr>
        <w:t xml:space="preserve"> (</w:t>
      </w:r>
      <w:r w:rsidRPr="007A32EC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જેમ</w:t>
      </w:r>
      <w:r w:rsidRPr="007A32EC">
        <w:rPr>
          <w:b w:val="0"/>
          <w:bCs w:val="0"/>
          <w:color w:val="000000" w:themeColor="text1"/>
          <w:sz w:val="22"/>
          <w:szCs w:val="22"/>
        </w:rPr>
        <w:t xml:space="preserve"> </w:t>
      </w:r>
      <w:r w:rsidRPr="007A32EC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કે</w:t>
      </w:r>
      <w:r w:rsidRPr="007A32EC">
        <w:rPr>
          <w:b w:val="0"/>
          <w:bCs w:val="0"/>
          <w:color w:val="000000" w:themeColor="text1"/>
          <w:sz w:val="22"/>
          <w:szCs w:val="22"/>
        </w:rPr>
        <w:t xml:space="preserve"> B.Ed., M.Ed., M.A., Ph.D. </w:t>
      </w:r>
      <w:r w:rsidRPr="007A32EC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વગેરે</w:t>
      </w:r>
      <w:r w:rsidRPr="007A32EC">
        <w:rPr>
          <w:b w:val="0"/>
          <w:bCs w:val="0"/>
          <w:color w:val="000000" w:themeColor="text1"/>
          <w:sz w:val="22"/>
          <w:szCs w:val="22"/>
        </w:rPr>
        <w:t xml:space="preserve">) </w:t>
      </w:r>
      <w:r w:rsidRPr="007A32EC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પ્રાપ્ત</w:t>
      </w:r>
      <w:r w:rsidRPr="007A32EC">
        <w:rPr>
          <w:b w:val="0"/>
          <w:bCs w:val="0"/>
          <w:color w:val="000000" w:themeColor="text1"/>
          <w:sz w:val="22"/>
          <w:szCs w:val="22"/>
        </w:rPr>
        <w:t xml:space="preserve"> </w:t>
      </w:r>
      <w:r w:rsidRPr="007A32EC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કરી</w:t>
      </w:r>
      <w:r w:rsidRPr="007A32EC">
        <w:rPr>
          <w:b w:val="0"/>
          <w:bCs w:val="0"/>
          <w:color w:val="000000" w:themeColor="text1"/>
          <w:sz w:val="22"/>
          <w:szCs w:val="22"/>
        </w:rPr>
        <w:t xml:space="preserve"> </w:t>
      </w:r>
      <w:r w:rsidRPr="007A32EC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હોય</w:t>
      </w:r>
      <w:r w:rsidRPr="007A32EC">
        <w:rPr>
          <w:b w:val="0"/>
          <w:bCs w:val="0"/>
          <w:color w:val="000000" w:themeColor="text1"/>
          <w:sz w:val="22"/>
          <w:szCs w:val="22"/>
        </w:rPr>
        <w:t>.</w:t>
      </w:r>
      <w: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3"/>
        <w:gridCol w:w="1674"/>
        <w:gridCol w:w="1148"/>
        <w:gridCol w:w="1186"/>
        <w:gridCol w:w="1186"/>
        <w:gridCol w:w="1186"/>
        <w:gridCol w:w="1147"/>
      </w:tblGrid>
      <w:tr w:rsidR="007A32EC" w14:paraId="09771CC3" w14:textId="77777777" w:rsidTr="007A32EC">
        <w:tc>
          <w:tcPr>
            <w:tcW w:w="1174" w:type="dxa"/>
          </w:tcPr>
          <w:p w14:paraId="41C43A28" w14:textId="77777777" w:rsidR="007A32EC" w:rsidRDefault="007A32EC" w:rsidP="00B50F7F">
            <w:r>
              <w:rPr>
                <w:rFonts w:cs="Shruti"/>
                <w:b/>
                <w:bCs/>
                <w:cs/>
                <w:lang w:bidi="gu-IN"/>
              </w:rPr>
              <w:t>ક્રમ</w:t>
            </w:r>
          </w:p>
        </w:tc>
        <w:tc>
          <w:tcPr>
            <w:tcW w:w="1674" w:type="dxa"/>
          </w:tcPr>
          <w:p w14:paraId="1FF7EAF9" w14:textId="77777777" w:rsidR="007A32EC" w:rsidRDefault="007A32EC" w:rsidP="00B50F7F">
            <w:r>
              <w:rPr>
                <w:rFonts w:cs="Shruti"/>
                <w:b/>
                <w:bCs/>
                <w:cs/>
                <w:lang w:bidi="gu-IN"/>
              </w:rPr>
              <w:t>કર્મચારી</w:t>
            </w:r>
            <w:r>
              <w:rPr>
                <w:b/>
              </w:rPr>
              <w:t>/</w:t>
            </w:r>
            <w:r>
              <w:rPr>
                <w:rFonts w:cs="Shruti"/>
                <w:b/>
                <w:bCs/>
                <w:cs/>
                <w:lang w:bidi="gu-IN"/>
              </w:rPr>
              <w:t>શિક્ષકનું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નામ</w:t>
            </w:r>
          </w:p>
        </w:tc>
        <w:tc>
          <w:tcPr>
            <w:tcW w:w="1178" w:type="dxa"/>
          </w:tcPr>
          <w:p w14:paraId="04FE0F27" w14:textId="77777777" w:rsidR="007A32EC" w:rsidRDefault="007A32EC" w:rsidP="00B50F7F">
            <w:r>
              <w:rPr>
                <w:rFonts w:cs="Shruti"/>
                <w:b/>
                <w:bCs/>
                <w:cs/>
                <w:lang w:bidi="gu-IN"/>
              </w:rPr>
              <w:t>હોદ્દો</w:t>
            </w:r>
          </w:p>
        </w:tc>
        <w:tc>
          <w:tcPr>
            <w:tcW w:w="1212" w:type="dxa"/>
          </w:tcPr>
          <w:p w14:paraId="21980397" w14:textId="77777777" w:rsidR="007A32EC" w:rsidRDefault="007A32EC" w:rsidP="00B50F7F">
            <w:r>
              <w:rPr>
                <w:rFonts w:cs="Shruti"/>
                <w:b/>
                <w:bCs/>
                <w:cs/>
                <w:lang w:bidi="gu-IN"/>
              </w:rPr>
              <w:t>શાળામાં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જોડાયા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સમયની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લાયકાત</w:t>
            </w:r>
          </w:p>
        </w:tc>
        <w:tc>
          <w:tcPr>
            <w:tcW w:w="1212" w:type="dxa"/>
          </w:tcPr>
          <w:p w14:paraId="5FCE8913" w14:textId="77777777" w:rsidR="007A32EC" w:rsidRDefault="007A32EC" w:rsidP="00B50F7F">
            <w:r>
              <w:rPr>
                <w:rFonts w:cs="Shruti"/>
                <w:b/>
                <w:bCs/>
                <w:cs/>
                <w:lang w:bidi="gu-IN"/>
              </w:rPr>
              <w:t>જોડાયા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બાદ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પ્રાપ્ત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કરેલ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નવી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લાયકાત</w:t>
            </w:r>
          </w:p>
        </w:tc>
        <w:tc>
          <w:tcPr>
            <w:tcW w:w="1212" w:type="dxa"/>
          </w:tcPr>
          <w:p w14:paraId="116D9A36" w14:textId="77777777" w:rsidR="007A32EC" w:rsidRDefault="007A32EC" w:rsidP="00B50F7F">
            <w:r>
              <w:rPr>
                <w:rFonts w:cs="Shruti"/>
                <w:b/>
                <w:bCs/>
                <w:cs/>
                <w:lang w:bidi="gu-IN"/>
              </w:rPr>
              <w:t>લાયકાત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પ્રાપ્ત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કર્યાનું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વર્ષ</w:t>
            </w:r>
          </w:p>
        </w:tc>
        <w:tc>
          <w:tcPr>
            <w:tcW w:w="1194" w:type="dxa"/>
          </w:tcPr>
          <w:p w14:paraId="34C1CA35" w14:textId="77777777" w:rsidR="007A32EC" w:rsidRDefault="007A32EC" w:rsidP="00B50F7F">
            <w:r>
              <w:rPr>
                <w:rFonts w:cs="Shruti"/>
                <w:b/>
                <w:bCs/>
                <w:cs/>
                <w:lang w:bidi="gu-IN"/>
              </w:rPr>
              <w:t>વિશેષ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નોંધ</w:t>
            </w:r>
          </w:p>
        </w:tc>
      </w:tr>
      <w:tr w:rsidR="007A32EC" w14:paraId="53885F54" w14:textId="77777777" w:rsidTr="007A32EC">
        <w:tc>
          <w:tcPr>
            <w:tcW w:w="1174" w:type="dxa"/>
          </w:tcPr>
          <w:p w14:paraId="39971F96" w14:textId="77777777" w:rsidR="007A32EC" w:rsidRDefault="007A32EC" w:rsidP="00B50F7F">
            <w:r>
              <w:t>1</w:t>
            </w:r>
          </w:p>
        </w:tc>
        <w:tc>
          <w:tcPr>
            <w:tcW w:w="1674" w:type="dxa"/>
          </w:tcPr>
          <w:p w14:paraId="75A3808D" w14:textId="0B69967A" w:rsidR="007A32EC" w:rsidRDefault="004367D6" w:rsidP="007A32EC">
            <w:pPr>
              <w:jc w:val="center"/>
            </w:pPr>
            <w:r>
              <w:rPr>
                <w:rFonts w:cs="Shruti" w:hint="cs"/>
                <w:sz w:val="18"/>
                <w:szCs w:val="18"/>
                <w:cs/>
                <w:lang w:bidi="gu-IN"/>
              </w:rPr>
              <w:t>અનિલભાઈ નાથાભાઈ ગમાર</w:t>
            </w:r>
          </w:p>
        </w:tc>
        <w:tc>
          <w:tcPr>
            <w:tcW w:w="1178" w:type="dxa"/>
          </w:tcPr>
          <w:p w14:paraId="1C8790DE" w14:textId="4E099E0F" w:rsidR="007A32EC" w:rsidRDefault="004367D6" w:rsidP="007A32EC">
            <w:pPr>
              <w:jc w:val="center"/>
            </w:pPr>
            <w:r w:rsidRPr="00543FAE">
              <w:rPr>
                <w:rFonts w:cs="Shruti"/>
                <w:sz w:val="18"/>
                <w:szCs w:val="18"/>
                <w:cs/>
                <w:lang w:bidi="gu-IN"/>
              </w:rPr>
              <w:t>મદદનીશ</w:t>
            </w:r>
            <w:r w:rsidRPr="00543FAE">
              <w:rPr>
                <w:sz w:val="18"/>
                <w:szCs w:val="18"/>
              </w:rPr>
              <w:t xml:space="preserve"> </w:t>
            </w:r>
            <w:r w:rsidRPr="00543FAE">
              <w:rPr>
                <w:rFonts w:cs="Shruti"/>
                <w:sz w:val="18"/>
                <w:szCs w:val="18"/>
                <w:cs/>
                <w:lang w:bidi="gu-IN"/>
              </w:rPr>
              <w:t>શિક્ષક</w:t>
            </w:r>
          </w:p>
        </w:tc>
        <w:tc>
          <w:tcPr>
            <w:tcW w:w="1212" w:type="dxa"/>
          </w:tcPr>
          <w:p w14:paraId="17CD6101" w14:textId="522F8ABB" w:rsidR="007A32EC" w:rsidRDefault="004367D6" w:rsidP="007A32EC">
            <w:pPr>
              <w:jc w:val="center"/>
            </w:pPr>
            <w:r>
              <w:t>P.T.C</w:t>
            </w:r>
          </w:p>
        </w:tc>
        <w:tc>
          <w:tcPr>
            <w:tcW w:w="1212" w:type="dxa"/>
          </w:tcPr>
          <w:p w14:paraId="3D0F1A5C" w14:textId="34876F97" w:rsidR="007A32EC" w:rsidRDefault="004367D6" w:rsidP="007A32EC">
            <w:pPr>
              <w:jc w:val="center"/>
            </w:pPr>
            <w:proofErr w:type="spellStart"/>
            <w:r>
              <w:t>B.ed</w:t>
            </w:r>
            <w:proofErr w:type="spellEnd"/>
          </w:p>
        </w:tc>
        <w:tc>
          <w:tcPr>
            <w:tcW w:w="1212" w:type="dxa"/>
          </w:tcPr>
          <w:p w14:paraId="077321B4" w14:textId="3CFB3BCB" w:rsidR="007A32EC" w:rsidRDefault="007A32EC" w:rsidP="007A32EC">
            <w:pPr>
              <w:jc w:val="center"/>
            </w:pPr>
          </w:p>
        </w:tc>
        <w:tc>
          <w:tcPr>
            <w:tcW w:w="1194" w:type="dxa"/>
          </w:tcPr>
          <w:p w14:paraId="66E0A78B" w14:textId="77777777" w:rsidR="007A32EC" w:rsidRDefault="007A32EC" w:rsidP="007A32EC">
            <w:pPr>
              <w:jc w:val="center"/>
            </w:pPr>
            <w:r w:rsidRPr="0032102A">
              <w:t>NIL</w:t>
            </w:r>
          </w:p>
        </w:tc>
      </w:tr>
      <w:tr w:rsidR="007A32EC" w14:paraId="18196A55" w14:textId="77777777" w:rsidTr="007A32EC">
        <w:tc>
          <w:tcPr>
            <w:tcW w:w="1174" w:type="dxa"/>
          </w:tcPr>
          <w:p w14:paraId="31BDFF92" w14:textId="77777777" w:rsidR="007A32EC" w:rsidRDefault="007A32EC" w:rsidP="00B50F7F">
            <w:r>
              <w:t>2</w:t>
            </w:r>
          </w:p>
        </w:tc>
        <w:tc>
          <w:tcPr>
            <w:tcW w:w="1674" w:type="dxa"/>
          </w:tcPr>
          <w:p w14:paraId="610246A6" w14:textId="1B248488" w:rsidR="007A32EC" w:rsidRDefault="007A32EC" w:rsidP="007A32EC">
            <w:pPr>
              <w:jc w:val="center"/>
            </w:pPr>
          </w:p>
        </w:tc>
        <w:tc>
          <w:tcPr>
            <w:tcW w:w="1178" w:type="dxa"/>
          </w:tcPr>
          <w:p w14:paraId="2F5D3A81" w14:textId="4EE6A969" w:rsidR="007A32EC" w:rsidRDefault="007A32EC" w:rsidP="007A32EC">
            <w:pPr>
              <w:jc w:val="center"/>
            </w:pPr>
          </w:p>
        </w:tc>
        <w:tc>
          <w:tcPr>
            <w:tcW w:w="1212" w:type="dxa"/>
          </w:tcPr>
          <w:p w14:paraId="269A256E" w14:textId="4F501947" w:rsidR="007A32EC" w:rsidRDefault="007A32EC" w:rsidP="007A32EC">
            <w:pPr>
              <w:jc w:val="center"/>
            </w:pPr>
          </w:p>
        </w:tc>
        <w:tc>
          <w:tcPr>
            <w:tcW w:w="1212" w:type="dxa"/>
          </w:tcPr>
          <w:p w14:paraId="029ABA24" w14:textId="5E3917BA" w:rsidR="007A32EC" w:rsidRDefault="007A32EC" w:rsidP="007A32EC">
            <w:pPr>
              <w:jc w:val="center"/>
            </w:pPr>
          </w:p>
        </w:tc>
        <w:tc>
          <w:tcPr>
            <w:tcW w:w="1212" w:type="dxa"/>
          </w:tcPr>
          <w:p w14:paraId="04E3AE01" w14:textId="5EC8F3AD" w:rsidR="007A32EC" w:rsidRDefault="007A32EC" w:rsidP="007A32EC">
            <w:pPr>
              <w:jc w:val="center"/>
            </w:pPr>
          </w:p>
        </w:tc>
        <w:tc>
          <w:tcPr>
            <w:tcW w:w="1194" w:type="dxa"/>
          </w:tcPr>
          <w:p w14:paraId="2D971550" w14:textId="2D382AA6" w:rsidR="007A32EC" w:rsidRDefault="007A32EC" w:rsidP="007A32EC">
            <w:pPr>
              <w:jc w:val="center"/>
            </w:pPr>
          </w:p>
        </w:tc>
      </w:tr>
      <w:tr w:rsidR="007A32EC" w14:paraId="0B0EFA7D" w14:textId="77777777" w:rsidTr="007A32EC">
        <w:tc>
          <w:tcPr>
            <w:tcW w:w="1174" w:type="dxa"/>
          </w:tcPr>
          <w:p w14:paraId="22110607" w14:textId="77777777" w:rsidR="007A32EC" w:rsidRDefault="007A32EC" w:rsidP="00B50F7F">
            <w:r>
              <w:t>3</w:t>
            </w:r>
          </w:p>
        </w:tc>
        <w:tc>
          <w:tcPr>
            <w:tcW w:w="1674" w:type="dxa"/>
          </w:tcPr>
          <w:p w14:paraId="0220ECC9" w14:textId="5A77C7D5" w:rsidR="007A32EC" w:rsidRDefault="007A32EC" w:rsidP="007A32EC">
            <w:pPr>
              <w:jc w:val="center"/>
            </w:pPr>
          </w:p>
        </w:tc>
        <w:tc>
          <w:tcPr>
            <w:tcW w:w="1178" w:type="dxa"/>
          </w:tcPr>
          <w:p w14:paraId="4428999F" w14:textId="56F04444" w:rsidR="007A32EC" w:rsidRDefault="007A32EC" w:rsidP="007A32EC">
            <w:pPr>
              <w:jc w:val="center"/>
            </w:pPr>
          </w:p>
        </w:tc>
        <w:tc>
          <w:tcPr>
            <w:tcW w:w="1212" w:type="dxa"/>
          </w:tcPr>
          <w:p w14:paraId="649A4C9B" w14:textId="057E3CD4" w:rsidR="007A32EC" w:rsidRDefault="007A32EC" w:rsidP="007A32EC">
            <w:pPr>
              <w:jc w:val="center"/>
            </w:pPr>
          </w:p>
        </w:tc>
        <w:tc>
          <w:tcPr>
            <w:tcW w:w="1212" w:type="dxa"/>
          </w:tcPr>
          <w:p w14:paraId="0E79B552" w14:textId="03D10A21" w:rsidR="007A32EC" w:rsidRDefault="007A32EC" w:rsidP="007A32EC">
            <w:pPr>
              <w:jc w:val="center"/>
            </w:pPr>
          </w:p>
        </w:tc>
        <w:tc>
          <w:tcPr>
            <w:tcW w:w="1212" w:type="dxa"/>
          </w:tcPr>
          <w:p w14:paraId="6E2DCA8D" w14:textId="6161E668" w:rsidR="007A32EC" w:rsidRDefault="007A32EC" w:rsidP="007A32EC">
            <w:pPr>
              <w:jc w:val="center"/>
            </w:pPr>
          </w:p>
        </w:tc>
        <w:tc>
          <w:tcPr>
            <w:tcW w:w="1194" w:type="dxa"/>
          </w:tcPr>
          <w:p w14:paraId="6DC0732A" w14:textId="079B06D6" w:rsidR="007A32EC" w:rsidRDefault="007A32EC" w:rsidP="007A32EC">
            <w:pPr>
              <w:jc w:val="center"/>
            </w:pPr>
          </w:p>
        </w:tc>
      </w:tr>
      <w:tr w:rsidR="007A32EC" w14:paraId="260F5E41" w14:textId="77777777" w:rsidTr="007A32EC">
        <w:tc>
          <w:tcPr>
            <w:tcW w:w="1174" w:type="dxa"/>
          </w:tcPr>
          <w:p w14:paraId="58AC33FF" w14:textId="77777777" w:rsidR="007A32EC" w:rsidRDefault="007A32EC" w:rsidP="00B50F7F">
            <w:r>
              <w:t>4</w:t>
            </w:r>
          </w:p>
        </w:tc>
        <w:tc>
          <w:tcPr>
            <w:tcW w:w="1674" w:type="dxa"/>
          </w:tcPr>
          <w:p w14:paraId="6153AC61" w14:textId="2C99A720" w:rsidR="007A32EC" w:rsidRDefault="007A32EC" w:rsidP="007A32EC">
            <w:pPr>
              <w:jc w:val="center"/>
            </w:pPr>
          </w:p>
        </w:tc>
        <w:tc>
          <w:tcPr>
            <w:tcW w:w="1178" w:type="dxa"/>
          </w:tcPr>
          <w:p w14:paraId="6208F0E9" w14:textId="6D27D816" w:rsidR="007A32EC" w:rsidRDefault="007A32EC" w:rsidP="007A32EC">
            <w:pPr>
              <w:jc w:val="center"/>
            </w:pPr>
          </w:p>
        </w:tc>
        <w:tc>
          <w:tcPr>
            <w:tcW w:w="1212" w:type="dxa"/>
          </w:tcPr>
          <w:p w14:paraId="0C0EF529" w14:textId="7E891CEE" w:rsidR="007A32EC" w:rsidRDefault="007A32EC" w:rsidP="007A32EC">
            <w:pPr>
              <w:jc w:val="center"/>
            </w:pPr>
          </w:p>
        </w:tc>
        <w:tc>
          <w:tcPr>
            <w:tcW w:w="1212" w:type="dxa"/>
          </w:tcPr>
          <w:p w14:paraId="34DFE98E" w14:textId="50E86575" w:rsidR="007A32EC" w:rsidRDefault="007A32EC" w:rsidP="007A32EC">
            <w:pPr>
              <w:jc w:val="center"/>
            </w:pPr>
          </w:p>
        </w:tc>
        <w:tc>
          <w:tcPr>
            <w:tcW w:w="1212" w:type="dxa"/>
          </w:tcPr>
          <w:p w14:paraId="0D0FC741" w14:textId="10561175" w:rsidR="007A32EC" w:rsidRDefault="007A32EC" w:rsidP="007A32EC">
            <w:pPr>
              <w:jc w:val="center"/>
            </w:pPr>
          </w:p>
        </w:tc>
        <w:tc>
          <w:tcPr>
            <w:tcW w:w="1194" w:type="dxa"/>
          </w:tcPr>
          <w:p w14:paraId="315BB3D9" w14:textId="403A1C22" w:rsidR="007A32EC" w:rsidRDefault="007A32EC" w:rsidP="007A32EC">
            <w:pPr>
              <w:jc w:val="center"/>
            </w:pPr>
          </w:p>
        </w:tc>
      </w:tr>
      <w:tr w:rsidR="007A32EC" w14:paraId="1E89DEC8" w14:textId="77777777" w:rsidTr="007A32EC">
        <w:tc>
          <w:tcPr>
            <w:tcW w:w="1174" w:type="dxa"/>
          </w:tcPr>
          <w:p w14:paraId="369FB5F6" w14:textId="77777777" w:rsidR="007A32EC" w:rsidRDefault="007A32EC" w:rsidP="00B50F7F">
            <w:r>
              <w:t>5</w:t>
            </w:r>
          </w:p>
        </w:tc>
        <w:tc>
          <w:tcPr>
            <w:tcW w:w="1674" w:type="dxa"/>
          </w:tcPr>
          <w:p w14:paraId="281469BF" w14:textId="792CD81A" w:rsidR="007A32EC" w:rsidRDefault="007A32EC" w:rsidP="007A32EC">
            <w:pPr>
              <w:jc w:val="center"/>
            </w:pPr>
          </w:p>
        </w:tc>
        <w:tc>
          <w:tcPr>
            <w:tcW w:w="1178" w:type="dxa"/>
          </w:tcPr>
          <w:p w14:paraId="322993E3" w14:textId="6B6ABEF6" w:rsidR="007A32EC" w:rsidRDefault="007A32EC" w:rsidP="007A32EC">
            <w:pPr>
              <w:jc w:val="center"/>
            </w:pPr>
          </w:p>
        </w:tc>
        <w:tc>
          <w:tcPr>
            <w:tcW w:w="1212" w:type="dxa"/>
          </w:tcPr>
          <w:p w14:paraId="001B3A98" w14:textId="2E937E8D" w:rsidR="007A32EC" w:rsidRDefault="007A32EC" w:rsidP="007A32EC">
            <w:pPr>
              <w:jc w:val="center"/>
            </w:pPr>
          </w:p>
        </w:tc>
        <w:tc>
          <w:tcPr>
            <w:tcW w:w="1212" w:type="dxa"/>
          </w:tcPr>
          <w:p w14:paraId="2FA38581" w14:textId="5247FBCB" w:rsidR="007A32EC" w:rsidRDefault="007A32EC" w:rsidP="007A32EC">
            <w:pPr>
              <w:jc w:val="center"/>
            </w:pPr>
          </w:p>
        </w:tc>
        <w:tc>
          <w:tcPr>
            <w:tcW w:w="1212" w:type="dxa"/>
          </w:tcPr>
          <w:p w14:paraId="2F4566C1" w14:textId="1900E46D" w:rsidR="007A32EC" w:rsidRDefault="007A32EC" w:rsidP="007A32EC">
            <w:pPr>
              <w:jc w:val="center"/>
            </w:pPr>
          </w:p>
        </w:tc>
        <w:tc>
          <w:tcPr>
            <w:tcW w:w="1194" w:type="dxa"/>
          </w:tcPr>
          <w:p w14:paraId="1483C784" w14:textId="1DAD3617" w:rsidR="007A32EC" w:rsidRDefault="007A32EC" w:rsidP="007A32EC">
            <w:pPr>
              <w:jc w:val="center"/>
            </w:pPr>
          </w:p>
        </w:tc>
      </w:tr>
      <w:tr w:rsidR="007A32EC" w14:paraId="1E4B1BE7" w14:textId="77777777" w:rsidTr="007A32EC">
        <w:tc>
          <w:tcPr>
            <w:tcW w:w="1174" w:type="dxa"/>
          </w:tcPr>
          <w:p w14:paraId="2A34719B" w14:textId="77777777" w:rsidR="007A32EC" w:rsidRDefault="007A32EC" w:rsidP="00B50F7F">
            <w:r>
              <w:t>6</w:t>
            </w:r>
          </w:p>
        </w:tc>
        <w:tc>
          <w:tcPr>
            <w:tcW w:w="1674" w:type="dxa"/>
          </w:tcPr>
          <w:p w14:paraId="38F6FDB5" w14:textId="14FC670E" w:rsidR="007A32EC" w:rsidRDefault="007A32EC" w:rsidP="007A32EC">
            <w:pPr>
              <w:jc w:val="center"/>
            </w:pPr>
          </w:p>
        </w:tc>
        <w:tc>
          <w:tcPr>
            <w:tcW w:w="1178" w:type="dxa"/>
          </w:tcPr>
          <w:p w14:paraId="766FDDA5" w14:textId="0DB5DD6D" w:rsidR="007A32EC" w:rsidRDefault="007A32EC" w:rsidP="007A32EC">
            <w:pPr>
              <w:jc w:val="center"/>
            </w:pPr>
          </w:p>
        </w:tc>
        <w:tc>
          <w:tcPr>
            <w:tcW w:w="1212" w:type="dxa"/>
          </w:tcPr>
          <w:p w14:paraId="3C96FB6D" w14:textId="078829BD" w:rsidR="007A32EC" w:rsidRDefault="007A32EC" w:rsidP="007A32EC">
            <w:pPr>
              <w:jc w:val="center"/>
            </w:pPr>
          </w:p>
        </w:tc>
        <w:tc>
          <w:tcPr>
            <w:tcW w:w="1212" w:type="dxa"/>
          </w:tcPr>
          <w:p w14:paraId="07386170" w14:textId="13218215" w:rsidR="007A32EC" w:rsidRDefault="007A32EC" w:rsidP="007A32EC">
            <w:pPr>
              <w:jc w:val="center"/>
            </w:pPr>
          </w:p>
        </w:tc>
        <w:tc>
          <w:tcPr>
            <w:tcW w:w="1212" w:type="dxa"/>
          </w:tcPr>
          <w:p w14:paraId="18FEBB30" w14:textId="59F47B0D" w:rsidR="007A32EC" w:rsidRDefault="007A32EC" w:rsidP="007A32EC">
            <w:pPr>
              <w:jc w:val="center"/>
            </w:pPr>
          </w:p>
        </w:tc>
        <w:tc>
          <w:tcPr>
            <w:tcW w:w="1194" w:type="dxa"/>
          </w:tcPr>
          <w:p w14:paraId="7F5FEE6F" w14:textId="486B5DA6" w:rsidR="007A32EC" w:rsidRDefault="007A32EC" w:rsidP="007A32EC">
            <w:pPr>
              <w:jc w:val="center"/>
            </w:pPr>
          </w:p>
        </w:tc>
      </w:tr>
      <w:tr w:rsidR="007A32EC" w14:paraId="003A7E3C" w14:textId="77777777" w:rsidTr="007A32EC">
        <w:trPr>
          <w:trHeight w:val="303"/>
        </w:trPr>
        <w:tc>
          <w:tcPr>
            <w:tcW w:w="1174" w:type="dxa"/>
          </w:tcPr>
          <w:p w14:paraId="427A1EE5" w14:textId="77777777" w:rsidR="007A32EC" w:rsidRDefault="007A32EC" w:rsidP="00B50F7F">
            <w:r>
              <w:t>7</w:t>
            </w:r>
          </w:p>
        </w:tc>
        <w:tc>
          <w:tcPr>
            <w:tcW w:w="1674" w:type="dxa"/>
          </w:tcPr>
          <w:p w14:paraId="620016F3" w14:textId="5A6D468B" w:rsidR="007A32EC" w:rsidRDefault="007A32EC" w:rsidP="007A32EC">
            <w:pPr>
              <w:jc w:val="center"/>
            </w:pPr>
          </w:p>
        </w:tc>
        <w:tc>
          <w:tcPr>
            <w:tcW w:w="1178" w:type="dxa"/>
          </w:tcPr>
          <w:p w14:paraId="387D475D" w14:textId="4264F62B" w:rsidR="007A32EC" w:rsidRDefault="007A32EC" w:rsidP="007A32EC">
            <w:pPr>
              <w:jc w:val="center"/>
            </w:pPr>
          </w:p>
        </w:tc>
        <w:tc>
          <w:tcPr>
            <w:tcW w:w="1212" w:type="dxa"/>
          </w:tcPr>
          <w:p w14:paraId="39278185" w14:textId="6F721C06" w:rsidR="007A32EC" w:rsidRDefault="007A32EC" w:rsidP="007A32EC">
            <w:pPr>
              <w:jc w:val="center"/>
            </w:pPr>
          </w:p>
        </w:tc>
        <w:tc>
          <w:tcPr>
            <w:tcW w:w="1212" w:type="dxa"/>
          </w:tcPr>
          <w:p w14:paraId="3BA090C7" w14:textId="3286C0D7" w:rsidR="007A32EC" w:rsidRDefault="007A32EC" w:rsidP="007A32EC">
            <w:pPr>
              <w:jc w:val="center"/>
            </w:pPr>
          </w:p>
        </w:tc>
        <w:tc>
          <w:tcPr>
            <w:tcW w:w="1212" w:type="dxa"/>
          </w:tcPr>
          <w:p w14:paraId="19DEE462" w14:textId="4410FA06" w:rsidR="007A32EC" w:rsidRDefault="007A32EC" w:rsidP="007A32EC">
            <w:pPr>
              <w:jc w:val="center"/>
            </w:pPr>
          </w:p>
        </w:tc>
        <w:tc>
          <w:tcPr>
            <w:tcW w:w="1194" w:type="dxa"/>
          </w:tcPr>
          <w:p w14:paraId="16EC3F06" w14:textId="4ECD4C77" w:rsidR="007A32EC" w:rsidRDefault="007A32EC" w:rsidP="007A32EC">
            <w:pPr>
              <w:jc w:val="center"/>
            </w:pPr>
          </w:p>
        </w:tc>
      </w:tr>
    </w:tbl>
    <w:p w14:paraId="5F0967FC" w14:textId="77777777" w:rsidR="007A32EC" w:rsidRDefault="007A32EC" w:rsidP="007A32EC"/>
    <w:p w14:paraId="06E7247D" w14:textId="77777777" w:rsidR="007A32EC" w:rsidRDefault="007A32EC" w:rsidP="007A32EC">
      <w:r>
        <w:rPr>
          <w:rFonts w:cs="Shruti"/>
          <w:i/>
          <w:iCs/>
          <w:cs/>
          <w:lang w:bidi="gu-IN"/>
        </w:rPr>
        <w:t>નોંધ</w:t>
      </w:r>
      <w:r>
        <w:rPr>
          <w:i/>
        </w:rPr>
        <w:t xml:space="preserve">: </w:t>
      </w:r>
      <w:r>
        <w:rPr>
          <w:rFonts w:cs="Shruti"/>
          <w:i/>
          <w:iCs/>
          <w:cs/>
          <w:lang w:bidi="gu-IN"/>
        </w:rPr>
        <w:t>ઉપરોક્ત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માહિતી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કર્મચારીઓની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સર્વિસ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બુક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અને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સંબંધિત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યુનિવર્સિટીના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અસલ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પ્રમાણપત્રો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આધારિત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છે</w:t>
      </w:r>
      <w:r>
        <w:rPr>
          <w:i/>
        </w:rPr>
        <w:t>.</w:t>
      </w:r>
      <w:r>
        <w:br/>
      </w:r>
      <w: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7A32EC" w14:paraId="0E6FA495" w14:textId="77777777" w:rsidTr="00B50F7F">
        <w:tc>
          <w:tcPr>
            <w:tcW w:w="4320" w:type="dxa"/>
          </w:tcPr>
          <w:p w14:paraId="6C6F8D86" w14:textId="2E1FFF66" w:rsidR="007A32EC" w:rsidRDefault="007A32EC" w:rsidP="00B50F7F">
            <w:r>
              <w:rPr>
                <w:rFonts w:cs="Shruti"/>
                <w:cs/>
                <w:lang w:bidi="gu-IN"/>
              </w:rPr>
              <w:t>સ્થળ</w:t>
            </w:r>
            <w:r>
              <w:t>:</w:t>
            </w:r>
            <w:r w:rsidR="000E2C50">
              <w:t xml:space="preserve"> </w:t>
            </w:r>
            <w:r w:rsidR="008E13CA">
              <w:rPr>
                <w:rFonts w:cs="Shruti" w:hint="cs"/>
                <w:cs/>
                <w:lang w:bidi="gu-IN"/>
              </w:rPr>
              <w:t xml:space="preserve">ઢાંકણ્રીયાવાસ પ્રાથમિક શાળા </w:t>
            </w:r>
            <w:r>
              <w:br/>
            </w:r>
            <w:r w:rsidRPr="00A052A9">
              <w:rPr>
                <w:rFonts w:cs="Shruti"/>
                <w:sz w:val="20"/>
                <w:szCs w:val="20"/>
                <w:cs/>
                <w:lang w:bidi="gu-IN"/>
              </w:rPr>
              <w:t>તારીખ</w:t>
            </w:r>
            <w:r w:rsidRPr="00A052A9">
              <w:rPr>
                <w:sz w:val="20"/>
                <w:szCs w:val="20"/>
              </w:rPr>
              <w:t xml:space="preserve">:       </w:t>
            </w:r>
            <w:r w:rsidR="008E13CA">
              <w:rPr>
                <w:sz w:val="20"/>
                <w:szCs w:val="20"/>
              </w:rPr>
              <w:t>21/08/2026</w:t>
            </w:r>
          </w:p>
        </w:tc>
        <w:tc>
          <w:tcPr>
            <w:tcW w:w="4320" w:type="dxa"/>
          </w:tcPr>
          <w:p w14:paraId="0E953DC7" w14:textId="77777777" w:rsidR="007A32EC" w:rsidRDefault="007A32EC" w:rsidP="00B50F7F">
            <w:pPr>
              <w:jc w:val="right"/>
            </w:pPr>
            <w:r>
              <w:rPr>
                <w:rFonts w:cs="Shruti"/>
                <w:cs/>
                <w:lang w:bidi="gu-IN"/>
              </w:rPr>
              <w:t>આચાર્યશ્રીની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સહી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અને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સિક્કો</w:t>
            </w:r>
          </w:p>
        </w:tc>
      </w:tr>
    </w:tbl>
    <w:p w14:paraId="6C099ED3" w14:textId="77777777" w:rsidR="007A32EC" w:rsidRDefault="007A32EC" w:rsidP="007A32EC"/>
    <w:p w14:paraId="481EF56B" w14:textId="77777777" w:rsidR="007A32EC" w:rsidRDefault="007A32EC" w:rsidP="00546E7C">
      <w:pPr>
        <w:tabs>
          <w:tab w:val="left" w:pos="2835"/>
        </w:tabs>
        <w:spacing w:line="240" w:lineRule="auto"/>
        <w:jc w:val="center"/>
        <w:rPr>
          <w:rFonts w:cs="Shruti"/>
          <w:sz w:val="28"/>
          <w:szCs w:val="28"/>
          <w:lang w:bidi="gu-IN"/>
        </w:rPr>
      </w:pPr>
    </w:p>
    <w:p w14:paraId="66B9F1F2" w14:textId="77777777" w:rsidR="00F26486" w:rsidRDefault="00F26486" w:rsidP="00546E7C">
      <w:pPr>
        <w:tabs>
          <w:tab w:val="left" w:pos="2835"/>
        </w:tabs>
        <w:spacing w:line="240" w:lineRule="auto"/>
        <w:jc w:val="center"/>
        <w:rPr>
          <w:rFonts w:cs="Shruti"/>
          <w:sz w:val="28"/>
          <w:szCs w:val="28"/>
          <w:lang w:bidi="gu-IN"/>
        </w:rPr>
      </w:pPr>
    </w:p>
    <w:p w14:paraId="0683B639" w14:textId="77777777" w:rsidR="00F26486" w:rsidRDefault="00F26486" w:rsidP="00546E7C">
      <w:pPr>
        <w:tabs>
          <w:tab w:val="left" w:pos="2835"/>
        </w:tabs>
        <w:spacing w:line="240" w:lineRule="auto"/>
        <w:jc w:val="center"/>
        <w:rPr>
          <w:rFonts w:cs="Shruti"/>
          <w:sz w:val="28"/>
          <w:szCs w:val="28"/>
          <w:lang w:bidi="gu-IN"/>
        </w:rPr>
      </w:pPr>
    </w:p>
    <w:p w14:paraId="05F24C01" w14:textId="77777777" w:rsidR="00F26486" w:rsidRDefault="00F26486" w:rsidP="00546E7C">
      <w:pPr>
        <w:tabs>
          <w:tab w:val="left" w:pos="2835"/>
        </w:tabs>
        <w:spacing w:line="240" w:lineRule="auto"/>
        <w:jc w:val="center"/>
        <w:rPr>
          <w:rFonts w:cs="Shruti"/>
          <w:sz w:val="28"/>
          <w:szCs w:val="28"/>
          <w:lang w:bidi="gu-IN"/>
        </w:rPr>
      </w:pPr>
    </w:p>
    <w:p w14:paraId="5B175CB9" w14:textId="77777777" w:rsidR="00B46DFB" w:rsidRDefault="00B46DFB" w:rsidP="00AE6123">
      <w:pPr>
        <w:tabs>
          <w:tab w:val="left" w:pos="2835"/>
        </w:tabs>
        <w:spacing w:line="240" w:lineRule="auto"/>
        <w:rPr>
          <w:rFonts w:cs="Shruti"/>
          <w:sz w:val="28"/>
          <w:szCs w:val="28"/>
          <w:lang w:bidi="gu-IN"/>
        </w:rPr>
      </w:pPr>
    </w:p>
    <w:p w14:paraId="5DFB6C81" w14:textId="5829CE67" w:rsidR="00502A5D" w:rsidRDefault="002546D1" w:rsidP="00502A5D">
      <w:pPr>
        <w:spacing w:after="0" w:line="240" w:lineRule="auto"/>
        <w:jc w:val="center"/>
        <w:rPr>
          <w:rFonts w:cs="Shruti"/>
          <w:b/>
          <w:u w:val="single"/>
          <w:lang w:val="en-IN" w:bidi="gu-IN"/>
        </w:rPr>
      </w:pPr>
      <w:r>
        <w:rPr>
          <w:rFonts w:cs="Shruti" w:hint="cs"/>
          <w:sz w:val="28"/>
          <w:szCs w:val="28"/>
          <w:u w:val="single"/>
          <w:cs/>
          <w:lang w:bidi="gu-IN"/>
        </w:rPr>
        <w:t>ઢાંકણ્રીયાવાસ પ્રાથમિક શાળા તા- લાખણી જિલ્લો - વાવ-થરાદ ડાયસ કોડ: 24021300207</w:t>
      </w:r>
    </w:p>
    <w:p w14:paraId="6A90169C" w14:textId="77777777" w:rsidR="00F26486" w:rsidRDefault="00A92E04" w:rsidP="00546E7C">
      <w:pPr>
        <w:tabs>
          <w:tab w:val="left" w:pos="2835"/>
        </w:tabs>
        <w:spacing w:line="240" w:lineRule="auto"/>
        <w:jc w:val="center"/>
        <w:rPr>
          <w:rFonts w:cs="Shruti"/>
          <w:sz w:val="28"/>
          <w:szCs w:val="28"/>
          <w:lang w:bidi="gu-IN"/>
        </w:rPr>
      </w:pPr>
      <w:r w:rsidRPr="00A92E04">
        <w:rPr>
          <w:rFonts w:cs="Shruti"/>
          <w:sz w:val="28"/>
          <w:szCs w:val="28"/>
          <w:cs/>
          <w:lang w:bidi="gu-IN"/>
        </w:rPr>
        <w:t>શાળાના કર્મચારીઓના સેવા રેકોર્ડની જાળવણીની પદ્ધતિની વિગત</w:t>
      </w:r>
    </w:p>
    <w:p w14:paraId="34C0556F" w14:textId="77777777" w:rsidR="00A92E04" w:rsidRDefault="00A92E04" w:rsidP="00A92E04">
      <w:pPr>
        <w:pStyle w:val="Heading1"/>
      </w:pPr>
      <w:r>
        <w:rPr>
          <w:rFonts w:cs="Shruti"/>
          <w:cs/>
          <w:lang w:bidi="gu-IN"/>
        </w:rPr>
        <w:t>કર્મચારીઓના</w:t>
      </w:r>
      <w:r>
        <w:t xml:space="preserve"> </w:t>
      </w:r>
      <w:r>
        <w:rPr>
          <w:rFonts w:cs="Shruti"/>
          <w:cs/>
          <w:lang w:bidi="gu-IN"/>
        </w:rPr>
        <w:t>સેવા</w:t>
      </w:r>
      <w:r>
        <w:t xml:space="preserve"> </w:t>
      </w:r>
      <w:r>
        <w:rPr>
          <w:rFonts w:cs="Shruti"/>
          <w:cs/>
          <w:lang w:bidi="gu-IN"/>
        </w:rPr>
        <w:t>રેકોર્ડની</w:t>
      </w:r>
      <w:r>
        <w:t xml:space="preserve"> </w:t>
      </w:r>
      <w:r>
        <w:rPr>
          <w:rFonts w:cs="Shruti"/>
          <w:cs/>
          <w:lang w:bidi="gu-IN"/>
        </w:rPr>
        <w:t>જાળવણીની</w:t>
      </w:r>
      <w:r>
        <w:t xml:space="preserve"> </w:t>
      </w:r>
      <w:r>
        <w:rPr>
          <w:rFonts w:cs="Shruti"/>
          <w:cs/>
          <w:lang w:bidi="gu-IN"/>
        </w:rPr>
        <w:t>પદ્ધતિ</w:t>
      </w:r>
    </w:p>
    <w:p w14:paraId="519A5957" w14:textId="77777777" w:rsidR="00A92E04" w:rsidRDefault="00A92E04" w:rsidP="00A92E04">
      <w:pPr>
        <w:spacing w:line="240" w:lineRule="auto"/>
        <w:jc w:val="center"/>
      </w:pPr>
      <w:r>
        <w:rPr>
          <w:rFonts w:cs="Shruti"/>
          <w:cs/>
          <w:lang w:bidi="gu-IN"/>
        </w:rPr>
        <w:t>પ્રસ્તાવના</w:t>
      </w:r>
      <w:r>
        <w:t>:</w:t>
      </w:r>
    </w:p>
    <w:p w14:paraId="29624C87" w14:textId="77777777" w:rsidR="00A92E04" w:rsidRPr="00AE6123" w:rsidRDefault="00A92E04" w:rsidP="00A92E04">
      <w:pPr>
        <w:spacing w:after="0" w:line="240" w:lineRule="auto"/>
        <w:rPr>
          <w:sz w:val="20"/>
          <w:szCs w:val="20"/>
        </w:rPr>
      </w:pPr>
      <w:r w:rsidRPr="00AE6123">
        <w:rPr>
          <w:rFonts w:cs="Shruti"/>
          <w:sz w:val="20"/>
          <w:szCs w:val="20"/>
          <w:cs/>
          <w:lang w:bidi="gu-IN"/>
        </w:rPr>
        <w:t>લીંબડ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પ્રાથમિક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શાળામાં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તમામ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શૈક્ષણિક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અને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બિન</w:t>
      </w:r>
      <w:r w:rsidRPr="00AE6123">
        <w:rPr>
          <w:sz w:val="20"/>
          <w:szCs w:val="20"/>
        </w:rPr>
        <w:t>-</w:t>
      </w:r>
      <w:r w:rsidRPr="00AE6123">
        <w:rPr>
          <w:rFonts w:cs="Shruti"/>
          <w:sz w:val="20"/>
          <w:szCs w:val="20"/>
          <w:cs/>
          <w:lang w:bidi="gu-IN"/>
        </w:rPr>
        <w:t>શૈક્ષણિક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કર્મચારીઓના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સેવા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રેકોર્ડ</w:t>
      </w:r>
      <w:r w:rsidRPr="00AE6123">
        <w:rPr>
          <w:sz w:val="20"/>
          <w:szCs w:val="20"/>
        </w:rPr>
        <w:t xml:space="preserve"> (Service Records) </w:t>
      </w:r>
      <w:r w:rsidRPr="00AE6123">
        <w:rPr>
          <w:rFonts w:cs="Shruti"/>
          <w:sz w:val="20"/>
          <w:szCs w:val="20"/>
          <w:cs/>
          <w:lang w:bidi="gu-IN"/>
        </w:rPr>
        <w:t>વ્યવસ્થિત</w:t>
      </w:r>
      <w:r w:rsidRPr="00AE6123">
        <w:rPr>
          <w:sz w:val="20"/>
          <w:szCs w:val="20"/>
        </w:rPr>
        <w:t xml:space="preserve">, </w:t>
      </w:r>
      <w:r w:rsidRPr="00AE6123">
        <w:rPr>
          <w:rFonts w:cs="Shruti"/>
          <w:sz w:val="20"/>
          <w:szCs w:val="20"/>
          <w:cs/>
          <w:lang w:bidi="gu-IN"/>
        </w:rPr>
        <w:t>પારદર્શક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અને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નિયમાનુસાર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જળવાઈ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રહે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તે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માટે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ચોક્કસ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પદ્ધતિ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અમલમાં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છે</w:t>
      </w:r>
      <w:r w:rsidRPr="00AE6123">
        <w:rPr>
          <w:sz w:val="20"/>
          <w:szCs w:val="20"/>
        </w:rPr>
        <w:t xml:space="preserve">. </w:t>
      </w:r>
      <w:r w:rsidRPr="00AE6123">
        <w:rPr>
          <w:rFonts w:cs="Shruti"/>
          <w:sz w:val="20"/>
          <w:szCs w:val="20"/>
          <w:cs/>
          <w:lang w:bidi="gu-IN"/>
        </w:rPr>
        <w:t>ગુણોત્સવ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૨</w:t>
      </w:r>
      <w:r w:rsidRPr="00AE6123">
        <w:rPr>
          <w:sz w:val="20"/>
          <w:szCs w:val="20"/>
        </w:rPr>
        <w:t>.</w:t>
      </w:r>
      <w:r w:rsidRPr="00AE6123">
        <w:rPr>
          <w:rFonts w:cs="Shruti"/>
          <w:sz w:val="20"/>
          <w:szCs w:val="20"/>
          <w:cs/>
          <w:lang w:bidi="gu-IN"/>
        </w:rPr>
        <w:t>૦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ના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માપદંડો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મુજબ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આ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જાળવણી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નીચે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દર્શાવેલ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પદ્ધતિ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અનુસાર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કરવામાં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આવે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છે</w:t>
      </w:r>
      <w:r w:rsidR="00AE6123">
        <w:rPr>
          <w:sz w:val="20"/>
          <w:szCs w:val="20"/>
        </w:rPr>
        <w:t>:</w:t>
      </w:r>
    </w:p>
    <w:p w14:paraId="3B1E9C6D" w14:textId="77777777" w:rsidR="00A92E04" w:rsidRDefault="00A92E04" w:rsidP="00A92E04">
      <w:pPr>
        <w:pStyle w:val="Heading2"/>
        <w:spacing w:line="240" w:lineRule="auto"/>
      </w:pPr>
      <w:r>
        <w:rPr>
          <w:rFonts w:cs="Shruti"/>
          <w:cs/>
          <w:lang w:bidi="gu-IN"/>
        </w:rPr>
        <w:t>સેવા</w:t>
      </w:r>
      <w:r>
        <w:t xml:space="preserve"> </w:t>
      </w:r>
      <w:r>
        <w:rPr>
          <w:rFonts w:cs="Shruti"/>
          <w:cs/>
          <w:lang w:bidi="gu-IN"/>
        </w:rPr>
        <w:t>રેકોર્ડ</w:t>
      </w:r>
      <w:r>
        <w:t xml:space="preserve"> </w:t>
      </w:r>
      <w:r>
        <w:rPr>
          <w:rFonts w:cs="Shruti"/>
          <w:cs/>
          <w:lang w:bidi="gu-IN"/>
        </w:rPr>
        <w:t>જાળવણીની</w:t>
      </w:r>
      <w:r>
        <w:t xml:space="preserve"> </w:t>
      </w:r>
      <w:r>
        <w:rPr>
          <w:rFonts w:cs="Shruti"/>
          <w:cs/>
          <w:lang w:bidi="gu-IN"/>
        </w:rPr>
        <w:t>મુખ્ય</w:t>
      </w:r>
      <w:r>
        <w:t xml:space="preserve"> </w:t>
      </w:r>
      <w:r>
        <w:rPr>
          <w:rFonts w:cs="Shruti"/>
          <w:cs/>
          <w:lang w:bidi="gu-IN"/>
        </w:rPr>
        <w:t>પદ્ધતિઓ</w:t>
      </w:r>
      <w:r>
        <w:t>:</w:t>
      </w:r>
    </w:p>
    <w:p w14:paraId="2063E315" w14:textId="77777777" w:rsidR="00A92E04" w:rsidRPr="00AE6123" w:rsidRDefault="00A92E04" w:rsidP="00A92E04">
      <w:pPr>
        <w:spacing w:line="240" w:lineRule="auto"/>
        <w:rPr>
          <w:sz w:val="20"/>
          <w:szCs w:val="20"/>
        </w:rPr>
      </w:pPr>
      <w:r>
        <w:rPr>
          <w:rFonts w:cs="Shruti"/>
          <w:b/>
          <w:bCs/>
          <w:cs/>
          <w:lang w:bidi="gu-IN"/>
        </w:rPr>
        <w:t>૧</w:t>
      </w:r>
      <w:r>
        <w:rPr>
          <w:b/>
        </w:rPr>
        <w:t xml:space="preserve">. </w:t>
      </w:r>
      <w:r>
        <w:rPr>
          <w:rFonts w:cs="Shruti"/>
          <w:b/>
          <w:bCs/>
          <w:cs/>
          <w:lang w:bidi="gu-IN"/>
        </w:rPr>
        <w:t>ભૌતિક</w:t>
      </w:r>
      <w:r>
        <w:rPr>
          <w:b/>
        </w:rPr>
        <w:t xml:space="preserve"> </w:t>
      </w:r>
      <w:r>
        <w:rPr>
          <w:rFonts w:cs="Shruti"/>
          <w:b/>
          <w:bCs/>
          <w:cs/>
          <w:lang w:bidi="gu-IN"/>
        </w:rPr>
        <w:t>સર્વિસ</w:t>
      </w:r>
      <w:r>
        <w:rPr>
          <w:b/>
        </w:rPr>
        <w:t xml:space="preserve"> </w:t>
      </w:r>
      <w:r>
        <w:rPr>
          <w:rFonts w:cs="Shruti"/>
          <w:b/>
          <w:bCs/>
          <w:cs/>
          <w:lang w:bidi="gu-IN"/>
        </w:rPr>
        <w:t>બુક</w:t>
      </w:r>
      <w:r>
        <w:rPr>
          <w:b/>
        </w:rPr>
        <w:t xml:space="preserve"> (Service Book) </w:t>
      </w:r>
      <w:r>
        <w:rPr>
          <w:rFonts w:cs="Shruti"/>
          <w:b/>
          <w:bCs/>
          <w:cs/>
          <w:lang w:bidi="gu-IN"/>
        </w:rPr>
        <w:t>ની</w:t>
      </w:r>
      <w:r>
        <w:rPr>
          <w:b/>
        </w:rPr>
        <w:t xml:space="preserve"> </w:t>
      </w:r>
      <w:r>
        <w:rPr>
          <w:rFonts w:cs="Shruti"/>
          <w:b/>
          <w:bCs/>
          <w:cs/>
          <w:lang w:bidi="gu-IN"/>
        </w:rPr>
        <w:t>નિભાવણી</w:t>
      </w:r>
      <w:r>
        <w:rPr>
          <w:b/>
        </w:rPr>
        <w:t xml:space="preserve">: </w:t>
      </w:r>
      <w:r w:rsidRPr="00AE6123">
        <w:rPr>
          <w:rFonts w:cs="Shruti"/>
          <w:sz w:val="20"/>
          <w:szCs w:val="20"/>
          <w:cs/>
          <w:lang w:bidi="gu-IN"/>
        </w:rPr>
        <w:t>શાળાના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દરેક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કર્મચારીની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અલાયદી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સર્વિસ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બુક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બનાવવામાં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આવેલ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છે</w:t>
      </w:r>
      <w:r w:rsidRPr="00AE6123">
        <w:rPr>
          <w:sz w:val="20"/>
          <w:szCs w:val="20"/>
        </w:rPr>
        <w:t xml:space="preserve">. </w:t>
      </w:r>
      <w:r w:rsidRPr="00AE6123">
        <w:rPr>
          <w:rFonts w:cs="Shruti"/>
          <w:sz w:val="20"/>
          <w:szCs w:val="20"/>
          <w:cs/>
          <w:lang w:bidi="gu-IN"/>
        </w:rPr>
        <w:t>તેમાં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દર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વર્ષે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મંજૂર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થતા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વાર્ષિક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ઈજાફા</w:t>
      </w:r>
      <w:r w:rsidRPr="00AE6123">
        <w:rPr>
          <w:sz w:val="20"/>
          <w:szCs w:val="20"/>
        </w:rPr>
        <w:t xml:space="preserve"> (Increments), </w:t>
      </w:r>
      <w:r w:rsidRPr="00AE6123">
        <w:rPr>
          <w:rFonts w:cs="Shruti"/>
          <w:sz w:val="20"/>
          <w:szCs w:val="20"/>
          <w:cs/>
          <w:lang w:bidi="gu-IN"/>
        </w:rPr>
        <w:t>પગાર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બાંધણી</w:t>
      </w:r>
      <w:r w:rsidRPr="00AE6123">
        <w:rPr>
          <w:sz w:val="20"/>
          <w:szCs w:val="20"/>
        </w:rPr>
        <w:t xml:space="preserve">, </w:t>
      </w:r>
      <w:r w:rsidRPr="00AE6123">
        <w:rPr>
          <w:rFonts w:cs="Shruti"/>
          <w:sz w:val="20"/>
          <w:szCs w:val="20"/>
          <w:cs/>
          <w:lang w:bidi="gu-IN"/>
        </w:rPr>
        <w:t>બદલી</w:t>
      </w:r>
      <w:r w:rsidRPr="00AE6123">
        <w:rPr>
          <w:sz w:val="20"/>
          <w:szCs w:val="20"/>
        </w:rPr>
        <w:t xml:space="preserve">, </w:t>
      </w:r>
      <w:r w:rsidRPr="00AE6123">
        <w:rPr>
          <w:rFonts w:cs="Shruti"/>
          <w:sz w:val="20"/>
          <w:szCs w:val="20"/>
          <w:cs/>
          <w:lang w:bidi="gu-IN"/>
        </w:rPr>
        <w:t>બઢતી</w:t>
      </w:r>
      <w:r w:rsidRPr="00AE6123">
        <w:rPr>
          <w:sz w:val="20"/>
          <w:szCs w:val="20"/>
        </w:rPr>
        <w:t xml:space="preserve">, </w:t>
      </w:r>
      <w:r w:rsidRPr="00AE6123">
        <w:rPr>
          <w:rFonts w:cs="Shruti"/>
          <w:sz w:val="20"/>
          <w:szCs w:val="20"/>
          <w:cs/>
          <w:lang w:bidi="gu-IN"/>
        </w:rPr>
        <w:t>નવી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પ્રાપ્ત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કરેલ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શૈક્ષણિક</w:t>
      </w:r>
      <w:r w:rsidRPr="00AE6123">
        <w:rPr>
          <w:sz w:val="20"/>
          <w:szCs w:val="20"/>
        </w:rPr>
        <w:t>/</w:t>
      </w:r>
      <w:r w:rsidRPr="00AE6123">
        <w:rPr>
          <w:rFonts w:cs="Shruti"/>
          <w:sz w:val="20"/>
          <w:szCs w:val="20"/>
          <w:cs/>
          <w:lang w:bidi="gu-IN"/>
        </w:rPr>
        <w:t>વ્યાવસાયિક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લાયકાત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અને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અન્ય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સેવાકીય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બાબતોની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નોંધ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આચાર્યશ્રી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દ્વારા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સહી</w:t>
      </w:r>
      <w:r w:rsidRPr="00AE6123">
        <w:rPr>
          <w:sz w:val="20"/>
          <w:szCs w:val="20"/>
        </w:rPr>
        <w:t>-</w:t>
      </w:r>
      <w:r w:rsidRPr="00AE6123">
        <w:rPr>
          <w:rFonts w:cs="Shruti"/>
          <w:sz w:val="20"/>
          <w:szCs w:val="20"/>
          <w:cs/>
          <w:lang w:bidi="gu-IN"/>
        </w:rPr>
        <w:t>સિક્કા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સાથે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અદ્યતન</w:t>
      </w:r>
      <w:r w:rsidRPr="00AE6123">
        <w:rPr>
          <w:sz w:val="20"/>
          <w:szCs w:val="20"/>
        </w:rPr>
        <w:t xml:space="preserve"> (Update) </w:t>
      </w:r>
      <w:r w:rsidRPr="00AE6123">
        <w:rPr>
          <w:rFonts w:cs="Shruti"/>
          <w:sz w:val="20"/>
          <w:szCs w:val="20"/>
          <w:cs/>
          <w:lang w:bidi="gu-IN"/>
        </w:rPr>
        <w:t>કરવામાં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આવે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છે</w:t>
      </w:r>
      <w:r w:rsidRPr="00AE6123">
        <w:rPr>
          <w:sz w:val="20"/>
          <w:szCs w:val="20"/>
        </w:rPr>
        <w:t>.</w:t>
      </w:r>
    </w:p>
    <w:p w14:paraId="330B5C2B" w14:textId="77777777" w:rsidR="00A92E04" w:rsidRPr="00AE6123" w:rsidRDefault="00A92E04" w:rsidP="00A92E04">
      <w:pPr>
        <w:spacing w:line="240" w:lineRule="auto"/>
        <w:rPr>
          <w:sz w:val="20"/>
          <w:szCs w:val="20"/>
        </w:rPr>
      </w:pPr>
      <w:r>
        <w:rPr>
          <w:rFonts w:cs="Shruti"/>
          <w:b/>
          <w:bCs/>
          <w:cs/>
          <w:lang w:bidi="gu-IN"/>
        </w:rPr>
        <w:t>૨</w:t>
      </w:r>
      <w:r>
        <w:rPr>
          <w:b/>
        </w:rPr>
        <w:t xml:space="preserve">. </w:t>
      </w:r>
      <w:r>
        <w:rPr>
          <w:rFonts w:cs="Shruti"/>
          <w:b/>
          <w:bCs/>
          <w:cs/>
          <w:lang w:bidi="gu-IN"/>
        </w:rPr>
        <w:t>વ્યક્તિગત</w:t>
      </w:r>
      <w:r>
        <w:rPr>
          <w:b/>
        </w:rPr>
        <w:t xml:space="preserve"> </w:t>
      </w:r>
      <w:r>
        <w:rPr>
          <w:rFonts w:cs="Shruti"/>
          <w:b/>
          <w:bCs/>
          <w:cs/>
          <w:lang w:bidi="gu-IN"/>
        </w:rPr>
        <w:t>ફાઈલ</w:t>
      </w:r>
      <w:r>
        <w:rPr>
          <w:b/>
        </w:rPr>
        <w:t xml:space="preserve"> (Personal File): </w:t>
      </w:r>
      <w:r w:rsidRPr="00AE6123">
        <w:rPr>
          <w:rFonts w:cs="Shruti"/>
          <w:sz w:val="20"/>
          <w:szCs w:val="20"/>
          <w:cs/>
          <w:lang w:bidi="gu-IN"/>
        </w:rPr>
        <w:t>દરેક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શિક્ષક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અને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કર્મચારી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માટે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એક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સ્વતંત્ર</w:t>
      </w:r>
      <w:r w:rsidRPr="00AE6123">
        <w:rPr>
          <w:sz w:val="20"/>
          <w:szCs w:val="20"/>
        </w:rPr>
        <w:t xml:space="preserve"> "</w:t>
      </w:r>
      <w:r w:rsidRPr="00AE6123">
        <w:rPr>
          <w:rFonts w:cs="Shruti"/>
          <w:sz w:val="20"/>
          <w:szCs w:val="20"/>
          <w:cs/>
          <w:lang w:bidi="gu-IN"/>
        </w:rPr>
        <w:t>વ્યક્તિગત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ફાઈલ</w:t>
      </w:r>
      <w:r w:rsidRPr="00AE6123">
        <w:rPr>
          <w:sz w:val="20"/>
          <w:szCs w:val="20"/>
        </w:rPr>
        <w:t xml:space="preserve">" </w:t>
      </w:r>
      <w:r w:rsidRPr="00AE6123">
        <w:rPr>
          <w:rFonts w:cs="Shruti"/>
          <w:sz w:val="20"/>
          <w:szCs w:val="20"/>
          <w:cs/>
          <w:lang w:bidi="gu-IN"/>
        </w:rPr>
        <w:t>નિભાવવામાં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આવે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છે</w:t>
      </w:r>
      <w:r w:rsidRPr="00AE6123">
        <w:rPr>
          <w:sz w:val="20"/>
          <w:szCs w:val="20"/>
        </w:rPr>
        <w:t xml:space="preserve">. </w:t>
      </w:r>
      <w:r w:rsidRPr="00AE6123">
        <w:rPr>
          <w:rFonts w:cs="Shruti"/>
          <w:sz w:val="20"/>
          <w:szCs w:val="20"/>
          <w:cs/>
          <w:lang w:bidi="gu-IN"/>
        </w:rPr>
        <w:t>આ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ફાઈલમાં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કર્મચારીનો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મૂળ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નિમણૂક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હુકમ</w:t>
      </w:r>
      <w:r w:rsidRPr="00AE6123">
        <w:rPr>
          <w:sz w:val="20"/>
          <w:szCs w:val="20"/>
        </w:rPr>
        <w:t xml:space="preserve"> (Appointment Order), </w:t>
      </w:r>
      <w:r w:rsidRPr="00AE6123">
        <w:rPr>
          <w:rFonts w:cs="Shruti"/>
          <w:sz w:val="20"/>
          <w:szCs w:val="20"/>
          <w:cs/>
          <w:lang w:bidi="gu-IN"/>
        </w:rPr>
        <w:t>હાજરી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રિપોર્ટ</w:t>
      </w:r>
      <w:r w:rsidRPr="00AE6123">
        <w:rPr>
          <w:sz w:val="20"/>
          <w:szCs w:val="20"/>
        </w:rPr>
        <w:t xml:space="preserve"> (Joining Report), </w:t>
      </w:r>
      <w:r w:rsidRPr="00AE6123">
        <w:rPr>
          <w:rFonts w:cs="Shruti"/>
          <w:sz w:val="20"/>
          <w:szCs w:val="20"/>
          <w:cs/>
          <w:lang w:bidi="gu-IN"/>
        </w:rPr>
        <w:t>ડિગ્રી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સર્ટિફિકેટ્સની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પ્રમાણિત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નકલો</w:t>
      </w:r>
      <w:r w:rsidRPr="00AE6123">
        <w:rPr>
          <w:sz w:val="20"/>
          <w:szCs w:val="20"/>
        </w:rPr>
        <w:t xml:space="preserve">, </w:t>
      </w:r>
      <w:r w:rsidRPr="00AE6123">
        <w:rPr>
          <w:rFonts w:cs="Shruti"/>
          <w:sz w:val="20"/>
          <w:szCs w:val="20"/>
          <w:cs/>
          <w:lang w:bidi="gu-IN"/>
        </w:rPr>
        <w:t>પાન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કાર્ડ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અને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ખાતાકીય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પરીક્ષા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પાસ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કર્યાના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પ્રમાણપત્રો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સુરક્ષિત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રાખવામાં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આવે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છે</w:t>
      </w:r>
      <w:r w:rsidRPr="00AE6123">
        <w:rPr>
          <w:sz w:val="20"/>
          <w:szCs w:val="20"/>
        </w:rPr>
        <w:t>.</w:t>
      </w:r>
    </w:p>
    <w:p w14:paraId="55DBB8A8" w14:textId="77777777" w:rsidR="00A92E04" w:rsidRPr="00AE6123" w:rsidRDefault="00A92E04" w:rsidP="00A92E04">
      <w:pPr>
        <w:spacing w:line="240" w:lineRule="auto"/>
        <w:rPr>
          <w:sz w:val="20"/>
          <w:szCs w:val="20"/>
        </w:rPr>
      </w:pPr>
      <w:r>
        <w:rPr>
          <w:rFonts w:cs="Shruti"/>
          <w:b/>
          <w:bCs/>
          <w:cs/>
          <w:lang w:bidi="gu-IN"/>
        </w:rPr>
        <w:t>૩</w:t>
      </w:r>
      <w:r>
        <w:rPr>
          <w:b/>
        </w:rPr>
        <w:t xml:space="preserve">. </w:t>
      </w:r>
      <w:r>
        <w:rPr>
          <w:rFonts w:cs="Shruti"/>
          <w:b/>
          <w:bCs/>
          <w:cs/>
          <w:lang w:bidi="gu-IN"/>
        </w:rPr>
        <w:t>ડિજિટલ</w:t>
      </w:r>
      <w:r>
        <w:rPr>
          <w:b/>
        </w:rPr>
        <w:t xml:space="preserve"> </w:t>
      </w:r>
      <w:r>
        <w:rPr>
          <w:rFonts w:cs="Shruti"/>
          <w:b/>
          <w:bCs/>
          <w:cs/>
          <w:lang w:bidi="gu-IN"/>
        </w:rPr>
        <w:t>રેકોર્ડ</w:t>
      </w:r>
      <w:r>
        <w:rPr>
          <w:b/>
        </w:rPr>
        <w:t xml:space="preserve"> </w:t>
      </w:r>
      <w:r>
        <w:rPr>
          <w:rFonts w:cs="Shruti"/>
          <w:b/>
          <w:bCs/>
          <w:cs/>
          <w:lang w:bidi="gu-IN"/>
        </w:rPr>
        <w:t>અને</w:t>
      </w:r>
      <w:r>
        <w:rPr>
          <w:b/>
        </w:rPr>
        <w:t xml:space="preserve"> </w:t>
      </w:r>
      <w:r>
        <w:rPr>
          <w:rFonts w:cs="Shruti"/>
          <w:b/>
          <w:bCs/>
          <w:cs/>
          <w:lang w:bidi="gu-IN"/>
        </w:rPr>
        <w:t>ઓનલાઇન</w:t>
      </w:r>
      <w:r>
        <w:rPr>
          <w:b/>
        </w:rPr>
        <w:t xml:space="preserve"> </w:t>
      </w:r>
      <w:r>
        <w:rPr>
          <w:rFonts w:cs="Shruti"/>
          <w:b/>
          <w:bCs/>
          <w:cs/>
          <w:lang w:bidi="gu-IN"/>
        </w:rPr>
        <w:t>પોર્ટલ</w:t>
      </w:r>
      <w:r>
        <w:rPr>
          <w:b/>
        </w:rPr>
        <w:t xml:space="preserve"> (Digital Records): </w:t>
      </w:r>
      <w:r w:rsidRPr="00AE6123">
        <w:rPr>
          <w:rFonts w:cs="Shruti"/>
          <w:sz w:val="20"/>
          <w:szCs w:val="20"/>
          <w:cs/>
          <w:lang w:bidi="gu-IN"/>
        </w:rPr>
        <w:t>શિક્ષણ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વિભાગની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સૂચના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મુજબ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દરેક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કર્મચારીનો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ડેટા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ઓનલાઇન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પોર્ટલ</w:t>
      </w:r>
      <w:r w:rsidRPr="00AE6123">
        <w:rPr>
          <w:sz w:val="20"/>
          <w:szCs w:val="20"/>
        </w:rPr>
        <w:t xml:space="preserve"> (</w:t>
      </w:r>
      <w:r w:rsidRPr="00AE6123">
        <w:rPr>
          <w:rFonts w:cs="Shruti"/>
          <w:sz w:val="20"/>
          <w:szCs w:val="20"/>
          <w:cs/>
          <w:lang w:bidi="gu-IN"/>
        </w:rPr>
        <w:t>જેમ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કે</w:t>
      </w:r>
      <w:r w:rsidRPr="00AE6123">
        <w:rPr>
          <w:sz w:val="20"/>
          <w:szCs w:val="20"/>
        </w:rPr>
        <w:t xml:space="preserve"> SAS, </w:t>
      </w:r>
      <w:r w:rsidRPr="00AE6123">
        <w:rPr>
          <w:rFonts w:cs="Shruti"/>
          <w:sz w:val="20"/>
          <w:szCs w:val="20"/>
          <w:cs/>
          <w:lang w:bidi="gu-IN"/>
        </w:rPr>
        <w:t>આધાર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ડાયસ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શિક્ષક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પ્રોફાઈલ</w:t>
      </w:r>
      <w:r w:rsidRPr="00AE6123">
        <w:rPr>
          <w:sz w:val="20"/>
          <w:szCs w:val="20"/>
        </w:rPr>
        <w:t xml:space="preserve">) </w:t>
      </w:r>
      <w:r w:rsidRPr="00AE6123">
        <w:rPr>
          <w:rFonts w:cs="Shruti"/>
          <w:sz w:val="20"/>
          <w:szCs w:val="20"/>
          <w:cs/>
          <w:lang w:bidi="gu-IN"/>
        </w:rPr>
        <w:t>પર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અપડેટ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રાખવામાં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આવે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છે</w:t>
      </w:r>
      <w:r w:rsidRPr="00AE6123">
        <w:rPr>
          <w:sz w:val="20"/>
          <w:szCs w:val="20"/>
        </w:rPr>
        <w:t xml:space="preserve">. </w:t>
      </w:r>
      <w:r w:rsidRPr="00AE6123">
        <w:rPr>
          <w:rFonts w:cs="Shruti"/>
          <w:sz w:val="20"/>
          <w:szCs w:val="20"/>
          <w:cs/>
          <w:lang w:bidi="gu-IN"/>
        </w:rPr>
        <w:t>ઓનલાઇન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પગાર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બિલ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અને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લીવ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મેનેજમેન્ટની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નોંધ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પણ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ડિજિટલ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સ્વરૂપે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રાખવામાં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આવે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છે</w:t>
      </w:r>
      <w:r w:rsidRPr="00AE6123">
        <w:rPr>
          <w:sz w:val="20"/>
          <w:szCs w:val="20"/>
        </w:rPr>
        <w:t>.</w:t>
      </w:r>
    </w:p>
    <w:p w14:paraId="6947F978" w14:textId="77777777" w:rsidR="00A92E04" w:rsidRPr="00AE6123" w:rsidRDefault="00A92E04" w:rsidP="00A92E04">
      <w:pPr>
        <w:spacing w:line="240" w:lineRule="auto"/>
        <w:rPr>
          <w:sz w:val="20"/>
          <w:szCs w:val="20"/>
        </w:rPr>
      </w:pPr>
      <w:r>
        <w:rPr>
          <w:rFonts w:cs="Shruti"/>
          <w:b/>
          <w:bCs/>
          <w:cs/>
          <w:lang w:bidi="gu-IN"/>
        </w:rPr>
        <w:t>૪</w:t>
      </w:r>
      <w:r>
        <w:rPr>
          <w:b/>
        </w:rPr>
        <w:t xml:space="preserve">. </w:t>
      </w:r>
      <w:r>
        <w:rPr>
          <w:rFonts w:cs="Shruti"/>
          <w:b/>
          <w:bCs/>
          <w:cs/>
          <w:lang w:bidi="gu-IN"/>
        </w:rPr>
        <w:t>રજાઓનું</w:t>
      </w:r>
      <w:r>
        <w:rPr>
          <w:b/>
        </w:rPr>
        <w:t xml:space="preserve"> </w:t>
      </w:r>
      <w:r>
        <w:rPr>
          <w:rFonts w:cs="Shruti"/>
          <w:b/>
          <w:bCs/>
          <w:cs/>
          <w:lang w:bidi="gu-IN"/>
        </w:rPr>
        <w:t>રજીસ્ટર</w:t>
      </w:r>
      <w:r>
        <w:rPr>
          <w:b/>
        </w:rPr>
        <w:t xml:space="preserve"> (Leave Register): </w:t>
      </w:r>
      <w:r w:rsidRPr="00AE6123">
        <w:rPr>
          <w:rFonts w:cs="Shruti"/>
          <w:sz w:val="20"/>
          <w:szCs w:val="20"/>
          <w:cs/>
          <w:lang w:bidi="gu-IN"/>
        </w:rPr>
        <w:t>કર્મચારીઓ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દ્વારા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ભોગવવામાં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આવતી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તમામ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પ્રકારની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રજાઓ</w:t>
      </w:r>
      <w:r w:rsidRPr="00AE6123">
        <w:rPr>
          <w:sz w:val="20"/>
          <w:szCs w:val="20"/>
        </w:rPr>
        <w:t xml:space="preserve"> (</w:t>
      </w:r>
      <w:r w:rsidRPr="00AE6123">
        <w:rPr>
          <w:rFonts w:cs="Shruti"/>
          <w:sz w:val="20"/>
          <w:szCs w:val="20"/>
          <w:cs/>
          <w:lang w:bidi="gu-IN"/>
        </w:rPr>
        <w:t>જેમ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કે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પ્રસંગોપાત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રજા</w:t>
      </w:r>
      <w:r w:rsidRPr="00AE6123">
        <w:rPr>
          <w:sz w:val="20"/>
          <w:szCs w:val="20"/>
        </w:rPr>
        <w:t xml:space="preserve"> - CL, </w:t>
      </w:r>
      <w:r w:rsidRPr="00AE6123">
        <w:rPr>
          <w:rFonts w:cs="Shruti"/>
          <w:sz w:val="20"/>
          <w:szCs w:val="20"/>
          <w:cs/>
          <w:lang w:bidi="gu-IN"/>
        </w:rPr>
        <w:t>તબીબી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રજા</w:t>
      </w:r>
      <w:r w:rsidRPr="00AE6123">
        <w:rPr>
          <w:sz w:val="20"/>
          <w:szCs w:val="20"/>
        </w:rPr>
        <w:t xml:space="preserve"> - ML, </w:t>
      </w:r>
      <w:r w:rsidRPr="00AE6123">
        <w:rPr>
          <w:rFonts w:cs="Shruti"/>
          <w:sz w:val="20"/>
          <w:szCs w:val="20"/>
          <w:cs/>
          <w:lang w:bidi="gu-IN"/>
        </w:rPr>
        <w:t>પ્રસુતિ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રજા</w:t>
      </w:r>
      <w:r w:rsidRPr="00AE6123">
        <w:rPr>
          <w:sz w:val="20"/>
          <w:szCs w:val="20"/>
        </w:rPr>
        <w:t xml:space="preserve"> - Maternity Leave </w:t>
      </w:r>
      <w:r w:rsidRPr="00AE6123">
        <w:rPr>
          <w:rFonts w:cs="Shruti"/>
          <w:sz w:val="20"/>
          <w:szCs w:val="20"/>
          <w:cs/>
          <w:lang w:bidi="gu-IN"/>
        </w:rPr>
        <w:t>વગેરે</w:t>
      </w:r>
      <w:r w:rsidRPr="00AE6123">
        <w:rPr>
          <w:sz w:val="20"/>
          <w:szCs w:val="20"/>
        </w:rPr>
        <w:t xml:space="preserve">) </w:t>
      </w:r>
      <w:r w:rsidRPr="00AE6123">
        <w:rPr>
          <w:rFonts w:cs="Shruti"/>
          <w:sz w:val="20"/>
          <w:szCs w:val="20"/>
          <w:cs/>
          <w:lang w:bidi="gu-IN"/>
        </w:rPr>
        <w:t>માટે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અલાયદું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રજા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રજીસ્ટર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નિભાવવામાં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આવે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છે</w:t>
      </w:r>
      <w:r w:rsidRPr="00AE6123">
        <w:rPr>
          <w:sz w:val="20"/>
          <w:szCs w:val="20"/>
        </w:rPr>
        <w:t xml:space="preserve">. </w:t>
      </w:r>
      <w:r w:rsidRPr="00AE6123">
        <w:rPr>
          <w:rFonts w:cs="Shruti"/>
          <w:sz w:val="20"/>
          <w:szCs w:val="20"/>
          <w:cs/>
          <w:lang w:bidi="gu-IN"/>
        </w:rPr>
        <w:t>મંજૂર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થયેલ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રજાઓની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નોંધ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નિયત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સમયે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કર્મચારીની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સર્વિસ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બુકના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રજાના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ખાતામાં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કરવામાં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આવે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છે</w:t>
      </w:r>
      <w:r w:rsidRPr="00AE6123">
        <w:rPr>
          <w:sz w:val="20"/>
          <w:szCs w:val="20"/>
        </w:rPr>
        <w:t>.</w:t>
      </w:r>
    </w:p>
    <w:p w14:paraId="093A54C7" w14:textId="77777777" w:rsidR="00A92E04" w:rsidRPr="00AE6123" w:rsidRDefault="00A92E04" w:rsidP="00AE6123">
      <w:pPr>
        <w:spacing w:line="240" w:lineRule="auto"/>
        <w:rPr>
          <w:sz w:val="20"/>
          <w:szCs w:val="20"/>
        </w:rPr>
      </w:pPr>
      <w:r>
        <w:rPr>
          <w:rFonts w:cs="Shruti"/>
          <w:b/>
          <w:bCs/>
          <w:cs/>
          <w:lang w:bidi="gu-IN"/>
        </w:rPr>
        <w:t>૫</w:t>
      </w:r>
      <w:r>
        <w:rPr>
          <w:b/>
        </w:rPr>
        <w:t xml:space="preserve">. </w:t>
      </w:r>
      <w:r>
        <w:rPr>
          <w:rFonts w:cs="Shruti"/>
          <w:b/>
          <w:bCs/>
          <w:cs/>
          <w:lang w:bidi="gu-IN"/>
        </w:rPr>
        <w:t>ખાનગી</w:t>
      </w:r>
      <w:r>
        <w:rPr>
          <w:b/>
        </w:rPr>
        <w:t xml:space="preserve"> </w:t>
      </w:r>
      <w:r>
        <w:rPr>
          <w:rFonts w:cs="Shruti"/>
          <w:b/>
          <w:bCs/>
          <w:cs/>
          <w:lang w:bidi="gu-IN"/>
        </w:rPr>
        <w:t>અહેવાલ</w:t>
      </w:r>
      <w:r>
        <w:rPr>
          <w:b/>
        </w:rPr>
        <w:t xml:space="preserve"> (Confidential Report - CR): </w:t>
      </w:r>
      <w:r w:rsidRPr="00AE6123">
        <w:rPr>
          <w:rFonts w:cs="Shruti"/>
          <w:sz w:val="20"/>
          <w:szCs w:val="20"/>
          <w:cs/>
          <w:lang w:bidi="gu-IN"/>
        </w:rPr>
        <w:t>દર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શૈક્ષણિક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વર્ષના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અંતે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દરેક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શિક્ષકની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શૈક્ષણિક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અને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સહ</w:t>
      </w:r>
      <w:r w:rsidRPr="00AE6123">
        <w:rPr>
          <w:sz w:val="20"/>
          <w:szCs w:val="20"/>
        </w:rPr>
        <w:t>-</w:t>
      </w:r>
      <w:r w:rsidRPr="00AE6123">
        <w:rPr>
          <w:rFonts w:cs="Shruti"/>
          <w:sz w:val="20"/>
          <w:szCs w:val="20"/>
          <w:cs/>
          <w:lang w:bidi="gu-IN"/>
        </w:rPr>
        <w:t>શૈક્ષણિક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કામગીરીનું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આચાર્યશ્રી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દ્વારા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મૂલ્યાંકન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કરવામાં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આવે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છે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અને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વાર્ષિક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ખાનગી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અહેવાલ</w:t>
      </w:r>
      <w:r w:rsidRPr="00AE6123">
        <w:rPr>
          <w:sz w:val="20"/>
          <w:szCs w:val="20"/>
        </w:rPr>
        <w:t xml:space="preserve"> (CR) </w:t>
      </w:r>
      <w:r w:rsidRPr="00AE6123">
        <w:rPr>
          <w:rFonts w:cs="Shruti"/>
          <w:sz w:val="20"/>
          <w:szCs w:val="20"/>
          <w:cs/>
          <w:lang w:bidi="gu-IN"/>
        </w:rPr>
        <w:t>તૈયાર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કરી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સુરક્ષિત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ફાઈલમાં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જાળવવામાં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આવે</w:t>
      </w:r>
      <w:r w:rsidRPr="00AE6123">
        <w:rPr>
          <w:sz w:val="20"/>
          <w:szCs w:val="20"/>
        </w:rPr>
        <w:t xml:space="preserve"> </w:t>
      </w:r>
      <w:r w:rsidRPr="00AE6123">
        <w:rPr>
          <w:rFonts w:cs="Shruti"/>
          <w:sz w:val="20"/>
          <w:szCs w:val="20"/>
          <w:cs/>
          <w:lang w:bidi="gu-IN"/>
        </w:rPr>
        <w:t>છે</w:t>
      </w:r>
      <w:r w:rsidRPr="00AE6123">
        <w:rPr>
          <w:sz w:val="20"/>
          <w:szCs w:val="20"/>
        </w:rPr>
        <w:t>.</w:t>
      </w:r>
    </w:p>
    <w:p w14:paraId="1DD30427" w14:textId="77777777" w:rsidR="00A92E04" w:rsidRPr="00AE6123" w:rsidRDefault="00A92E04" w:rsidP="00A92E04">
      <w:pPr>
        <w:spacing w:line="240" w:lineRule="auto"/>
        <w:rPr>
          <w:sz w:val="20"/>
          <w:szCs w:val="20"/>
        </w:rPr>
      </w:pPr>
      <w:r w:rsidRPr="00AE6123">
        <w:rPr>
          <w:rFonts w:cs="Shruti"/>
          <w:b/>
          <w:bCs/>
          <w:sz w:val="20"/>
          <w:szCs w:val="20"/>
          <w:cs/>
          <w:lang w:bidi="gu-IN"/>
        </w:rPr>
        <w:t>નિષ્કર્ષ</w:t>
      </w:r>
      <w:r w:rsidRPr="00AE6123">
        <w:rPr>
          <w:b/>
          <w:sz w:val="20"/>
          <w:szCs w:val="20"/>
        </w:rPr>
        <w:t xml:space="preserve">: </w:t>
      </w:r>
      <w:r w:rsidRPr="00AE6123">
        <w:rPr>
          <w:rFonts w:cs="Shruti"/>
          <w:b/>
          <w:bCs/>
          <w:sz w:val="20"/>
          <w:szCs w:val="20"/>
          <w:cs/>
          <w:lang w:bidi="gu-IN"/>
        </w:rPr>
        <w:t>ઉપરોક્ત</w:t>
      </w:r>
      <w:r w:rsidRPr="00AE6123">
        <w:rPr>
          <w:b/>
          <w:sz w:val="20"/>
          <w:szCs w:val="20"/>
        </w:rPr>
        <w:t xml:space="preserve"> </w:t>
      </w:r>
      <w:r w:rsidRPr="00AE6123">
        <w:rPr>
          <w:rFonts w:cs="Shruti"/>
          <w:b/>
          <w:bCs/>
          <w:sz w:val="20"/>
          <w:szCs w:val="20"/>
          <w:cs/>
          <w:lang w:bidi="gu-IN"/>
        </w:rPr>
        <w:t>પદ્ધતિઓથી</w:t>
      </w:r>
      <w:r w:rsidRPr="00AE6123">
        <w:rPr>
          <w:b/>
          <w:sz w:val="20"/>
          <w:szCs w:val="20"/>
        </w:rPr>
        <w:t xml:space="preserve"> </w:t>
      </w:r>
      <w:r w:rsidRPr="00AE6123">
        <w:rPr>
          <w:rFonts w:cs="Shruti"/>
          <w:b/>
          <w:bCs/>
          <w:sz w:val="20"/>
          <w:szCs w:val="20"/>
          <w:cs/>
          <w:lang w:bidi="gu-IN"/>
        </w:rPr>
        <w:t>શાળાના</w:t>
      </w:r>
      <w:r w:rsidRPr="00AE6123">
        <w:rPr>
          <w:b/>
          <w:sz w:val="20"/>
          <w:szCs w:val="20"/>
        </w:rPr>
        <w:t xml:space="preserve"> </w:t>
      </w:r>
      <w:r w:rsidRPr="00AE6123">
        <w:rPr>
          <w:rFonts w:cs="Shruti"/>
          <w:b/>
          <w:bCs/>
          <w:sz w:val="20"/>
          <w:szCs w:val="20"/>
          <w:cs/>
          <w:lang w:bidi="gu-IN"/>
        </w:rPr>
        <w:t>તમામ</w:t>
      </w:r>
      <w:r w:rsidRPr="00AE6123">
        <w:rPr>
          <w:b/>
          <w:sz w:val="20"/>
          <w:szCs w:val="20"/>
        </w:rPr>
        <w:t xml:space="preserve"> </w:t>
      </w:r>
      <w:r w:rsidRPr="00AE6123">
        <w:rPr>
          <w:rFonts w:cs="Shruti"/>
          <w:b/>
          <w:bCs/>
          <w:sz w:val="20"/>
          <w:szCs w:val="20"/>
          <w:cs/>
          <w:lang w:bidi="gu-IN"/>
        </w:rPr>
        <w:t>કર્મચારીઓના</w:t>
      </w:r>
      <w:r w:rsidRPr="00AE6123">
        <w:rPr>
          <w:b/>
          <w:sz w:val="20"/>
          <w:szCs w:val="20"/>
        </w:rPr>
        <w:t xml:space="preserve"> </w:t>
      </w:r>
      <w:r w:rsidRPr="00AE6123">
        <w:rPr>
          <w:rFonts w:cs="Shruti"/>
          <w:b/>
          <w:bCs/>
          <w:sz w:val="20"/>
          <w:szCs w:val="20"/>
          <w:cs/>
          <w:lang w:bidi="gu-IN"/>
        </w:rPr>
        <w:t>રેકોર્ડ</w:t>
      </w:r>
      <w:r w:rsidRPr="00AE6123">
        <w:rPr>
          <w:b/>
          <w:sz w:val="20"/>
          <w:szCs w:val="20"/>
        </w:rPr>
        <w:t xml:space="preserve"> </w:t>
      </w:r>
      <w:r w:rsidRPr="00AE6123">
        <w:rPr>
          <w:rFonts w:cs="Shruti"/>
          <w:b/>
          <w:bCs/>
          <w:sz w:val="20"/>
          <w:szCs w:val="20"/>
          <w:cs/>
          <w:lang w:bidi="gu-IN"/>
        </w:rPr>
        <w:t>સંપૂર્ણપણે</w:t>
      </w:r>
      <w:r w:rsidRPr="00AE6123">
        <w:rPr>
          <w:b/>
          <w:sz w:val="20"/>
          <w:szCs w:val="20"/>
        </w:rPr>
        <w:t xml:space="preserve"> </w:t>
      </w:r>
      <w:r w:rsidRPr="00AE6123">
        <w:rPr>
          <w:rFonts w:cs="Shruti"/>
          <w:b/>
          <w:bCs/>
          <w:sz w:val="20"/>
          <w:szCs w:val="20"/>
          <w:cs/>
          <w:lang w:bidi="gu-IN"/>
        </w:rPr>
        <w:t>સુરક્ષિત</w:t>
      </w:r>
      <w:r w:rsidRPr="00AE6123">
        <w:rPr>
          <w:b/>
          <w:sz w:val="20"/>
          <w:szCs w:val="20"/>
        </w:rPr>
        <w:t xml:space="preserve"> </w:t>
      </w:r>
      <w:r w:rsidRPr="00AE6123">
        <w:rPr>
          <w:rFonts w:cs="Shruti"/>
          <w:b/>
          <w:bCs/>
          <w:sz w:val="20"/>
          <w:szCs w:val="20"/>
          <w:cs/>
          <w:lang w:bidi="gu-IN"/>
        </w:rPr>
        <w:t>રહે</w:t>
      </w:r>
      <w:r w:rsidRPr="00AE6123">
        <w:rPr>
          <w:b/>
          <w:sz w:val="20"/>
          <w:szCs w:val="20"/>
        </w:rPr>
        <w:t xml:space="preserve"> </w:t>
      </w:r>
      <w:r w:rsidRPr="00AE6123">
        <w:rPr>
          <w:rFonts w:cs="Shruti"/>
          <w:b/>
          <w:bCs/>
          <w:sz w:val="20"/>
          <w:szCs w:val="20"/>
          <w:cs/>
          <w:lang w:bidi="gu-IN"/>
        </w:rPr>
        <w:t>છે</w:t>
      </w:r>
      <w:r w:rsidRPr="00AE6123">
        <w:rPr>
          <w:b/>
          <w:sz w:val="20"/>
          <w:szCs w:val="20"/>
        </w:rPr>
        <w:t xml:space="preserve"> </w:t>
      </w:r>
      <w:r w:rsidRPr="00AE6123">
        <w:rPr>
          <w:rFonts w:cs="Shruti"/>
          <w:b/>
          <w:bCs/>
          <w:sz w:val="20"/>
          <w:szCs w:val="20"/>
          <w:cs/>
          <w:lang w:bidi="gu-IN"/>
        </w:rPr>
        <w:t>અને</w:t>
      </w:r>
      <w:r w:rsidRPr="00AE6123">
        <w:rPr>
          <w:b/>
          <w:sz w:val="20"/>
          <w:szCs w:val="20"/>
        </w:rPr>
        <w:t xml:space="preserve"> </w:t>
      </w:r>
      <w:r w:rsidRPr="00AE6123">
        <w:rPr>
          <w:rFonts w:cs="Shruti"/>
          <w:b/>
          <w:bCs/>
          <w:sz w:val="20"/>
          <w:szCs w:val="20"/>
          <w:cs/>
          <w:lang w:bidi="gu-IN"/>
        </w:rPr>
        <w:t>કોઈપણ</w:t>
      </w:r>
      <w:r w:rsidRPr="00AE6123">
        <w:rPr>
          <w:b/>
          <w:sz w:val="20"/>
          <w:szCs w:val="20"/>
        </w:rPr>
        <w:t xml:space="preserve"> </w:t>
      </w:r>
      <w:r w:rsidRPr="00AE6123">
        <w:rPr>
          <w:rFonts w:cs="Shruti"/>
          <w:b/>
          <w:bCs/>
          <w:sz w:val="20"/>
          <w:szCs w:val="20"/>
          <w:cs/>
          <w:lang w:bidi="gu-IN"/>
        </w:rPr>
        <w:t>સરકારી</w:t>
      </w:r>
      <w:r w:rsidRPr="00AE6123">
        <w:rPr>
          <w:b/>
          <w:sz w:val="20"/>
          <w:szCs w:val="20"/>
        </w:rPr>
        <w:t xml:space="preserve"> </w:t>
      </w:r>
      <w:r w:rsidRPr="00AE6123">
        <w:rPr>
          <w:rFonts w:cs="Shruti"/>
          <w:b/>
          <w:bCs/>
          <w:sz w:val="20"/>
          <w:szCs w:val="20"/>
          <w:cs/>
          <w:lang w:bidi="gu-IN"/>
        </w:rPr>
        <w:t>કામકાજ</w:t>
      </w:r>
      <w:r w:rsidRPr="00AE6123">
        <w:rPr>
          <w:b/>
          <w:sz w:val="20"/>
          <w:szCs w:val="20"/>
        </w:rPr>
        <w:t xml:space="preserve"> </w:t>
      </w:r>
      <w:r w:rsidRPr="00AE6123">
        <w:rPr>
          <w:rFonts w:cs="Shruti"/>
          <w:b/>
          <w:bCs/>
          <w:sz w:val="20"/>
          <w:szCs w:val="20"/>
          <w:cs/>
          <w:lang w:bidi="gu-IN"/>
        </w:rPr>
        <w:t>કે</w:t>
      </w:r>
      <w:r w:rsidRPr="00AE6123">
        <w:rPr>
          <w:b/>
          <w:sz w:val="20"/>
          <w:szCs w:val="20"/>
        </w:rPr>
        <w:t xml:space="preserve"> </w:t>
      </w:r>
      <w:r w:rsidRPr="00AE6123">
        <w:rPr>
          <w:rFonts w:cs="Shruti"/>
          <w:b/>
          <w:bCs/>
          <w:sz w:val="20"/>
          <w:szCs w:val="20"/>
          <w:cs/>
          <w:lang w:bidi="gu-IN"/>
        </w:rPr>
        <w:t>ઓડિટ</w:t>
      </w:r>
      <w:r w:rsidRPr="00AE6123">
        <w:rPr>
          <w:b/>
          <w:sz w:val="20"/>
          <w:szCs w:val="20"/>
        </w:rPr>
        <w:t xml:space="preserve"> </w:t>
      </w:r>
      <w:r w:rsidRPr="00AE6123">
        <w:rPr>
          <w:rFonts w:cs="Shruti"/>
          <w:b/>
          <w:bCs/>
          <w:sz w:val="20"/>
          <w:szCs w:val="20"/>
          <w:cs/>
          <w:lang w:bidi="gu-IN"/>
        </w:rPr>
        <w:t>સમયે</w:t>
      </w:r>
      <w:r w:rsidRPr="00AE6123">
        <w:rPr>
          <w:b/>
          <w:sz w:val="20"/>
          <w:szCs w:val="20"/>
        </w:rPr>
        <w:t xml:space="preserve"> </w:t>
      </w:r>
      <w:r w:rsidRPr="00AE6123">
        <w:rPr>
          <w:rFonts w:cs="Shruti"/>
          <w:b/>
          <w:bCs/>
          <w:sz w:val="20"/>
          <w:szCs w:val="20"/>
          <w:cs/>
          <w:lang w:bidi="gu-IN"/>
        </w:rPr>
        <w:t>માહિતી</w:t>
      </w:r>
      <w:r w:rsidRPr="00AE6123">
        <w:rPr>
          <w:b/>
          <w:sz w:val="20"/>
          <w:szCs w:val="20"/>
        </w:rPr>
        <w:t xml:space="preserve"> </w:t>
      </w:r>
      <w:r w:rsidRPr="00AE6123">
        <w:rPr>
          <w:rFonts w:cs="Shruti"/>
          <w:b/>
          <w:bCs/>
          <w:sz w:val="20"/>
          <w:szCs w:val="20"/>
          <w:cs/>
          <w:lang w:bidi="gu-IN"/>
        </w:rPr>
        <w:t>ત્વરિત</w:t>
      </w:r>
      <w:r w:rsidRPr="00AE6123">
        <w:rPr>
          <w:b/>
          <w:sz w:val="20"/>
          <w:szCs w:val="20"/>
        </w:rPr>
        <w:t xml:space="preserve"> </w:t>
      </w:r>
      <w:r w:rsidRPr="00AE6123">
        <w:rPr>
          <w:rFonts w:cs="Shruti"/>
          <w:b/>
          <w:bCs/>
          <w:sz w:val="20"/>
          <w:szCs w:val="20"/>
          <w:cs/>
          <w:lang w:bidi="gu-IN"/>
        </w:rPr>
        <w:t>અને</w:t>
      </w:r>
      <w:r w:rsidRPr="00AE6123">
        <w:rPr>
          <w:b/>
          <w:sz w:val="20"/>
          <w:szCs w:val="20"/>
        </w:rPr>
        <w:t xml:space="preserve"> </w:t>
      </w:r>
      <w:r w:rsidRPr="00AE6123">
        <w:rPr>
          <w:rFonts w:cs="Shruti"/>
          <w:b/>
          <w:bCs/>
          <w:sz w:val="20"/>
          <w:szCs w:val="20"/>
          <w:cs/>
          <w:lang w:bidi="gu-IN"/>
        </w:rPr>
        <w:t>પારદર્શક</w:t>
      </w:r>
      <w:r w:rsidRPr="00AE6123">
        <w:rPr>
          <w:b/>
          <w:sz w:val="20"/>
          <w:szCs w:val="20"/>
        </w:rPr>
        <w:t xml:space="preserve"> </w:t>
      </w:r>
      <w:r w:rsidRPr="00AE6123">
        <w:rPr>
          <w:rFonts w:cs="Shruti"/>
          <w:b/>
          <w:bCs/>
          <w:sz w:val="20"/>
          <w:szCs w:val="20"/>
          <w:cs/>
          <w:lang w:bidi="gu-IN"/>
        </w:rPr>
        <w:t>રીતે</w:t>
      </w:r>
      <w:r w:rsidRPr="00AE6123">
        <w:rPr>
          <w:b/>
          <w:sz w:val="20"/>
          <w:szCs w:val="20"/>
        </w:rPr>
        <w:t xml:space="preserve"> </w:t>
      </w:r>
      <w:r w:rsidRPr="00AE6123">
        <w:rPr>
          <w:rFonts w:cs="Shruti"/>
          <w:b/>
          <w:bCs/>
          <w:sz w:val="20"/>
          <w:szCs w:val="20"/>
          <w:cs/>
          <w:lang w:bidi="gu-IN"/>
        </w:rPr>
        <w:t>ઉપલબ્ધ</w:t>
      </w:r>
      <w:r w:rsidRPr="00AE6123">
        <w:rPr>
          <w:b/>
          <w:sz w:val="20"/>
          <w:szCs w:val="20"/>
        </w:rPr>
        <w:t xml:space="preserve"> </w:t>
      </w:r>
      <w:r w:rsidRPr="00AE6123">
        <w:rPr>
          <w:rFonts w:cs="Shruti"/>
          <w:b/>
          <w:bCs/>
          <w:sz w:val="20"/>
          <w:szCs w:val="20"/>
          <w:cs/>
          <w:lang w:bidi="gu-IN"/>
        </w:rPr>
        <w:t>કરાવી</w:t>
      </w:r>
      <w:r w:rsidRPr="00AE6123">
        <w:rPr>
          <w:b/>
          <w:sz w:val="20"/>
          <w:szCs w:val="20"/>
        </w:rPr>
        <w:t xml:space="preserve"> </w:t>
      </w:r>
      <w:r w:rsidRPr="00AE6123">
        <w:rPr>
          <w:rFonts w:cs="Shruti"/>
          <w:b/>
          <w:bCs/>
          <w:sz w:val="20"/>
          <w:szCs w:val="20"/>
          <w:cs/>
          <w:lang w:bidi="gu-IN"/>
        </w:rPr>
        <w:t>શકાય</w:t>
      </w:r>
      <w:r w:rsidRPr="00AE6123">
        <w:rPr>
          <w:b/>
          <w:sz w:val="20"/>
          <w:szCs w:val="20"/>
        </w:rPr>
        <w:t xml:space="preserve"> </w:t>
      </w:r>
      <w:r w:rsidRPr="00AE6123">
        <w:rPr>
          <w:rFonts w:cs="Shruti"/>
          <w:b/>
          <w:bCs/>
          <w:sz w:val="20"/>
          <w:szCs w:val="20"/>
          <w:cs/>
          <w:lang w:bidi="gu-IN"/>
        </w:rPr>
        <w:t>છે</w:t>
      </w:r>
      <w:r w:rsidRPr="00AE6123">
        <w:rPr>
          <w:b/>
          <w:sz w:val="20"/>
          <w:szCs w:val="20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A92E04" w14:paraId="1CF1D53E" w14:textId="77777777" w:rsidTr="00B50F7F">
        <w:tc>
          <w:tcPr>
            <w:tcW w:w="4320" w:type="dxa"/>
          </w:tcPr>
          <w:p w14:paraId="435305F0" w14:textId="35187EEE" w:rsidR="00A92E04" w:rsidRDefault="00A92E04" w:rsidP="00B50F7F">
            <w:r>
              <w:rPr>
                <w:rFonts w:cs="Shruti"/>
                <w:cs/>
                <w:lang w:bidi="gu-IN"/>
              </w:rPr>
              <w:t>સ્થળ</w:t>
            </w:r>
            <w:r>
              <w:t xml:space="preserve">: </w:t>
            </w:r>
            <w:r w:rsidR="008E13CA">
              <w:rPr>
                <w:rFonts w:cs="Shruti" w:hint="cs"/>
                <w:cs/>
                <w:lang w:bidi="gu-IN"/>
              </w:rPr>
              <w:t xml:space="preserve">ઢાંકણ્રીયાવાસ પ્રાથમિક શાળા </w:t>
            </w:r>
            <w:r>
              <w:br/>
            </w:r>
            <w:r w:rsidR="00AE6123" w:rsidRPr="00A052A9">
              <w:rPr>
                <w:rFonts w:cs="Shruti"/>
                <w:sz w:val="20"/>
                <w:szCs w:val="20"/>
                <w:cs/>
                <w:lang w:bidi="gu-IN"/>
              </w:rPr>
              <w:t>તારીખ</w:t>
            </w:r>
            <w:r w:rsidR="00AE6123" w:rsidRPr="00A052A9">
              <w:rPr>
                <w:sz w:val="20"/>
                <w:szCs w:val="20"/>
              </w:rPr>
              <w:t xml:space="preserve">:       </w:t>
            </w:r>
            <w:r w:rsidR="008E13CA">
              <w:rPr>
                <w:sz w:val="20"/>
                <w:szCs w:val="20"/>
              </w:rPr>
              <w:t>21/08/2026</w:t>
            </w:r>
          </w:p>
        </w:tc>
        <w:tc>
          <w:tcPr>
            <w:tcW w:w="4320" w:type="dxa"/>
          </w:tcPr>
          <w:p w14:paraId="6317A3C0" w14:textId="77777777" w:rsidR="00A92E04" w:rsidRDefault="00A92E04" w:rsidP="00B50F7F">
            <w:pPr>
              <w:jc w:val="right"/>
            </w:pPr>
            <w:r>
              <w:rPr>
                <w:rFonts w:cs="Shruti"/>
                <w:cs/>
                <w:lang w:bidi="gu-IN"/>
              </w:rPr>
              <w:t>આચાર્યશ્રીની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સહી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અને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સિક્કો</w:t>
            </w:r>
          </w:p>
        </w:tc>
      </w:tr>
    </w:tbl>
    <w:p w14:paraId="2DD12952" w14:textId="77777777" w:rsidR="003D3E34" w:rsidRDefault="003D3E34" w:rsidP="00DF56EC">
      <w:pPr>
        <w:spacing w:after="0" w:line="240" w:lineRule="auto"/>
        <w:rPr>
          <w:rFonts w:cs="Shruti"/>
          <w:sz w:val="28"/>
          <w:szCs w:val="28"/>
          <w:u w:val="single"/>
          <w:lang w:bidi="gu-IN"/>
        </w:rPr>
      </w:pPr>
    </w:p>
    <w:p w14:paraId="27F7312F" w14:textId="77777777" w:rsidR="003D3E34" w:rsidRDefault="003D3E34" w:rsidP="00502A5D">
      <w:pPr>
        <w:spacing w:after="0" w:line="240" w:lineRule="auto"/>
        <w:jc w:val="center"/>
        <w:rPr>
          <w:rFonts w:cs="Shruti"/>
          <w:sz w:val="28"/>
          <w:szCs w:val="28"/>
          <w:u w:val="single"/>
          <w:lang w:bidi="gu-IN"/>
        </w:rPr>
      </w:pPr>
    </w:p>
    <w:p w14:paraId="117E7C2B" w14:textId="716EFDE0" w:rsidR="00502A5D" w:rsidRDefault="002546D1" w:rsidP="00502A5D">
      <w:pPr>
        <w:spacing w:after="0" w:line="240" w:lineRule="auto"/>
        <w:jc w:val="center"/>
        <w:rPr>
          <w:rFonts w:cs="Shruti"/>
          <w:b/>
          <w:u w:val="single"/>
          <w:lang w:val="en-IN" w:bidi="gu-IN"/>
        </w:rPr>
      </w:pPr>
      <w:r>
        <w:rPr>
          <w:rFonts w:cs="Shruti" w:hint="cs"/>
          <w:sz w:val="28"/>
          <w:szCs w:val="28"/>
          <w:u w:val="single"/>
          <w:cs/>
          <w:lang w:bidi="gu-IN"/>
        </w:rPr>
        <w:t>ઢાંકણ્રીયાવાસ પ્રાથમિક શાળા તા- લાખણી જિલ્લો - વાવ-થરાદ ડાયસ કોડ: 24021300207</w:t>
      </w:r>
    </w:p>
    <w:p w14:paraId="5E2C1C55" w14:textId="77777777" w:rsidR="00A92E04" w:rsidRDefault="00626109" w:rsidP="00546E7C">
      <w:pPr>
        <w:tabs>
          <w:tab w:val="left" w:pos="2835"/>
        </w:tabs>
        <w:spacing w:line="240" w:lineRule="auto"/>
        <w:jc w:val="center"/>
        <w:rPr>
          <w:rFonts w:cs="Shruti"/>
          <w:sz w:val="28"/>
          <w:szCs w:val="28"/>
          <w:lang w:bidi="gu-IN"/>
        </w:rPr>
      </w:pPr>
      <w:r w:rsidRPr="00626109">
        <w:rPr>
          <w:rFonts w:cs="Shruti"/>
          <w:sz w:val="28"/>
          <w:szCs w:val="28"/>
          <w:cs/>
          <w:lang w:bidi="gu-IN"/>
        </w:rPr>
        <w:t>કર્મચારીઓના સ્થાયીકરણ માટેના પ્રયાસોની વિગત</w:t>
      </w:r>
      <w:r w:rsidRPr="00626109">
        <w:rPr>
          <w:rFonts w:cs="Shruti"/>
          <w:sz w:val="28"/>
          <w:szCs w:val="28"/>
        </w:rPr>
        <w:t xml:space="preserve">, </w:t>
      </w:r>
      <w:r w:rsidRPr="00626109">
        <w:rPr>
          <w:rFonts w:cs="Shruti"/>
          <w:sz w:val="28"/>
          <w:szCs w:val="28"/>
          <w:cs/>
          <w:lang w:bidi="gu-IN"/>
        </w:rPr>
        <w:t>ગત શૈક્ષણિક વર્ષમાં થયેલ નવા નિમાયેલ અને શાળા છોડીને ગયેલ કર્મચારીઓની સંખ્યા</w:t>
      </w:r>
    </w:p>
    <w:p w14:paraId="5D47CE7B" w14:textId="77777777" w:rsidR="00626109" w:rsidRDefault="00626109" w:rsidP="00626109">
      <w:pPr>
        <w:pStyle w:val="Heading2"/>
      </w:pPr>
      <w:r>
        <w:rPr>
          <w:rFonts w:cs="Shruti"/>
          <w:cs/>
          <w:lang w:bidi="gu-IN"/>
        </w:rPr>
        <w:t>૧</w:t>
      </w:r>
      <w:r>
        <w:t xml:space="preserve">. </w:t>
      </w:r>
      <w:r>
        <w:rPr>
          <w:rFonts w:cs="Shruti"/>
          <w:cs/>
          <w:lang w:bidi="gu-IN"/>
        </w:rPr>
        <w:t>કર્મચારીઓના</w:t>
      </w:r>
      <w:r>
        <w:t xml:space="preserve"> </w:t>
      </w:r>
      <w:r>
        <w:rPr>
          <w:rFonts w:cs="Shruti"/>
          <w:cs/>
          <w:lang w:bidi="gu-IN"/>
        </w:rPr>
        <w:t>સ્થાયીકરણ</w:t>
      </w:r>
      <w:r>
        <w:t xml:space="preserve"> (Staff Retention) </w:t>
      </w:r>
      <w:r>
        <w:rPr>
          <w:rFonts w:cs="Shruti"/>
          <w:cs/>
          <w:lang w:bidi="gu-IN"/>
        </w:rPr>
        <w:t>માટે</w:t>
      </w:r>
      <w:r>
        <w:t xml:space="preserve"> </w:t>
      </w:r>
      <w:r>
        <w:rPr>
          <w:rFonts w:cs="Shruti"/>
          <w:cs/>
          <w:lang w:bidi="gu-IN"/>
        </w:rPr>
        <w:t>શાળાના</w:t>
      </w:r>
      <w:r>
        <w:t xml:space="preserve"> </w:t>
      </w:r>
      <w:r>
        <w:rPr>
          <w:rFonts w:cs="Shruti"/>
          <w:cs/>
          <w:lang w:bidi="gu-IN"/>
        </w:rPr>
        <w:t>પ્રયાસો</w:t>
      </w:r>
      <w:r>
        <w:t>:</w:t>
      </w:r>
    </w:p>
    <w:p w14:paraId="26C92A37" w14:textId="77777777" w:rsidR="00626109" w:rsidRDefault="00626109" w:rsidP="00626109">
      <w:r>
        <w:rPr>
          <w:rFonts w:cs="Shruti"/>
          <w:cs/>
          <w:lang w:bidi="gu-IN"/>
        </w:rPr>
        <w:t>શાળામાં</w:t>
      </w:r>
      <w:r>
        <w:t xml:space="preserve"> </w:t>
      </w:r>
      <w:r>
        <w:rPr>
          <w:rFonts w:cs="Shruti"/>
          <w:cs/>
          <w:lang w:bidi="gu-IN"/>
        </w:rPr>
        <w:t>કર્મચારીઓ</w:t>
      </w:r>
      <w:r>
        <w:t xml:space="preserve"> </w:t>
      </w:r>
      <w:r>
        <w:rPr>
          <w:rFonts w:cs="Shruti"/>
          <w:cs/>
          <w:lang w:bidi="gu-IN"/>
        </w:rPr>
        <w:t>લાંબા</w:t>
      </w:r>
      <w:r>
        <w:t xml:space="preserve"> </w:t>
      </w:r>
      <w:r>
        <w:rPr>
          <w:rFonts w:cs="Shruti"/>
          <w:cs/>
          <w:lang w:bidi="gu-IN"/>
        </w:rPr>
        <w:t>સમય</w:t>
      </w:r>
      <w:r>
        <w:t xml:space="preserve"> </w:t>
      </w:r>
      <w:r>
        <w:rPr>
          <w:rFonts w:cs="Shruti"/>
          <w:cs/>
          <w:lang w:bidi="gu-IN"/>
        </w:rPr>
        <w:t>સુધી</w:t>
      </w:r>
      <w:r>
        <w:t xml:space="preserve"> </w:t>
      </w:r>
      <w:r>
        <w:rPr>
          <w:rFonts w:cs="Shruti"/>
          <w:cs/>
          <w:lang w:bidi="gu-IN"/>
        </w:rPr>
        <w:t>ટકી</w:t>
      </w:r>
      <w:r>
        <w:t xml:space="preserve"> </w:t>
      </w:r>
      <w:r>
        <w:rPr>
          <w:rFonts w:cs="Shruti"/>
          <w:cs/>
          <w:lang w:bidi="gu-IN"/>
        </w:rPr>
        <w:t>રહે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ઉત્સાહપૂર્વક</w:t>
      </w:r>
      <w:r>
        <w:t xml:space="preserve"> </w:t>
      </w:r>
      <w:r>
        <w:rPr>
          <w:rFonts w:cs="Shruti"/>
          <w:cs/>
          <w:lang w:bidi="gu-IN"/>
        </w:rPr>
        <w:t>કામ</w:t>
      </w:r>
      <w:r>
        <w:t xml:space="preserve"> </w:t>
      </w:r>
      <w:r>
        <w:rPr>
          <w:rFonts w:cs="Shruti"/>
          <w:cs/>
          <w:lang w:bidi="gu-IN"/>
        </w:rPr>
        <w:t>કરી</w:t>
      </w:r>
      <w:r>
        <w:t xml:space="preserve"> </w:t>
      </w:r>
      <w:r>
        <w:rPr>
          <w:rFonts w:cs="Shruti"/>
          <w:cs/>
          <w:lang w:bidi="gu-IN"/>
        </w:rPr>
        <w:t>શકે</w:t>
      </w:r>
      <w:r>
        <w:t xml:space="preserve"> </w:t>
      </w:r>
      <w:r>
        <w:rPr>
          <w:rFonts w:cs="Shruti"/>
          <w:cs/>
          <w:lang w:bidi="gu-IN"/>
        </w:rPr>
        <w:t>તે</w:t>
      </w:r>
      <w:r>
        <w:t xml:space="preserve"> </w:t>
      </w:r>
      <w:r>
        <w:rPr>
          <w:rFonts w:cs="Shruti"/>
          <w:cs/>
          <w:lang w:bidi="gu-IN"/>
        </w:rPr>
        <w:t>માટે</w:t>
      </w:r>
      <w:r>
        <w:t xml:space="preserve"> </w:t>
      </w:r>
      <w:r>
        <w:rPr>
          <w:rFonts w:cs="Shruti"/>
          <w:cs/>
          <w:lang w:bidi="gu-IN"/>
        </w:rPr>
        <w:t>નીચે</w:t>
      </w:r>
      <w:r>
        <w:t xml:space="preserve"> </w:t>
      </w:r>
      <w:r>
        <w:rPr>
          <w:rFonts w:cs="Shruti"/>
          <w:cs/>
          <w:lang w:bidi="gu-IN"/>
        </w:rPr>
        <w:t>મુજબના</w:t>
      </w:r>
      <w:r>
        <w:t xml:space="preserve"> </w:t>
      </w:r>
      <w:r>
        <w:rPr>
          <w:rFonts w:cs="Shruti"/>
          <w:cs/>
          <w:lang w:bidi="gu-IN"/>
        </w:rPr>
        <w:t>હકારાત્મક</w:t>
      </w:r>
      <w:r>
        <w:t xml:space="preserve"> </w:t>
      </w:r>
      <w:r>
        <w:rPr>
          <w:rFonts w:cs="Shruti"/>
          <w:cs/>
          <w:lang w:bidi="gu-IN"/>
        </w:rPr>
        <w:t>પ્રયાસો</w:t>
      </w:r>
      <w:r>
        <w:t xml:space="preserve"> </w:t>
      </w:r>
      <w:r>
        <w:rPr>
          <w:rFonts w:cs="Shruti"/>
          <w:cs/>
          <w:lang w:bidi="gu-IN"/>
        </w:rPr>
        <w:t>કરવામાં</w:t>
      </w:r>
      <w:r>
        <w:t xml:space="preserve"> </w:t>
      </w:r>
      <w:r>
        <w:rPr>
          <w:rFonts w:cs="Shruti"/>
          <w:cs/>
          <w:lang w:bidi="gu-IN"/>
        </w:rPr>
        <w:t>આવે</w:t>
      </w:r>
      <w:r>
        <w:t xml:space="preserve"> </w:t>
      </w:r>
      <w:r>
        <w:rPr>
          <w:rFonts w:cs="Shruti"/>
          <w:cs/>
          <w:lang w:bidi="gu-IN"/>
        </w:rPr>
        <w:t>છે</w:t>
      </w:r>
      <w:r>
        <w:t>:</w:t>
      </w:r>
    </w:p>
    <w:p w14:paraId="0E65382E" w14:textId="77777777" w:rsidR="00626109" w:rsidRDefault="00626109" w:rsidP="00626109">
      <w:pPr>
        <w:pStyle w:val="ListBullet"/>
      </w:pPr>
      <w:r>
        <w:rPr>
          <w:rFonts w:cs="Shruti"/>
          <w:cs/>
          <w:lang w:bidi="gu-IN"/>
        </w:rPr>
        <w:t>હકારાત્મક</w:t>
      </w:r>
      <w:r>
        <w:t xml:space="preserve">, </w:t>
      </w:r>
      <w:r>
        <w:rPr>
          <w:rFonts w:cs="Shruti"/>
          <w:cs/>
          <w:lang w:bidi="gu-IN"/>
        </w:rPr>
        <w:t>ભયમુક્ત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પારિવારિક</w:t>
      </w:r>
      <w:r>
        <w:t xml:space="preserve"> </w:t>
      </w:r>
      <w:r>
        <w:rPr>
          <w:rFonts w:cs="Shruti"/>
          <w:cs/>
          <w:lang w:bidi="gu-IN"/>
        </w:rPr>
        <w:t>કાર્યસંસ્કૃતિ</w:t>
      </w:r>
      <w:r>
        <w:t xml:space="preserve"> (Positive work culture) </w:t>
      </w:r>
      <w:r>
        <w:rPr>
          <w:rFonts w:cs="Shruti"/>
          <w:cs/>
          <w:lang w:bidi="gu-IN"/>
        </w:rPr>
        <w:t>નું</w:t>
      </w:r>
      <w:r>
        <w:t xml:space="preserve"> </w:t>
      </w:r>
      <w:r>
        <w:rPr>
          <w:rFonts w:cs="Shruti"/>
          <w:cs/>
          <w:lang w:bidi="gu-IN"/>
        </w:rPr>
        <w:t>નિર્માણ</w:t>
      </w:r>
      <w:r>
        <w:t>.</w:t>
      </w:r>
    </w:p>
    <w:p w14:paraId="5C28F907" w14:textId="77777777" w:rsidR="00626109" w:rsidRDefault="00626109" w:rsidP="00626109">
      <w:pPr>
        <w:pStyle w:val="ListBullet"/>
      </w:pPr>
      <w:r>
        <w:rPr>
          <w:rFonts w:cs="Shruti"/>
          <w:cs/>
          <w:lang w:bidi="gu-IN"/>
        </w:rPr>
        <w:t>શૈક્ષણિક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વહીવટી</w:t>
      </w:r>
      <w:r>
        <w:t xml:space="preserve"> </w:t>
      </w:r>
      <w:r>
        <w:rPr>
          <w:rFonts w:cs="Shruti"/>
          <w:cs/>
          <w:lang w:bidi="gu-IN"/>
        </w:rPr>
        <w:t>કાર્યોની</w:t>
      </w:r>
      <w:r>
        <w:t xml:space="preserve"> </w:t>
      </w:r>
      <w:r>
        <w:rPr>
          <w:rFonts w:cs="Shruti"/>
          <w:cs/>
          <w:lang w:bidi="gu-IN"/>
        </w:rPr>
        <w:t>સમાન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ન્યાયી</w:t>
      </w:r>
      <w:r>
        <w:t xml:space="preserve"> </w:t>
      </w:r>
      <w:r>
        <w:rPr>
          <w:rFonts w:cs="Shruti"/>
          <w:cs/>
          <w:lang w:bidi="gu-IN"/>
        </w:rPr>
        <w:t>વહેંચણી</w:t>
      </w:r>
      <w:r>
        <w:t xml:space="preserve">, </w:t>
      </w:r>
      <w:r>
        <w:rPr>
          <w:rFonts w:cs="Shruti"/>
          <w:cs/>
          <w:lang w:bidi="gu-IN"/>
        </w:rPr>
        <w:t>તથા</w:t>
      </w:r>
      <w:r>
        <w:t xml:space="preserve"> </w:t>
      </w:r>
      <w:r>
        <w:rPr>
          <w:rFonts w:cs="Shruti"/>
          <w:cs/>
          <w:lang w:bidi="gu-IN"/>
        </w:rPr>
        <w:t>નિર્ણયોમાં</w:t>
      </w:r>
      <w:r>
        <w:t xml:space="preserve"> </w:t>
      </w:r>
      <w:r>
        <w:rPr>
          <w:rFonts w:cs="Shruti"/>
          <w:cs/>
          <w:lang w:bidi="gu-IN"/>
        </w:rPr>
        <w:t>લોકશાહી</w:t>
      </w:r>
      <w:r>
        <w:t xml:space="preserve"> </w:t>
      </w:r>
      <w:r>
        <w:rPr>
          <w:rFonts w:cs="Shruti"/>
          <w:cs/>
          <w:lang w:bidi="gu-IN"/>
        </w:rPr>
        <w:t>અભિગમ</w:t>
      </w:r>
      <w:r>
        <w:t>.</w:t>
      </w:r>
    </w:p>
    <w:p w14:paraId="2AE663DA" w14:textId="77777777" w:rsidR="00626109" w:rsidRDefault="00626109" w:rsidP="00626109">
      <w:pPr>
        <w:pStyle w:val="ListBullet"/>
      </w:pPr>
      <w:r>
        <w:rPr>
          <w:rFonts w:cs="Shruti"/>
          <w:cs/>
          <w:lang w:bidi="gu-IN"/>
        </w:rPr>
        <w:t>શિક્ષકોની</w:t>
      </w:r>
      <w:r>
        <w:t xml:space="preserve"> </w:t>
      </w:r>
      <w:r>
        <w:rPr>
          <w:rFonts w:cs="Shruti"/>
          <w:cs/>
          <w:lang w:bidi="gu-IN"/>
        </w:rPr>
        <w:t>વિશિષ્ટ</w:t>
      </w:r>
      <w:r>
        <w:t xml:space="preserve"> </w:t>
      </w:r>
      <w:r>
        <w:rPr>
          <w:rFonts w:cs="Shruti"/>
          <w:cs/>
          <w:lang w:bidi="gu-IN"/>
        </w:rPr>
        <w:t>સિદ્ધિઓ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સારી</w:t>
      </w:r>
      <w:r>
        <w:t xml:space="preserve"> </w:t>
      </w:r>
      <w:r>
        <w:rPr>
          <w:rFonts w:cs="Shruti"/>
          <w:cs/>
          <w:lang w:bidi="gu-IN"/>
        </w:rPr>
        <w:t>કામગીરીની</w:t>
      </w:r>
      <w:r>
        <w:t xml:space="preserve"> </w:t>
      </w:r>
      <w:r>
        <w:rPr>
          <w:rFonts w:cs="Shruti"/>
          <w:cs/>
          <w:lang w:bidi="gu-IN"/>
        </w:rPr>
        <w:t>પ્રાર્થનાસભા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SMC </w:t>
      </w:r>
      <w:r>
        <w:rPr>
          <w:rFonts w:cs="Shruti"/>
          <w:cs/>
          <w:lang w:bidi="gu-IN"/>
        </w:rPr>
        <w:t>મિટિંગમાં</w:t>
      </w:r>
      <w:r>
        <w:t xml:space="preserve"> </w:t>
      </w:r>
      <w:r>
        <w:rPr>
          <w:rFonts w:cs="Shruti"/>
          <w:cs/>
          <w:lang w:bidi="gu-IN"/>
        </w:rPr>
        <w:t>જાહેરમાં</w:t>
      </w:r>
      <w:r>
        <w:t xml:space="preserve"> </w:t>
      </w:r>
      <w:r>
        <w:rPr>
          <w:rFonts w:cs="Shruti"/>
          <w:cs/>
          <w:lang w:bidi="gu-IN"/>
        </w:rPr>
        <w:t>પ્રશંસા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સન્માન</w:t>
      </w:r>
      <w:r>
        <w:t>.</w:t>
      </w:r>
    </w:p>
    <w:p w14:paraId="639161A8" w14:textId="77777777" w:rsidR="00626109" w:rsidRDefault="00626109" w:rsidP="00626109">
      <w:pPr>
        <w:pStyle w:val="ListBullet"/>
      </w:pPr>
      <w:r>
        <w:rPr>
          <w:rFonts w:cs="Shruti"/>
          <w:cs/>
          <w:lang w:bidi="gu-IN"/>
        </w:rPr>
        <w:t>કર્મચારીઓના</w:t>
      </w:r>
      <w:r>
        <w:t xml:space="preserve"> </w:t>
      </w:r>
      <w:r>
        <w:rPr>
          <w:rFonts w:cs="Shruti"/>
          <w:cs/>
          <w:lang w:bidi="gu-IN"/>
        </w:rPr>
        <w:t>અંગત</w:t>
      </w:r>
      <w:r>
        <w:t xml:space="preserve">, </w:t>
      </w:r>
      <w:r>
        <w:rPr>
          <w:rFonts w:cs="Shruti"/>
          <w:cs/>
          <w:lang w:bidi="gu-IN"/>
        </w:rPr>
        <w:t>સામાજિક</w:t>
      </w:r>
      <w:r>
        <w:t xml:space="preserve"> </w:t>
      </w:r>
      <w:r>
        <w:rPr>
          <w:rFonts w:cs="Shruti"/>
          <w:cs/>
          <w:lang w:bidi="gu-IN"/>
        </w:rPr>
        <w:t>કે</w:t>
      </w:r>
      <w:r>
        <w:t xml:space="preserve"> </w:t>
      </w:r>
      <w:r>
        <w:rPr>
          <w:rFonts w:cs="Shruti"/>
          <w:cs/>
          <w:lang w:bidi="gu-IN"/>
        </w:rPr>
        <w:t>પારિવારિક</w:t>
      </w:r>
      <w:r>
        <w:t xml:space="preserve"> </w:t>
      </w:r>
      <w:r>
        <w:rPr>
          <w:rFonts w:cs="Shruti"/>
          <w:cs/>
          <w:lang w:bidi="gu-IN"/>
        </w:rPr>
        <w:t>પ્રસંગોમાં</w:t>
      </w:r>
      <w:r>
        <w:t xml:space="preserve"> </w:t>
      </w:r>
      <w:r>
        <w:rPr>
          <w:rFonts w:cs="Shruti"/>
          <w:cs/>
          <w:lang w:bidi="gu-IN"/>
        </w:rPr>
        <w:t>સમગ્ર</w:t>
      </w:r>
      <w:r>
        <w:t xml:space="preserve"> </w:t>
      </w:r>
      <w:r>
        <w:rPr>
          <w:rFonts w:cs="Shruti"/>
          <w:cs/>
          <w:lang w:bidi="gu-IN"/>
        </w:rPr>
        <w:t>શાળા</w:t>
      </w:r>
      <w:r>
        <w:t xml:space="preserve"> </w:t>
      </w:r>
      <w:r>
        <w:rPr>
          <w:rFonts w:cs="Shruti"/>
          <w:cs/>
          <w:lang w:bidi="gu-IN"/>
        </w:rPr>
        <w:t>પરિવારની</w:t>
      </w:r>
      <w:r>
        <w:t xml:space="preserve"> </w:t>
      </w:r>
      <w:r>
        <w:rPr>
          <w:rFonts w:cs="Shruti"/>
          <w:cs/>
          <w:lang w:bidi="gu-IN"/>
        </w:rPr>
        <w:t>સહભાગિતા</w:t>
      </w:r>
      <w:r>
        <w:t>.</w:t>
      </w:r>
    </w:p>
    <w:p w14:paraId="5B5C6476" w14:textId="77777777" w:rsidR="00626109" w:rsidRDefault="00626109" w:rsidP="00626109">
      <w:pPr>
        <w:pStyle w:val="ListBullet"/>
      </w:pPr>
      <w:r>
        <w:rPr>
          <w:rFonts w:cs="Shruti"/>
          <w:cs/>
          <w:lang w:bidi="gu-IN"/>
        </w:rPr>
        <w:t>નિયમાનુસાર</w:t>
      </w:r>
      <w:r>
        <w:t xml:space="preserve"> </w:t>
      </w:r>
      <w:r>
        <w:rPr>
          <w:rFonts w:cs="Shruti"/>
          <w:cs/>
          <w:lang w:bidi="gu-IN"/>
        </w:rPr>
        <w:t>રજા</w:t>
      </w:r>
      <w:r>
        <w:t xml:space="preserve"> </w:t>
      </w:r>
      <w:r>
        <w:rPr>
          <w:rFonts w:cs="Shruti"/>
          <w:cs/>
          <w:lang w:bidi="gu-IN"/>
        </w:rPr>
        <w:t>મંજૂર</w:t>
      </w:r>
      <w:r>
        <w:t xml:space="preserve"> </w:t>
      </w:r>
      <w:r>
        <w:rPr>
          <w:rFonts w:cs="Shruti"/>
          <w:cs/>
          <w:lang w:bidi="gu-IN"/>
        </w:rPr>
        <w:t>કરવામાં</w:t>
      </w:r>
      <w:r>
        <w:t xml:space="preserve"> </w:t>
      </w:r>
      <w:r>
        <w:rPr>
          <w:rFonts w:cs="Shruti"/>
          <w:cs/>
          <w:lang w:bidi="gu-IN"/>
        </w:rPr>
        <w:t>સરળતા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કોઈપણ</w:t>
      </w:r>
      <w:r>
        <w:t xml:space="preserve"> </w:t>
      </w:r>
      <w:r>
        <w:rPr>
          <w:rFonts w:cs="Shruti"/>
          <w:cs/>
          <w:lang w:bidi="gu-IN"/>
        </w:rPr>
        <w:t>વહીવટી</w:t>
      </w:r>
      <w:r>
        <w:t xml:space="preserve"> </w:t>
      </w:r>
      <w:r>
        <w:rPr>
          <w:rFonts w:cs="Shruti"/>
          <w:cs/>
          <w:lang w:bidi="gu-IN"/>
        </w:rPr>
        <w:t>પ્રશ્નોના</w:t>
      </w:r>
      <w:r>
        <w:t xml:space="preserve"> </w:t>
      </w:r>
      <w:r>
        <w:rPr>
          <w:rFonts w:cs="Shruti"/>
          <w:cs/>
          <w:lang w:bidi="gu-IN"/>
        </w:rPr>
        <w:t>નિરાકરણમાં</w:t>
      </w:r>
      <w:r>
        <w:t xml:space="preserve"> </w:t>
      </w:r>
      <w:r>
        <w:rPr>
          <w:rFonts w:cs="Shruti"/>
          <w:cs/>
          <w:lang w:bidi="gu-IN"/>
        </w:rPr>
        <w:t>આચાર્યશ્રી</w:t>
      </w:r>
      <w:r>
        <w:t xml:space="preserve"> </w:t>
      </w:r>
      <w:r>
        <w:rPr>
          <w:rFonts w:cs="Shruti"/>
          <w:cs/>
          <w:lang w:bidi="gu-IN"/>
        </w:rPr>
        <w:t>દ્વારા</w:t>
      </w:r>
      <w:r>
        <w:t xml:space="preserve"> </w:t>
      </w:r>
      <w:r>
        <w:rPr>
          <w:rFonts w:cs="Shruti"/>
          <w:cs/>
          <w:lang w:bidi="gu-IN"/>
        </w:rPr>
        <w:t>સંપૂર્ણ</w:t>
      </w:r>
      <w:r>
        <w:t xml:space="preserve"> </w:t>
      </w:r>
      <w:r>
        <w:rPr>
          <w:rFonts w:cs="Shruti"/>
          <w:cs/>
          <w:lang w:bidi="gu-IN"/>
        </w:rPr>
        <w:t>સહકાર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માર્ગદર્શન</w:t>
      </w:r>
      <w:r>
        <w:t>.</w:t>
      </w:r>
    </w:p>
    <w:p w14:paraId="0286FB6E" w14:textId="77777777" w:rsidR="00626109" w:rsidRDefault="00626109" w:rsidP="00626109">
      <w:pPr>
        <w:pStyle w:val="Heading2"/>
      </w:pPr>
      <w:r>
        <w:rPr>
          <w:rFonts w:cs="Shruti"/>
          <w:cs/>
          <w:lang w:bidi="gu-IN"/>
        </w:rPr>
        <w:t>૨</w:t>
      </w:r>
      <w:r>
        <w:t xml:space="preserve">. </w:t>
      </w:r>
      <w:r>
        <w:rPr>
          <w:rFonts w:cs="Shruti"/>
          <w:cs/>
          <w:lang w:bidi="gu-IN"/>
        </w:rPr>
        <w:t>ગત</w:t>
      </w:r>
      <w:r>
        <w:t xml:space="preserve"> </w:t>
      </w:r>
      <w:r>
        <w:rPr>
          <w:rFonts w:cs="Shruti"/>
          <w:cs/>
          <w:lang w:bidi="gu-IN"/>
        </w:rPr>
        <w:t>શૈક્ષણિક</w:t>
      </w:r>
      <w:r>
        <w:t xml:space="preserve"> </w:t>
      </w:r>
      <w:r>
        <w:rPr>
          <w:rFonts w:cs="Shruti"/>
          <w:cs/>
          <w:lang w:bidi="gu-IN"/>
        </w:rPr>
        <w:t>વર્ષમાં</w:t>
      </w:r>
      <w:r>
        <w:t xml:space="preserve"> </w:t>
      </w:r>
      <w:r>
        <w:rPr>
          <w:rFonts w:cs="Shruti"/>
          <w:cs/>
          <w:lang w:bidi="gu-IN"/>
        </w:rPr>
        <w:t>નિમાયેલ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શાળા</w:t>
      </w:r>
      <w:r>
        <w:t xml:space="preserve"> </w:t>
      </w:r>
      <w:r>
        <w:rPr>
          <w:rFonts w:cs="Shruti"/>
          <w:cs/>
          <w:lang w:bidi="gu-IN"/>
        </w:rPr>
        <w:t>છોડીને</w:t>
      </w:r>
      <w:r>
        <w:t xml:space="preserve"> </w:t>
      </w:r>
      <w:r>
        <w:rPr>
          <w:rFonts w:cs="Shruti"/>
          <w:cs/>
          <w:lang w:bidi="gu-IN"/>
        </w:rPr>
        <w:t>ગયેલ</w:t>
      </w:r>
      <w:r>
        <w:t xml:space="preserve"> </w:t>
      </w:r>
      <w:r>
        <w:rPr>
          <w:rFonts w:cs="Shruti"/>
          <w:cs/>
          <w:lang w:bidi="gu-IN"/>
        </w:rPr>
        <w:t>કર્મચારીઓની</w:t>
      </w:r>
      <w:r>
        <w:t xml:space="preserve"> </w:t>
      </w:r>
      <w:r>
        <w:rPr>
          <w:rFonts w:cs="Shruti"/>
          <w:cs/>
          <w:lang w:bidi="gu-IN"/>
        </w:rPr>
        <w:t>વિગત</w:t>
      </w:r>
      <w:r>
        <w:t>:</w:t>
      </w:r>
    </w:p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534"/>
        <w:gridCol w:w="6804"/>
        <w:gridCol w:w="2409"/>
      </w:tblGrid>
      <w:tr w:rsidR="00626109" w14:paraId="7D66B70D" w14:textId="77777777" w:rsidTr="00626109">
        <w:tc>
          <w:tcPr>
            <w:tcW w:w="534" w:type="dxa"/>
          </w:tcPr>
          <w:p w14:paraId="0F686868" w14:textId="77777777" w:rsidR="00626109" w:rsidRDefault="00626109" w:rsidP="00B50F7F">
            <w:r>
              <w:rPr>
                <w:rFonts w:cs="Shruti"/>
                <w:b/>
                <w:bCs/>
                <w:cs/>
                <w:lang w:bidi="gu-IN"/>
              </w:rPr>
              <w:t>ક્રમ</w:t>
            </w:r>
          </w:p>
        </w:tc>
        <w:tc>
          <w:tcPr>
            <w:tcW w:w="6804" w:type="dxa"/>
          </w:tcPr>
          <w:p w14:paraId="337A0F2A" w14:textId="77777777" w:rsidR="00626109" w:rsidRDefault="00626109" w:rsidP="00B50F7F">
            <w:r>
              <w:rPr>
                <w:rFonts w:cs="Shruti"/>
                <w:b/>
                <w:bCs/>
                <w:cs/>
                <w:lang w:bidi="gu-IN"/>
              </w:rPr>
              <w:t>વિગત</w:t>
            </w:r>
          </w:p>
        </w:tc>
        <w:tc>
          <w:tcPr>
            <w:tcW w:w="2409" w:type="dxa"/>
          </w:tcPr>
          <w:p w14:paraId="6CA47D45" w14:textId="77777777" w:rsidR="00626109" w:rsidRDefault="00626109" w:rsidP="00B50F7F">
            <w:r>
              <w:rPr>
                <w:rFonts w:cs="Shruti"/>
                <w:b/>
                <w:bCs/>
                <w:cs/>
                <w:lang w:bidi="gu-IN"/>
              </w:rPr>
              <w:t>કર્મચારીઓની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સંખ્યા</w:t>
            </w:r>
          </w:p>
        </w:tc>
      </w:tr>
      <w:tr w:rsidR="00626109" w14:paraId="3AB1F9AF" w14:textId="77777777" w:rsidTr="00626109">
        <w:tc>
          <w:tcPr>
            <w:tcW w:w="534" w:type="dxa"/>
          </w:tcPr>
          <w:p w14:paraId="688958A5" w14:textId="77777777" w:rsidR="00626109" w:rsidRDefault="00626109" w:rsidP="00B50F7F">
            <w:r>
              <w:rPr>
                <w:rFonts w:cs="Shruti"/>
                <w:cs/>
                <w:lang w:bidi="gu-IN"/>
              </w:rPr>
              <w:t>૧</w:t>
            </w:r>
          </w:p>
        </w:tc>
        <w:tc>
          <w:tcPr>
            <w:tcW w:w="6804" w:type="dxa"/>
          </w:tcPr>
          <w:p w14:paraId="781A9392" w14:textId="77777777" w:rsidR="00626109" w:rsidRPr="00626109" w:rsidRDefault="00626109" w:rsidP="00B50F7F">
            <w:pPr>
              <w:rPr>
                <w:sz w:val="20"/>
                <w:szCs w:val="20"/>
              </w:rPr>
            </w:pPr>
            <w:r w:rsidRPr="00626109">
              <w:rPr>
                <w:rFonts w:cs="Shruti"/>
                <w:sz w:val="20"/>
                <w:szCs w:val="20"/>
                <w:cs/>
                <w:lang w:bidi="gu-IN"/>
              </w:rPr>
              <w:t>ગત</w:t>
            </w:r>
            <w:r w:rsidRPr="00626109">
              <w:rPr>
                <w:sz w:val="20"/>
                <w:szCs w:val="20"/>
              </w:rPr>
              <w:t xml:space="preserve"> </w:t>
            </w:r>
            <w:r w:rsidRPr="00626109">
              <w:rPr>
                <w:rFonts w:cs="Shruti"/>
                <w:sz w:val="20"/>
                <w:szCs w:val="20"/>
                <w:cs/>
                <w:lang w:bidi="gu-IN"/>
              </w:rPr>
              <w:t>શૈક્ષણિક</w:t>
            </w:r>
            <w:r w:rsidRPr="00626109">
              <w:rPr>
                <w:sz w:val="20"/>
                <w:szCs w:val="20"/>
              </w:rPr>
              <w:t xml:space="preserve"> </w:t>
            </w:r>
            <w:r w:rsidRPr="00626109">
              <w:rPr>
                <w:rFonts w:cs="Shruti"/>
                <w:sz w:val="20"/>
                <w:szCs w:val="20"/>
                <w:cs/>
                <w:lang w:bidi="gu-IN"/>
              </w:rPr>
              <w:t>વર્ષમાં</w:t>
            </w:r>
            <w:r w:rsidRPr="00626109">
              <w:rPr>
                <w:sz w:val="20"/>
                <w:szCs w:val="20"/>
              </w:rPr>
              <w:t xml:space="preserve"> </w:t>
            </w:r>
            <w:r w:rsidRPr="00626109">
              <w:rPr>
                <w:rFonts w:cs="Shruti"/>
                <w:sz w:val="20"/>
                <w:szCs w:val="20"/>
                <w:cs/>
                <w:lang w:bidi="gu-IN"/>
              </w:rPr>
              <w:t>શાળામાં</w:t>
            </w:r>
            <w:r w:rsidRPr="00626109">
              <w:rPr>
                <w:sz w:val="20"/>
                <w:szCs w:val="20"/>
              </w:rPr>
              <w:t xml:space="preserve"> </w:t>
            </w:r>
            <w:r w:rsidRPr="00626109">
              <w:rPr>
                <w:rFonts w:cs="Shruti"/>
                <w:sz w:val="20"/>
                <w:szCs w:val="20"/>
                <w:cs/>
                <w:lang w:bidi="gu-IN"/>
              </w:rPr>
              <w:t>નવા</w:t>
            </w:r>
            <w:r w:rsidRPr="00626109">
              <w:rPr>
                <w:sz w:val="20"/>
                <w:szCs w:val="20"/>
              </w:rPr>
              <w:t xml:space="preserve"> </w:t>
            </w:r>
            <w:r w:rsidRPr="00626109">
              <w:rPr>
                <w:rFonts w:cs="Shruti"/>
                <w:sz w:val="20"/>
                <w:szCs w:val="20"/>
                <w:cs/>
                <w:lang w:bidi="gu-IN"/>
              </w:rPr>
              <w:t>નિમાયેલ</w:t>
            </w:r>
            <w:r w:rsidRPr="00626109">
              <w:rPr>
                <w:sz w:val="20"/>
                <w:szCs w:val="20"/>
              </w:rPr>
              <w:t xml:space="preserve"> / </w:t>
            </w:r>
            <w:r w:rsidRPr="00626109">
              <w:rPr>
                <w:rFonts w:cs="Shruti"/>
                <w:sz w:val="20"/>
                <w:szCs w:val="20"/>
                <w:cs/>
                <w:lang w:bidi="gu-IN"/>
              </w:rPr>
              <w:t>બદલીથી</w:t>
            </w:r>
            <w:r w:rsidRPr="00626109">
              <w:rPr>
                <w:sz w:val="20"/>
                <w:szCs w:val="20"/>
              </w:rPr>
              <w:t xml:space="preserve"> </w:t>
            </w:r>
            <w:r w:rsidRPr="00626109">
              <w:rPr>
                <w:rFonts w:cs="Shruti"/>
                <w:sz w:val="20"/>
                <w:szCs w:val="20"/>
                <w:cs/>
                <w:lang w:bidi="gu-IN"/>
              </w:rPr>
              <w:t>આવેલ</w:t>
            </w:r>
            <w:r w:rsidRPr="00626109">
              <w:rPr>
                <w:sz w:val="20"/>
                <w:szCs w:val="20"/>
              </w:rPr>
              <w:t xml:space="preserve"> </w:t>
            </w:r>
            <w:r w:rsidRPr="00626109">
              <w:rPr>
                <w:rFonts w:cs="Shruti"/>
                <w:sz w:val="20"/>
                <w:szCs w:val="20"/>
                <w:cs/>
                <w:lang w:bidi="gu-IN"/>
              </w:rPr>
              <w:t>કર્મચારીઓની</w:t>
            </w:r>
            <w:r w:rsidRPr="00626109">
              <w:rPr>
                <w:sz w:val="20"/>
                <w:szCs w:val="20"/>
              </w:rPr>
              <w:t xml:space="preserve"> </w:t>
            </w:r>
            <w:r w:rsidRPr="00626109">
              <w:rPr>
                <w:rFonts w:cs="Shruti"/>
                <w:sz w:val="20"/>
                <w:szCs w:val="20"/>
                <w:cs/>
                <w:lang w:bidi="gu-IN"/>
              </w:rPr>
              <w:t>સંખ્યા</w:t>
            </w:r>
          </w:p>
        </w:tc>
        <w:tc>
          <w:tcPr>
            <w:tcW w:w="2409" w:type="dxa"/>
          </w:tcPr>
          <w:p w14:paraId="2E9C3BE1" w14:textId="7DB43406" w:rsidR="00626109" w:rsidRDefault="00626109" w:rsidP="00626109">
            <w:pPr>
              <w:jc w:val="center"/>
            </w:pPr>
            <w:r>
              <w:t>0</w:t>
            </w:r>
            <w:r w:rsidR="004367D6">
              <w:t>0</w:t>
            </w:r>
          </w:p>
        </w:tc>
      </w:tr>
      <w:tr w:rsidR="00626109" w14:paraId="0494ED95" w14:textId="77777777" w:rsidTr="00626109">
        <w:tc>
          <w:tcPr>
            <w:tcW w:w="534" w:type="dxa"/>
          </w:tcPr>
          <w:p w14:paraId="58C48B56" w14:textId="77777777" w:rsidR="00626109" w:rsidRDefault="00626109" w:rsidP="00B50F7F">
            <w:r>
              <w:rPr>
                <w:rFonts w:cs="Shruti"/>
                <w:cs/>
                <w:lang w:bidi="gu-IN"/>
              </w:rPr>
              <w:t>૨</w:t>
            </w:r>
          </w:p>
        </w:tc>
        <w:tc>
          <w:tcPr>
            <w:tcW w:w="6804" w:type="dxa"/>
          </w:tcPr>
          <w:p w14:paraId="07223724" w14:textId="77777777" w:rsidR="00626109" w:rsidRPr="00626109" w:rsidRDefault="00626109" w:rsidP="00B50F7F">
            <w:pPr>
              <w:rPr>
                <w:sz w:val="20"/>
                <w:szCs w:val="20"/>
              </w:rPr>
            </w:pPr>
            <w:r w:rsidRPr="00626109">
              <w:rPr>
                <w:rFonts w:cs="Shruti"/>
                <w:sz w:val="20"/>
                <w:szCs w:val="20"/>
                <w:cs/>
                <w:lang w:bidi="gu-IN"/>
              </w:rPr>
              <w:t>ગત</w:t>
            </w:r>
            <w:r w:rsidRPr="00626109">
              <w:rPr>
                <w:sz w:val="20"/>
                <w:szCs w:val="20"/>
              </w:rPr>
              <w:t xml:space="preserve"> </w:t>
            </w:r>
            <w:r w:rsidRPr="00626109">
              <w:rPr>
                <w:rFonts w:cs="Shruti"/>
                <w:sz w:val="20"/>
                <w:szCs w:val="20"/>
                <w:cs/>
                <w:lang w:bidi="gu-IN"/>
              </w:rPr>
              <w:t>શૈક્ષણિક</w:t>
            </w:r>
            <w:r w:rsidRPr="00626109">
              <w:rPr>
                <w:sz w:val="20"/>
                <w:szCs w:val="20"/>
              </w:rPr>
              <w:t xml:space="preserve"> </w:t>
            </w:r>
            <w:r w:rsidRPr="00626109">
              <w:rPr>
                <w:rFonts w:cs="Shruti"/>
                <w:sz w:val="20"/>
                <w:szCs w:val="20"/>
                <w:cs/>
                <w:lang w:bidi="gu-IN"/>
              </w:rPr>
              <w:t>વર્ષમાં</w:t>
            </w:r>
            <w:r w:rsidRPr="00626109">
              <w:rPr>
                <w:sz w:val="20"/>
                <w:szCs w:val="20"/>
              </w:rPr>
              <w:t xml:space="preserve"> </w:t>
            </w:r>
            <w:r w:rsidRPr="00626109">
              <w:rPr>
                <w:rFonts w:cs="Shruti"/>
                <w:sz w:val="20"/>
                <w:szCs w:val="20"/>
                <w:cs/>
                <w:lang w:bidi="gu-IN"/>
              </w:rPr>
              <w:t>શાળા</w:t>
            </w:r>
            <w:r w:rsidRPr="00626109">
              <w:rPr>
                <w:sz w:val="20"/>
                <w:szCs w:val="20"/>
              </w:rPr>
              <w:t xml:space="preserve"> </w:t>
            </w:r>
            <w:r w:rsidRPr="00626109">
              <w:rPr>
                <w:rFonts w:cs="Shruti"/>
                <w:sz w:val="20"/>
                <w:szCs w:val="20"/>
                <w:cs/>
                <w:lang w:bidi="gu-IN"/>
              </w:rPr>
              <w:t>છોડીને</w:t>
            </w:r>
            <w:r w:rsidRPr="00626109">
              <w:rPr>
                <w:sz w:val="20"/>
                <w:szCs w:val="20"/>
              </w:rPr>
              <w:t xml:space="preserve"> </w:t>
            </w:r>
            <w:r w:rsidRPr="00626109">
              <w:rPr>
                <w:rFonts w:cs="Shruti"/>
                <w:sz w:val="20"/>
                <w:szCs w:val="20"/>
                <w:cs/>
                <w:lang w:bidi="gu-IN"/>
              </w:rPr>
              <w:t>ગયેલ</w:t>
            </w:r>
            <w:r w:rsidRPr="00626109">
              <w:rPr>
                <w:sz w:val="20"/>
                <w:szCs w:val="20"/>
              </w:rPr>
              <w:t xml:space="preserve"> / </w:t>
            </w:r>
            <w:r w:rsidRPr="00626109">
              <w:rPr>
                <w:rFonts w:cs="Shruti"/>
                <w:sz w:val="20"/>
                <w:szCs w:val="20"/>
                <w:cs/>
                <w:lang w:bidi="gu-IN"/>
              </w:rPr>
              <w:t>બદલી</w:t>
            </w:r>
            <w:r w:rsidRPr="00626109">
              <w:rPr>
                <w:sz w:val="20"/>
                <w:szCs w:val="20"/>
              </w:rPr>
              <w:t xml:space="preserve"> </w:t>
            </w:r>
            <w:r w:rsidRPr="00626109">
              <w:rPr>
                <w:rFonts w:cs="Shruti"/>
                <w:sz w:val="20"/>
                <w:szCs w:val="20"/>
                <w:cs/>
                <w:lang w:bidi="gu-IN"/>
              </w:rPr>
              <w:t>પામેલ</w:t>
            </w:r>
            <w:r w:rsidRPr="00626109">
              <w:rPr>
                <w:sz w:val="20"/>
                <w:szCs w:val="20"/>
              </w:rPr>
              <w:t xml:space="preserve"> / </w:t>
            </w:r>
            <w:r w:rsidRPr="00626109">
              <w:rPr>
                <w:rFonts w:cs="Shruti"/>
                <w:sz w:val="20"/>
                <w:szCs w:val="20"/>
                <w:cs/>
                <w:lang w:bidi="gu-IN"/>
              </w:rPr>
              <w:t>નિવૃત્ત</w:t>
            </w:r>
            <w:r w:rsidRPr="00626109">
              <w:rPr>
                <w:sz w:val="20"/>
                <w:szCs w:val="20"/>
              </w:rPr>
              <w:t xml:space="preserve"> </w:t>
            </w:r>
            <w:r w:rsidRPr="00626109">
              <w:rPr>
                <w:rFonts w:cs="Shruti"/>
                <w:sz w:val="20"/>
                <w:szCs w:val="20"/>
                <w:cs/>
                <w:lang w:bidi="gu-IN"/>
              </w:rPr>
              <w:t>થયેલ</w:t>
            </w:r>
            <w:r w:rsidRPr="00626109">
              <w:rPr>
                <w:sz w:val="20"/>
                <w:szCs w:val="20"/>
              </w:rPr>
              <w:t xml:space="preserve"> </w:t>
            </w:r>
            <w:r w:rsidRPr="00626109">
              <w:rPr>
                <w:rFonts w:cs="Shruti"/>
                <w:sz w:val="20"/>
                <w:szCs w:val="20"/>
                <w:cs/>
                <w:lang w:bidi="gu-IN"/>
              </w:rPr>
              <w:t>કર્મચારીઓની</w:t>
            </w:r>
            <w:r w:rsidRPr="00626109">
              <w:rPr>
                <w:sz w:val="20"/>
                <w:szCs w:val="20"/>
              </w:rPr>
              <w:t xml:space="preserve"> </w:t>
            </w:r>
            <w:r w:rsidRPr="00626109">
              <w:rPr>
                <w:rFonts w:cs="Shruti"/>
                <w:sz w:val="20"/>
                <w:szCs w:val="20"/>
                <w:cs/>
                <w:lang w:bidi="gu-IN"/>
              </w:rPr>
              <w:t>સંખ્યા</w:t>
            </w:r>
          </w:p>
        </w:tc>
        <w:tc>
          <w:tcPr>
            <w:tcW w:w="2409" w:type="dxa"/>
          </w:tcPr>
          <w:p w14:paraId="46AA0BD6" w14:textId="429839DE" w:rsidR="00626109" w:rsidRDefault="00DF6751" w:rsidP="00626109">
            <w:pPr>
              <w:jc w:val="center"/>
            </w:pPr>
            <w:r>
              <w:t>00</w:t>
            </w:r>
          </w:p>
        </w:tc>
      </w:tr>
    </w:tbl>
    <w:p w14:paraId="606B22A0" w14:textId="77777777" w:rsidR="00626109" w:rsidRDefault="00626109" w:rsidP="00626109"/>
    <w:p w14:paraId="091C487E" w14:textId="77777777" w:rsidR="00626109" w:rsidRDefault="00626109" w:rsidP="00626109">
      <w:r>
        <w:rPr>
          <w:rFonts w:cs="Shruti"/>
          <w:i/>
          <w:iCs/>
          <w:cs/>
          <w:lang w:bidi="gu-IN"/>
        </w:rPr>
        <w:t>નોંધ</w:t>
      </w:r>
      <w:r>
        <w:rPr>
          <w:i/>
        </w:rPr>
        <w:t xml:space="preserve">: </w:t>
      </w:r>
      <w:r>
        <w:rPr>
          <w:rFonts w:cs="Shruti"/>
          <w:i/>
          <w:iCs/>
          <w:cs/>
          <w:lang w:bidi="gu-IN"/>
        </w:rPr>
        <w:t>ઉપરોક્ત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આંકડાકીય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માહિતી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શાળાના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હાજરી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પત્રક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અને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સર્વિસ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બુકના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રેકોર્ડ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મુજબ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છે</w:t>
      </w:r>
      <w:r>
        <w:rPr>
          <w:i/>
        </w:rPr>
        <w:t>.</w:t>
      </w:r>
      <w: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626109" w14:paraId="0DBF0135" w14:textId="77777777" w:rsidTr="00B50F7F">
        <w:tc>
          <w:tcPr>
            <w:tcW w:w="4320" w:type="dxa"/>
          </w:tcPr>
          <w:p w14:paraId="1D15C0A0" w14:textId="540B0EED" w:rsidR="00626109" w:rsidRDefault="00626109" w:rsidP="00B50F7F">
            <w:r>
              <w:rPr>
                <w:rFonts w:cs="Shruti"/>
                <w:cs/>
                <w:lang w:bidi="gu-IN"/>
              </w:rPr>
              <w:t>સ્થળ</w:t>
            </w:r>
            <w:r>
              <w:t>:</w:t>
            </w:r>
            <w:r w:rsidR="000E2C50">
              <w:t xml:space="preserve"> </w:t>
            </w:r>
            <w:r w:rsidR="008E13CA">
              <w:rPr>
                <w:rFonts w:cs="Shruti" w:hint="cs"/>
                <w:cs/>
                <w:lang w:bidi="gu-IN"/>
              </w:rPr>
              <w:t xml:space="preserve">ઢાંકણ્રીયાવાસ પ્રાથમિક શાળા </w:t>
            </w:r>
            <w:r>
              <w:br/>
            </w:r>
            <w:r w:rsidR="001731D8" w:rsidRPr="00A052A9">
              <w:rPr>
                <w:rFonts w:cs="Shruti"/>
                <w:sz w:val="20"/>
                <w:szCs w:val="20"/>
                <w:cs/>
                <w:lang w:bidi="gu-IN"/>
              </w:rPr>
              <w:t>તારીખ</w:t>
            </w:r>
            <w:r w:rsidR="001731D8" w:rsidRPr="00A052A9">
              <w:rPr>
                <w:sz w:val="20"/>
                <w:szCs w:val="20"/>
              </w:rPr>
              <w:t xml:space="preserve">: </w:t>
            </w:r>
            <w:r w:rsidR="008E13CA">
              <w:rPr>
                <w:sz w:val="20"/>
                <w:szCs w:val="20"/>
              </w:rPr>
              <w:t>21/08/2026</w:t>
            </w:r>
          </w:p>
        </w:tc>
        <w:tc>
          <w:tcPr>
            <w:tcW w:w="4320" w:type="dxa"/>
          </w:tcPr>
          <w:p w14:paraId="668B6C1A" w14:textId="77777777" w:rsidR="00626109" w:rsidRDefault="00626109" w:rsidP="00B50F7F">
            <w:pPr>
              <w:jc w:val="right"/>
            </w:pPr>
            <w:r>
              <w:rPr>
                <w:rFonts w:cs="Shruti"/>
                <w:cs/>
                <w:lang w:bidi="gu-IN"/>
              </w:rPr>
              <w:t>આચાર્યશ્રીની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સહી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અને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સિક્કો</w:t>
            </w:r>
          </w:p>
        </w:tc>
      </w:tr>
    </w:tbl>
    <w:p w14:paraId="739E06F9" w14:textId="77777777" w:rsidR="00626109" w:rsidRDefault="00626109" w:rsidP="00626109"/>
    <w:p w14:paraId="107E6B8E" w14:textId="77777777" w:rsidR="00626109" w:rsidRDefault="00626109" w:rsidP="00546E7C">
      <w:pPr>
        <w:tabs>
          <w:tab w:val="left" w:pos="2835"/>
        </w:tabs>
        <w:spacing w:line="240" w:lineRule="auto"/>
        <w:jc w:val="center"/>
        <w:rPr>
          <w:rFonts w:cs="Shruti"/>
          <w:sz w:val="28"/>
          <w:szCs w:val="28"/>
          <w:lang w:bidi="gu-IN"/>
        </w:rPr>
      </w:pPr>
    </w:p>
    <w:p w14:paraId="5CF0EC0B" w14:textId="77777777" w:rsidR="00CA2DD1" w:rsidRDefault="00CA2DD1" w:rsidP="00546E7C">
      <w:pPr>
        <w:tabs>
          <w:tab w:val="left" w:pos="2835"/>
        </w:tabs>
        <w:spacing w:line="240" w:lineRule="auto"/>
        <w:jc w:val="center"/>
        <w:rPr>
          <w:rFonts w:cs="Shruti"/>
          <w:sz w:val="28"/>
          <w:szCs w:val="28"/>
          <w:lang w:bidi="gu-IN"/>
        </w:rPr>
      </w:pPr>
    </w:p>
    <w:p w14:paraId="219C4A73" w14:textId="77777777" w:rsidR="00CA2DD1" w:rsidRDefault="00CA2DD1" w:rsidP="00546E7C">
      <w:pPr>
        <w:tabs>
          <w:tab w:val="left" w:pos="2835"/>
        </w:tabs>
        <w:spacing w:line="240" w:lineRule="auto"/>
        <w:jc w:val="center"/>
        <w:rPr>
          <w:rFonts w:cs="Shruti"/>
          <w:sz w:val="28"/>
          <w:szCs w:val="28"/>
          <w:lang w:bidi="gu-IN"/>
        </w:rPr>
      </w:pPr>
    </w:p>
    <w:p w14:paraId="03E0D933" w14:textId="77777777" w:rsidR="00CA2DD1" w:rsidRDefault="00CA2DD1" w:rsidP="00546E7C">
      <w:pPr>
        <w:tabs>
          <w:tab w:val="left" w:pos="2835"/>
        </w:tabs>
        <w:spacing w:line="240" w:lineRule="auto"/>
        <w:jc w:val="center"/>
        <w:rPr>
          <w:rFonts w:cs="Shruti"/>
          <w:sz w:val="28"/>
          <w:szCs w:val="28"/>
          <w:lang w:bidi="gu-IN"/>
        </w:rPr>
      </w:pPr>
    </w:p>
    <w:p w14:paraId="63F92E93" w14:textId="77777777" w:rsidR="00CA2DD1" w:rsidRDefault="00CA2DD1" w:rsidP="00546E7C">
      <w:pPr>
        <w:tabs>
          <w:tab w:val="left" w:pos="2835"/>
        </w:tabs>
        <w:spacing w:line="240" w:lineRule="auto"/>
        <w:jc w:val="center"/>
        <w:rPr>
          <w:rFonts w:cs="Shruti"/>
          <w:sz w:val="28"/>
          <w:szCs w:val="28"/>
          <w:lang w:bidi="gu-IN"/>
        </w:rPr>
      </w:pPr>
    </w:p>
    <w:p w14:paraId="697CAE51" w14:textId="77777777" w:rsidR="00CA2DD1" w:rsidRDefault="00CA2DD1" w:rsidP="00546E7C">
      <w:pPr>
        <w:tabs>
          <w:tab w:val="left" w:pos="2835"/>
        </w:tabs>
        <w:spacing w:line="240" w:lineRule="auto"/>
        <w:jc w:val="center"/>
        <w:rPr>
          <w:rFonts w:cs="Shruti"/>
          <w:sz w:val="28"/>
          <w:szCs w:val="28"/>
          <w:lang w:bidi="gu-IN"/>
        </w:rPr>
      </w:pPr>
    </w:p>
    <w:p w14:paraId="6F384F5C" w14:textId="77777777" w:rsidR="00CA2DD1" w:rsidRDefault="00CA2DD1" w:rsidP="00546E7C">
      <w:pPr>
        <w:tabs>
          <w:tab w:val="left" w:pos="2835"/>
        </w:tabs>
        <w:spacing w:line="240" w:lineRule="auto"/>
        <w:jc w:val="center"/>
        <w:rPr>
          <w:rFonts w:cs="Shruti"/>
          <w:sz w:val="28"/>
          <w:szCs w:val="28"/>
          <w:lang w:bidi="gu-IN"/>
        </w:rPr>
      </w:pPr>
    </w:p>
    <w:p w14:paraId="4F656AA7" w14:textId="77777777" w:rsidR="003D3E34" w:rsidRDefault="003D3E34" w:rsidP="00502A5D">
      <w:pPr>
        <w:spacing w:after="0" w:line="240" w:lineRule="auto"/>
        <w:jc w:val="center"/>
        <w:rPr>
          <w:rFonts w:cs="Shruti"/>
          <w:sz w:val="28"/>
          <w:szCs w:val="28"/>
          <w:u w:val="single"/>
          <w:lang w:bidi="gu-IN"/>
        </w:rPr>
      </w:pPr>
    </w:p>
    <w:p w14:paraId="62DCA8B5" w14:textId="77777777" w:rsidR="003D3E34" w:rsidRDefault="003D3E34" w:rsidP="00502A5D">
      <w:pPr>
        <w:spacing w:after="0" w:line="240" w:lineRule="auto"/>
        <w:jc w:val="center"/>
        <w:rPr>
          <w:rFonts w:cs="Shruti"/>
          <w:sz w:val="28"/>
          <w:szCs w:val="28"/>
          <w:u w:val="single"/>
          <w:lang w:bidi="gu-IN"/>
        </w:rPr>
      </w:pPr>
    </w:p>
    <w:p w14:paraId="49BB60C4" w14:textId="77777777" w:rsidR="003D3E34" w:rsidRDefault="003D3E34" w:rsidP="00502A5D">
      <w:pPr>
        <w:spacing w:after="0" w:line="240" w:lineRule="auto"/>
        <w:jc w:val="center"/>
        <w:rPr>
          <w:rFonts w:cs="Shruti"/>
          <w:sz w:val="28"/>
          <w:szCs w:val="28"/>
          <w:u w:val="single"/>
          <w:lang w:bidi="gu-IN"/>
        </w:rPr>
      </w:pPr>
    </w:p>
    <w:p w14:paraId="3C6E25EF" w14:textId="271441DD" w:rsidR="00502A5D" w:rsidRDefault="002546D1" w:rsidP="00502A5D">
      <w:pPr>
        <w:spacing w:after="0" w:line="240" w:lineRule="auto"/>
        <w:jc w:val="center"/>
        <w:rPr>
          <w:rFonts w:cs="Shruti"/>
          <w:b/>
          <w:u w:val="single"/>
          <w:lang w:val="en-IN" w:bidi="gu-IN"/>
        </w:rPr>
      </w:pPr>
      <w:r>
        <w:rPr>
          <w:rFonts w:cs="Shruti" w:hint="cs"/>
          <w:sz w:val="28"/>
          <w:szCs w:val="28"/>
          <w:u w:val="single"/>
          <w:cs/>
          <w:lang w:bidi="gu-IN"/>
        </w:rPr>
        <w:t>ઢાંકણ્રીયાવાસ પ્રાથમિક શાળા તા- લાખણી જિલ્લો - વાવ-થરાદ ડાયસ કોડ: 24021300207</w:t>
      </w:r>
    </w:p>
    <w:p w14:paraId="43AF1E57" w14:textId="77777777" w:rsidR="00CA2DD1" w:rsidRDefault="00CA2DD1" w:rsidP="00546E7C">
      <w:pPr>
        <w:tabs>
          <w:tab w:val="left" w:pos="2835"/>
        </w:tabs>
        <w:spacing w:line="240" w:lineRule="auto"/>
        <w:jc w:val="center"/>
        <w:rPr>
          <w:rFonts w:cs="Shruti"/>
          <w:sz w:val="28"/>
          <w:szCs w:val="28"/>
          <w:lang w:bidi="gu-IN"/>
        </w:rPr>
      </w:pPr>
      <w:r w:rsidRPr="00CA2DD1">
        <w:rPr>
          <w:rFonts w:cs="Shruti"/>
          <w:sz w:val="28"/>
          <w:szCs w:val="28"/>
          <w:cs/>
          <w:lang w:bidi="gu-IN"/>
        </w:rPr>
        <w:t>કર્મચારીઓને આપેલ પ્રોત્સહન-પુરસ્કાર સંબંધિત વિગત</w:t>
      </w:r>
    </w:p>
    <w:p w14:paraId="302BB7D6" w14:textId="0343724D" w:rsidR="00CA2DD1" w:rsidRDefault="00CA2DD1" w:rsidP="00CA2DD1">
      <w:pPr>
        <w:pStyle w:val="Heading1"/>
      </w:pPr>
      <w:r>
        <w:rPr>
          <w:rFonts w:cs="Shruti"/>
          <w:cs/>
          <w:lang w:bidi="gu-IN"/>
        </w:rPr>
        <w:t>કર્મચારીઓને</w:t>
      </w:r>
      <w:r>
        <w:t xml:space="preserve"> </w:t>
      </w:r>
      <w:r>
        <w:rPr>
          <w:rFonts w:cs="Shruti"/>
          <w:cs/>
          <w:lang w:bidi="gu-IN"/>
        </w:rPr>
        <w:t>આપેલ</w:t>
      </w:r>
      <w:r>
        <w:t xml:space="preserve"> </w:t>
      </w:r>
      <w:r>
        <w:rPr>
          <w:rFonts w:cs="Shruti"/>
          <w:cs/>
          <w:lang w:bidi="gu-IN"/>
        </w:rPr>
        <w:t>પ્રોત્સાહન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પુરસ્કાર</w:t>
      </w:r>
      <w:r>
        <w:t xml:space="preserve"> </w:t>
      </w:r>
      <w:r>
        <w:rPr>
          <w:rFonts w:cs="Shruti"/>
          <w:cs/>
          <w:lang w:bidi="gu-IN"/>
        </w:rPr>
        <w:t>સંબંધિત</w:t>
      </w:r>
      <w:r>
        <w:t xml:space="preserve"> </w:t>
      </w:r>
      <w:r>
        <w:rPr>
          <w:rFonts w:cs="Shruti"/>
          <w:cs/>
          <w:lang w:bidi="gu-IN"/>
        </w:rPr>
        <w:t>વિગત</w:t>
      </w:r>
      <w:r>
        <w:br/>
      </w:r>
      <w:r w:rsidRPr="00CA2DD1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શાળાના</w:t>
      </w:r>
      <w:r w:rsidRPr="00CA2DD1">
        <w:rPr>
          <w:b w:val="0"/>
          <w:bCs w:val="0"/>
          <w:color w:val="000000" w:themeColor="text1"/>
          <w:sz w:val="22"/>
          <w:szCs w:val="22"/>
        </w:rPr>
        <w:t xml:space="preserve"> </w:t>
      </w:r>
      <w:r w:rsidRPr="00CA2DD1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શિક્ષકો</w:t>
      </w:r>
      <w:r w:rsidRPr="00CA2DD1">
        <w:rPr>
          <w:b w:val="0"/>
          <w:bCs w:val="0"/>
          <w:color w:val="000000" w:themeColor="text1"/>
          <w:sz w:val="22"/>
          <w:szCs w:val="22"/>
        </w:rPr>
        <w:t xml:space="preserve"> </w:t>
      </w:r>
      <w:r w:rsidRPr="00CA2DD1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અને</w:t>
      </w:r>
      <w:r w:rsidRPr="00CA2DD1">
        <w:rPr>
          <w:b w:val="0"/>
          <w:bCs w:val="0"/>
          <w:color w:val="000000" w:themeColor="text1"/>
          <w:sz w:val="22"/>
          <w:szCs w:val="22"/>
        </w:rPr>
        <w:t xml:space="preserve"> </w:t>
      </w:r>
      <w:r w:rsidRPr="00CA2DD1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કર્મચારીઓના</w:t>
      </w:r>
      <w:r w:rsidRPr="00CA2DD1">
        <w:rPr>
          <w:b w:val="0"/>
          <w:bCs w:val="0"/>
          <w:color w:val="000000" w:themeColor="text1"/>
          <w:sz w:val="22"/>
          <w:szCs w:val="22"/>
        </w:rPr>
        <w:t xml:space="preserve"> </w:t>
      </w:r>
      <w:r w:rsidRPr="00CA2DD1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ઉત્કૃષ્ટ</w:t>
      </w:r>
      <w:r w:rsidRPr="00CA2DD1">
        <w:rPr>
          <w:b w:val="0"/>
          <w:bCs w:val="0"/>
          <w:color w:val="000000" w:themeColor="text1"/>
          <w:sz w:val="22"/>
          <w:szCs w:val="22"/>
        </w:rPr>
        <w:t xml:space="preserve"> </w:t>
      </w:r>
      <w:r w:rsidRPr="00CA2DD1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શૈક્ષણિક</w:t>
      </w:r>
      <w:r w:rsidRPr="00CA2DD1">
        <w:rPr>
          <w:b w:val="0"/>
          <w:bCs w:val="0"/>
          <w:color w:val="000000" w:themeColor="text1"/>
          <w:sz w:val="22"/>
          <w:szCs w:val="22"/>
        </w:rPr>
        <w:t xml:space="preserve"> </w:t>
      </w:r>
      <w:r w:rsidRPr="00CA2DD1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અને</w:t>
      </w:r>
      <w:r w:rsidRPr="00CA2DD1">
        <w:rPr>
          <w:b w:val="0"/>
          <w:bCs w:val="0"/>
          <w:color w:val="000000" w:themeColor="text1"/>
          <w:sz w:val="22"/>
          <w:szCs w:val="22"/>
        </w:rPr>
        <w:t xml:space="preserve"> </w:t>
      </w:r>
      <w:r w:rsidRPr="00CA2DD1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સહ</w:t>
      </w:r>
      <w:r w:rsidRPr="00CA2DD1">
        <w:rPr>
          <w:b w:val="0"/>
          <w:bCs w:val="0"/>
          <w:color w:val="000000" w:themeColor="text1"/>
          <w:sz w:val="22"/>
          <w:szCs w:val="22"/>
        </w:rPr>
        <w:t>-</w:t>
      </w:r>
      <w:r w:rsidRPr="00CA2DD1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શૈક્ષણિક</w:t>
      </w:r>
      <w:r w:rsidRPr="00CA2DD1">
        <w:rPr>
          <w:b w:val="0"/>
          <w:bCs w:val="0"/>
          <w:color w:val="000000" w:themeColor="text1"/>
          <w:sz w:val="22"/>
          <w:szCs w:val="22"/>
        </w:rPr>
        <w:t xml:space="preserve"> </w:t>
      </w:r>
      <w:r w:rsidR="00DF6751">
        <w:rPr>
          <w:rFonts w:ascii="Shruti" w:hAnsi="Shruti" w:cs="Shruti" w:hint="cs"/>
          <w:b w:val="0"/>
          <w:bCs w:val="0"/>
          <w:color w:val="000000" w:themeColor="text1"/>
          <w:sz w:val="22"/>
          <w:szCs w:val="22"/>
          <w:cs/>
          <w:lang w:bidi="gu-IN"/>
        </w:rPr>
        <w:t xml:space="preserve">અને અન્ય </w:t>
      </w:r>
      <w:r w:rsidRPr="00CA2DD1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કાર્યની</w:t>
      </w:r>
      <w:r w:rsidRPr="00CA2DD1">
        <w:rPr>
          <w:b w:val="0"/>
          <w:bCs w:val="0"/>
          <w:color w:val="000000" w:themeColor="text1"/>
          <w:sz w:val="22"/>
          <w:szCs w:val="22"/>
        </w:rPr>
        <w:t xml:space="preserve"> </w:t>
      </w:r>
      <w:r w:rsidRPr="00CA2DD1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નોંધ</w:t>
      </w:r>
      <w:r w:rsidRPr="00CA2DD1">
        <w:rPr>
          <w:b w:val="0"/>
          <w:bCs w:val="0"/>
          <w:color w:val="000000" w:themeColor="text1"/>
          <w:sz w:val="22"/>
          <w:szCs w:val="22"/>
        </w:rPr>
        <w:t xml:space="preserve"> </w:t>
      </w:r>
      <w:r w:rsidRPr="00CA2DD1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લઈ</w:t>
      </w:r>
      <w:r w:rsidRPr="00CA2DD1">
        <w:rPr>
          <w:b w:val="0"/>
          <w:bCs w:val="0"/>
          <w:color w:val="000000" w:themeColor="text1"/>
          <w:sz w:val="22"/>
          <w:szCs w:val="22"/>
        </w:rPr>
        <w:t xml:space="preserve">, </w:t>
      </w:r>
      <w:r w:rsidRPr="00CA2DD1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તેમના</w:t>
      </w:r>
      <w:r w:rsidRPr="00CA2DD1">
        <w:rPr>
          <w:b w:val="0"/>
          <w:bCs w:val="0"/>
          <w:color w:val="000000" w:themeColor="text1"/>
          <w:sz w:val="22"/>
          <w:szCs w:val="22"/>
        </w:rPr>
        <w:t xml:space="preserve"> </w:t>
      </w:r>
      <w:r w:rsidRPr="00CA2DD1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ઉત્સાહમાં</w:t>
      </w:r>
      <w:r w:rsidRPr="00CA2DD1">
        <w:rPr>
          <w:b w:val="0"/>
          <w:bCs w:val="0"/>
          <w:color w:val="000000" w:themeColor="text1"/>
          <w:sz w:val="22"/>
          <w:szCs w:val="22"/>
        </w:rPr>
        <w:t xml:space="preserve"> </w:t>
      </w:r>
      <w:r w:rsidRPr="00CA2DD1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વધારો</w:t>
      </w:r>
      <w:r w:rsidRPr="00CA2DD1">
        <w:rPr>
          <w:b w:val="0"/>
          <w:bCs w:val="0"/>
          <w:color w:val="000000" w:themeColor="text1"/>
          <w:sz w:val="22"/>
          <w:szCs w:val="22"/>
        </w:rPr>
        <w:t xml:space="preserve"> </w:t>
      </w:r>
      <w:r w:rsidRPr="00CA2DD1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કરવા</w:t>
      </w:r>
      <w:r w:rsidRPr="00CA2DD1">
        <w:rPr>
          <w:b w:val="0"/>
          <w:bCs w:val="0"/>
          <w:color w:val="000000" w:themeColor="text1"/>
          <w:sz w:val="22"/>
          <w:szCs w:val="22"/>
        </w:rPr>
        <w:t xml:space="preserve"> </w:t>
      </w:r>
      <w:r w:rsidRPr="00CA2DD1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માટે</w:t>
      </w:r>
      <w:r w:rsidRPr="00CA2DD1">
        <w:rPr>
          <w:b w:val="0"/>
          <w:bCs w:val="0"/>
          <w:color w:val="000000" w:themeColor="text1"/>
          <w:sz w:val="22"/>
          <w:szCs w:val="22"/>
        </w:rPr>
        <w:t xml:space="preserve"> </w:t>
      </w:r>
      <w:r w:rsidRPr="00CA2DD1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શાળા</w:t>
      </w:r>
      <w:r w:rsidRPr="00CA2DD1">
        <w:rPr>
          <w:b w:val="0"/>
          <w:bCs w:val="0"/>
          <w:color w:val="000000" w:themeColor="text1"/>
          <w:sz w:val="22"/>
          <w:szCs w:val="22"/>
        </w:rPr>
        <w:t xml:space="preserve">, </w:t>
      </w:r>
      <w:r w:rsidRPr="00CA2DD1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એસ</w:t>
      </w:r>
      <w:r w:rsidRPr="00CA2DD1">
        <w:rPr>
          <w:b w:val="0"/>
          <w:bCs w:val="0"/>
          <w:color w:val="000000" w:themeColor="text1"/>
          <w:sz w:val="22"/>
          <w:szCs w:val="22"/>
        </w:rPr>
        <w:t>.</w:t>
      </w:r>
      <w:r w:rsidRPr="00CA2DD1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એમ</w:t>
      </w:r>
      <w:r w:rsidRPr="00CA2DD1">
        <w:rPr>
          <w:b w:val="0"/>
          <w:bCs w:val="0"/>
          <w:color w:val="000000" w:themeColor="text1"/>
          <w:sz w:val="22"/>
          <w:szCs w:val="22"/>
        </w:rPr>
        <w:t>.</w:t>
      </w:r>
      <w:r w:rsidRPr="00CA2DD1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સી</w:t>
      </w:r>
      <w:r w:rsidRPr="00CA2DD1">
        <w:rPr>
          <w:b w:val="0"/>
          <w:bCs w:val="0"/>
          <w:color w:val="000000" w:themeColor="text1"/>
          <w:sz w:val="22"/>
          <w:szCs w:val="22"/>
        </w:rPr>
        <w:t xml:space="preserve">. (SMC), </w:t>
      </w:r>
      <w:r w:rsidRPr="00CA2DD1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તાલુકા</w:t>
      </w:r>
      <w:r w:rsidRPr="00CA2DD1">
        <w:rPr>
          <w:b w:val="0"/>
          <w:bCs w:val="0"/>
          <w:color w:val="000000" w:themeColor="text1"/>
          <w:sz w:val="22"/>
          <w:szCs w:val="22"/>
        </w:rPr>
        <w:t xml:space="preserve">, </w:t>
      </w:r>
      <w:r w:rsidRPr="00CA2DD1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જિલ્લા</w:t>
      </w:r>
      <w:r w:rsidRPr="00CA2DD1">
        <w:rPr>
          <w:b w:val="0"/>
          <w:bCs w:val="0"/>
          <w:color w:val="000000" w:themeColor="text1"/>
          <w:sz w:val="22"/>
          <w:szCs w:val="22"/>
        </w:rPr>
        <w:t xml:space="preserve"> </w:t>
      </w:r>
      <w:r w:rsidRPr="00CA2DD1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કે</w:t>
      </w:r>
      <w:r w:rsidRPr="00CA2DD1">
        <w:rPr>
          <w:b w:val="0"/>
          <w:bCs w:val="0"/>
          <w:color w:val="000000" w:themeColor="text1"/>
          <w:sz w:val="22"/>
          <w:szCs w:val="22"/>
        </w:rPr>
        <w:t xml:space="preserve"> </w:t>
      </w:r>
      <w:r w:rsidRPr="00CA2DD1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રાજ્ય</w:t>
      </w:r>
      <w:r w:rsidRPr="00CA2DD1">
        <w:rPr>
          <w:b w:val="0"/>
          <w:bCs w:val="0"/>
          <w:color w:val="000000" w:themeColor="text1"/>
          <w:sz w:val="22"/>
          <w:szCs w:val="22"/>
        </w:rPr>
        <w:t xml:space="preserve"> </w:t>
      </w:r>
      <w:r w:rsidRPr="00CA2DD1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કક્ષાએ</w:t>
      </w:r>
      <w:r w:rsidRPr="00CA2DD1">
        <w:rPr>
          <w:b w:val="0"/>
          <w:bCs w:val="0"/>
          <w:color w:val="000000" w:themeColor="text1"/>
          <w:sz w:val="22"/>
          <w:szCs w:val="22"/>
        </w:rPr>
        <w:t xml:space="preserve"> </w:t>
      </w:r>
      <w:r w:rsidRPr="00CA2DD1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આપવામાં</w:t>
      </w:r>
      <w:r w:rsidRPr="00CA2DD1">
        <w:rPr>
          <w:b w:val="0"/>
          <w:bCs w:val="0"/>
          <w:color w:val="000000" w:themeColor="text1"/>
          <w:sz w:val="22"/>
          <w:szCs w:val="22"/>
        </w:rPr>
        <w:t xml:space="preserve"> </w:t>
      </w:r>
      <w:r w:rsidRPr="00CA2DD1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આવેલ</w:t>
      </w:r>
      <w:r w:rsidRPr="00CA2DD1">
        <w:rPr>
          <w:b w:val="0"/>
          <w:bCs w:val="0"/>
          <w:color w:val="000000" w:themeColor="text1"/>
          <w:sz w:val="22"/>
          <w:szCs w:val="22"/>
        </w:rPr>
        <w:t xml:space="preserve"> </w:t>
      </w:r>
      <w:r w:rsidRPr="00CA2DD1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પ્રોત્સાહન</w:t>
      </w:r>
      <w:r w:rsidRPr="00CA2DD1">
        <w:rPr>
          <w:b w:val="0"/>
          <w:bCs w:val="0"/>
          <w:color w:val="000000" w:themeColor="text1"/>
          <w:sz w:val="22"/>
          <w:szCs w:val="22"/>
        </w:rPr>
        <w:t xml:space="preserve"> </w:t>
      </w:r>
      <w:r w:rsidRPr="00CA2DD1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અને</w:t>
      </w:r>
      <w:r w:rsidRPr="00CA2DD1">
        <w:rPr>
          <w:b w:val="0"/>
          <w:bCs w:val="0"/>
          <w:color w:val="000000" w:themeColor="text1"/>
          <w:sz w:val="22"/>
          <w:szCs w:val="22"/>
        </w:rPr>
        <w:t xml:space="preserve"> </w:t>
      </w:r>
      <w:r w:rsidRPr="00CA2DD1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પુરસ્કારની</w:t>
      </w:r>
      <w:r w:rsidRPr="00CA2DD1">
        <w:rPr>
          <w:b w:val="0"/>
          <w:bCs w:val="0"/>
          <w:color w:val="000000" w:themeColor="text1"/>
          <w:sz w:val="22"/>
          <w:szCs w:val="22"/>
        </w:rPr>
        <w:t xml:space="preserve"> </w:t>
      </w:r>
      <w:r w:rsidRPr="00CA2DD1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વિગત</w:t>
      </w:r>
      <w:r w:rsidRPr="00CA2DD1">
        <w:rPr>
          <w:b w:val="0"/>
          <w:bCs w:val="0"/>
          <w:color w:val="000000" w:themeColor="text1"/>
          <w:sz w:val="22"/>
          <w:szCs w:val="22"/>
        </w:rPr>
        <w:t xml:space="preserve"> </w:t>
      </w:r>
      <w:r w:rsidRPr="00CA2DD1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નીચે</w:t>
      </w:r>
      <w:r w:rsidRPr="00CA2DD1">
        <w:rPr>
          <w:b w:val="0"/>
          <w:bCs w:val="0"/>
          <w:color w:val="000000" w:themeColor="text1"/>
          <w:sz w:val="22"/>
          <w:szCs w:val="22"/>
        </w:rPr>
        <w:t xml:space="preserve"> </w:t>
      </w:r>
      <w:r w:rsidRPr="00CA2DD1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મુજબ</w:t>
      </w:r>
      <w:r w:rsidRPr="00CA2DD1">
        <w:rPr>
          <w:b w:val="0"/>
          <w:bCs w:val="0"/>
          <w:color w:val="000000" w:themeColor="text1"/>
          <w:sz w:val="22"/>
          <w:szCs w:val="22"/>
        </w:rPr>
        <w:t xml:space="preserve"> </w:t>
      </w:r>
      <w:r w:rsidRPr="00CA2DD1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દર્શાવવામાં</w:t>
      </w:r>
      <w:r w:rsidRPr="00CA2DD1">
        <w:rPr>
          <w:b w:val="0"/>
          <w:bCs w:val="0"/>
          <w:color w:val="000000" w:themeColor="text1"/>
          <w:sz w:val="22"/>
          <w:szCs w:val="22"/>
        </w:rPr>
        <w:t xml:space="preserve"> </w:t>
      </w:r>
      <w:r w:rsidRPr="00CA2DD1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આવી</w:t>
      </w:r>
      <w:r w:rsidRPr="00CA2DD1">
        <w:rPr>
          <w:b w:val="0"/>
          <w:bCs w:val="0"/>
          <w:color w:val="000000" w:themeColor="text1"/>
          <w:sz w:val="22"/>
          <w:szCs w:val="22"/>
        </w:rPr>
        <w:t xml:space="preserve"> </w:t>
      </w:r>
      <w:r w:rsidRPr="00CA2DD1">
        <w:rPr>
          <w:rFonts w:cs="Shruti"/>
          <w:b w:val="0"/>
          <w:bCs w:val="0"/>
          <w:color w:val="000000" w:themeColor="text1"/>
          <w:sz w:val="22"/>
          <w:szCs w:val="22"/>
          <w:cs/>
          <w:lang w:bidi="gu-IN"/>
        </w:rPr>
        <w:t>છે</w:t>
      </w:r>
      <w:r w:rsidRPr="00CA2DD1">
        <w:rPr>
          <w:b w:val="0"/>
          <w:bCs w:val="0"/>
          <w:color w:val="000000" w:themeColor="text1"/>
          <w:sz w:val="22"/>
          <w:szCs w:val="22"/>
        </w:rPr>
        <w:t>:</w:t>
      </w:r>
      <w:r w:rsidRPr="00CA2DD1">
        <w:rPr>
          <w:b w:val="0"/>
          <w:bCs w:val="0"/>
          <w:color w:val="000000" w:themeColor="text1"/>
          <w:sz w:val="22"/>
          <w:szCs w:val="22"/>
        </w:rPr>
        <w:br/>
      </w: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534"/>
        <w:gridCol w:w="2409"/>
        <w:gridCol w:w="1276"/>
        <w:gridCol w:w="2693"/>
        <w:gridCol w:w="804"/>
        <w:gridCol w:w="1890"/>
      </w:tblGrid>
      <w:tr w:rsidR="00A1068A" w14:paraId="644E24D4" w14:textId="77777777" w:rsidTr="006D7DA5">
        <w:tc>
          <w:tcPr>
            <w:tcW w:w="534" w:type="dxa"/>
          </w:tcPr>
          <w:p w14:paraId="18386A7B" w14:textId="77777777" w:rsidR="00CA2DD1" w:rsidRDefault="00CA2DD1" w:rsidP="00CA2DD1">
            <w:pPr>
              <w:jc w:val="center"/>
            </w:pPr>
            <w:r>
              <w:rPr>
                <w:rFonts w:cs="Shruti"/>
                <w:b/>
                <w:bCs/>
                <w:cs/>
                <w:lang w:bidi="gu-IN"/>
              </w:rPr>
              <w:t>ક્રમ</w:t>
            </w:r>
          </w:p>
        </w:tc>
        <w:tc>
          <w:tcPr>
            <w:tcW w:w="2409" w:type="dxa"/>
          </w:tcPr>
          <w:p w14:paraId="4759AD13" w14:textId="77777777" w:rsidR="00CA2DD1" w:rsidRDefault="00CA2DD1" w:rsidP="00CA2DD1">
            <w:pPr>
              <w:jc w:val="center"/>
            </w:pPr>
            <w:r>
              <w:rPr>
                <w:rFonts w:cs="Shruti"/>
                <w:b/>
                <w:bCs/>
                <w:cs/>
                <w:lang w:bidi="gu-IN"/>
              </w:rPr>
              <w:t>કર્મચારી</w:t>
            </w:r>
            <w:r>
              <w:rPr>
                <w:b/>
              </w:rPr>
              <w:t>/</w:t>
            </w:r>
            <w:r>
              <w:rPr>
                <w:rFonts w:cs="Shruti"/>
                <w:b/>
                <w:bCs/>
                <w:cs/>
                <w:lang w:bidi="gu-IN"/>
              </w:rPr>
              <w:t>શિક્ષકનું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નામ</w:t>
            </w:r>
          </w:p>
        </w:tc>
        <w:tc>
          <w:tcPr>
            <w:tcW w:w="1276" w:type="dxa"/>
          </w:tcPr>
          <w:p w14:paraId="56519B2D" w14:textId="77777777" w:rsidR="00CA2DD1" w:rsidRDefault="00CA2DD1" w:rsidP="00CA2DD1">
            <w:pPr>
              <w:jc w:val="center"/>
            </w:pPr>
            <w:r>
              <w:rPr>
                <w:rFonts w:cs="Shruti"/>
                <w:b/>
                <w:bCs/>
                <w:cs/>
                <w:lang w:bidi="gu-IN"/>
              </w:rPr>
              <w:t>પુરસ્કાર</w:t>
            </w:r>
            <w:r>
              <w:rPr>
                <w:b/>
              </w:rPr>
              <w:t xml:space="preserve"> / </w:t>
            </w:r>
            <w:r>
              <w:rPr>
                <w:rFonts w:cs="Shruti"/>
                <w:b/>
                <w:bCs/>
                <w:cs/>
                <w:lang w:bidi="gu-IN"/>
              </w:rPr>
              <w:t>પ્રોત્સાહનનું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નામ</w:t>
            </w:r>
          </w:p>
        </w:tc>
        <w:tc>
          <w:tcPr>
            <w:tcW w:w="2693" w:type="dxa"/>
          </w:tcPr>
          <w:p w14:paraId="13BAEF0F" w14:textId="77777777" w:rsidR="00CA2DD1" w:rsidRDefault="00CA2DD1" w:rsidP="00CA2DD1">
            <w:pPr>
              <w:jc w:val="center"/>
            </w:pPr>
            <w:r>
              <w:rPr>
                <w:rFonts w:cs="Shruti"/>
                <w:b/>
                <w:bCs/>
                <w:cs/>
                <w:lang w:bidi="gu-IN"/>
              </w:rPr>
              <w:t>કક્ષા</w:t>
            </w:r>
            <w:r>
              <w:rPr>
                <w:b/>
              </w:rPr>
              <w:t xml:space="preserve"> (</w:t>
            </w:r>
            <w:r>
              <w:rPr>
                <w:rFonts w:cs="Shruti"/>
                <w:b/>
                <w:bCs/>
                <w:cs/>
                <w:lang w:bidi="gu-IN"/>
              </w:rPr>
              <w:t>શાળા</w:t>
            </w:r>
            <w:r>
              <w:rPr>
                <w:b/>
              </w:rPr>
              <w:t>/</w:t>
            </w:r>
            <w:r>
              <w:rPr>
                <w:rFonts w:cs="Shruti"/>
                <w:b/>
                <w:bCs/>
                <w:cs/>
                <w:lang w:bidi="gu-IN"/>
              </w:rPr>
              <w:t>તાલુકા</w:t>
            </w:r>
            <w:r>
              <w:rPr>
                <w:b/>
              </w:rPr>
              <w:t>/</w:t>
            </w:r>
            <w:r>
              <w:rPr>
                <w:rFonts w:cs="Shruti"/>
                <w:b/>
                <w:bCs/>
                <w:cs/>
                <w:lang w:bidi="gu-IN"/>
              </w:rPr>
              <w:t>જિલ્લા</w:t>
            </w:r>
            <w:r>
              <w:rPr>
                <w:b/>
              </w:rPr>
              <w:t>/</w:t>
            </w:r>
            <w:r>
              <w:rPr>
                <w:rFonts w:cs="Shruti"/>
                <w:b/>
                <w:bCs/>
                <w:cs/>
                <w:lang w:bidi="gu-IN"/>
              </w:rPr>
              <w:t>રાજ્ય</w:t>
            </w:r>
            <w:r>
              <w:rPr>
                <w:b/>
              </w:rPr>
              <w:t>)</w:t>
            </w:r>
          </w:p>
        </w:tc>
        <w:tc>
          <w:tcPr>
            <w:tcW w:w="804" w:type="dxa"/>
          </w:tcPr>
          <w:p w14:paraId="0571C089" w14:textId="77777777" w:rsidR="00CA2DD1" w:rsidRDefault="00CA2DD1" w:rsidP="00CA2DD1">
            <w:pPr>
              <w:jc w:val="center"/>
            </w:pPr>
            <w:r>
              <w:rPr>
                <w:rFonts w:cs="Shruti"/>
                <w:b/>
                <w:bCs/>
                <w:cs/>
                <w:lang w:bidi="gu-IN"/>
              </w:rPr>
              <w:t>વર્ષ</w:t>
            </w:r>
          </w:p>
        </w:tc>
        <w:tc>
          <w:tcPr>
            <w:tcW w:w="1890" w:type="dxa"/>
          </w:tcPr>
          <w:p w14:paraId="77F3F014" w14:textId="77777777" w:rsidR="00CA2DD1" w:rsidRDefault="00CA2DD1" w:rsidP="00CA2DD1">
            <w:pPr>
              <w:jc w:val="center"/>
            </w:pPr>
            <w:r>
              <w:rPr>
                <w:rFonts w:cs="Shruti"/>
                <w:b/>
                <w:bCs/>
                <w:cs/>
                <w:lang w:bidi="gu-IN"/>
              </w:rPr>
              <w:t>સિદ્ધિ</w:t>
            </w:r>
            <w:r>
              <w:rPr>
                <w:b/>
              </w:rPr>
              <w:t xml:space="preserve"> / </w:t>
            </w:r>
            <w:r>
              <w:rPr>
                <w:rFonts w:cs="Shruti"/>
                <w:b/>
                <w:bCs/>
                <w:cs/>
                <w:lang w:bidi="gu-IN"/>
              </w:rPr>
              <w:t>વિગત</w:t>
            </w:r>
          </w:p>
        </w:tc>
      </w:tr>
      <w:tr w:rsidR="00A1068A" w14:paraId="0162EF54" w14:textId="77777777" w:rsidTr="006D7DA5">
        <w:tc>
          <w:tcPr>
            <w:tcW w:w="534" w:type="dxa"/>
          </w:tcPr>
          <w:p w14:paraId="24E7B2B5" w14:textId="77777777" w:rsidR="00CA2DD1" w:rsidRDefault="00CA2DD1" w:rsidP="00B50F7F">
            <w:r>
              <w:t>1</w:t>
            </w:r>
          </w:p>
        </w:tc>
        <w:tc>
          <w:tcPr>
            <w:tcW w:w="2409" w:type="dxa"/>
          </w:tcPr>
          <w:p w14:paraId="67BF8D7D" w14:textId="1F88FD2D" w:rsidR="00CA2DD1" w:rsidRPr="00DF6751" w:rsidRDefault="00DF6751" w:rsidP="00B50F7F">
            <w:pPr>
              <w:rPr>
                <w:rFonts w:cs="Shruti"/>
                <w:sz w:val="18"/>
                <w:szCs w:val="18"/>
                <w:cs/>
                <w:lang w:bidi="gu-IN"/>
              </w:rPr>
            </w:pPr>
            <w:r>
              <w:rPr>
                <w:rFonts w:cs="Shruti" w:hint="cs"/>
                <w:sz w:val="18"/>
                <w:szCs w:val="18"/>
                <w:cs/>
                <w:lang w:bidi="gu-IN"/>
              </w:rPr>
              <w:t>ભાવેશભાઈ નાનજીભાઈ ચૌધરી</w:t>
            </w:r>
          </w:p>
        </w:tc>
        <w:tc>
          <w:tcPr>
            <w:tcW w:w="1276" w:type="dxa"/>
          </w:tcPr>
          <w:p w14:paraId="3AA3D60B" w14:textId="296C745C" w:rsidR="00CA2DD1" w:rsidRPr="00A1068A" w:rsidRDefault="00DF6751" w:rsidP="00B50F7F">
            <w:pPr>
              <w:rPr>
                <w:rFonts w:cs="Shruti"/>
                <w:sz w:val="16"/>
                <w:szCs w:val="16"/>
                <w:cs/>
                <w:lang w:bidi="gu-IN"/>
              </w:rPr>
            </w:pPr>
            <w:r>
              <w:rPr>
                <w:rFonts w:cs="Shruti" w:hint="cs"/>
                <w:sz w:val="16"/>
                <w:szCs w:val="16"/>
                <w:cs/>
                <w:lang w:bidi="gu-IN"/>
              </w:rPr>
              <w:t>સન્માન</w:t>
            </w:r>
          </w:p>
        </w:tc>
        <w:tc>
          <w:tcPr>
            <w:tcW w:w="2693" w:type="dxa"/>
          </w:tcPr>
          <w:p w14:paraId="3A573179" w14:textId="38ACFE8F" w:rsidR="00CA2DD1" w:rsidRPr="00EA5649" w:rsidRDefault="00DF6751" w:rsidP="00854B0B">
            <w:pPr>
              <w:jc w:val="center"/>
              <w:rPr>
                <w:sz w:val="20"/>
                <w:szCs w:val="20"/>
              </w:rPr>
            </w:pPr>
            <w:r>
              <w:rPr>
                <w:rFonts w:ascii="Shruti" w:hAnsi="Shruti" w:cs="Shruti" w:hint="cs"/>
                <w:sz w:val="20"/>
                <w:szCs w:val="20"/>
                <w:cs/>
                <w:lang w:bidi="gu-IN"/>
              </w:rPr>
              <w:t>તાલુકા</w:t>
            </w:r>
          </w:p>
        </w:tc>
        <w:tc>
          <w:tcPr>
            <w:tcW w:w="804" w:type="dxa"/>
          </w:tcPr>
          <w:p w14:paraId="3E11C1C1" w14:textId="65C16EF5" w:rsidR="00CA2DD1" w:rsidRPr="00DF6751" w:rsidRDefault="00DF6751" w:rsidP="00B50F7F">
            <w:pPr>
              <w:rPr>
                <w:lang w:val="en-IN"/>
              </w:rPr>
            </w:pPr>
            <w:r>
              <w:rPr>
                <w:lang w:val="en-IN"/>
              </w:rPr>
              <w:t>2026</w:t>
            </w:r>
          </w:p>
        </w:tc>
        <w:tc>
          <w:tcPr>
            <w:tcW w:w="1890" w:type="dxa"/>
          </w:tcPr>
          <w:p w14:paraId="4A42D7F0" w14:textId="34FE6131" w:rsidR="00CA2DD1" w:rsidRPr="00DF6751" w:rsidRDefault="00DF6751" w:rsidP="00B50F7F">
            <w:pPr>
              <w:rPr>
                <w:rFonts w:cs="Shruti"/>
                <w:sz w:val="20"/>
                <w:szCs w:val="20"/>
                <w:cs/>
                <w:lang w:bidi="gu-IN"/>
              </w:rPr>
            </w:pPr>
            <w:r>
              <w:rPr>
                <w:rFonts w:cs="Shruti" w:hint="cs"/>
                <w:sz w:val="20"/>
                <w:szCs w:val="20"/>
                <w:cs/>
                <w:lang w:bidi="gu-IN"/>
              </w:rPr>
              <w:t>બી.એલ.ઓ તરીકે ઉત્કૃષ્ટ કામગીરી બદલ સન્માન</w:t>
            </w:r>
          </w:p>
        </w:tc>
      </w:tr>
      <w:tr w:rsidR="00A1068A" w14:paraId="7D36230D" w14:textId="77777777" w:rsidTr="006D7DA5">
        <w:tc>
          <w:tcPr>
            <w:tcW w:w="534" w:type="dxa"/>
          </w:tcPr>
          <w:p w14:paraId="4B841486" w14:textId="77777777" w:rsidR="00CA2DD1" w:rsidRDefault="00CA2DD1" w:rsidP="00B50F7F">
            <w:r>
              <w:t>2</w:t>
            </w:r>
          </w:p>
        </w:tc>
        <w:tc>
          <w:tcPr>
            <w:tcW w:w="2409" w:type="dxa"/>
          </w:tcPr>
          <w:p w14:paraId="25143C90" w14:textId="77777777" w:rsidR="00CA2DD1" w:rsidRDefault="00CA2DD1" w:rsidP="00B50F7F"/>
        </w:tc>
        <w:tc>
          <w:tcPr>
            <w:tcW w:w="1276" w:type="dxa"/>
          </w:tcPr>
          <w:p w14:paraId="14642420" w14:textId="77777777" w:rsidR="00CA2DD1" w:rsidRDefault="00CA2DD1" w:rsidP="00B50F7F"/>
        </w:tc>
        <w:tc>
          <w:tcPr>
            <w:tcW w:w="2693" w:type="dxa"/>
          </w:tcPr>
          <w:p w14:paraId="60CAA1DC" w14:textId="77777777" w:rsidR="00CA2DD1" w:rsidRDefault="00CA2DD1" w:rsidP="00B50F7F"/>
        </w:tc>
        <w:tc>
          <w:tcPr>
            <w:tcW w:w="804" w:type="dxa"/>
          </w:tcPr>
          <w:p w14:paraId="58B064A4" w14:textId="77777777" w:rsidR="00CA2DD1" w:rsidRDefault="00CA2DD1" w:rsidP="00B50F7F"/>
        </w:tc>
        <w:tc>
          <w:tcPr>
            <w:tcW w:w="1890" w:type="dxa"/>
          </w:tcPr>
          <w:p w14:paraId="0211BAC1" w14:textId="77777777" w:rsidR="00CA2DD1" w:rsidRPr="006D7DA5" w:rsidRDefault="00CA2DD1" w:rsidP="00B50F7F">
            <w:pPr>
              <w:rPr>
                <w:sz w:val="20"/>
                <w:szCs w:val="20"/>
              </w:rPr>
            </w:pPr>
          </w:p>
        </w:tc>
      </w:tr>
    </w:tbl>
    <w:p w14:paraId="3F0B653D" w14:textId="77777777" w:rsidR="00CA2DD1" w:rsidRDefault="00CA2DD1" w:rsidP="00CA2DD1">
      <w:r>
        <w:br/>
      </w:r>
    </w:p>
    <w:p w14:paraId="3337AAE1" w14:textId="77777777" w:rsidR="00CA2DD1" w:rsidRDefault="00CA2DD1" w:rsidP="00CA2DD1">
      <w:r>
        <w:rPr>
          <w:rFonts w:cs="Shruti"/>
          <w:i/>
          <w:iCs/>
          <w:cs/>
          <w:lang w:bidi="gu-IN"/>
        </w:rPr>
        <w:t>નોંધ</w:t>
      </w:r>
      <w:r>
        <w:rPr>
          <w:i/>
        </w:rPr>
        <w:t xml:space="preserve">: </w:t>
      </w:r>
      <w:r>
        <w:rPr>
          <w:rFonts w:cs="Shruti"/>
          <w:i/>
          <w:iCs/>
          <w:cs/>
          <w:lang w:bidi="gu-IN"/>
        </w:rPr>
        <w:t>ઉપરોક્ત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માહિતી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કર્મચારીઓને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મળેલ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અસલ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પ્રમાણપત્રો</w:t>
      </w:r>
      <w:r>
        <w:rPr>
          <w:i/>
        </w:rPr>
        <w:t xml:space="preserve">, </w:t>
      </w:r>
      <w:r>
        <w:rPr>
          <w:rFonts w:cs="Shruti"/>
          <w:i/>
          <w:iCs/>
          <w:cs/>
          <w:lang w:bidi="gu-IN"/>
        </w:rPr>
        <w:t>સન્માન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પત્રો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અને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શાળાના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દફતરે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નોંધેલ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વિગતો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મુજબ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સાચી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છે</w:t>
      </w:r>
      <w:r>
        <w:rPr>
          <w:i/>
        </w:rPr>
        <w:t>.</w:t>
      </w:r>
      <w: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CA2DD1" w14:paraId="5E966B99" w14:textId="77777777" w:rsidTr="00B50F7F">
        <w:tc>
          <w:tcPr>
            <w:tcW w:w="4320" w:type="dxa"/>
          </w:tcPr>
          <w:p w14:paraId="79A34BC8" w14:textId="4AF94E50" w:rsidR="00CA2DD1" w:rsidRDefault="00CA2DD1" w:rsidP="00B50F7F">
            <w:r>
              <w:rPr>
                <w:rFonts w:cs="Shruti"/>
                <w:cs/>
                <w:lang w:bidi="gu-IN"/>
              </w:rPr>
              <w:t>સ્થળ</w:t>
            </w:r>
            <w:r>
              <w:t xml:space="preserve">: </w:t>
            </w:r>
            <w:r w:rsidR="008E13CA">
              <w:rPr>
                <w:rFonts w:cs="Shruti" w:hint="cs"/>
                <w:cs/>
                <w:lang w:bidi="gu-IN"/>
              </w:rPr>
              <w:t xml:space="preserve">ઢાંકણ્રીયાવાસ પ્રાથમિક શાળા </w:t>
            </w:r>
            <w:r>
              <w:br/>
            </w:r>
            <w:r w:rsidR="00AC2FEB" w:rsidRPr="00A052A9">
              <w:rPr>
                <w:rFonts w:cs="Shruti"/>
                <w:sz w:val="20"/>
                <w:szCs w:val="20"/>
                <w:cs/>
                <w:lang w:bidi="gu-IN"/>
              </w:rPr>
              <w:t>તારીખ</w:t>
            </w:r>
            <w:r w:rsidR="00AC2FEB" w:rsidRPr="00A052A9">
              <w:rPr>
                <w:sz w:val="20"/>
                <w:szCs w:val="20"/>
              </w:rPr>
              <w:t xml:space="preserve">:       </w:t>
            </w:r>
            <w:r w:rsidR="008E13CA">
              <w:rPr>
                <w:sz w:val="20"/>
                <w:szCs w:val="20"/>
              </w:rPr>
              <w:t>21/08/2026</w:t>
            </w:r>
          </w:p>
        </w:tc>
        <w:tc>
          <w:tcPr>
            <w:tcW w:w="4320" w:type="dxa"/>
          </w:tcPr>
          <w:p w14:paraId="089F33E4" w14:textId="77777777" w:rsidR="00CA2DD1" w:rsidRDefault="00CA2DD1" w:rsidP="00B50F7F">
            <w:pPr>
              <w:jc w:val="right"/>
            </w:pPr>
            <w:r>
              <w:rPr>
                <w:rFonts w:cs="Shruti"/>
                <w:cs/>
                <w:lang w:bidi="gu-IN"/>
              </w:rPr>
              <w:t>આચાર્યશ્રીની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સહી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અને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સિક્કો</w:t>
            </w:r>
          </w:p>
        </w:tc>
      </w:tr>
    </w:tbl>
    <w:p w14:paraId="4BAAA825" w14:textId="77777777" w:rsidR="00CA2DD1" w:rsidRDefault="00CA2DD1" w:rsidP="00CA2DD1"/>
    <w:p w14:paraId="6D016BEE" w14:textId="77777777" w:rsidR="00CA2DD1" w:rsidRDefault="00CA2DD1" w:rsidP="00546E7C">
      <w:pPr>
        <w:tabs>
          <w:tab w:val="left" w:pos="2835"/>
        </w:tabs>
        <w:spacing w:line="240" w:lineRule="auto"/>
        <w:jc w:val="center"/>
        <w:rPr>
          <w:rFonts w:cs="Shruti"/>
          <w:sz w:val="28"/>
          <w:szCs w:val="28"/>
          <w:lang w:bidi="gu-IN"/>
        </w:rPr>
      </w:pPr>
    </w:p>
    <w:p w14:paraId="6A967727" w14:textId="77777777" w:rsidR="004E36A0" w:rsidRDefault="004E36A0" w:rsidP="00546E7C">
      <w:pPr>
        <w:tabs>
          <w:tab w:val="left" w:pos="2835"/>
        </w:tabs>
        <w:spacing w:line="240" w:lineRule="auto"/>
        <w:jc w:val="center"/>
        <w:rPr>
          <w:rFonts w:cs="Shruti"/>
          <w:sz w:val="28"/>
          <w:szCs w:val="28"/>
          <w:lang w:bidi="gu-IN"/>
        </w:rPr>
      </w:pPr>
    </w:p>
    <w:p w14:paraId="29661060" w14:textId="77777777" w:rsidR="004E36A0" w:rsidRDefault="004E36A0" w:rsidP="00546E7C">
      <w:pPr>
        <w:tabs>
          <w:tab w:val="left" w:pos="2835"/>
        </w:tabs>
        <w:spacing w:line="240" w:lineRule="auto"/>
        <w:jc w:val="center"/>
        <w:rPr>
          <w:rFonts w:cs="Shruti"/>
          <w:sz w:val="28"/>
          <w:szCs w:val="28"/>
          <w:lang w:bidi="gu-IN"/>
        </w:rPr>
      </w:pPr>
    </w:p>
    <w:p w14:paraId="4B8EFA5B" w14:textId="77777777" w:rsidR="004E36A0" w:rsidRDefault="004E36A0" w:rsidP="00546E7C">
      <w:pPr>
        <w:tabs>
          <w:tab w:val="left" w:pos="2835"/>
        </w:tabs>
        <w:spacing w:line="240" w:lineRule="auto"/>
        <w:jc w:val="center"/>
        <w:rPr>
          <w:rFonts w:cs="Shruti"/>
          <w:sz w:val="28"/>
          <w:szCs w:val="28"/>
          <w:lang w:bidi="gu-IN"/>
        </w:rPr>
      </w:pPr>
    </w:p>
    <w:p w14:paraId="472759D6" w14:textId="77777777" w:rsidR="004E36A0" w:rsidRDefault="004E36A0" w:rsidP="00546E7C">
      <w:pPr>
        <w:tabs>
          <w:tab w:val="left" w:pos="2835"/>
        </w:tabs>
        <w:spacing w:line="240" w:lineRule="auto"/>
        <w:jc w:val="center"/>
        <w:rPr>
          <w:rFonts w:cs="Shruti"/>
          <w:sz w:val="28"/>
          <w:szCs w:val="28"/>
          <w:lang w:bidi="gu-IN"/>
        </w:rPr>
      </w:pPr>
    </w:p>
    <w:p w14:paraId="4BAE4C58" w14:textId="77777777" w:rsidR="004E36A0" w:rsidRDefault="004E36A0" w:rsidP="00546E7C">
      <w:pPr>
        <w:tabs>
          <w:tab w:val="left" w:pos="2835"/>
        </w:tabs>
        <w:spacing w:line="240" w:lineRule="auto"/>
        <w:jc w:val="center"/>
        <w:rPr>
          <w:rFonts w:cs="Shruti"/>
          <w:sz w:val="28"/>
          <w:szCs w:val="28"/>
          <w:lang w:bidi="gu-IN"/>
        </w:rPr>
      </w:pPr>
    </w:p>
    <w:p w14:paraId="0CD0A29B" w14:textId="77777777" w:rsidR="003D3E34" w:rsidRDefault="003D3E34" w:rsidP="00CA1AC1">
      <w:pPr>
        <w:spacing w:after="0" w:line="240" w:lineRule="auto"/>
        <w:rPr>
          <w:rFonts w:cs="Shruti"/>
          <w:sz w:val="28"/>
          <w:szCs w:val="28"/>
          <w:u w:val="single"/>
          <w:lang w:bidi="gu-IN"/>
        </w:rPr>
      </w:pPr>
    </w:p>
    <w:p w14:paraId="43984721" w14:textId="77777777" w:rsidR="003D3E34" w:rsidRDefault="003D3E34" w:rsidP="00502A5D">
      <w:pPr>
        <w:spacing w:after="0" w:line="240" w:lineRule="auto"/>
        <w:jc w:val="center"/>
        <w:rPr>
          <w:rFonts w:cs="Shruti"/>
          <w:sz w:val="28"/>
          <w:szCs w:val="28"/>
          <w:u w:val="single"/>
          <w:lang w:bidi="gu-IN"/>
        </w:rPr>
      </w:pPr>
    </w:p>
    <w:p w14:paraId="68B21105" w14:textId="6D5976BD" w:rsidR="00502A5D" w:rsidRDefault="002546D1" w:rsidP="00502A5D">
      <w:pPr>
        <w:spacing w:after="0" w:line="240" w:lineRule="auto"/>
        <w:jc w:val="center"/>
        <w:rPr>
          <w:rFonts w:cs="Shruti"/>
          <w:b/>
          <w:u w:val="single"/>
          <w:lang w:val="en-IN" w:bidi="gu-IN"/>
        </w:rPr>
      </w:pPr>
      <w:r>
        <w:rPr>
          <w:rFonts w:cs="Shruti" w:hint="cs"/>
          <w:sz w:val="28"/>
          <w:szCs w:val="28"/>
          <w:u w:val="single"/>
          <w:cs/>
          <w:lang w:bidi="gu-IN"/>
        </w:rPr>
        <w:t>ઢાંકણ્રીયાવાસ પ્રાથમિક શાળા તા- લાખણી જિલ્લો - વાવ-થરાદ ડાયસ કોડ: 24021300207</w:t>
      </w:r>
    </w:p>
    <w:p w14:paraId="6B5CD004" w14:textId="77777777" w:rsidR="00A240BA" w:rsidRPr="00A240BA" w:rsidRDefault="005E67B7" w:rsidP="00A240BA">
      <w:pPr>
        <w:spacing w:line="240" w:lineRule="auto"/>
        <w:rPr>
          <w:rFonts w:cs="Shruti"/>
          <w:b/>
          <w:bCs/>
          <w:sz w:val="24"/>
          <w:szCs w:val="24"/>
          <w:u w:val="single"/>
          <w:lang w:bidi="gu-IN"/>
        </w:rPr>
      </w:pPr>
      <w:r w:rsidRPr="005E67B7">
        <w:rPr>
          <w:rFonts w:cs="Shruti"/>
          <w:b/>
          <w:bCs/>
          <w:sz w:val="24"/>
          <w:szCs w:val="24"/>
          <w:u w:val="single"/>
          <w:cs/>
          <w:lang w:bidi="gu-IN"/>
        </w:rPr>
        <w:t>કર્મચારીઓની ફરિયાદોની નોંધ અને નિકાલ સંબંધિત વિગત</w:t>
      </w:r>
    </w:p>
    <w:p w14:paraId="62A50709" w14:textId="77777777" w:rsidR="00A240BA" w:rsidRDefault="00A240BA" w:rsidP="00A240BA">
      <w:pPr>
        <w:pStyle w:val="Heading1"/>
      </w:pPr>
      <w:r>
        <w:rPr>
          <w:rFonts w:cs="Shruti"/>
          <w:cs/>
          <w:lang w:bidi="gu-IN"/>
        </w:rPr>
        <w:t>કર્મચારીઓની</w:t>
      </w:r>
      <w:r>
        <w:t xml:space="preserve"> </w:t>
      </w:r>
      <w:r>
        <w:rPr>
          <w:rFonts w:cs="Shruti"/>
          <w:cs/>
          <w:lang w:bidi="gu-IN"/>
        </w:rPr>
        <w:t>ફરિયાદોની</w:t>
      </w:r>
      <w:r>
        <w:t xml:space="preserve"> </w:t>
      </w:r>
      <w:r>
        <w:rPr>
          <w:rFonts w:cs="Shruti"/>
          <w:cs/>
          <w:lang w:bidi="gu-IN"/>
        </w:rPr>
        <w:t>નોંધ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નિકાલ</w:t>
      </w:r>
      <w:r>
        <w:t xml:space="preserve"> </w:t>
      </w:r>
      <w:r>
        <w:rPr>
          <w:rFonts w:cs="Shruti"/>
          <w:cs/>
          <w:lang w:bidi="gu-IN"/>
        </w:rPr>
        <w:t>સંબંધિત</w:t>
      </w:r>
      <w:r>
        <w:t xml:space="preserve"> </w:t>
      </w:r>
      <w:r>
        <w:rPr>
          <w:rFonts w:cs="Shruti"/>
          <w:cs/>
          <w:lang w:bidi="gu-IN"/>
        </w:rPr>
        <w:t>રજીસ્ટર</w:t>
      </w:r>
      <w:r>
        <w:br/>
      </w:r>
      <w:r>
        <w:rPr>
          <w:rFonts w:cs="Shruti"/>
          <w:cs/>
          <w:lang w:bidi="gu-IN"/>
        </w:rPr>
        <w:t>પ્રસ્તાવના</w:t>
      </w:r>
      <w:r>
        <w:t>:</w:t>
      </w:r>
    </w:p>
    <w:p w14:paraId="700BDF86" w14:textId="27CF653B" w:rsidR="00A240BA" w:rsidRPr="005B0040" w:rsidRDefault="008E13CA" w:rsidP="00A240BA">
      <w:pPr>
        <w:rPr>
          <w:rFonts w:cs="Shruti"/>
          <w:lang w:bidi="gu-IN"/>
        </w:rPr>
      </w:pPr>
      <w:r>
        <w:rPr>
          <w:rFonts w:cs="Shruti" w:hint="cs"/>
          <w:cs/>
          <w:lang w:bidi="gu-IN"/>
        </w:rPr>
        <w:t xml:space="preserve">ઢાંકણ્રીયાવાસ પ્રાથમિક શાળા </w:t>
      </w:r>
      <w:r w:rsidR="00A240BA">
        <w:rPr>
          <w:rFonts w:cs="Shruti"/>
          <w:cs/>
          <w:lang w:bidi="gu-IN"/>
        </w:rPr>
        <w:t>માં</w:t>
      </w:r>
      <w:r w:rsidR="00A240BA">
        <w:t xml:space="preserve"> </w:t>
      </w:r>
      <w:r w:rsidR="00A240BA">
        <w:rPr>
          <w:rFonts w:cs="Shruti"/>
          <w:cs/>
          <w:lang w:bidi="gu-IN"/>
        </w:rPr>
        <w:t>તમામ</w:t>
      </w:r>
      <w:r w:rsidR="00A240BA">
        <w:t xml:space="preserve"> </w:t>
      </w:r>
      <w:r w:rsidR="00A240BA">
        <w:rPr>
          <w:rFonts w:cs="Shruti"/>
          <w:cs/>
          <w:lang w:bidi="gu-IN"/>
        </w:rPr>
        <w:t>શિક્ષકો</w:t>
      </w:r>
      <w:r w:rsidR="00A240BA">
        <w:t xml:space="preserve"> </w:t>
      </w:r>
      <w:r w:rsidR="00A240BA">
        <w:rPr>
          <w:rFonts w:cs="Shruti"/>
          <w:cs/>
          <w:lang w:bidi="gu-IN"/>
        </w:rPr>
        <w:t>અને</w:t>
      </w:r>
      <w:r w:rsidR="00A240BA">
        <w:t xml:space="preserve"> </w:t>
      </w:r>
      <w:r w:rsidR="00A240BA">
        <w:rPr>
          <w:rFonts w:cs="Shruti"/>
          <w:cs/>
          <w:lang w:bidi="gu-IN"/>
        </w:rPr>
        <w:t>કર્મચારીઓ</w:t>
      </w:r>
      <w:r w:rsidR="00A240BA">
        <w:t xml:space="preserve"> </w:t>
      </w:r>
      <w:r w:rsidR="00A240BA">
        <w:rPr>
          <w:rFonts w:cs="Shruti"/>
          <w:cs/>
          <w:lang w:bidi="gu-IN"/>
        </w:rPr>
        <w:t>માટે</w:t>
      </w:r>
      <w:r w:rsidR="00A240BA">
        <w:t xml:space="preserve"> </w:t>
      </w:r>
      <w:r w:rsidR="00A240BA">
        <w:rPr>
          <w:rFonts w:cs="Shruti"/>
          <w:cs/>
          <w:lang w:bidi="gu-IN"/>
        </w:rPr>
        <w:t>ભયમુક્ત</w:t>
      </w:r>
      <w:r w:rsidR="00A240BA">
        <w:t xml:space="preserve"> </w:t>
      </w:r>
      <w:r w:rsidR="00A240BA">
        <w:rPr>
          <w:rFonts w:cs="Shruti"/>
          <w:cs/>
          <w:lang w:bidi="gu-IN"/>
        </w:rPr>
        <w:t>અને</w:t>
      </w:r>
      <w:r w:rsidR="00A240BA">
        <w:t xml:space="preserve"> </w:t>
      </w:r>
      <w:r w:rsidR="00A240BA">
        <w:rPr>
          <w:rFonts w:cs="Shruti"/>
          <w:cs/>
          <w:lang w:bidi="gu-IN"/>
        </w:rPr>
        <w:t>પારદર્શક</w:t>
      </w:r>
      <w:r w:rsidR="00A240BA">
        <w:t xml:space="preserve"> </w:t>
      </w:r>
      <w:r w:rsidR="00A240BA">
        <w:rPr>
          <w:rFonts w:cs="Shruti"/>
          <w:cs/>
          <w:lang w:bidi="gu-IN"/>
        </w:rPr>
        <w:t>કાર્યસ્થળ</w:t>
      </w:r>
      <w:r w:rsidR="00A240BA">
        <w:t xml:space="preserve"> </w:t>
      </w:r>
      <w:r w:rsidR="00A240BA">
        <w:rPr>
          <w:rFonts w:cs="Shruti"/>
          <w:cs/>
          <w:lang w:bidi="gu-IN"/>
        </w:rPr>
        <w:t>સુનિશ્ચિત</w:t>
      </w:r>
      <w:r w:rsidR="00A240BA">
        <w:t xml:space="preserve"> </w:t>
      </w:r>
      <w:r w:rsidR="00A240BA">
        <w:rPr>
          <w:rFonts w:cs="Shruti"/>
          <w:cs/>
          <w:lang w:bidi="gu-IN"/>
        </w:rPr>
        <w:t>કરવા</w:t>
      </w:r>
      <w:r w:rsidR="00A240BA">
        <w:t xml:space="preserve"> </w:t>
      </w:r>
      <w:r w:rsidR="00A240BA">
        <w:rPr>
          <w:rFonts w:cs="Shruti"/>
          <w:cs/>
          <w:lang w:bidi="gu-IN"/>
        </w:rPr>
        <w:t>માટે</w:t>
      </w:r>
      <w:r w:rsidR="00A240BA">
        <w:t xml:space="preserve"> "</w:t>
      </w:r>
      <w:r w:rsidR="00A240BA">
        <w:rPr>
          <w:rFonts w:cs="Shruti"/>
          <w:cs/>
          <w:lang w:bidi="gu-IN"/>
        </w:rPr>
        <w:t>ફરિયાદ</w:t>
      </w:r>
      <w:r w:rsidR="00A240BA">
        <w:t xml:space="preserve"> </w:t>
      </w:r>
      <w:r w:rsidR="00A240BA">
        <w:rPr>
          <w:rFonts w:cs="Shruti"/>
          <w:cs/>
          <w:lang w:bidi="gu-IN"/>
        </w:rPr>
        <w:t>નિવારણ</w:t>
      </w:r>
      <w:r w:rsidR="00A240BA">
        <w:t xml:space="preserve"> </w:t>
      </w:r>
      <w:r w:rsidR="00A240BA">
        <w:rPr>
          <w:rFonts w:cs="Shruti"/>
          <w:cs/>
          <w:lang w:bidi="gu-IN"/>
        </w:rPr>
        <w:t>વ્યવસ્થા</w:t>
      </w:r>
      <w:r w:rsidR="00A240BA">
        <w:t xml:space="preserve">" (Grievance Redressal Mechanism) </w:t>
      </w:r>
      <w:r w:rsidR="00A240BA">
        <w:rPr>
          <w:rFonts w:cs="Shruti"/>
          <w:cs/>
          <w:lang w:bidi="gu-IN"/>
        </w:rPr>
        <w:t>અમલમાં</w:t>
      </w:r>
      <w:r w:rsidR="00A240BA">
        <w:t xml:space="preserve"> </w:t>
      </w:r>
      <w:r w:rsidR="00A240BA">
        <w:rPr>
          <w:rFonts w:cs="Shruti"/>
          <w:cs/>
          <w:lang w:bidi="gu-IN"/>
        </w:rPr>
        <w:t>છે</w:t>
      </w:r>
      <w:r w:rsidR="00A240BA">
        <w:t xml:space="preserve">. </w:t>
      </w:r>
      <w:r w:rsidR="00A240BA">
        <w:rPr>
          <w:rFonts w:cs="Shruti"/>
          <w:cs/>
          <w:lang w:bidi="gu-IN"/>
        </w:rPr>
        <w:t>શાળા</w:t>
      </w:r>
      <w:r w:rsidR="00A240BA">
        <w:t xml:space="preserve"> </w:t>
      </w:r>
      <w:r w:rsidR="00A240BA">
        <w:rPr>
          <w:rFonts w:cs="Shruti"/>
          <w:cs/>
          <w:lang w:bidi="gu-IN"/>
        </w:rPr>
        <w:t>કક્ષાએ</w:t>
      </w:r>
      <w:r w:rsidR="00A240BA">
        <w:t xml:space="preserve"> </w:t>
      </w:r>
      <w:r w:rsidR="00A240BA">
        <w:rPr>
          <w:rFonts w:cs="Shruti"/>
          <w:cs/>
          <w:lang w:bidi="gu-IN"/>
        </w:rPr>
        <w:t>ઉદ્ભવતા</w:t>
      </w:r>
      <w:r w:rsidR="00A240BA">
        <w:t xml:space="preserve"> </w:t>
      </w:r>
      <w:r w:rsidR="00A240BA">
        <w:rPr>
          <w:rFonts w:cs="Shruti"/>
          <w:cs/>
          <w:lang w:bidi="gu-IN"/>
        </w:rPr>
        <w:t>વહીવટી</w:t>
      </w:r>
      <w:r w:rsidR="00A240BA">
        <w:t xml:space="preserve"> </w:t>
      </w:r>
      <w:r w:rsidR="00A240BA">
        <w:rPr>
          <w:rFonts w:cs="Shruti"/>
          <w:cs/>
          <w:lang w:bidi="gu-IN"/>
        </w:rPr>
        <w:t>પ્રશ્નો</w:t>
      </w:r>
      <w:r w:rsidR="00A240BA">
        <w:t xml:space="preserve">, </w:t>
      </w:r>
      <w:r w:rsidR="00A240BA">
        <w:rPr>
          <w:rFonts w:cs="Shruti"/>
          <w:cs/>
          <w:lang w:bidi="gu-IN"/>
        </w:rPr>
        <w:t>શૈક્ષણિક</w:t>
      </w:r>
      <w:r w:rsidR="00A240BA">
        <w:t xml:space="preserve"> </w:t>
      </w:r>
      <w:r w:rsidR="00A240BA">
        <w:rPr>
          <w:rFonts w:cs="Shruti"/>
          <w:cs/>
          <w:lang w:bidi="gu-IN"/>
        </w:rPr>
        <w:t>મુશ્કેલીઓ</w:t>
      </w:r>
      <w:r w:rsidR="00A240BA">
        <w:t xml:space="preserve"> </w:t>
      </w:r>
      <w:r w:rsidR="00A240BA">
        <w:rPr>
          <w:rFonts w:cs="Shruti"/>
          <w:cs/>
          <w:lang w:bidi="gu-IN"/>
        </w:rPr>
        <w:t>કે</w:t>
      </w:r>
      <w:r w:rsidR="00A240BA">
        <w:t xml:space="preserve"> </w:t>
      </w:r>
      <w:r w:rsidR="00A240BA">
        <w:rPr>
          <w:rFonts w:cs="Shruti"/>
          <w:cs/>
          <w:lang w:bidi="gu-IN"/>
        </w:rPr>
        <w:t>અન્ય</w:t>
      </w:r>
      <w:r w:rsidR="00A240BA">
        <w:t xml:space="preserve"> </w:t>
      </w:r>
      <w:r w:rsidR="00A240BA">
        <w:rPr>
          <w:rFonts w:cs="Shruti"/>
          <w:cs/>
          <w:lang w:bidi="gu-IN"/>
        </w:rPr>
        <w:t>રજૂઆતોનું</w:t>
      </w:r>
      <w:r w:rsidR="00A240BA">
        <w:t xml:space="preserve"> </w:t>
      </w:r>
      <w:r w:rsidR="00A240BA">
        <w:rPr>
          <w:rFonts w:cs="Shruti"/>
          <w:cs/>
          <w:lang w:bidi="gu-IN"/>
        </w:rPr>
        <w:t>સત્વરે</w:t>
      </w:r>
      <w:r w:rsidR="00A240BA">
        <w:t xml:space="preserve"> </w:t>
      </w:r>
      <w:r w:rsidR="00A240BA">
        <w:rPr>
          <w:rFonts w:cs="Shruti"/>
          <w:cs/>
          <w:lang w:bidi="gu-IN"/>
        </w:rPr>
        <w:t>નિરાકરણ</w:t>
      </w:r>
      <w:r w:rsidR="00A240BA">
        <w:t xml:space="preserve"> </w:t>
      </w:r>
      <w:r w:rsidR="00A240BA">
        <w:rPr>
          <w:rFonts w:cs="Shruti"/>
          <w:cs/>
          <w:lang w:bidi="gu-IN"/>
        </w:rPr>
        <w:t>લાવી</w:t>
      </w:r>
      <w:r w:rsidR="00A240BA">
        <w:t xml:space="preserve"> </w:t>
      </w:r>
      <w:r w:rsidR="00A240BA">
        <w:rPr>
          <w:rFonts w:cs="Shruti"/>
          <w:cs/>
          <w:lang w:bidi="gu-IN"/>
        </w:rPr>
        <w:t>તેની</w:t>
      </w:r>
      <w:r w:rsidR="00A240BA">
        <w:t xml:space="preserve"> </w:t>
      </w:r>
      <w:r w:rsidR="00A240BA">
        <w:rPr>
          <w:rFonts w:cs="Shruti"/>
          <w:cs/>
          <w:lang w:bidi="gu-IN"/>
        </w:rPr>
        <w:t>નોંધ</w:t>
      </w:r>
      <w:r w:rsidR="00A240BA">
        <w:t xml:space="preserve"> </w:t>
      </w:r>
      <w:r w:rsidR="00A240BA">
        <w:rPr>
          <w:rFonts w:cs="Shruti"/>
          <w:cs/>
          <w:lang w:bidi="gu-IN"/>
        </w:rPr>
        <w:t>નીચે</w:t>
      </w:r>
      <w:r w:rsidR="00A240BA">
        <w:t xml:space="preserve"> </w:t>
      </w:r>
      <w:r w:rsidR="00A240BA">
        <w:rPr>
          <w:rFonts w:cs="Shruti"/>
          <w:cs/>
          <w:lang w:bidi="gu-IN"/>
        </w:rPr>
        <w:t>મુજબના</w:t>
      </w:r>
      <w:r w:rsidR="00A240BA">
        <w:t xml:space="preserve"> </w:t>
      </w:r>
      <w:r w:rsidR="00A240BA">
        <w:rPr>
          <w:rFonts w:cs="Shruti"/>
          <w:cs/>
          <w:lang w:bidi="gu-IN"/>
        </w:rPr>
        <w:t>રજીસ્ટરમાં</w:t>
      </w:r>
      <w:r w:rsidR="00A240BA">
        <w:t xml:space="preserve"> </w:t>
      </w:r>
      <w:r w:rsidR="00A240BA">
        <w:rPr>
          <w:rFonts w:cs="Shruti"/>
          <w:cs/>
          <w:lang w:bidi="gu-IN"/>
        </w:rPr>
        <w:t>કરવામાં</w:t>
      </w:r>
      <w:r w:rsidR="00A240BA">
        <w:t xml:space="preserve"> </w:t>
      </w:r>
      <w:r w:rsidR="00A240BA">
        <w:rPr>
          <w:rFonts w:cs="Shruti"/>
          <w:cs/>
          <w:lang w:bidi="gu-IN"/>
        </w:rPr>
        <w:t>આવે</w:t>
      </w:r>
      <w:r w:rsidR="00A240BA">
        <w:t xml:space="preserve"> </w:t>
      </w:r>
      <w:r w:rsidR="00A240BA">
        <w:rPr>
          <w:rFonts w:cs="Shruti"/>
          <w:cs/>
          <w:lang w:bidi="gu-IN"/>
        </w:rPr>
        <w:t>છે</w:t>
      </w:r>
      <w:r w:rsidR="005B0040"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4"/>
        <w:gridCol w:w="1789"/>
        <w:gridCol w:w="1233"/>
        <w:gridCol w:w="1234"/>
        <w:gridCol w:w="1233"/>
        <w:gridCol w:w="1233"/>
        <w:gridCol w:w="1234"/>
      </w:tblGrid>
      <w:tr w:rsidR="00A240BA" w14:paraId="4BF74CCE" w14:textId="77777777" w:rsidTr="00A240BA">
        <w:tc>
          <w:tcPr>
            <w:tcW w:w="675" w:type="dxa"/>
          </w:tcPr>
          <w:p w14:paraId="128B102B" w14:textId="77777777" w:rsidR="00A240BA" w:rsidRDefault="00A240BA" w:rsidP="00B50F7F">
            <w:r>
              <w:rPr>
                <w:rFonts w:cs="Shruti"/>
                <w:b/>
                <w:bCs/>
                <w:cs/>
                <w:lang w:bidi="gu-IN"/>
              </w:rPr>
              <w:t>ક્રમ</w:t>
            </w:r>
          </w:p>
        </w:tc>
        <w:tc>
          <w:tcPr>
            <w:tcW w:w="1793" w:type="dxa"/>
          </w:tcPr>
          <w:p w14:paraId="7BF7F817" w14:textId="77777777" w:rsidR="00A240BA" w:rsidRDefault="00A240BA" w:rsidP="00B50F7F">
            <w:r>
              <w:rPr>
                <w:rFonts w:cs="Shruti"/>
                <w:b/>
                <w:bCs/>
                <w:cs/>
                <w:lang w:bidi="gu-IN"/>
              </w:rPr>
              <w:t>ફરિયાદ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નોંધ્યા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તારીખ</w:t>
            </w:r>
          </w:p>
        </w:tc>
        <w:tc>
          <w:tcPr>
            <w:tcW w:w="1234" w:type="dxa"/>
          </w:tcPr>
          <w:p w14:paraId="72F58C94" w14:textId="77777777" w:rsidR="00A240BA" w:rsidRDefault="00A240BA" w:rsidP="00B50F7F">
            <w:r>
              <w:rPr>
                <w:rFonts w:cs="Shruti"/>
                <w:b/>
                <w:bCs/>
                <w:cs/>
                <w:lang w:bidi="gu-IN"/>
              </w:rPr>
              <w:t>કર્મચારી</w:t>
            </w:r>
            <w:r>
              <w:rPr>
                <w:b/>
              </w:rPr>
              <w:t xml:space="preserve"> / </w:t>
            </w:r>
            <w:r>
              <w:rPr>
                <w:rFonts w:cs="Shruti"/>
                <w:b/>
                <w:bCs/>
                <w:cs/>
                <w:lang w:bidi="gu-IN"/>
              </w:rPr>
              <w:t>શિક્ષકનું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નામ</w:t>
            </w:r>
          </w:p>
        </w:tc>
        <w:tc>
          <w:tcPr>
            <w:tcW w:w="1234" w:type="dxa"/>
          </w:tcPr>
          <w:p w14:paraId="511EFE47" w14:textId="77777777" w:rsidR="00A240BA" w:rsidRDefault="00A240BA" w:rsidP="00B50F7F">
            <w:r>
              <w:rPr>
                <w:rFonts w:cs="Shruti"/>
                <w:b/>
                <w:bCs/>
                <w:cs/>
                <w:lang w:bidi="gu-IN"/>
              </w:rPr>
              <w:t>ફરિયાદ</w:t>
            </w:r>
            <w:r>
              <w:rPr>
                <w:b/>
              </w:rPr>
              <w:t xml:space="preserve"> / </w:t>
            </w:r>
            <w:r>
              <w:rPr>
                <w:rFonts w:cs="Shruti"/>
                <w:b/>
                <w:bCs/>
                <w:cs/>
                <w:lang w:bidi="gu-IN"/>
              </w:rPr>
              <w:t>રજૂઆતની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ટૂંકી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વિગત</w:t>
            </w:r>
          </w:p>
        </w:tc>
        <w:tc>
          <w:tcPr>
            <w:tcW w:w="1234" w:type="dxa"/>
          </w:tcPr>
          <w:p w14:paraId="2D0DD504" w14:textId="77777777" w:rsidR="00A240BA" w:rsidRDefault="00A240BA" w:rsidP="00B50F7F">
            <w:r>
              <w:rPr>
                <w:rFonts w:cs="Shruti"/>
                <w:b/>
                <w:bCs/>
                <w:cs/>
                <w:lang w:bidi="gu-IN"/>
              </w:rPr>
              <w:t>લેવાયેલ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પગલાં</w:t>
            </w:r>
            <w:r>
              <w:rPr>
                <w:b/>
              </w:rPr>
              <w:t xml:space="preserve"> / </w:t>
            </w:r>
            <w:r>
              <w:rPr>
                <w:rFonts w:cs="Shruti"/>
                <w:b/>
                <w:bCs/>
                <w:cs/>
                <w:lang w:bidi="gu-IN"/>
              </w:rPr>
              <w:t>નિકાલની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વિગત</w:t>
            </w:r>
          </w:p>
        </w:tc>
        <w:tc>
          <w:tcPr>
            <w:tcW w:w="1234" w:type="dxa"/>
          </w:tcPr>
          <w:p w14:paraId="06B1D186" w14:textId="77777777" w:rsidR="00A240BA" w:rsidRDefault="00A240BA" w:rsidP="00B50F7F">
            <w:r>
              <w:rPr>
                <w:rFonts w:cs="Shruti"/>
                <w:b/>
                <w:bCs/>
                <w:cs/>
                <w:lang w:bidi="gu-IN"/>
              </w:rPr>
              <w:t>નિકાલની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તારીખ</w:t>
            </w:r>
          </w:p>
        </w:tc>
        <w:tc>
          <w:tcPr>
            <w:tcW w:w="1234" w:type="dxa"/>
          </w:tcPr>
          <w:p w14:paraId="6EBFB7B3" w14:textId="77777777" w:rsidR="00A240BA" w:rsidRDefault="00A240BA" w:rsidP="00B50F7F">
            <w:r>
              <w:rPr>
                <w:rFonts w:cs="Shruti"/>
                <w:b/>
                <w:bCs/>
                <w:cs/>
                <w:lang w:bidi="gu-IN"/>
              </w:rPr>
              <w:t>સંતોષકારક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નિકાલ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બદલ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કર્મચારીની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સહી</w:t>
            </w:r>
          </w:p>
        </w:tc>
      </w:tr>
      <w:tr w:rsidR="00A240BA" w14:paraId="6732B15E" w14:textId="77777777" w:rsidTr="00A240BA">
        <w:tc>
          <w:tcPr>
            <w:tcW w:w="675" w:type="dxa"/>
          </w:tcPr>
          <w:p w14:paraId="694A618F" w14:textId="77777777" w:rsidR="00A240BA" w:rsidRDefault="00A240BA" w:rsidP="00A240BA">
            <w:pPr>
              <w:jc w:val="center"/>
            </w:pPr>
            <w:r>
              <w:t>1</w:t>
            </w:r>
          </w:p>
        </w:tc>
        <w:tc>
          <w:tcPr>
            <w:tcW w:w="1793" w:type="dxa"/>
          </w:tcPr>
          <w:p w14:paraId="658DAC46" w14:textId="77777777" w:rsidR="00A240BA" w:rsidRDefault="00A240BA" w:rsidP="00A240BA">
            <w:pPr>
              <w:jc w:val="center"/>
            </w:pPr>
            <w:r w:rsidRPr="00F907DF">
              <w:t>NIL</w:t>
            </w:r>
          </w:p>
        </w:tc>
        <w:tc>
          <w:tcPr>
            <w:tcW w:w="1234" w:type="dxa"/>
          </w:tcPr>
          <w:p w14:paraId="0716E6E7" w14:textId="77777777" w:rsidR="00A240BA" w:rsidRDefault="00A240BA" w:rsidP="00A240BA">
            <w:pPr>
              <w:jc w:val="center"/>
            </w:pPr>
            <w:r w:rsidRPr="00504BBF">
              <w:t>NIL</w:t>
            </w:r>
          </w:p>
        </w:tc>
        <w:tc>
          <w:tcPr>
            <w:tcW w:w="1234" w:type="dxa"/>
          </w:tcPr>
          <w:p w14:paraId="14A4EDDC" w14:textId="77777777" w:rsidR="00A240BA" w:rsidRDefault="00A240BA" w:rsidP="00A240BA">
            <w:pPr>
              <w:jc w:val="center"/>
            </w:pPr>
            <w:r w:rsidRPr="00504BBF">
              <w:t>NIL</w:t>
            </w:r>
          </w:p>
        </w:tc>
        <w:tc>
          <w:tcPr>
            <w:tcW w:w="1234" w:type="dxa"/>
          </w:tcPr>
          <w:p w14:paraId="1645BE68" w14:textId="77777777" w:rsidR="00A240BA" w:rsidRDefault="00A240BA" w:rsidP="00A240BA">
            <w:pPr>
              <w:jc w:val="center"/>
            </w:pPr>
            <w:r w:rsidRPr="00504BBF">
              <w:t>NIL</w:t>
            </w:r>
          </w:p>
        </w:tc>
        <w:tc>
          <w:tcPr>
            <w:tcW w:w="1234" w:type="dxa"/>
          </w:tcPr>
          <w:p w14:paraId="0CA65913" w14:textId="77777777" w:rsidR="00A240BA" w:rsidRDefault="00A240BA" w:rsidP="00A240BA">
            <w:pPr>
              <w:jc w:val="center"/>
            </w:pPr>
            <w:r w:rsidRPr="00504BBF">
              <w:t>NIL</w:t>
            </w:r>
          </w:p>
        </w:tc>
        <w:tc>
          <w:tcPr>
            <w:tcW w:w="1234" w:type="dxa"/>
          </w:tcPr>
          <w:p w14:paraId="64B3F7B4" w14:textId="77777777" w:rsidR="00A240BA" w:rsidRDefault="00A240BA" w:rsidP="00A240BA">
            <w:pPr>
              <w:jc w:val="center"/>
            </w:pPr>
            <w:r w:rsidRPr="00504BBF">
              <w:t>NIL</w:t>
            </w:r>
          </w:p>
        </w:tc>
      </w:tr>
      <w:tr w:rsidR="00A240BA" w14:paraId="3D2CD615" w14:textId="77777777" w:rsidTr="00A240BA">
        <w:tc>
          <w:tcPr>
            <w:tcW w:w="675" w:type="dxa"/>
          </w:tcPr>
          <w:p w14:paraId="1ECB6274" w14:textId="77777777" w:rsidR="00A240BA" w:rsidRDefault="00A240BA" w:rsidP="00A240BA">
            <w:pPr>
              <w:jc w:val="center"/>
            </w:pPr>
            <w:r>
              <w:t>2</w:t>
            </w:r>
          </w:p>
        </w:tc>
        <w:tc>
          <w:tcPr>
            <w:tcW w:w="1793" w:type="dxa"/>
          </w:tcPr>
          <w:p w14:paraId="7B8CC6EA" w14:textId="77777777" w:rsidR="00A240BA" w:rsidRDefault="00A240BA" w:rsidP="00A240BA">
            <w:pPr>
              <w:jc w:val="center"/>
            </w:pPr>
            <w:r w:rsidRPr="00BD6A5C">
              <w:t>NIL</w:t>
            </w:r>
          </w:p>
        </w:tc>
        <w:tc>
          <w:tcPr>
            <w:tcW w:w="1234" w:type="dxa"/>
          </w:tcPr>
          <w:p w14:paraId="62B809D9" w14:textId="77777777" w:rsidR="00A240BA" w:rsidRDefault="00A240BA" w:rsidP="00A240BA">
            <w:pPr>
              <w:jc w:val="center"/>
            </w:pPr>
            <w:r w:rsidRPr="00504BBF">
              <w:t>NIL</w:t>
            </w:r>
          </w:p>
        </w:tc>
        <w:tc>
          <w:tcPr>
            <w:tcW w:w="1234" w:type="dxa"/>
          </w:tcPr>
          <w:p w14:paraId="495EBA00" w14:textId="77777777" w:rsidR="00A240BA" w:rsidRDefault="00A240BA" w:rsidP="00A240BA">
            <w:pPr>
              <w:jc w:val="center"/>
            </w:pPr>
            <w:r w:rsidRPr="00504BBF">
              <w:t>NIL</w:t>
            </w:r>
          </w:p>
        </w:tc>
        <w:tc>
          <w:tcPr>
            <w:tcW w:w="1234" w:type="dxa"/>
          </w:tcPr>
          <w:p w14:paraId="5212689E" w14:textId="77777777" w:rsidR="00A240BA" w:rsidRDefault="00A240BA" w:rsidP="00A240BA">
            <w:pPr>
              <w:jc w:val="center"/>
            </w:pPr>
            <w:r w:rsidRPr="00504BBF">
              <w:t>NIL</w:t>
            </w:r>
          </w:p>
        </w:tc>
        <w:tc>
          <w:tcPr>
            <w:tcW w:w="1234" w:type="dxa"/>
          </w:tcPr>
          <w:p w14:paraId="27444E57" w14:textId="77777777" w:rsidR="00A240BA" w:rsidRDefault="00A240BA" w:rsidP="00A240BA">
            <w:pPr>
              <w:jc w:val="center"/>
            </w:pPr>
            <w:r w:rsidRPr="00504BBF">
              <w:t>NIL</w:t>
            </w:r>
          </w:p>
        </w:tc>
        <w:tc>
          <w:tcPr>
            <w:tcW w:w="1234" w:type="dxa"/>
          </w:tcPr>
          <w:p w14:paraId="027E2A63" w14:textId="77777777" w:rsidR="00A240BA" w:rsidRDefault="00A240BA" w:rsidP="00A240BA">
            <w:pPr>
              <w:jc w:val="center"/>
            </w:pPr>
            <w:r w:rsidRPr="00504BBF">
              <w:t>NIL</w:t>
            </w:r>
          </w:p>
        </w:tc>
      </w:tr>
      <w:tr w:rsidR="00A240BA" w14:paraId="4A5D7B03" w14:textId="77777777" w:rsidTr="00A240BA">
        <w:tc>
          <w:tcPr>
            <w:tcW w:w="675" w:type="dxa"/>
          </w:tcPr>
          <w:p w14:paraId="7C1DAD5B" w14:textId="77777777" w:rsidR="00A240BA" w:rsidRDefault="00A240BA" w:rsidP="00A240BA">
            <w:pPr>
              <w:jc w:val="center"/>
            </w:pPr>
            <w:r>
              <w:t>3</w:t>
            </w:r>
          </w:p>
        </w:tc>
        <w:tc>
          <w:tcPr>
            <w:tcW w:w="1793" w:type="dxa"/>
          </w:tcPr>
          <w:p w14:paraId="19908914" w14:textId="77777777" w:rsidR="00A240BA" w:rsidRDefault="00A240BA" w:rsidP="00A240BA">
            <w:pPr>
              <w:jc w:val="center"/>
            </w:pPr>
            <w:r w:rsidRPr="00BD6A5C">
              <w:t>NIL</w:t>
            </w:r>
          </w:p>
        </w:tc>
        <w:tc>
          <w:tcPr>
            <w:tcW w:w="1234" w:type="dxa"/>
          </w:tcPr>
          <w:p w14:paraId="58E7720C" w14:textId="77777777" w:rsidR="00A240BA" w:rsidRDefault="00A240BA" w:rsidP="00A240BA">
            <w:pPr>
              <w:jc w:val="center"/>
            </w:pPr>
            <w:r w:rsidRPr="00504BBF">
              <w:t>NIL</w:t>
            </w:r>
          </w:p>
        </w:tc>
        <w:tc>
          <w:tcPr>
            <w:tcW w:w="1234" w:type="dxa"/>
          </w:tcPr>
          <w:p w14:paraId="420F0F86" w14:textId="77777777" w:rsidR="00A240BA" w:rsidRDefault="00A240BA" w:rsidP="00A240BA">
            <w:pPr>
              <w:jc w:val="center"/>
            </w:pPr>
            <w:r w:rsidRPr="00504BBF">
              <w:t>NIL</w:t>
            </w:r>
          </w:p>
        </w:tc>
        <w:tc>
          <w:tcPr>
            <w:tcW w:w="1234" w:type="dxa"/>
          </w:tcPr>
          <w:p w14:paraId="56D3675D" w14:textId="77777777" w:rsidR="00A240BA" w:rsidRDefault="00A240BA" w:rsidP="00A240BA">
            <w:pPr>
              <w:jc w:val="center"/>
            </w:pPr>
            <w:r w:rsidRPr="00504BBF">
              <w:t>NIL</w:t>
            </w:r>
          </w:p>
        </w:tc>
        <w:tc>
          <w:tcPr>
            <w:tcW w:w="1234" w:type="dxa"/>
          </w:tcPr>
          <w:p w14:paraId="073132E8" w14:textId="77777777" w:rsidR="00A240BA" w:rsidRDefault="00A240BA" w:rsidP="00A240BA">
            <w:pPr>
              <w:jc w:val="center"/>
            </w:pPr>
            <w:r w:rsidRPr="00504BBF">
              <w:t>NIL</w:t>
            </w:r>
          </w:p>
        </w:tc>
        <w:tc>
          <w:tcPr>
            <w:tcW w:w="1234" w:type="dxa"/>
          </w:tcPr>
          <w:p w14:paraId="057A92C6" w14:textId="77777777" w:rsidR="00A240BA" w:rsidRDefault="00A240BA" w:rsidP="00A240BA">
            <w:pPr>
              <w:jc w:val="center"/>
            </w:pPr>
            <w:r w:rsidRPr="00504BBF">
              <w:t>NIL</w:t>
            </w:r>
          </w:p>
        </w:tc>
      </w:tr>
      <w:tr w:rsidR="00A240BA" w14:paraId="1E28C166" w14:textId="77777777" w:rsidTr="00A240BA">
        <w:tc>
          <w:tcPr>
            <w:tcW w:w="675" w:type="dxa"/>
          </w:tcPr>
          <w:p w14:paraId="7F450E0F" w14:textId="77777777" w:rsidR="00A240BA" w:rsidRDefault="00A240BA" w:rsidP="00A240BA">
            <w:pPr>
              <w:jc w:val="center"/>
            </w:pPr>
            <w:r>
              <w:t>4</w:t>
            </w:r>
          </w:p>
        </w:tc>
        <w:tc>
          <w:tcPr>
            <w:tcW w:w="1793" w:type="dxa"/>
          </w:tcPr>
          <w:p w14:paraId="17394BD7" w14:textId="77777777" w:rsidR="00A240BA" w:rsidRDefault="00A240BA" w:rsidP="00A240BA">
            <w:pPr>
              <w:jc w:val="center"/>
            </w:pPr>
            <w:r w:rsidRPr="00BD6A5C">
              <w:t>NIL</w:t>
            </w:r>
          </w:p>
        </w:tc>
        <w:tc>
          <w:tcPr>
            <w:tcW w:w="1234" w:type="dxa"/>
          </w:tcPr>
          <w:p w14:paraId="0C1F2A49" w14:textId="77777777" w:rsidR="00A240BA" w:rsidRDefault="00A240BA" w:rsidP="00A240BA">
            <w:pPr>
              <w:jc w:val="center"/>
            </w:pPr>
            <w:r w:rsidRPr="00504BBF">
              <w:t>NIL</w:t>
            </w:r>
          </w:p>
        </w:tc>
        <w:tc>
          <w:tcPr>
            <w:tcW w:w="1234" w:type="dxa"/>
          </w:tcPr>
          <w:p w14:paraId="22A5E852" w14:textId="77777777" w:rsidR="00A240BA" w:rsidRDefault="00A240BA" w:rsidP="00A240BA">
            <w:pPr>
              <w:jc w:val="center"/>
            </w:pPr>
            <w:r w:rsidRPr="00504BBF">
              <w:t>NIL</w:t>
            </w:r>
          </w:p>
        </w:tc>
        <w:tc>
          <w:tcPr>
            <w:tcW w:w="1234" w:type="dxa"/>
          </w:tcPr>
          <w:p w14:paraId="51CE554C" w14:textId="77777777" w:rsidR="00A240BA" w:rsidRDefault="00A240BA" w:rsidP="00A240BA">
            <w:pPr>
              <w:jc w:val="center"/>
            </w:pPr>
            <w:r w:rsidRPr="00504BBF">
              <w:t>NIL</w:t>
            </w:r>
          </w:p>
        </w:tc>
        <w:tc>
          <w:tcPr>
            <w:tcW w:w="1234" w:type="dxa"/>
          </w:tcPr>
          <w:p w14:paraId="73AB37B2" w14:textId="77777777" w:rsidR="00A240BA" w:rsidRDefault="00A240BA" w:rsidP="00A240BA">
            <w:pPr>
              <w:jc w:val="center"/>
            </w:pPr>
            <w:r w:rsidRPr="00504BBF">
              <w:t>NIL</w:t>
            </w:r>
          </w:p>
        </w:tc>
        <w:tc>
          <w:tcPr>
            <w:tcW w:w="1234" w:type="dxa"/>
          </w:tcPr>
          <w:p w14:paraId="0A84A7DF" w14:textId="77777777" w:rsidR="00A240BA" w:rsidRDefault="00A240BA" w:rsidP="00A240BA">
            <w:pPr>
              <w:jc w:val="center"/>
            </w:pPr>
            <w:r w:rsidRPr="00504BBF">
              <w:t>NIL</w:t>
            </w:r>
          </w:p>
        </w:tc>
      </w:tr>
      <w:tr w:rsidR="00A240BA" w14:paraId="3B697A2B" w14:textId="77777777" w:rsidTr="00A240BA">
        <w:tc>
          <w:tcPr>
            <w:tcW w:w="675" w:type="dxa"/>
          </w:tcPr>
          <w:p w14:paraId="1C90200D" w14:textId="77777777" w:rsidR="00A240BA" w:rsidRDefault="00A240BA" w:rsidP="00A240BA">
            <w:pPr>
              <w:jc w:val="center"/>
            </w:pPr>
            <w:r>
              <w:t>5</w:t>
            </w:r>
          </w:p>
        </w:tc>
        <w:tc>
          <w:tcPr>
            <w:tcW w:w="1793" w:type="dxa"/>
          </w:tcPr>
          <w:p w14:paraId="602A5CD3" w14:textId="77777777" w:rsidR="00A240BA" w:rsidRDefault="00A240BA" w:rsidP="00A240BA">
            <w:pPr>
              <w:jc w:val="center"/>
            </w:pPr>
            <w:r w:rsidRPr="00BD6A5C">
              <w:t>NIL</w:t>
            </w:r>
          </w:p>
        </w:tc>
        <w:tc>
          <w:tcPr>
            <w:tcW w:w="1234" w:type="dxa"/>
          </w:tcPr>
          <w:p w14:paraId="5437FD24" w14:textId="77777777" w:rsidR="00A240BA" w:rsidRDefault="00A240BA" w:rsidP="00A240BA">
            <w:pPr>
              <w:jc w:val="center"/>
            </w:pPr>
            <w:r w:rsidRPr="00504BBF">
              <w:t>NIL</w:t>
            </w:r>
          </w:p>
        </w:tc>
        <w:tc>
          <w:tcPr>
            <w:tcW w:w="1234" w:type="dxa"/>
          </w:tcPr>
          <w:p w14:paraId="02F73CE7" w14:textId="77777777" w:rsidR="00A240BA" w:rsidRDefault="00A240BA" w:rsidP="00A240BA">
            <w:pPr>
              <w:jc w:val="center"/>
            </w:pPr>
            <w:r w:rsidRPr="00504BBF">
              <w:t>NIL</w:t>
            </w:r>
          </w:p>
        </w:tc>
        <w:tc>
          <w:tcPr>
            <w:tcW w:w="1234" w:type="dxa"/>
          </w:tcPr>
          <w:p w14:paraId="61E80FD4" w14:textId="77777777" w:rsidR="00A240BA" w:rsidRDefault="00A240BA" w:rsidP="00A240BA">
            <w:pPr>
              <w:jc w:val="center"/>
            </w:pPr>
            <w:r w:rsidRPr="00504BBF">
              <w:t>NIL</w:t>
            </w:r>
          </w:p>
        </w:tc>
        <w:tc>
          <w:tcPr>
            <w:tcW w:w="1234" w:type="dxa"/>
          </w:tcPr>
          <w:p w14:paraId="1EB434C7" w14:textId="77777777" w:rsidR="00A240BA" w:rsidRDefault="00A240BA" w:rsidP="00A240BA">
            <w:pPr>
              <w:jc w:val="center"/>
            </w:pPr>
            <w:r w:rsidRPr="00504BBF">
              <w:t>NIL</w:t>
            </w:r>
          </w:p>
        </w:tc>
        <w:tc>
          <w:tcPr>
            <w:tcW w:w="1234" w:type="dxa"/>
          </w:tcPr>
          <w:p w14:paraId="02596AF9" w14:textId="77777777" w:rsidR="00A240BA" w:rsidRDefault="00A240BA" w:rsidP="00A240BA">
            <w:pPr>
              <w:jc w:val="center"/>
            </w:pPr>
            <w:r w:rsidRPr="00504BBF">
              <w:t>NIL</w:t>
            </w:r>
          </w:p>
        </w:tc>
      </w:tr>
    </w:tbl>
    <w:p w14:paraId="5880A7CD" w14:textId="77777777" w:rsidR="00A240BA" w:rsidRPr="00A240BA" w:rsidRDefault="00A240BA" w:rsidP="00A240BA">
      <w:pPr>
        <w:jc w:val="center"/>
        <w:rPr>
          <w:rFonts w:cs="Shruti"/>
          <w:lang w:bidi="gu-IN"/>
        </w:rPr>
      </w:pPr>
    </w:p>
    <w:p w14:paraId="5AB24EB2" w14:textId="77777777" w:rsidR="00A240BA" w:rsidRDefault="00A240BA" w:rsidP="00A240BA">
      <w:r>
        <w:rPr>
          <w:rFonts w:cs="Shruti"/>
          <w:i/>
          <w:iCs/>
          <w:cs/>
          <w:lang w:bidi="gu-IN"/>
        </w:rPr>
        <w:t>નોંધ</w:t>
      </w:r>
      <w:r>
        <w:rPr>
          <w:i/>
        </w:rPr>
        <w:t xml:space="preserve">: </w:t>
      </w:r>
      <w:r>
        <w:rPr>
          <w:rFonts w:cs="Shruti"/>
          <w:i/>
          <w:iCs/>
          <w:cs/>
          <w:lang w:bidi="gu-IN"/>
        </w:rPr>
        <w:t>જે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ફરિયાદોનું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શાળા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કક્ષાએ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નિરાકરણ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શક્ય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ન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હોય</w:t>
      </w:r>
      <w:r>
        <w:rPr>
          <w:i/>
        </w:rPr>
        <w:t xml:space="preserve">, </w:t>
      </w:r>
      <w:r>
        <w:rPr>
          <w:rFonts w:cs="Shruti"/>
          <w:i/>
          <w:iCs/>
          <w:cs/>
          <w:lang w:bidi="gu-IN"/>
        </w:rPr>
        <w:t>તેને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ઉચ્ચ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કક્ષાએ</w:t>
      </w:r>
      <w:r>
        <w:rPr>
          <w:i/>
        </w:rPr>
        <w:t xml:space="preserve"> (</w:t>
      </w:r>
      <w:r>
        <w:rPr>
          <w:rFonts w:cs="Shruti"/>
          <w:i/>
          <w:iCs/>
          <w:cs/>
          <w:lang w:bidi="gu-IN"/>
        </w:rPr>
        <w:t>તાલુકા</w:t>
      </w:r>
      <w:r>
        <w:rPr>
          <w:i/>
        </w:rPr>
        <w:t>/</w:t>
      </w:r>
      <w:r>
        <w:rPr>
          <w:rFonts w:cs="Shruti"/>
          <w:i/>
          <w:iCs/>
          <w:cs/>
          <w:lang w:bidi="gu-IN"/>
        </w:rPr>
        <w:t>જિલ્લા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કક્ષાએ</w:t>
      </w:r>
      <w:r>
        <w:rPr>
          <w:i/>
        </w:rPr>
        <w:t xml:space="preserve">) </w:t>
      </w:r>
      <w:r>
        <w:rPr>
          <w:rFonts w:cs="Shruti"/>
          <w:i/>
          <w:iCs/>
          <w:cs/>
          <w:lang w:bidi="gu-IN"/>
        </w:rPr>
        <w:t>ફોરવર્ડ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કરી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તેની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વિગત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પણ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અત્રે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નોંધવામાં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આવે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છે</w:t>
      </w:r>
      <w:r>
        <w:rPr>
          <w:i/>
        </w:rPr>
        <w:t>.</w:t>
      </w:r>
      <w: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A240BA" w14:paraId="21A79D35" w14:textId="77777777" w:rsidTr="00B50F7F">
        <w:tc>
          <w:tcPr>
            <w:tcW w:w="4320" w:type="dxa"/>
          </w:tcPr>
          <w:p w14:paraId="0581D9BC" w14:textId="2887AE40" w:rsidR="00A240BA" w:rsidRDefault="00A240BA" w:rsidP="00B50F7F">
            <w:r>
              <w:rPr>
                <w:rFonts w:cs="Shruti"/>
                <w:cs/>
                <w:lang w:bidi="gu-IN"/>
              </w:rPr>
              <w:t>સ્થળ</w:t>
            </w:r>
            <w:r>
              <w:t>:</w:t>
            </w:r>
            <w:r w:rsidR="00F92374">
              <w:t xml:space="preserve"> </w:t>
            </w:r>
            <w:r w:rsidR="008E13CA">
              <w:rPr>
                <w:rFonts w:cs="Shruti" w:hint="cs"/>
                <w:cs/>
                <w:lang w:bidi="gu-IN"/>
              </w:rPr>
              <w:t xml:space="preserve">ઢાંકણ્રીયાવાસ પ્રાથમિક શાળા </w:t>
            </w:r>
            <w:r w:rsidR="00F92374">
              <w:rPr>
                <w:rFonts w:cs="Shruti" w:hint="cs"/>
                <w:cs/>
                <w:lang w:bidi="gu-IN"/>
              </w:rPr>
              <w:t xml:space="preserve"> </w:t>
            </w:r>
            <w:r>
              <w:br/>
            </w:r>
            <w:r w:rsidR="00077F8E" w:rsidRPr="00A052A9">
              <w:rPr>
                <w:rFonts w:cs="Shruti"/>
                <w:sz w:val="20"/>
                <w:szCs w:val="20"/>
                <w:cs/>
                <w:lang w:bidi="gu-IN"/>
              </w:rPr>
              <w:t>તારીખ</w:t>
            </w:r>
            <w:r w:rsidR="00077F8E" w:rsidRPr="00A052A9">
              <w:rPr>
                <w:sz w:val="20"/>
                <w:szCs w:val="20"/>
              </w:rPr>
              <w:t xml:space="preserve">:  </w:t>
            </w:r>
            <w:r w:rsidR="008E13CA">
              <w:rPr>
                <w:sz w:val="20"/>
                <w:szCs w:val="20"/>
              </w:rPr>
              <w:t>21/08/2026</w:t>
            </w:r>
          </w:p>
        </w:tc>
        <w:tc>
          <w:tcPr>
            <w:tcW w:w="4320" w:type="dxa"/>
          </w:tcPr>
          <w:p w14:paraId="618AB752" w14:textId="77777777" w:rsidR="00A240BA" w:rsidRDefault="00A240BA" w:rsidP="00B50F7F">
            <w:pPr>
              <w:jc w:val="right"/>
            </w:pPr>
            <w:r>
              <w:rPr>
                <w:rFonts w:cs="Shruti"/>
                <w:cs/>
                <w:lang w:bidi="gu-IN"/>
              </w:rPr>
              <w:t>આચાર્યશ્રીની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સહી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અને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સિક્કો</w:t>
            </w:r>
          </w:p>
        </w:tc>
      </w:tr>
    </w:tbl>
    <w:p w14:paraId="3646BA9E" w14:textId="77777777" w:rsidR="00A240BA" w:rsidRDefault="00A240BA" w:rsidP="00A240BA"/>
    <w:p w14:paraId="52721A5C" w14:textId="77777777" w:rsidR="004E36A0" w:rsidRDefault="004E36A0" w:rsidP="00546E7C">
      <w:pPr>
        <w:tabs>
          <w:tab w:val="left" w:pos="2835"/>
        </w:tabs>
        <w:spacing w:line="240" w:lineRule="auto"/>
        <w:jc w:val="center"/>
        <w:rPr>
          <w:rFonts w:cs="Shruti"/>
          <w:sz w:val="28"/>
          <w:szCs w:val="28"/>
          <w:lang w:bidi="gu-IN"/>
        </w:rPr>
      </w:pPr>
    </w:p>
    <w:p w14:paraId="7E6A28E3" w14:textId="77777777" w:rsidR="007A497B" w:rsidRDefault="007A497B" w:rsidP="00546E7C">
      <w:pPr>
        <w:tabs>
          <w:tab w:val="left" w:pos="2835"/>
        </w:tabs>
        <w:spacing w:line="240" w:lineRule="auto"/>
        <w:jc w:val="center"/>
        <w:rPr>
          <w:rFonts w:cs="Shruti"/>
          <w:sz w:val="28"/>
          <w:szCs w:val="28"/>
          <w:lang w:bidi="gu-IN"/>
        </w:rPr>
      </w:pPr>
    </w:p>
    <w:p w14:paraId="1243ECCC" w14:textId="08A4EEE8" w:rsidR="00502A5D" w:rsidRDefault="002546D1" w:rsidP="00DF56EC">
      <w:pPr>
        <w:spacing w:after="0" w:line="240" w:lineRule="auto"/>
        <w:rPr>
          <w:rFonts w:cs="Shruti"/>
          <w:b/>
          <w:u w:val="single"/>
          <w:lang w:val="en-IN" w:bidi="gu-IN"/>
        </w:rPr>
      </w:pPr>
      <w:r>
        <w:rPr>
          <w:rFonts w:cs="Shruti" w:hint="cs"/>
          <w:sz w:val="28"/>
          <w:szCs w:val="28"/>
          <w:u w:val="single"/>
          <w:cs/>
          <w:lang w:bidi="gu-IN"/>
        </w:rPr>
        <w:lastRenderedPageBreak/>
        <w:t>ઢાંકણ્રીયાવાસ પ્રાથમિક શાળા તા- લાખણી જિલ્લો - વાવ-થરાદ ડાયસ કોડ: 24021300207</w:t>
      </w:r>
    </w:p>
    <w:p w14:paraId="2A57332A" w14:textId="77777777" w:rsidR="007A497B" w:rsidRPr="00B50F7F" w:rsidRDefault="007A497B" w:rsidP="00B50F7F">
      <w:pPr>
        <w:tabs>
          <w:tab w:val="left" w:pos="2835"/>
        </w:tabs>
        <w:spacing w:line="240" w:lineRule="auto"/>
        <w:rPr>
          <w:rFonts w:cs="Shruti"/>
          <w:sz w:val="24"/>
          <w:szCs w:val="24"/>
          <w:lang w:bidi="gu-IN"/>
        </w:rPr>
      </w:pPr>
      <w:r w:rsidRPr="00B50F7F">
        <w:rPr>
          <w:rFonts w:cs="Shruti"/>
          <w:sz w:val="24"/>
          <w:szCs w:val="24"/>
          <w:cs/>
          <w:lang w:bidi="gu-IN"/>
        </w:rPr>
        <w:t xml:space="preserve">શાળા વિકાસ યોજના રચનાના ભાગરૂપે યોજાયેલ </w:t>
      </w:r>
      <w:r w:rsidRPr="00B50F7F">
        <w:rPr>
          <w:rFonts w:cs="Shruti"/>
          <w:sz w:val="24"/>
          <w:szCs w:val="24"/>
        </w:rPr>
        <w:t>SMC/</w:t>
      </w:r>
      <w:r w:rsidRPr="00B50F7F">
        <w:rPr>
          <w:rFonts w:cs="Shruti"/>
          <w:sz w:val="24"/>
          <w:szCs w:val="24"/>
          <w:cs/>
          <w:lang w:bidi="gu-IN"/>
        </w:rPr>
        <w:t>વાલીમંડળની બેઠકોની વિગત અને કાર્યવાહી નોંધ</w:t>
      </w:r>
      <w:r w:rsidRPr="00B50F7F">
        <w:rPr>
          <w:sz w:val="24"/>
          <w:szCs w:val="24"/>
        </w:rPr>
        <w:t xml:space="preserve"> </w:t>
      </w:r>
    </w:p>
    <w:p w14:paraId="6E528954" w14:textId="3EE5C6BF" w:rsidR="007A497B" w:rsidRPr="00B50F7F" w:rsidRDefault="007A497B" w:rsidP="00B50F7F">
      <w:pPr>
        <w:tabs>
          <w:tab w:val="left" w:pos="2835"/>
        </w:tabs>
        <w:spacing w:line="240" w:lineRule="auto"/>
        <w:rPr>
          <w:rFonts w:cs="Shruti"/>
          <w:sz w:val="28"/>
          <w:szCs w:val="28"/>
          <w:lang w:bidi="gu-IN"/>
        </w:rPr>
      </w:pPr>
      <w:r w:rsidRPr="007A497B">
        <w:rPr>
          <w:rFonts w:cs="Shruti"/>
          <w:b/>
          <w:bCs/>
          <w:u w:val="single"/>
          <w:cs/>
          <w:lang w:bidi="gu-IN"/>
        </w:rPr>
        <w:t>પ્રસ્તાવના</w:t>
      </w:r>
      <w:r w:rsidRPr="007A497B">
        <w:rPr>
          <w:b/>
          <w:bCs/>
          <w:u w:val="single"/>
        </w:rPr>
        <w:t>:</w:t>
      </w:r>
      <w:r w:rsidRPr="007A497B">
        <w:rPr>
          <w:rFonts w:cs="Shruti"/>
          <w:sz w:val="18"/>
          <w:szCs w:val="18"/>
          <w:cs/>
          <w:lang w:bidi="gu-IN"/>
        </w:rPr>
        <w:t>ગુણોત્સવ</w:t>
      </w:r>
      <w:r w:rsidRPr="007A497B">
        <w:rPr>
          <w:sz w:val="18"/>
          <w:szCs w:val="18"/>
        </w:rPr>
        <w:t xml:space="preserve"> </w:t>
      </w:r>
      <w:r w:rsidRPr="007A497B">
        <w:rPr>
          <w:rFonts w:cs="Shruti"/>
          <w:sz w:val="18"/>
          <w:szCs w:val="18"/>
          <w:cs/>
          <w:lang w:bidi="gu-IN"/>
        </w:rPr>
        <w:t>૨</w:t>
      </w:r>
      <w:r w:rsidRPr="007A497B">
        <w:rPr>
          <w:sz w:val="18"/>
          <w:szCs w:val="18"/>
        </w:rPr>
        <w:t>.</w:t>
      </w:r>
      <w:r w:rsidRPr="007A497B">
        <w:rPr>
          <w:rFonts w:cs="Shruti"/>
          <w:sz w:val="18"/>
          <w:szCs w:val="18"/>
          <w:cs/>
          <w:lang w:bidi="gu-IN"/>
        </w:rPr>
        <w:t>૦</w:t>
      </w:r>
      <w:r w:rsidRPr="007A497B">
        <w:rPr>
          <w:sz w:val="18"/>
          <w:szCs w:val="18"/>
        </w:rPr>
        <w:t xml:space="preserve"> </w:t>
      </w:r>
      <w:r w:rsidRPr="007A497B">
        <w:rPr>
          <w:rFonts w:cs="Shruti"/>
          <w:sz w:val="18"/>
          <w:szCs w:val="18"/>
          <w:cs/>
          <w:lang w:bidi="gu-IN"/>
        </w:rPr>
        <w:t>ના</w:t>
      </w:r>
      <w:r w:rsidRPr="007A497B">
        <w:rPr>
          <w:sz w:val="18"/>
          <w:szCs w:val="18"/>
        </w:rPr>
        <w:t xml:space="preserve"> </w:t>
      </w:r>
      <w:r w:rsidRPr="007A497B">
        <w:rPr>
          <w:rFonts w:cs="Shruti"/>
          <w:sz w:val="18"/>
          <w:szCs w:val="18"/>
          <w:cs/>
          <w:lang w:bidi="gu-IN"/>
        </w:rPr>
        <w:t>માપદંડો</w:t>
      </w:r>
      <w:r w:rsidRPr="007A497B">
        <w:rPr>
          <w:sz w:val="18"/>
          <w:szCs w:val="18"/>
        </w:rPr>
        <w:t xml:space="preserve"> </w:t>
      </w:r>
      <w:r w:rsidRPr="007A497B">
        <w:rPr>
          <w:rFonts w:cs="Shruti"/>
          <w:sz w:val="18"/>
          <w:szCs w:val="18"/>
          <w:cs/>
          <w:lang w:bidi="gu-IN"/>
        </w:rPr>
        <w:t>અને</w:t>
      </w:r>
      <w:r w:rsidRPr="007A497B">
        <w:rPr>
          <w:sz w:val="18"/>
          <w:szCs w:val="18"/>
        </w:rPr>
        <w:t xml:space="preserve"> </w:t>
      </w:r>
      <w:r w:rsidRPr="007A497B">
        <w:rPr>
          <w:rFonts w:cs="Shruti"/>
          <w:sz w:val="18"/>
          <w:szCs w:val="18"/>
          <w:cs/>
          <w:lang w:bidi="gu-IN"/>
        </w:rPr>
        <w:t>રાઈટ</w:t>
      </w:r>
      <w:r w:rsidRPr="007A497B">
        <w:rPr>
          <w:sz w:val="18"/>
          <w:szCs w:val="18"/>
        </w:rPr>
        <w:t xml:space="preserve"> </w:t>
      </w:r>
      <w:r w:rsidRPr="007A497B">
        <w:rPr>
          <w:rFonts w:cs="Shruti"/>
          <w:sz w:val="18"/>
          <w:szCs w:val="18"/>
          <w:cs/>
          <w:lang w:bidi="gu-IN"/>
        </w:rPr>
        <w:t>ટુ</w:t>
      </w:r>
      <w:r w:rsidRPr="007A497B">
        <w:rPr>
          <w:sz w:val="18"/>
          <w:szCs w:val="18"/>
        </w:rPr>
        <w:t xml:space="preserve"> </w:t>
      </w:r>
      <w:r w:rsidRPr="007A497B">
        <w:rPr>
          <w:rFonts w:cs="Shruti"/>
          <w:sz w:val="18"/>
          <w:szCs w:val="18"/>
          <w:cs/>
          <w:lang w:bidi="gu-IN"/>
        </w:rPr>
        <w:t>એજ્યુકેશન</w:t>
      </w:r>
      <w:r w:rsidRPr="007A497B">
        <w:rPr>
          <w:sz w:val="18"/>
          <w:szCs w:val="18"/>
        </w:rPr>
        <w:t xml:space="preserve"> (RTE) </w:t>
      </w:r>
      <w:r w:rsidRPr="007A497B">
        <w:rPr>
          <w:rFonts w:cs="Shruti"/>
          <w:sz w:val="18"/>
          <w:szCs w:val="18"/>
          <w:cs/>
          <w:lang w:bidi="gu-IN"/>
        </w:rPr>
        <w:t>એક્ટની</w:t>
      </w:r>
      <w:r w:rsidRPr="007A497B">
        <w:rPr>
          <w:sz w:val="18"/>
          <w:szCs w:val="18"/>
        </w:rPr>
        <w:t xml:space="preserve"> </w:t>
      </w:r>
      <w:r w:rsidRPr="007A497B">
        <w:rPr>
          <w:rFonts w:cs="Shruti"/>
          <w:sz w:val="18"/>
          <w:szCs w:val="18"/>
          <w:cs/>
          <w:lang w:bidi="gu-IN"/>
        </w:rPr>
        <w:t>જોગવાઈઓ</w:t>
      </w:r>
      <w:r w:rsidRPr="007A497B">
        <w:rPr>
          <w:sz w:val="18"/>
          <w:szCs w:val="18"/>
        </w:rPr>
        <w:t xml:space="preserve"> </w:t>
      </w:r>
      <w:r w:rsidRPr="007A497B">
        <w:rPr>
          <w:rFonts w:cs="Shruti"/>
          <w:sz w:val="18"/>
          <w:szCs w:val="18"/>
          <w:cs/>
          <w:lang w:bidi="gu-IN"/>
        </w:rPr>
        <w:t>અનુસાર</w:t>
      </w:r>
      <w:r w:rsidRPr="007A497B">
        <w:rPr>
          <w:sz w:val="18"/>
          <w:szCs w:val="18"/>
        </w:rPr>
        <w:t>,</w:t>
      </w:r>
      <w:r w:rsidR="009302AE">
        <w:t xml:space="preserve"> </w:t>
      </w:r>
      <w:r w:rsidR="008E13CA">
        <w:rPr>
          <w:rFonts w:cs="Shruti" w:hint="cs"/>
          <w:sz w:val="18"/>
          <w:szCs w:val="18"/>
          <w:cs/>
          <w:lang w:bidi="gu-IN"/>
        </w:rPr>
        <w:t xml:space="preserve">ઢાંકણ્રીયાવાસ પ્રાથમિક શાળા </w:t>
      </w:r>
      <w:r w:rsidRPr="007A497B">
        <w:rPr>
          <w:rFonts w:cs="Shruti"/>
          <w:sz w:val="18"/>
          <w:szCs w:val="18"/>
          <w:cs/>
          <w:lang w:bidi="gu-IN"/>
        </w:rPr>
        <w:t>ના</w:t>
      </w:r>
      <w:r w:rsidRPr="007A497B">
        <w:rPr>
          <w:sz w:val="18"/>
          <w:szCs w:val="18"/>
        </w:rPr>
        <w:t xml:space="preserve"> </w:t>
      </w:r>
      <w:r w:rsidRPr="007A497B">
        <w:rPr>
          <w:rFonts w:cs="Shruti"/>
          <w:sz w:val="18"/>
          <w:szCs w:val="18"/>
          <w:cs/>
          <w:lang w:bidi="gu-IN"/>
        </w:rPr>
        <w:t>સર્વાંગી</w:t>
      </w:r>
      <w:r w:rsidRPr="007A497B">
        <w:rPr>
          <w:sz w:val="18"/>
          <w:szCs w:val="18"/>
        </w:rPr>
        <w:t xml:space="preserve"> </w:t>
      </w:r>
      <w:r w:rsidRPr="007A497B">
        <w:rPr>
          <w:rFonts w:cs="Shruti"/>
          <w:sz w:val="18"/>
          <w:szCs w:val="18"/>
          <w:cs/>
          <w:lang w:bidi="gu-IN"/>
        </w:rPr>
        <w:t>વિકાસ</w:t>
      </w:r>
      <w:r w:rsidRPr="007A497B">
        <w:rPr>
          <w:sz w:val="18"/>
          <w:szCs w:val="18"/>
        </w:rPr>
        <w:t xml:space="preserve"> </w:t>
      </w:r>
      <w:r w:rsidRPr="007A497B">
        <w:rPr>
          <w:rFonts w:cs="Shruti"/>
          <w:sz w:val="18"/>
          <w:szCs w:val="18"/>
          <w:cs/>
          <w:lang w:bidi="gu-IN"/>
        </w:rPr>
        <w:t>માટે</w:t>
      </w:r>
      <w:r w:rsidRPr="007A497B">
        <w:rPr>
          <w:sz w:val="18"/>
          <w:szCs w:val="18"/>
        </w:rPr>
        <w:t xml:space="preserve"> "</w:t>
      </w:r>
      <w:r w:rsidRPr="007A497B">
        <w:rPr>
          <w:rFonts w:cs="Shruti"/>
          <w:sz w:val="18"/>
          <w:szCs w:val="18"/>
          <w:cs/>
          <w:lang w:bidi="gu-IN"/>
        </w:rPr>
        <w:t>શાળા</w:t>
      </w:r>
      <w:r w:rsidRPr="007A497B">
        <w:rPr>
          <w:sz w:val="18"/>
          <w:szCs w:val="18"/>
        </w:rPr>
        <w:t xml:space="preserve"> </w:t>
      </w:r>
      <w:r w:rsidRPr="007A497B">
        <w:rPr>
          <w:rFonts w:cs="Shruti"/>
          <w:sz w:val="18"/>
          <w:szCs w:val="18"/>
          <w:cs/>
          <w:lang w:bidi="gu-IN"/>
        </w:rPr>
        <w:t>વિકાસ</w:t>
      </w:r>
      <w:r w:rsidRPr="007A497B">
        <w:rPr>
          <w:sz w:val="18"/>
          <w:szCs w:val="18"/>
        </w:rPr>
        <w:t xml:space="preserve"> </w:t>
      </w:r>
      <w:r w:rsidRPr="007A497B">
        <w:rPr>
          <w:rFonts w:cs="Shruti"/>
          <w:sz w:val="18"/>
          <w:szCs w:val="18"/>
          <w:cs/>
          <w:lang w:bidi="gu-IN"/>
        </w:rPr>
        <w:t>યોજના</w:t>
      </w:r>
      <w:r w:rsidRPr="007A497B">
        <w:rPr>
          <w:sz w:val="18"/>
          <w:szCs w:val="18"/>
        </w:rPr>
        <w:t xml:space="preserve"> (School Development Plan - SDP)" </w:t>
      </w:r>
      <w:r w:rsidRPr="007A497B">
        <w:rPr>
          <w:rFonts w:cs="Shruti"/>
          <w:sz w:val="18"/>
          <w:szCs w:val="18"/>
          <w:cs/>
          <w:lang w:bidi="gu-IN"/>
        </w:rPr>
        <w:t>તૈયાર</w:t>
      </w:r>
      <w:r w:rsidRPr="007A497B">
        <w:rPr>
          <w:sz w:val="18"/>
          <w:szCs w:val="18"/>
        </w:rPr>
        <w:t xml:space="preserve"> </w:t>
      </w:r>
      <w:r w:rsidRPr="007A497B">
        <w:rPr>
          <w:rFonts w:cs="Shruti"/>
          <w:sz w:val="18"/>
          <w:szCs w:val="18"/>
          <w:cs/>
          <w:lang w:bidi="gu-IN"/>
        </w:rPr>
        <w:t>કરવાના</w:t>
      </w:r>
      <w:r w:rsidRPr="007A497B">
        <w:rPr>
          <w:sz w:val="18"/>
          <w:szCs w:val="18"/>
        </w:rPr>
        <w:t xml:space="preserve"> </w:t>
      </w:r>
      <w:r w:rsidRPr="007A497B">
        <w:rPr>
          <w:rFonts w:cs="Shruti"/>
          <w:sz w:val="18"/>
          <w:szCs w:val="18"/>
          <w:cs/>
          <w:lang w:bidi="gu-IN"/>
        </w:rPr>
        <w:t>હેતુથી</w:t>
      </w:r>
      <w:r w:rsidRPr="007A497B">
        <w:rPr>
          <w:sz w:val="18"/>
          <w:szCs w:val="18"/>
        </w:rPr>
        <w:t xml:space="preserve"> SMC (</w:t>
      </w:r>
      <w:r w:rsidRPr="007A497B">
        <w:rPr>
          <w:rFonts w:cs="Shruti"/>
          <w:sz w:val="18"/>
          <w:szCs w:val="18"/>
          <w:cs/>
          <w:lang w:bidi="gu-IN"/>
        </w:rPr>
        <w:t>શાળા</w:t>
      </w:r>
      <w:r w:rsidRPr="007A497B">
        <w:rPr>
          <w:sz w:val="18"/>
          <w:szCs w:val="18"/>
        </w:rPr>
        <w:t xml:space="preserve"> </w:t>
      </w:r>
      <w:r w:rsidRPr="007A497B">
        <w:rPr>
          <w:rFonts w:cs="Shruti"/>
          <w:sz w:val="18"/>
          <w:szCs w:val="18"/>
          <w:cs/>
          <w:lang w:bidi="gu-IN"/>
        </w:rPr>
        <w:t>વ્યવસ્થાપન</w:t>
      </w:r>
      <w:r w:rsidRPr="007A497B">
        <w:rPr>
          <w:sz w:val="18"/>
          <w:szCs w:val="18"/>
        </w:rPr>
        <w:t xml:space="preserve"> </w:t>
      </w:r>
      <w:r w:rsidRPr="007A497B">
        <w:rPr>
          <w:rFonts w:cs="Shruti"/>
          <w:sz w:val="18"/>
          <w:szCs w:val="18"/>
          <w:cs/>
          <w:lang w:bidi="gu-IN"/>
        </w:rPr>
        <w:t>સમિતિ</w:t>
      </w:r>
      <w:r w:rsidRPr="007A497B">
        <w:rPr>
          <w:sz w:val="18"/>
          <w:szCs w:val="18"/>
        </w:rPr>
        <w:t xml:space="preserve">) </w:t>
      </w:r>
      <w:r w:rsidRPr="007A497B">
        <w:rPr>
          <w:rFonts w:cs="Shruti"/>
          <w:sz w:val="18"/>
          <w:szCs w:val="18"/>
          <w:cs/>
          <w:lang w:bidi="gu-IN"/>
        </w:rPr>
        <w:t>અને</w:t>
      </w:r>
      <w:r w:rsidRPr="007A497B">
        <w:rPr>
          <w:sz w:val="18"/>
          <w:szCs w:val="18"/>
        </w:rPr>
        <w:t xml:space="preserve"> </w:t>
      </w:r>
      <w:r w:rsidRPr="007A497B">
        <w:rPr>
          <w:rFonts w:cs="Shruti"/>
          <w:sz w:val="18"/>
          <w:szCs w:val="18"/>
          <w:cs/>
          <w:lang w:bidi="gu-IN"/>
        </w:rPr>
        <w:t>વાલીમંડળની</w:t>
      </w:r>
      <w:r w:rsidRPr="007A497B">
        <w:rPr>
          <w:sz w:val="18"/>
          <w:szCs w:val="18"/>
        </w:rPr>
        <w:t xml:space="preserve"> </w:t>
      </w:r>
      <w:r w:rsidRPr="007A497B">
        <w:rPr>
          <w:rFonts w:cs="Shruti"/>
          <w:sz w:val="18"/>
          <w:szCs w:val="18"/>
          <w:cs/>
          <w:lang w:bidi="gu-IN"/>
        </w:rPr>
        <w:t>સંયુક્ત</w:t>
      </w:r>
      <w:r w:rsidRPr="007A497B">
        <w:rPr>
          <w:sz w:val="18"/>
          <w:szCs w:val="18"/>
        </w:rPr>
        <w:t xml:space="preserve"> </w:t>
      </w:r>
      <w:r w:rsidRPr="007A497B">
        <w:rPr>
          <w:rFonts w:cs="Shruti"/>
          <w:sz w:val="18"/>
          <w:szCs w:val="18"/>
          <w:cs/>
          <w:lang w:bidi="gu-IN"/>
        </w:rPr>
        <w:t>બેઠકનું</w:t>
      </w:r>
      <w:r w:rsidRPr="007A497B">
        <w:rPr>
          <w:sz w:val="18"/>
          <w:szCs w:val="18"/>
        </w:rPr>
        <w:t xml:space="preserve"> </w:t>
      </w:r>
      <w:r w:rsidRPr="007A497B">
        <w:rPr>
          <w:rFonts w:cs="Shruti"/>
          <w:sz w:val="18"/>
          <w:szCs w:val="18"/>
          <w:cs/>
          <w:lang w:bidi="gu-IN"/>
        </w:rPr>
        <w:t>આયોજન</w:t>
      </w:r>
      <w:r w:rsidRPr="007A497B">
        <w:rPr>
          <w:sz w:val="18"/>
          <w:szCs w:val="18"/>
        </w:rPr>
        <w:t xml:space="preserve"> </w:t>
      </w:r>
      <w:r w:rsidRPr="007A497B">
        <w:rPr>
          <w:rFonts w:cs="Shruti"/>
          <w:sz w:val="18"/>
          <w:szCs w:val="18"/>
          <w:cs/>
          <w:lang w:bidi="gu-IN"/>
        </w:rPr>
        <w:t>કરવામાં</w:t>
      </w:r>
      <w:r w:rsidRPr="007A497B">
        <w:rPr>
          <w:sz w:val="18"/>
          <w:szCs w:val="18"/>
        </w:rPr>
        <w:t xml:space="preserve"> </w:t>
      </w:r>
      <w:r w:rsidRPr="007A497B">
        <w:rPr>
          <w:rFonts w:cs="Shruti"/>
          <w:sz w:val="18"/>
          <w:szCs w:val="18"/>
          <w:cs/>
          <w:lang w:bidi="gu-IN"/>
        </w:rPr>
        <w:t>આવ્યું</w:t>
      </w:r>
      <w:r w:rsidRPr="007A497B">
        <w:rPr>
          <w:sz w:val="18"/>
          <w:szCs w:val="18"/>
        </w:rPr>
        <w:t xml:space="preserve"> </w:t>
      </w:r>
      <w:r w:rsidRPr="007A497B">
        <w:rPr>
          <w:rFonts w:cs="Shruti"/>
          <w:sz w:val="18"/>
          <w:szCs w:val="18"/>
          <w:cs/>
          <w:lang w:bidi="gu-IN"/>
        </w:rPr>
        <w:t>હતું</w:t>
      </w:r>
      <w:r w:rsidRPr="007A497B">
        <w:rPr>
          <w:sz w:val="18"/>
          <w:szCs w:val="18"/>
        </w:rPr>
        <w:t xml:space="preserve">. </w:t>
      </w:r>
      <w:r w:rsidRPr="007A497B">
        <w:rPr>
          <w:rFonts w:cs="Shruti"/>
          <w:sz w:val="18"/>
          <w:szCs w:val="18"/>
          <w:cs/>
          <w:lang w:bidi="gu-IN"/>
        </w:rPr>
        <w:t>જેની</w:t>
      </w:r>
      <w:r w:rsidRPr="007A497B">
        <w:rPr>
          <w:sz w:val="18"/>
          <w:szCs w:val="18"/>
        </w:rPr>
        <w:t xml:space="preserve"> </w:t>
      </w:r>
      <w:r w:rsidRPr="007A497B">
        <w:rPr>
          <w:rFonts w:cs="Shruti"/>
          <w:sz w:val="18"/>
          <w:szCs w:val="18"/>
          <w:cs/>
          <w:lang w:bidi="gu-IN"/>
        </w:rPr>
        <w:t>વિગત</w:t>
      </w:r>
      <w:r w:rsidRPr="007A497B">
        <w:rPr>
          <w:sz w:val="18"/>
          <w:szCs w:val="18"/>
        </w:rPr>
        <w:t xml:space="preserve"> </w:t>
      </w:r>
      <w:r w:rsidRPr="007A497B">
        <w:rPr>
          <w:rFonts w:cs="Shruti"/>
          <w:sz w:val="18"/>
          <w:szCs w:val="18"/>
          <w:cs/>
          <w:lang w:bidi="gu-IN"/>
        </w:rPr>
        <w:t>અને</w:t>
      </w:r>
      <w:r w:rsidRPr="007A497B">
        <w:rPr>
          <w:sz w:val="18"/>
          <w:szCs w:val="18"/>
        </w:rPr>
        <w:t xml:space="preserve"> </w:t>
      </w:r>
      <w:r w:rsidRPr="007A497B">
        <w:rPr>
          <w:rFonts w:cs="Shruti"/>
          <w:sz w:val="18"/>
          <w:szCs w:val="18"/>
          <w:cs/>
          <w:lang w:bidi="gu-IN"/>
        </w:rPr>
        <w:t>કાર્યવાહી</w:t>
      </w:r>
      <w:r w:rsidRPr="007A497B">
        <w:rPr>
          <w:sz w:val="18"/>
          <w:szCs w:val="18"/>
        </w:rPr>
        <w:t xml:space="preserve"> </w:t>
      </w:r>
      <w:r w:rsidRPr="007A497B">
        <w:rPr>
          <w:rFonts w:cs="Shruti"/>
          <w:sz w:val="18"/>
          <w:szCs w:val="18"/>
          <w:cs/>
          <w:lang w:bidi="gu-IN"/>
        </w:rPr>
        <w:t>નોંધ</w:t>
      </w:r>
      <w:r w:rsidRPr="007A497B">
        <w:rPr>
          <w:sz w:val="18"/>
          <w:szCs w:val="18"/>
        </w:rPr>
        <w:t xml:space="preserve"> </w:t>
      </w:r>
      <w:r w:rsidRPr="007A497B">
        <w:rPr>
          <w:rFonts w:cs="Shruti"/>
          <w:sz w:val="18"/>
          <w:szCs w:val="18"/>
          <w:cs/>
          <w:lang w:bidi="gu-IN"/>
        </w:rPr>
        <w:t>નીચે</w:t>
      </w:r>
      <w:r w:rsidRPr="007A497B">
        <w:rPr>
          <w:sz w:val="18"/>
          <w:szCs w:val="18"/>
        </w:rPr>
        <w:t xml:space="preserve"> </w:t>
      </w:r>
      <w:r w:rsidRPr="007A497B">
        <w:rPr>
          <w:rFonts w:cs="Shruti"/>
          <w:sz w:val="18"/>
          <w:szCs w:val="18"/>
          <w:cs/>
          <w:lang w:bidi="gu-IN"/>
        </w:rPr>
        <w:t>મુજબ</w:t>
      </w:r>
      <w:r w:rsidRPr="007A497B">
        <w:rPr>
          <w:sz w:val="18"/>
          <w:szCs w:val="18"/>
        </w:rPr>
        <w:t xml:space="preserve"> </w:t>
      </w:r>
      <w:r w:rsidRPr="007A497B">
        <w:rPr>
          <w:rFonts w:cs="Shruti"/>
          <w:sz w:val="18"/>
          <w:szCs w:val="18"/>
          <w:cs/>
          <w:lang w:bidi="gu-IN"/>
        </w:rPr>
        <w:t>છે</w:t>
      </w:r>
      <w:r w:rsidRPr="007A497B">
        <w:rPr>
          <w:sz w:val="18"/>
          <w:szCs w:val="18"/>
        </w:rPr>
        <w:t>:</w:t>
      </w:r>
    </w:p>
    <w:p w14:paraId="6F6B48C2" w14:textId="77777777" w:rsidR="007A497B" w:rsidRPr="007A497B" w:rsidRDefault="007A497B" w:rsidP="007A497B">
      <w:pPr>
        <w:pStyle w:val="Heading2"/>
        <w:rPr>
          <w:sz w:val="22"/>
          <w:szCs w:val="22"/>
        </w:rPr>
      </w:pPr>
      <w:r w:rsidRPr="007A497B">
        <w:rPr>
          <w:rFonts w:cs="Shruti"/>
          <w:sz w:val="22"/>
          <w:szCs w:val="22"/>
          <w:cs/>
          <w:lang w:bidi="gu-IN"/>
        </w:rPr>
        <w:t>૧</w:t>
      </w:r>
      <w:r w:rsidRPr="007A497B">
        <w:rPr>
          <w:sz w:val="22"/>
          <w:szCs w:val="22"/>
        </w:rPr>
        <w:t xml:space="preserve">. </w:t>
      </w:r>
      <w:r w:rsidRPr="007A497B">
        <w:rPr>
          <w:rFonts w:cs="Shruti"/>
          <w:sz w:val="22"/>
          <w:szCs w:val="22"/>
          <w:cs/>
          <w:lang w:bidi="gu-IN"/>
        </w:rPr>
        <w:t>બેઠકની</w:t>
      </w:r>
      <w:r w:rsidRPr="007A497B">
        <w:rPr>
          <w:sz w:val="22"/>
          <w:szCs w:val="22"/>
        </w:rPr>
        <w:t xml:space="preserve"> </w:t>
      </w:r>
      <w:r w:rsidRPr="007A497B">
        <w:rPr>
          <w:rFonts w:cs="Shruti"/>
          <w:sz w:val="22"/>
          <w:szCs w:val="22"/>
          <w:cs/>
          <w:lang w:bidi="gu-IN"/>
        </w:rPr>
        <w:t>પ્રાથમિક</w:t>
      </w:r>
      <w:r w:rsidRPr="007A497B">
        <w:rPr>
          <w:sz w:val="22"/>
          <w:szCs w:val="22"/>
        </w:rPr>
        <w:t xml:space="preserve"> </w:t>
      </w:r>
      <w:r w:rsidRPr="007A497B">
        <w:rPr>
          <w:rFonts w:cs="Shruti"/>
          <w:sz w:val="22"/>
          <w:szCs w:val="22"/>
          <w:cs/>
          <w:lang w:bidi="gu-IN"/>
        </w:rPr>
        <w:t>વિગતો</w:t>
      </w:r>
      <w:r w:rsidRPr="007A497B">
        <w:rPr>
          <w:sz w:val="22"/>
          <w:szCs w:val="22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7A497B" w14:paraId="35BA368D" w14:textId="77777777" w:rsidTr="00B50F7F">
        <w:tc>
          <w:tcPr>
            <w:tcW w:w="4320" w:type="dxa"/>
          </w:tcPr>
          <w:p w14:paraId="01D33464" w14:textId="77777777" w:rsidR="007A497B" w:rsidRPr="00B57A11" w:rsidRDefault="007A497B" w:rsidP="00B50F7F">
            <w:pPr>
              <w:rPr>
                <w:sz w:val="20"/>
                <w:szCs w:val="20"/>
              </w:rPr>
            </w:pPr>
            <w:r w:rsidRPr="00B57A11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બેઠક</w:t>
            </w:r>
            <w:r w:rsidRPr="00B57A11">
              <w:rPr>
                <w:b/>
                <w:sz w:val="20"/>
                <w:szCs w:val="20"/>
              </w:rPr>
              <w:t xml:space="preserve"> </w:t>
            </w:r>
            <w:r w:rsidRPr="00B57A11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તારીખ</w:t>
            </w:r>
          </w:p>
        </w:tc>
        <w:tc>
          <w:tcPr>
            <w:tcW w:w="4320" w:type="dxa"/>
          </w:tcPr>
          <w:p w14:paraId="1E8D81D3" w14:textId="1E5D1273" w:rsidR="007A497B" w:rsidRPr="00B57A11" w:rsidRDefault="009302AE" w:rsidP="00B50F7F">
            <w:pPr>
              <w:rPr>
                <w:sz w:val="20"/>
                <w:szCs w:val="20"/>
              </w:rPr>
            </w:pPr>
            <w:r>
              <w:rPr>
                <w:rFonts w:cs="Shruti"/>
                <w:sz w:val="20"/>
                <w:szCs w:val="20"/>
                <w:lang w:bidi="gu-IN"/>
              </w:rPr>
              <w:t xml:space="preserve">24/06/2026 </w:t>
            </w:r>
          </w:p>
        </w:tc>
      </w:tr>
      <w:tr w:rsidR="007A497B" w14:paraId="40C8EFC1" w14:textId="77777777" w:rsidTr="00B50F7F">
        <w:tc>
          <w:tcPr>
            <w:tcW w:w="4320" w:type="dxa"/>
          </w:tcPr>
          <w:p w14:paraId="43CB80DC" w14:textId="77777777" w:rsidR="007A497B" w:rsidRPr="00B57A11" w:rsidRDefault="007A497B" w:rsidP="00B50F7F">
            <w:pPr>
              <w:rPr>
                <w:sz w:val="20"/>
                <w:szCs w:val="20"/>
              </w:rPr>
            </w:pPr>
            <w:r w:rsidRPr="00B57A11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બેઠકનો</w:t>
            </w:r>
            <w:r w:rsidRPr="00B57A11">
              <w:rPr>
                <w:b/>
                <w:sz w:val="20"/>
                <w:szCs w:val="20"/>
              </w:rPr>
              <w:t xml:space="preserve"> </w:t>
            </w:r>
            <w:r w:rsidRPr="00B57A11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સમય</w:t>
            </w:r>
          </w:p>
        </w:tc>
        <w:tc>
          <w:tcPr>
            <w:tcW w:w="4320" w:type="dxa"/>
          </w:tcPr>
          <w:p w14:paraId="711B5641" w14:textId="77777777" w:rsidR="007A497B" w:rsidRPr="00B57A11" w:rsidRDefault="007A497B" w:rsidP="00B50F7F">
            <w:pPr>
              <w:rPr>
                <w:sz w:val="20"/>
                <w:szCs w:val="20"/>
              </w:rPr>
            </w:pPr>
            <w:r w:rsidRPr="00B57A11">
              <w:rPr>
                <w:rFonts w:cs="Shruti"/>
                <w:sz w:val="20"/>
                <w:szCs w:val="20"/>
                <w:cs/>
                <w:lang w:bidi="gu-IN"/>
              </w:rPr>
              <w:t>સવારે</w:t>
            </w:r>
            <w:r w:rsidRPr="00B57A11">
              <w:rPr>
                <w:sz w:val="20"/>
                <w:szCs w:val="20"/>
              </w:rPr>
              <w:t xml:space="preserve"> / </w:t>
            </w:r>
            <w:r w:rsidRPr="00B57A11">
              <w:rPr>
                <w:rFonts w:cs="Shruti"/>
                <w:sz w:val="20"/>
                <w:szCs w:val="20"/>
                <w:cs/>
                <w:lang w:bidi="gu-IN"/>
              </w:rPr>
              <w:t>બપોરે</w:t>
            </w:r>
            <w:r w:rsidRPr="00B57A11">
              <w:rPr>
                <w:sz w:val="20"/>
                <w:szCs w:val="20"/>
              </w:rPr>
              <w:t xml:space="preserve"> </w:t>
            </w:r>
            <w:r w:rsidRPr="00B57A11">
              <w:rPr>
                <w:rFonts w:cs="Shruti"/>
                <w:sz w:val="20"/>
                <w:szCs w:val="20"/>
                <w:cs/>
                <w:lang w:bidi="gu-IN"/>
              </w:rPr>
              <w:t>૩</w:t>
            </w:r>
            <w:r w:rsidRPr="00B57A11">
              <w:rPr>
                <w:rFonts w:cs="Shruti"/>
                <w:sz w:val="20"/>
                <w:szCs w:val="20"/>
                <w:lang w:bidi="gu-IN"/>
              </w:rPr>
              <w:t>;</w:t>
            </w:r>
            <w:r w:rsidRPr="00B57A11">
              <w:rPr>
                <w:rFonts w:cs="Shruti"/>
                <w:sz w:val="20"/>
                <w:szCs w:val="20"/>
                <w:cs/>
                <w:lang w:bidi="gu-IN"/>
              </w:rPr>
              <w:t>૦૦</w:t>
            </w:r>
            <w:r w:rsidRPr="00B57A11">
              <w:rPr>
                <w:sz w:val="20"/>
                <w:szCs w:val="20"/>
              </w:rPr>
              <w:t xml:space="preserve"> </w:t>
            </w:r>
            <w:r w:rsidRPr="00B57A11">
              <w:rPr>
                <w:rFonts w:cs="Shruti"/>
                <w:sz w:val="20"/>
                <w:szCs w:val="20"/>
                <w:cs/>
                <w:lang w:bidi="gu-IN"/>
              </w:rPr>
              <w:t>કલાકે</w:t>
            </w:r>
          </w:p>
        </w:tc>
      </w:tr>
      <w:tr w:rsidR="007A497B" w14:paraId="41A6D1F8" w14:textId="77777777" w:rsidTr="00B50F7F">
        <w:tc>
          <w:tcPr>
            <w:tcW w:w="4320" w:type="dxa"/>
          </w:tcPr>
          <w:p w14:paraId="77A28791" w14:textId="77777777" w:rsidR="007A497B" w:rsidRPr="00B57A11" w:rsidRDefault="007A497B" w:rsidP="00B50F7F">
            <w:pPr>
              <w:rPr>
                <w:sz w:val="20"/>
                <w:szCs w:val="20"/>
              </w:rPr>
            </w:pPr>
            <w:r w:rsidRPr="00B57A11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સ્થળ</w:t>
            </w:r>
          </w:p>
        </w:tc>
        <w:tc>
          <w:tcPr>
            <w:tcW w:w="4320" w:type="dxa"/>
          </w:tcPr>
          <w:p w14:paraId="3137B851" w14:textId="60906F4B" w:rsidR="007A497B" w:rsidRPr="00B57A11" w:rsidRDefault="008E13CA" w:rsidP="00B50F7F">
            <w:pPr>
              <w:rPr>
                <w:sz w:val="20"/>
                <w:szCs w:val="20"/>
              </w:rPr>
            </w:pPr>
            <w:r>
              <w:rPr>
                <w:rFonts w:cs="Shruti" w:hint="cs"/>
                <w:cs/>
                <w:lang w:bidi="gu-IN"/>
              </w:rPr>
              <w:t xml:space="preserve">ઢાંકણ્રીયાવાસ પ્રાથમિક શાળા </w:t>
            </w:r>
            <w:r w:rsidR="007A497B" w:rsidRPr="00B57A11">
              <w:rPr>
                <w:sz w:val="20"/>
                <w:szCs w:val="20"/>
              </w:rPr>
              <w:t xml:space="preserve">, </w:t>
            </w:r>
            <w:r w:rsidR="007A497B" w:rsidRPr="00B57A11">
              <w:rPr>
                <w:rFonts w:cs="Shruti"/>
                <w:sz w:val="20"/>
                <w:szCs w:val="20"/>
                <w:cs/>
                <w:lang w:bidi="gu-IN"/>
              </w:rPr>
              <w:t>પાટડી</w:t>
            </w:r>
          </w:p>
        </w:tc>
      </w:tr>
      <w:tr w:rsidR="007A497B" w14:paraId="5AFABD01" w14:textId="77777777" w:rsidTr="00B50F7F">
        <w:tc>
          <w:tcPr>
            <w:tcW w:w="4320" w:type="dxa"/>
          </w:tcPr>
          <w:p w14:paraId="37D1E911" w14:textId="77777777" w:rsidR="007A497B" w:rsidRPr="00B57A11" w:rsidRDefault="007A497B" w:rsidP="00B50F7F">
            <w:pPr>
              <w:rPr>
                <w:sz w:val="20"/>
                <w:szCs w:val="20"/>
              </w:rPr>
            </w:pPr>
            <w:r w:rsidRPr="00B57A11">
              <w:rPr>
                <w:b/>
                <w:sz w:val="20"/>
                <w:szCs w:val="20"/>
              </w:rPr>
              <w:t>SMC/</w:t>
            </w:r>
            <w:r w:rsidRPr="00B57A11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વાલીમંડળના</w:t>
            </w:r>
            <w:r w:rsidRPr="00B57A11">
              <w:rPr>
                <w:b/>
                <w:sz w:val="20"/>
                <w:szCs w:val="20"/>
              </w:rPr>
              <w:t xml:space="preserve"> </w:t>
            </w:r>
            <w:r w:rsidRPr="00B57A11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કુલ</w:t>
            </w:r>
            <w:r w:rsidRPr="00B57A11">
              <w:rPr>
                <w:b/>
                <w:sz w:val="20"/>
                <w:szCs w:val="20"/>
              </w:rPr>
              <w:t xml:space="preserve"> </w:t>
            </w:r>
            <w:r w:rsidRPr="00B57A11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સભ્યો</w:t>
            </w:r>
          </w:p>
        </w:tc>
        <w:tc>
          <w:tcPr>
            <w:tcW w:w="4320" w:type="dxa"/>
          </w:tcPr>
          <w:p w14:paraId="0AE70014" w14:textId="5094961C" w:rsidR="007A497B" w:rsidRPr="009302AE" w:rsidRDefault="007A497B" w:rsidP="00B50F7F">
            <w:pPr>
              <w:rPr>
                <w:rFonts w:cs="Shruti"/>
                <w:sz w:val="20"/>
                <w:szCs w:val="20"/>
              </w:rPr>
            </w:pPr>
            <w:r w:rsidRPr="00B57A11">
              <w:rPr>
                <w:rFonts w:cs="Shruti"/>
                <w:sz w:val="20"/>
                <w:szCs w:val="20"/>
                <w:cs/>
                <w:lang w:bidi="gu-IN"/>
              </w:rPr>
              <w:t>1</w:t>
            </w:r>
            <w:r w:rsidR="009302AE">
              <w:rPr>
                <w:rFonts w:cs="Shruti" w:hint="cs"/>
                <w:sz w:val="20"/>
                <w:szCs w:val="20"/>
                <w:cs/>
                <w:lang w:bidi="gu-IN"/>
              </w:rPr>
              <w:t xml:space="preserve">૩ </w:t>
            </w:r>
          </w:p>
        </w:tc>
      </w:tr>
      <w:tr w:rsidR="007A497B" w14:paraId="77281516" w14:textId="77777777" w:rsidTr="00B50F7F">
        <w:tc>
          <w:tcPr>
            <w:tcW w:w="4320" w:type="dxa"/>
          </w:tcPr>
          <w:p w14:paraId="6031C2FA" w14:textId="77777777" w:rsidR="007A497B" w:rsidRPr="00B57A11" w:rsidRDefault="007A497B" w:rsidP="00B50F7F">
            <w:pPr>
              <w:rPr>
                <w:sz w:val="20"/>
                <w:szCs w:val="20"/>
              </w:rPr>
            </w:pPr>
            <w:r w:rsidRPr="00B57A11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બેઠકમાં</w:t>
            </w:r>
            <w:r w:rsidRPr="00B57A11">
              <w:rPr>
                <w:b/>
                <w:sz w:val="20"/>
                <w:szCs w:val="20"/>
              </w:rPr>
              <w:t xml:space="preserve"> </w:t>
            </w:r>
            <w:r w:rsidRPr="00B57A11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હાજર</w:t>
            </w:r>
            <w:r w:rsidRPr="00B57A11">
              <w:rPr>
                <w:b/>
                <w:sz w:val="20"/>
                <w:szCs w:val="20"/>
              </w:rPr>
              <w:t xml:space="preserve"> </w:t>
            </w:r>
            <w:r w:rsidRPr="00B57A11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સભ્યોની</w:t>
            </w:r>
            <w:r w:rsidRPr="00B57A11">
              <w:rPr>
                <w:b/>
                <w:sz w:val="20"/>
                <w:szCs w:val="20"/>
              </w:rPr>
              <w:t xml:space="preserve"> </w:t>
            </w:r>
            <w:r w:rsidRPr="00B57A11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સંખ્યા</w:t>
            </w:r>
          </w:p>
        </w:tc>
        <w:tc>
          <w:tcPr>
            <w:tcW w:w="4320" w:type="dxa"/>
          </w:tcPr>
          <w:p w14:paraId="7011D512" w14:textId="77777777" w:rsidR="007A497B" w:rsidRPr="00B57A11" w:rsidRDefault="007A497B" w:rsidP="00B50F7F">
            <w:pPr>
              <w:rPr>
                <w:rFonts w:cs="Shruti"/>
                <w:sz w:val="20"/>
                <w:szCs w:val="20"/>
                <w:lang w:bidi="gu-IN"/>
              </w:rPr>
            </w:pPr>
            <w:r w:rsidRPr="00B57A11">
              <w:rPr>
                <w:sz w:val="20"/>
                <w:szCs w:val="20"/>
              </w:rPr>
              <w:t>09</w:t>
            </w:r>
          </w:p>
        </w:tc>
      </w:tr>
    </w:tbl>
    <w:p w14:paraId="57BDEF71" w14:textId="77777777" w:rsidR="007A497B" w:rsidRPr="007A497B" w:rsidRDefault="007A497B" w:rsidP="007A497B">
      <w:pPr>
        <w:pStyle w:val="Heading2"/>
        <w:rPr>
          <w:sz w:val="22"/>
          <w:szCs w:val="22"/>
        </w:rPr>
      </w:pPr>
      <w:r w:rsidRPr="007A497B">
        <w:rPr>
          <w:rFonts w:cs="Shruti"/>
          <w:sz w:val="22"/>
          <w:szCs w:val="22"/>
          <w:cs/>
          <w:lang w:bidi="gu-IN"/>
        </w:rPr>
        <w:t>૨</w:t>
      </w:r>
      <w:r w:rsidRPr="007A497B">
        <w:rPr>
          <w:sz w:val="22"/>
          <w:szCs w:val="22"/>
        </w:rPr>
        <w:t xml:space="preserve">. </w:t>
      </w:r>
      <w:r w:rsidRPr="007A497B">
        <w:rPr>
          <w:rFonts w:cs="Shruti"/>
          <w:sz w:val="22"/>
          <w:szCs w:val="22"/>
          <w:cs/>
          <w:lang w:bidi="gu-IN"/>
        </w:rPr>
        <w:t>બેઠકનો</w:t>
      </w:r>
      <w:r w:rsidRPr="007A497B">
        <w:rPr>
          <w:sz w:val="22"/>
          <w:szCs w:val="22"/>
        </w:rPr>
        <w:t xml:space="preserve"> </w:t>
      </w:r>
      <w:r w:rsidRPr="007A497B">
        <w:rPr>
          <w:rFonts w:cs="Shruti"/>
          <w:sz w:val="22"/>
          <w:szCs w:val="22"/>
          <w:cs/>
          <w:lang w:bidi="gu-IN"/>
        </w:rPr>
        <w:t>એજન્ડા</w:t>
      </w:r>
      <w:r w:rsidRPr="007A497B">
        <w:rPr>
          <w:sz w:val="22"/>
          <w:szCs w:val="22"/>
        </w:rPr>
        <w:t xml:space="preserve"> (</w:t>
      </w:r>
      <w:r w:rsidRPr="007A497B">
        <w:rPr>
          <w:rFonts w:cs="Shruti"/>
          <w:sz w:val="22"/>
          <w:szCs w:val="22"/>
          <w:cs/>
          <w:lang w:bidi="gu-IN"/>
        </w:rPr>
        <w:t>મુદ્દાઓ</w:t>
      </w:r>
      <w:r w:rsidRPr="007A497B">
        <w:rPr>
          <w:sz w:val="22"/>
          <w:szCs w:val="22"/>
        </w:rPr>
        <w:t>):</w:t>
      </w:r>
    </w:p>
    <w:p w14:paraId="2C97A508" w14:textId="77777777" w:rsidR="007A497B" w:rsidRPr="007A497B" w:rsidRDefault="007A497B" w:rsidP="007A497B">
      <w:pPr>
        <w:pStyle w:val="ListBullet"/>
        <w:rPr>
          <w:sz w:val="20"/>
          <w:szCs w:val="20"/>
        </w:rPr>
      </w:pPr>
      <w:r w:rsidRPr="007A497B">
        <w:rPr>
          <w:rFonts w:cs="Shruti"/>
          <w:sz w:val="20"/>
          <w:szCs w:val="20"/>
          <w:cs/>
          <w:lang w:bidi="gu-IN"/>
        </w:rPr>
        <w:t>આગામી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શૈક્ષણિક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વર્ષ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માટે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શાળા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વિકાસ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યોજના</w:t>
      </w:r>
      <w:r w:rsidRPr="007A497B">
        <w:rPr>
          <w:sz w:val="20"/>
          <w:szCs w:val="20"/>
        </w:rPr>
        <w:t xml:space="preserve"> (SDP) </w:t>
      </w:r>
      <w:r w:rsidRPr="007A497B">
        <w:rPr>
          <w:rFonts w:cs="Shruti"/>
          <w:sz w:val="20"/>
          <w:szCs w:val="20"/>
          <w:cs/>
          <w:lang w:bidi="gu-IN"/>
        </w:rPr>
        <w:t>ની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રૂપરેખા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તૈયાર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કરવી</w:t>
      </w:r>
      <w:r w:rsidRPr="007A497B">
        <w:rPr>
          <w:sz w:val="20"/>
          <w:szCs w:val="20"/>
        </w:rPr>
        <w:t>.</w:t>
      </w:r>
    </w:p>
    <w:p w14:paraId="50A2FBB9" w14:textId="77777777" w:rsidR="007A497B" w:rsidRPr="007A497B" w:rsidRDefault="007A497B" w:rsidP="007A497B">
      <w:pPr>
        <w:pStyle w:val="ListBullet"/>
        <w:rPr>
          <w:sz w:val="20"/>
          <w:szCs w:val="20"/>
        </w:rPr>
      </w:pPr>
      <w:r w:rsidRPr="007A497B">
        <w:rPr>
          <w:rFonts w:cs="Shruti"/>
          <w:sz w:val="20"/>
          <w:szCs w:val="20"/>
          <w:cs/>
          <w:lang w:bidi="gu-IN"/>
        </w:rPr>
        <w:t>શાળામાં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ખૂટતી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ભૌતિક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સુવિધાઓ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અને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શૈક્ષણિક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ગુણવત્તા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સુધારવા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અંગે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ચર્ચા</w:t>
      </w:r>
      <w:r w:rsidRPr="007A497B">
        <w:rPr>
          <w:sz w:val="20"/>
          <w:szCs w:val="20"/>
        </w:rPr>
        <w:t>.</w:t>
      </w:r>
    </w:p>
    <w:p w14:paraId="179FBD8E" w14:textId="77777777" w:rsidR="007A497B" w:rsidRPr="007A497B" w:rsidRDefault="007A497B" w:rsidP="007A497B">
      <w:pPr>
        <w:pStyle w:val="ListBullet"/>
        <w:rPr>
          <w:sz w:val="20"/>
          <w:szCs w:val="20"/>
        </w:rPr>
      </w:pPr>
      <w:r w:rsidRPr="007A497B">
        <w:rPr>
          <w:rFonts w:cs="Shruti"/>
          <w:sz w:val="20"/>
          <w:szCs w:val="20"/>
          <w:cs/>
          <w:lang w:bidi="gu-IN"/>
        </w:rPr>
        <w:t>વિદ્યાર્થીઓની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૧૦૦</w:t>
      </w:r>
      <w:r w:rsidRPr="007A497B">
        <w:rPr>
          <w:sz w:val="20"/>
          <w:szCs w:val="20"/>
        </w:rPr>
        <w:t xml:space="preserve">% </w:t>
      </w:r>
      <w:r w:rsidRPr="007A497B">
        <w:rPr>
          <w:rFonts w:cs="Shruti"/>
          <w:sz w:val="20"/>
          <w:szCs w:val="20"/>
          <w:cs/>
          <w:lang w:bidi="gu-IN"/>
        </w:rPr>
        <w:t>હાજરી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અને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નામાંકન</w:t>
      </w:r>
      <w:r w:rsidRPr="007A497B">
        <w:rPr>
          <w:sz w:val="20"/>
          <w:szCs w:val="20"/>
        </w:rPr>
        <w:t xml:space="preserve"> (Enrollment) </w:t>
      </w:r>
      <w:r w:rsidRPr="007A497B">
        <w:rPr>
          <w:rFonts w:cs="Shruti"/>
          <w:sz w:val="20"/>
          <w:szCs w:val="20"/>
          <w:cs/>
          <w:lang w:bidi="gu-IN"/>
        </w:rPr>
        <w:t>સુનિશ્ચિત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કરવા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અંગે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વાલીઓનો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સહકાર</w:t>
      </w:r>
      <w:r w:rsidRPr="007A497B">
        <w:rPr>
          <w:sz w:val="20"/>
          <w:szCs w:val="20"/>
        </w:rPr>
        <w:t>.</w:t>
      </w:r>
    </w:p>
    <w:p w14:paraId="66379FCA" w14:textId="77777777" w:rsidR="007A497B" w:rsidRPr="007A497B" w:rsidRDefault="007A497B" w:rsidP="007A497B">
      <w:pPr>
        <w:pStyle w:val="ListBullet"/>
        <w:spacing w:after="0" w:line="240" w:lineRule="auto"/>
        <w:rPr>
          <w:sz w:val="20"/>
          <w:szCs w:val="20"/>
        </w:rPr>
      </w:pPr>
      <w:r w:rsidRPr="007A497B">
        <w:rPr>
          <w:sz w:val="20"/>
          <w:szCs w:val="20"/>
        </w:rPr>
        <w:t xml:space="preserve">SQAAF </w:t>
      </w:r>
      <w:r w:rsidRPr="007A497B">
        <w:rPr>
          <w:rFonts w:cs="Shruti"/>
          <w:sz w:val="20"/>
          <w:szCs w:val="20"/>
          <w:cs/>
          <w:lang w:bidi="gu-IN"/>
        </w:rPr>
        <w:t>ગુણોત્સવ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૨</w:t>
      </w:r>
      <w:r w:rsidRPr="007A497B">
        <w:rPr>
          <w:sz w:val="20"/>
          <w:szCs w:val="20"/>
        </w:rPr>
        <w:t>.</w:t>
      </w:r>
      <w:r w:rsidRPr="007A497B">
        <w:rPr>
          <w:rFonts w:cs="Shruti"/>
          <w:sz w:val="20"/>
          <w:szCs w:val="20"/>
          <w:cs/>
          <w:lang w:bidi="gu-IN"/>
        </w:rPr>
        <w:t>૦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ના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માપદંડો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મુજબ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શાળાની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કામગીરીની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સમીક્ષા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અને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સુધારાત્મક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પગલાં</w:t>
      </w:r>
      <w:r w:rsidRPr="007A497B">
        <w:rPr>
          <w:sz w:val="20"/>
          <w:szCs w:val="20"/>
        </w:rPr>
        <w:t>.</w:t>
      </w:r>
    </w:p>
    <w:p w14:paraId="7EF9F2DA" w14:textId="77777777" w:rsidR="007A497B" w:rsidRPr="007A497B" w:rsidRDefault="007A497B" w:rsidP="007A497B">
      <w:pPr>
        <w:pStyle w:val="Heading2"/>
        <w:rPr>
          <w:sz w:val="22"/>
          <w:szCs w:val="22"/>
        </w:rPr>
      </w:pPr>
      <w:r w:rsidRPr="007A497B">
        <w:rPr>
          <w:rFonts w:cs="Shruti"/>
          <w:sz w:val="22"/>
          <w:szCs w:val="22"/>
          <w:cs/>
          <w:lang w:bidi="gu-IN"/>
        </w:rPr>
        <w:t>૩</w:t>
      </w:r>
      <w:r w:rsidRPr="007A497B">
        <w:rPr>
          <w:sz w:val="22"/>
          <w:szCs w:val="22"/>
        </w:rPr>
        <w:t xml:space="preserve">. </w:t>
      </w:r>
      <w:r w:rsidRPr="007A497B">
        <w:rPr>
          <w:rFonts w:cs="Shruti"/>
          <w:sz w:val="22"/>
          <w:szCs w:val="22"/>
          <w:cs/>
          <w:lang w:bidi="gu-IN"/>
        </w:rPr>
        <w:t>કાર્યવાહી</w:t>
      </w:r>
      <w:r w:rsidRPr="007A497B">
        <w:rPr>
          <w:sz w:val="22"/>
          <w:szCs w:val="22"/>
        </w:rPr>
        <w:t xml:space="preserve"> </w:t>
      </w:r>
      <w:r w:rsidRPr="007A497B">
        <w:rPr>
          <w:rFonts w:cs="Shruti"/>
          <w:sz w:val="22"/>
          <w:szCs w:val="22"/>
          <w:cs/>
          <w:lang w:bidi="gu-IN"/>
        </w:rPr>
        <w:t>નોંધ</w:t>
      </w:r>
      <w:r w:rsidRPr="007A497B">
        <w:rPr>
          <w:sz w:val="22"/>
          <w:szCs w:val="22"/>
        </w:rPr>
        <w:t xml:space="preserve"> </w:t>
      </w:r>
      <w:r w:rsidRPr="007A497B">
        <w:rPr>
          <w:rFonts w:cs="Shruti"/>
          <w:sz w:val="22"/>
          <w:szCs w:val="22"/>
          <w:cs/>
          <w:lang w:bidi="gu-IN"/>
        </w:rPr>
        <w:t>અને</w:t>
      </w:r>
      <w:r w:rsidRPr="007A497B">
        <w:rPr>
          <w:sz w:val="22"/>
          <w:szCs w:val="22"/>
        </w:rPr>
        <w:t xml:space="preserve"> </w:t>
      </w:r>
      <w:r w:rsidRPr="007A497B">
        <w:rPr>
          <w:rFonts w:cs="Shruti"/>
          <w:sz w:val="22"/>
          <w:szCs w:val="22"/>
          <w:cs/>
          <w:lang w:bidi="gu-IN"/>
        </w:rPr>
        <w:t>ઠરાવો</w:t>
      </w:r>
      <w:r w:rsidRPr="007A497B">
        <w:rPr>
          <w:sz w:val="22"/>
          <w:szCs w:val="22"/>
        </w:rPr>
        <w:t xml:space="preserve"> (Minutes of Meeting):</w:t>
      </w:r>
    </w:p>
    <w:p w14:paraId="55E699AB" w14:textId="77777777" w:rsidR="007A497B" w:rsidRPr="007A497B" w:rsidRDefault="007A497B" w:rsidP="007A497B">
      <w:pPr>
        <w:spacing w:after="0" w:line="240" w:lineRule="auto"/>
        <w:rPr>
          <w:sz w:val="20"/>
          <w:szCs w:val="20"/>
        </w:rPr>
      </w:pPr>
      <w:r w:rsidRPr="007A497B">
        <w:rPr>
          <w:rFonts w:cs="Shruti"/>
          <w:sz w:val="20"/>
          <w:szCs w:val="20"/>
          <w:cs/>
          <w:lang w:bidi="gu-IN"/>
        </w:rPr>
        <w:t>બેઠકમાં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હાજર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તમામ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સભ્યોની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ઉપસ્થિતિમાં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નીચે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મુજબની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કાર્યવાહી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અને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ઠરાવો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સર્વાનુમતે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પસાર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કરવામાં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આવ્યા</w:t>
      </w:r>
      <w:r w:rsidRPr="007A497B">
        <w:rPr>
          <w:sz w:val="20"/>
          <w:szCs w:val="20"/>
        </w:rPr>
        <w:t>:</w:t>
      </w:r>
    </w:p>
    <w:p w14:paraId="0AA2145C" w14:textId="77777777" w:rsidR="00B50F7F" w:rsidRDefault="007A497B" w:rsidP="00B50F7F">
      <w:pPr>
        <w:spacing w:line="240" w:lineRule="auto"/>
        <w:rPr>
          <w:rFonts w:cs="Shruti"/>
          <w:sz w:val="20"/>
          <w:szCs w:val="20"/>
          <w:lang w:bidi="gu-IN"/>
        </w:rPr>
      </w:pPr>
      <w:r w:rsidRPr="007A497B">
        <w:rPr>
          <w:rFonts w:cs="Shruti"/>
          <w:b/>
          <w:bCs/>
          <w:sz w:val="20"/>
          <w:szCs w:val="20"/>
          <w:cs/>
          <w:lang w:bidi="gu-IN"/>
        </w:rPr>
        <w:t>ઠરાવ</w:t>
      </w:r>
      <w:r w:rsidRPr="007A497B">
        <w:rPr>
          <w:b/>
          <w:sz w:val="20"/>
          <w:szCs w:val="20"/>
        </w:rPr>
        <w:t xml:space="preserve"> </w:t>
      </w:r>
      <w:r w:rsidRPr="007A497B">
        <w:rPr>
          <w:rFonts w:cs="Shruti"/>
          <w:b/>
          <w:bCs/>
          <w:sz w:val="20"/>
          <w:szCs w:val="20"/>
          <w:cs/>
          <w:lang w:bidi="gu-IN"/>
        </w:rPr>
        <w:t>૧</w:t>
      </w:r>
      <w:r w:rsidRPr="007A497B">
        <w:rPr>
          <w:b/>
          <w:sz w:val="20"/>
          <w:szCs w:val="20"/>
        </w:rPr>
        <w:t xml:space="preserve"> (</w:t>
      </w:r>
      <w:r w:rsidRPr="007A497B">
        <w:rPr>
          <w:rFonts w:cs="Shruti"/>
          <w:b/>
          <w:bCs/>
          <w:sz w:val="20"/>
          <w:szCs w:val="20"/>
          <w:cs/>
          <w:lang w:bidi="gu-IN"/>
        </w:rPr>
        <w:t>શાળા</w:t>
      </w:r>
      <w:r w:rsidRPr="007A497B">
        <w:rPr>
          <w:b/>
          <w:sz w:val="20"/>
          <w:szCs w:val="20"/>
        </w:rPr>
        <w:t xml:space="preserve"> </w:t>
      </w:r>
      <w:r w:rsidRPr="007A497B">
        <w:rPr>
          <w:rFonts w:cs="Shruti"/>
          <w:b/>
          <w:bCs/>
          <w:sz w:val="20"/>
          <w:szCs w:val="20"/>
          <w:cs/>
          <w:lang w:bidi="gu-IN"/>
        </w:rPr>
        <w:t>વિકાસ</w:t>
      </w:r>
      <w:r w:rsidRPr="007A497B">
        <w:rPr>
          <w:b/>
          <w:sz w:val="20"/>
          <w:szCs w:val="20"/>
        </w:rPr>
        <w:t xml:space="preserve"> </w:t>
      </w:r>
      <w:r w:rsidRPr="007A497B">
        <w:rPr>
          <w:rFonts w:cs="Shruti"/>
          <w:b/>
          <w:bCs/>
          <w:sz w:val="20"/>
          <w:szCs w:val="20"/>
          <w:cs/>
          <w:lang w:bidi="gu-IN"/>
        </w:rPr>
        <w:t>યોજના</w:t>
      </w:r>
      <w:r w:rsidRPr="007A497B">
        <w:rPr>
          <w:b/>
          <w:sz w:val="20"/>
          <w:szCs w:val="20"/>
        </w:rPr>
        <w:t xml:space="preserve"> </w:t>
      </w:r>
      <w:r w:rsidRPr="007A497B">
        <w:rPr>
          <w:rFonts w:cs="Shruti"/>
          <w:b/>
          <w:bCs/>
          <w:sz w:val="20"/>
          <w:szCs w:val="20"/>
          <w:cs/>
          <w:lang w:bidi="gu-IN"/>
        </w:rPr>
        <w:t>મંજૂરી</w:t>
      </w:r>
      <w:r w:rsidRPr="007A497B">
        <w:rPr>
          <w:b/>
          <w:sz w:val="20"/>
          <w:szCs w:val="20"/>
        </w:rPr>
        <w:t xml:space="preserve">): </w:t>
      </w:r>
      <w:r w:rsidRPr="007A497B">
        <w:rPr>
          <w:rFonts w:cs="Shruti"/>
          <w:sz w:val="20"/>
          <w:szCs w:val="20"/>
          <w:cs/>
          <w:lang w:bidi="gu-IN"/>
        </w:rPr>
        <w:t>શાળા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વિકાસ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યોજના</w:t>
      </w:r>
      <w:r w:rsidRPr="007A497B">
        <w:rPr>
          <w:sz w:val="20"/>
          <w:szCs w:val="20"/>
        </w:rPr>
        <w:t xml:space="preserve"> (SDP) </w:t>
      </w:r>
      <w:r w:rsidRPr="007A497B">
        <w:rPr>
          <w:rFonts w:cs="Shruti"/>
          <w:sz w:val="20"/>
          <w:szCs w:val="20"/>
          <w:cs/>
          <w:lang w:bidi="gu-IN"/>
        </w:rPr>
        <w:t>અંતર્ગત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નક્કી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કરાયેલ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શૈક્ષણિક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લક્ષ્યાંકો</w:t>
      </w:r>
      <w:r w:rsidRPr="007A497B">
        <w:rPr>
          <w:sz w:val="20"/>
          <w:szCs w:val="20"/>
        </w:rPr>
        <w:t xml:space="preserve"> (</w:t>
      </w:r>
      <w:r w:rsidRPr="007A497B">
        <w:rPr>
          <w:rFonts w:cs="Shruti"/>
          <w:sz w:val="20"/>
          <w:szCs w:val="20"/>
          <w:cs/>
          <w:lang w:bidi="gu-IN"/>
        </w:rPr>
        <w:t>જેમ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કે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બાળકોના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વાંચન</w:t>
      </w:r>
      <w:r w:rsidRPr="007A497B">
        <w:rPr>
          <w:sz w:val="20"/>
          <w:szCs w:val="20"/>
        </w:rPr>
        <w:t xml:space="preserve">, </w:t>
      </w:r>
      <w:r w:rsidRPr="007A497B">
        <w:rPr>
          <w:rFonts w:cs="Shruti"/>
          <w:sz w:val="20"/>
          <w:szCs w:val="20"/>
          <w:cs/>
          <w:lang w:bidi="gu-IN"/>
        </w:rPr>
        <w:t>લેખન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અને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ગણન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કૌશલ્યમાં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સુધારો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કરવો</w:t>
      </w:r>
      <w:r w:rsidRPr="007A497B">
        <w:rPr>
          <w:sz w:val="20"/>
          <w:szCs w:val="20"/>
        </w:rPr>
        <w:t xml:space="preserve">) </w:t>
      </w:r>
      <w:r w:rsidRPr="007A497B">
        <w:rPr>
          <w:rFonts w:cs="Shruti"/>
          <w:sz w:val="20"/>
          <w:szCs w:val="20"/>
          <w:cs/>
          <w:lang w:bidi="gu-IN"/>
        </w:rPr>
        <w:t>તેમજ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સહ</w:t>
      </w:r>
      <w:r w:rsidRPr="007A497B">
        <w:rPr>
          <w:sz w:val="20"/>
          <w:szCs w:val="20"/>
        </w:rPr>
        <w:t>-</w:t>
      </w:r>
      <w:r w:rsidRPr="007A497B">
        <w:rPr>
          <w:rFonts w:cs="Shruti"/>
          <w:sz w:val="20"/>
          <w:szCs w:val="20"/>
          <w:cs/>
          <w:lang w:bidi="gu-IN"/>
        </w:rPr>
        <w:t>અભ્યાસિક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પ્રવૃત્તિઓના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આયોજનને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સર્વાનુમતે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મંજૂર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કરવામાં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આવ્યું</w:t>
      </w:r>
      <w:r w:rsidRPr="007A497B">
        <w:rPr>
          <w:sz w:val="20"/>
          <w:szCs w:val="20"/>
        </w:rPr>
        <w:t>.</w:t>
      </w:r>
    </w:p>
    <w:p w14:paraId="06F3BBBB" w14:textId="77777777" w:rsidR="007A497B" w:rsidRPr="007A497B" w:rsidRDefault="007A497B" w:rsidP="00B50F7F">
      <w:pPr>
        <w:spacing w:line="240" w:lineRule="auto"/>
        <w:rPr>
          <w:sz w:val="20"/>
          <w:szCs w:val="20"/>
        </w:rPr>
      </w:pPr>
      <w:r w:rsidRPr="007A497B">
        <w:rPr>
          <w:rFonts w:cs="Shruti"/>
          <w:b/>
          <w:bCs/>
          <w:sz w:val="20"/>
          <w:szCs w:val="20"/>
          <w:cs/>
          <w:lang w:bidi="gu-IN"/>
        </w:rPr>
        <w:t>ઠરાવ</w:t>
      </w:r>
      <w:r w:rsidRPr="007A497B">
        <w:rPr>
          <w:b/>
          <w:sz w:val="20"/>
          <w:szCs w:val="20"/>
        </w:rPr>
        <w:t xml:space="preserve"> </w:t>
      </w:r>
      <w:r w:rsidRPr="007A497B">
        <w:rPr>
          <w:rFonts w:cs="Shruti"/>
          <w:b/>
          <w:bCs/>
          <w:sz w:val="20"/>
          <w:szCs w:val="20"/>
          <w:cs/>
          <w:lang w:bidi="gu-IN"/>
        </w:rPr>
        <w:t>૨</w:t>
      </w:r>
      <w:r w:rsidRPr="007A497B">
        <w:rPr>
          <w:b/>
          <w:sz w:val="20"/>
          <w:szCs w:val="20"/>
        </w:rPr>
        <w:t xml:space="preserve"> (</w:t>
      </w:r>
      <w:r w:rsidRPr="007A497B">
        <w:rPr>
          <w:rFonts w:cs="Shruti"/>
          <w:b/>
          <w:bCs/>
          <w:sz w:val="20"/>
          <w:szCs w:val="20"/>
          <w:cs/>
          <w:lang w:bidi="gu-IN"/>
        </w:rPr>
        <w:t>ભૌતિક</w:t>
      </w:r>
      <w:r w:rsidRPr="007A497B">
        <w:rPr>
          <w:b/>
          <w:sz w:val="20"/>
          <w:szCs w:val="20"/>
        </w:rPr>
        <w:t xml:space="preserve"> </w:t>
      </w:r>
      <w:r w:rsidRPr="007A497B">
        <w:rPr>
          <w:rFonts w:cs="Shruti"/>
          <w:b/>
          <w:bCs/>
          <w:sz w:val="20"/>
          <w:szCs w:val="20"/>
          <w:cs/>
          <w:lang w:bidi="gu-IN"/>
        </w:rPr>
        <w:t>સુવિધાઓનો</w:t>
      </w:r>
      <w:r w:rsidRPr="007A497B">
        <w:rPr>
          <w:b/>
          <w:sz w:val="20"/>
          <w:szCs w:val="20"/>
        </w:rPr>
        <w:t xml:space="preserve"> </w:t>
      </w:r>
      <w:r w:rsidRPr="007A497B">
        <w:rPr>
          <w:rFonts w:cs="Shruti"/>
          <w:b/>
          <w:bCs/>
          <w:sz w:val="20"/>
          <w:szCs w:val="20"/>
          <w:cs/>
          <w:lang w:bidi="gu-IN"/>
        </w:rPr>
        <w:t>વિકાસ</w:t>
      </w:r>
      <w:r w:rsidRPr="007A497B">
        <w:rPr>
          <w:b/>
          <w:sz w:val="20"/>
          <w:szCs w:val="20"/>
        </w:rPr>
        <w:t xml:space="preserve">): </w:t>
      </w:r>
      <w:r w:rsidRPr="007A497B">
        <w:rPr>
          <w:rFonts w:cs="Shruti"/>
          <w:sz w:val="20"/>
          <w:szCs w:val="20"/>
          <w:cs/>
          <w:lang w:bidi="gu-IN"/>
        </w:rPr>
        <w:t>શાળામાં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ખૂટતી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ભૌતિક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સુવિધાઓ</w:t>
      </w:r>
      <w:r w:rsidRPr="007A497B">
        <w:rPr>
          <w:sz w:val="20"/>
          <w:szCs w:val="20"/>
        </w:rPr>
        <w:t xml:space="preserve"> (</w:t>
      </w:r>
      <w:r w:rsidRPr="007A497B">
        <w:rPr>
          <w:rFonts w:cs="Shruti"/>
          <w:sz w:val="20"/>
          <w:szCs w:val="20"/>
          <w:cs/>
          <w:lang w:bidi="gu-IN"/>
        </w:rPr>
        <w:t>જેમ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કે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પીવાનું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શુદ્ધ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પાણી</w:t>
      </w:r>
      <w:r w:rsidRPr="007A497B">
        <w:rPr>
          <w:sz w:val="20"/>
          <w:szCs w:val="20"/>
        </w:rPr>
        <w:t xml:space="preserve">, </w:t>
      </w:r>
      <w:r w:rsidRPr="007A497B">
        <w:rPr>
          <w:rFonts w:cs="Shruti"/>
          <w:sz w:val="20"/>
          <w:szCs w:val="20"/>
          <w:cs/>
          <w:lang w:bidi="gu-IN"/>
        </w:rPr>
        <w:t>શૌચાલયની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નિયમિત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સફાઈ</w:t>
      </w:r>
      <w:r w:rsidRPr="007A497B">
        <w:rPr>
          <w:sz w:val="20"/>
          <w:szCs w:val="20"/>
        </w:rPr>
        <w:t xml:space="preserve">, </w:t>
      </w:r>
      <w:r w:rsidRPr="007A497B">
        <w:rPr>
          <w:rFonts w:cs="Shruti"/>
          <w:sz w:val="20"/>
          <w:szCs w:val="20"/>
          <w:cs/>
          <w:lang w:bidi="gu-IN"/>
        </w:rPr>
        <w:t>અને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વર્ગખંડના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ફર્નિચરનું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સમારકામ</w:t>
      </w:r>
      <w:r w:rsidRPr="007A497B">
        <w:rPr>
          <w:sz w:val="20"/>
          <w:szCs w:val="20"/>
        </w:rPr>
        <w:t xml:space="preserve">) </w:t>
      </w:r>
      <w:r w:rsidRPr="007A497B">
        <w:rPr>
          <w:rFonts w:cs="Shruti"/>
          <w:sz w:val="20"/>
          <w:szCs w:val="20"/>
          <w:cs/>
          <w:lang w:bidi="gu-IN"/>
        </w:rPr>
        <w:t>પૂરી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પાડવા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માટે</w:t>
      </w:r>
      <w:r w:rsidRPr="007A497B">
        <w:rPr>
          <w:sz w:val="20"/>
          <w:szCs w:val="20"/>
        </w:rPr>
        <w:t xml:space="preserve"> SMC </w:t>
      </w:r>
      <w:r w:rsidRPr="007A497B">
        <w:rPr>
          <w:rFonts w:cs="Shruti"/>
          <w:sz w:val="20"/>
          <w:szCs w:val="20"/>
          <w:cs/>
          <w:lang w:bidi="gu-IN"/>
        </w:rPr>
        <w:t>ગ્રાન્ટનો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યોગ્ય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અને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પારદર્શક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ઉપયોગ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કરવો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તેવો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ઠરાવ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પસાર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કરવામાં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આવ્યો</w:t>
      </w:r>
      <w:r w:rsidRPr="007A497B">
        <w:rPr>
          <w:sz w:val="20"/>
          <w:szCs w:val="20"/>
        </w:rPr>
        <w:t>.</w:t>
      </w:r>
    </w:p>
    <w:p w14:paraId="4F75B226" w14:textId="77777777" w:rsidR="007A497B" w:rsidRPr="007A497B" w:rsidRDefault="007A497B" w:rsidP="007A497B">
      <w:pPr>
        <w:spacing w:after="0" w:line="240" w:lineRule="auto"/>
        <w:rPr>
          <w:sz w:val="20"/>
          <w:szCs w:val="20"/>
        </w:rPr>
      </w:pPr>
      <w:r w:rsidRPr="007A497B">
        <w:rPr>
          <w:rFonts w:cs="Shruti"/>
          <w:b/>
          <w:bCs/>
          <w:sz w:val="20"/>
          <w:szCs w:val="20"/>
          <w:cs/>
          <w:lang w:bidi="gu-IN"/>
        </w:rPr>
        <w:t>ઠરાવ</w:t>
      </w:r>
      <w:r w:rsidRPr="007A497B">
        <w:rPr>
          <w:b/>
          <w:sz w:val="20"/>
          <w:szCs w:val="20"/>
        </w:rPr>
        <w:t xml:space="preserve"> </w:t>
      </w:r>
      <w:r w:rsidRPr="007A497B">
        <w:rPr>
          <w:rFonts w:cs="Shruti"/>
          <w:b/>
          <w:bCs/>
          <w:sz w:val="20"/>
          <w:szCs w:val="20"/>
          <w:cs/>
          <w:lang w:bidi="gu-IN"/>
        </w:rPr>
        <w:t>૩</w:t>
      </w:r>
      <w:r w:rsidRPr="007A497B">
        <w:rPr>
          <w:b/>
          <w:sz w:val="20"/>
          <w:szCs w:val="20"/>
        </w:rPr>
        <w:t xml:space="preserve"> (</w:t>
      </w:r>
      <w:r w:rsidRPr="007A497B">
        <w:rPr>
          <w:rFonts w:cs="Shruti"/>
          <w:b/>
          <w:bCs/>
          <w:sz w:val="20"/>
          <w:szCs w:val="20"/>
          <w:cs/>
          <w:lang w:bidi="gu-IN"/>
        </w:rPr>
        <w:t>વિદ્યાર્થીઓની</w:t>
      </w:r>
      <w:r w:rsidRPr="007A497B">
        <w:rPr>
          <w:b/>
          <w:sz w:val="20"/>
          <w:szCs w:val="20"/>
        </w:rPr>
        <w:t xml:space="preserve"> </w:t>
      </w:r>
      <w:r w:rsidRPr="007A497B">
        <w:rPr>
          <w:rFonts w:cs="Shruti"/>
          <w:b/>
          <w:bCs/>
          <w:sz w:val="20"/>
          <w:szCs w:val="20"/>
          <w:cs/>
          <w:lang w:bidi="gu-IN"/>
        </w:rPr>
        <w:t>હાજરી</w:t>
      </w:r>
      <w:r w:rsidRPr="007A497B">
        <w:rPr>
          <w:b/>
          <w:sz w:val="20"/>
          <w:szCs w:val="20"/>
        </w:rPr>
        <w:t xml:space="preserve">): </w:t>
      </w:r>
      <w:r w:rsidRPr="007A497B">
        <w:rPr>
          <w:rFonts w:cs="Shruti"/>
          <w:sz w:val="20"/>
          <w:szCs w:val="20"/>
          <w:cs/>
          <w:lang w:bidi="gu-IN"/>
        </w:rPr>
        <w:t>જે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વિદ્યાર્થીઓ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સતત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ગેરહાજર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રહેતા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હોય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અથવા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શાળા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છોડી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દેવાની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સંભાવના</w:t>
      </w:r>
      <w:r w:rsidRPr="007A497B">
        <w:rPr>
          <w:sz w:val="20"/>
          <w:szCs w:val="20"/>
        </w:rPr>
        <w:t xml:space="preserve"> (At-Risk) </w:t>
      </w:r>
      <w:r w:rsidRPr="007A497B">
        <w:rPr>
          <w:rFonts w:cs="Shruti"/>
          <w:sz w:val="20"/>
          <w:szCs w:val="20"/>
          <w:cs/>
          <w:lang w:bidi="gu-IN"/>
        </w:rPr>
        <w:t>ધરાવતા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હોય</w:t>
      </w:r>
      <w:r w:rsidRPr="007A497B">
        <w:rPr>
          <w:sz w:val="20"/>
          <w:szCs w:val="20"/>
        </w:rPr>
        <w:t xml:space="preserve">, </w:t>
      </w:r>
      <w:r w:rsidRPr="007A497B">
        <w:rPr>
          <w:rFonts w:cs="Shruti"/>
          <w:sz w:val="20"/>
          <w:szCs w:val="20"/>
          <w:cs/>
          <w:lang w:bidi="gu-IN"/>
        </w:rPr>
        <w:t>તેમના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વાલીઓનો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સંપર્ક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કરી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તેમને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શાળાએ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પરત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લાવવા</w:t>
      </w:r>
      <w:r w:rsidRPr="007A497B">
        <w:rPr>
          <w:sz w:val="20"/>
          <w:szCs w:val="20"/>
        </w:rPr>
        <w:t xml:space="preserve"> SMC </w:t>
      </w:r>
      <w:r w:rsidRPr="007A497B">
        <w:rPr>
          <w:rFonts w:cs="Shruti"/>
          <w:sz w:val="20"/>
          <w:szCs w:val="20"/>
          <w:cs/>
          <w:lang w:bidi="gu-IN"/>
        </w:rPr>
        <w:t>સભ્યોએ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અંગત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જવાબદારી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સ્વીકારી</w:t>
      </w:r>
      <w:r w:rsidRPr="007A497B">
        <w:rPr>
          <w:sz w:val="20"/>
          <w:szCs w:val="20"/>
        </w:rPr>
        <w:t>.</w:t>
      </w:r>
    </w:p>
    <w:p w14:paraId="71404500" w14:textId="77777777" w:rsidR="007A497B" w:rsidRDefault="007A497B" w:rsidP="007A497B">
      <w:pPr>
        <w:spacing w:after="0" w:line="240" w:lineRule="auto"/>
        <w:rPr>
          <w:rFonts w:cs="Shruti"/>
          <w:sz w:val="20"/>
          <w:szCs w:val="20"/>
          <w:lang w:bidi="gu-IN"/>
        </w:rPr>
      </w:pPr>
      <w:r w:rsidRPr="007A497B">
        <w:rPr>
          <w:rFonts w:cs="Shruti"/>
          <w:b/>
          <w:bCs/>
          <w:sz w:val="20"/>
          <w:szCs w:val="20"/>
          <w:cs/>
          <w:lang w:bidi="gu-IN"/>
        </w:rPr>
        <w:t>ઠરાવ</w:t>
      </w:r>
      <w:r w:rsidRPr="007A497B">
        <w:rPr>
          <w:b/>
          <w:sz w:val="20"/>
          <w:szCs w:val="20"/>
        </w:rPr>
        <w:t xml:space="preserve"> </w:t>
      </w:r>
      <w:r w:rsidRPr="007A497B">
        <w:rPr>
          <w:rFonts w:cs="Shruti"/>
          <w:b/>
          <w:bCs/>
          <w:sz w:val="20"/>
          <w:szCs w:val="20"/>
          <w:cs/>
          <w:lang w:bidi="gu-IN"/>
        </w:rPr>
        <w:t>૪</w:t>
      </w:r>
      <w:r w:rsidRPr="007A497B">
        <w:rPr>
          <w:b/>
          <w:sz w:val="20"/>
          <w:szCs w:val="20"/>
        </w:rPr>
        <w:t xml:space="preserve"> (</w:t>
      </w:r>
      <w:r w:rsidRPr="007A497B">
        <w:rPr>
          <w:rFonts w:cs="Shruti"/>
          <w:b/>
          <w:bCs/>
          <w:sz w:val="20"/>
          <w:szCs w:val="20"/>
          <w:cs/>
          <w:lang w:bidi="gu-IN"/>
        </w:rPr>
        <w:t>ગુણોત્સવ</w:t>
      </w:r>
      <w:r w:rsidRPr="007A497B">
        <w:rPr>
          <w:b/>
          <w:sz w:val="20"/>
          <w:szCs w:val="20"/>
        </w:rPr>
        <w:t xml:space="preserve"> </w:t>
      </w:r>
      <w:r w:rsidRPr="007A497B">
        <w:rPr>
          <w:rFonts w:cs="Shruti"/>
          <w:b/>
          <w:bCs/>
          <w:sz w:val="20"/>
          <w:szCs w:val="20"/>
          <w:cs/>
          <w:lang w:bidi="gu-IN"/>
        </w:rPr>
        <w:t>૨</w:t>
      </w:r>
      <w:r w:rsidRPr="007A497B">
        <w:rPr>
          <w:b/>
          <w:sz w:val="20"/>
          <w:szCs w:val="20"/>
        </w:rPr>
        <w:t>.</w:t>
      </w:r>
      <w:r w:rsidRPr="007A497B">
        <w:rPr>
          <w:rFonts w:cs="Shruti"/>
          <w:b/>
          <w:bCs/>
          <w:sz w:val="20"/>
          <w:szCs w:val="20"/>
          <w:cs/>
          <w:lang w:bidi="gu-IN"/>
        </w:rPr>
        <w:t>૦</w:t>
      </w:r>
      <w:r w:rsidRPr="007A497B">
        <w:rPr>
          <w:b/>
          <w:sz w:val="20"/>
          <w:szCs w:val="20"/>
        </w:rPr>
        <w:t xml:space="preserve"> </w:t>
      </w:r>
      <w:r w:rsidRPr="007A497B">
        <w:rPr>
          <w:rFonts w:cs="Shruti"/>
          <w:b/>
          <w:bCs/>
          <w:sz w:val="20"/>
          <w:szCs w:val="20"/>
          <w:cs/>
          <w:lang w:bidi="gu-IN"/>
        </w:rPr>
        <w:t>ની</w:t>
      </w:r>
      <w:r w:rsidRPr="007A497B">
        <w:rPr>
          <w:b/>
          <w:sz w:val="20"/>
          <w:szCs w:val="20"/>
        </w:rPr>
        <w:t xml:space="preserve"> </w:t>
      </w:r>
      <w:r w:rsidRPr="007A497B">
        <w:rPr>
          <w:rFonts w:cs="Shruti"/>
          <w:b/>
          <w:bCs/>
          <w:sz w:val="20"/>
          <w:szCs w:val="20"/>
          <w:cs/>
          <w:lang w:bidi="gu-IN"/>
        </w:rPr>
        <w:t>તૈયારી</w:t>
      </w:r>
      <w:r w:rsidRPr="007A497B">
        <w:rPr>
          <w:b/>
          <w:sz w:val="20"/>
          <w:szCs w:val="20"/>
        </w:rPr>
        <w:t xml:space="preserve">): </w:t>
      </w:r>
      <w:r w:rsidRPr="007A497B">
        <w:rPr>
          <w:rFonts w:cs="Shruti"/>
          <w:sz w:val="20"/>
          <w:szCs w:val="20"/>
          <w:cs/>
          <w:lang w:bidi="gu-IN"/>
        </w:rPr>
        <w:t>ગુણોત્સવ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૨</w:t>
      </w:r>
      <w:r w:rsidRPr="007A497B">
        <w:rPr>
          <w:sz w:val="20"/>
          <w:szCs w:val="20"/>
        </w:rPr>
        <w:t>.</w:t>
      </w:r>
      <w:r w:rsidRPr="007A497B">
        <w:rPr>
          <w:rFonts w:cs="Shruti"/>
          <w:sz w:val="20"/>
          <w:szCs w:val="20"/>
          <w:cs/>
          <w:lang w:bidi="gu-IN"/>
        </w:rPr>
        <w:t>૦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ના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મૂલ્યાંકનમાં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શાળા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શ્રેષ્ઠ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પ્રદર્શન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કરે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તે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માટે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શિક્ષકો</w:t>
      </w:r>
      <w:r w:rsidRPr="007A497B">
        <w:rPr>
          <w:sz w:val="20"/>
          <w:szCs w:val="20"/>
        </w:rPr>
        <w:t xml:space="preserve">, </w:t>
      </w:r>
      <w:r w:rsidRPr="007A497B">
        <w:rPr>
          <w:rFonts w:cs="Shruti"/>
          <w:sz w:val="20"/>
          <w:szCs w:val="20"/>
          <w:cs/>
          <w:lang w:bidi="gu-IN"/>
        </w:rPr>
        <w:t>વાલીઓ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અને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સમુદાયે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સંયુક્ત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રીતે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પ્રયાસો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કરવા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સંમતિ</w:t>
      </w:r>
      <w:r w:rsidRPr="007A497B">
        <w:rPr>
          <w:sz w:val="20"/>
          <w:szCs w:val="20"/>
        </w:rPr>
        <w:t xml:space="preserve"> </w:t>
      </w:r>
      <w:r w:rsidRPr="007A497B">
        <w:rPr>
          <w:rFonts w:cs="Shruti"/>
          <w:sz w:val="20"/>
          <w:szCs w:val="20"/>
          <w:cs/>
          <w:lang w:bidi="gu-IN"/>
        </w:rPr>
        <w:t>દર્શાવી</w:t>
      </w:r>
      <w:r w:rsidRPr="007A497B">
        <w:rPr>
          <w:sz w:val="20"/>
          <w:szCs w:val="20"/>
        </w:rPr>
        <w:t>.</w:t>
      </w:r>
    </w:p>
    <w:p w14:paraId="49A4121A" w14:textId="77777777" w:rsidR="00B50F7F" w:rsidRPr="00B50F7F" w:rsidRDefault="007A497B" w:rsidP="007A497B">
      <w:pPr>
        <w:spacing w:after="0" w:line="240" w:lineRule="auto"/>
        <w:rPr>
          <w:rFonts w:cs="Shruti"/>
          <w:sz w:val="18"/>
          <w:szCs w:val="18"/>
          <w:lang w:bidi="gu-IN"/>
        </w:rPr>
      </w:pPr>
      <w:r w:rsidRPr="00B50F7F">
        <w:rPr>
          <w:rFonts w:cs="Shruti"/>
          <w:i/>
          <w:iCs/>
          <w:sz w:val="18"/>
          <w:szCs w:val="18"/>
          <w:cs/>
          <w:lang w:bidi="gu-IN"/>
        </w:rPr>
        <w:t>નોંધ</w:t>
      </w:r>
      <w:r w:rsidRPr="00B50F7F">
        <w:rPr>
          <w:i/>
          <w:sz w:val="18"/>
          <w:szCs w:val="18"/>
        </w:rPr>
        <w:t xml:space="preserve">: </w:t>
      </w:r>
      <w:r w:rsidRPr="00B50F7F">
        <w:rPr>
          <w:rFonts w:cs="Shruti"/>
          <w:i/>
          <w:iCs/>
          <w:sz w:val="18"/>
          <w:szCs w:val="18"/>
          <w:cs/>
          <w:lang w:bidi="gu-IN"/>
        </w:rPr>
        <w:t>ઉપરોક્ત</w:t>
      </w:r>
      <w:r w:rsidRPr="00B50F7F">
        <w:rPr>
          <w:i/>
          <w:sz w:val="18"/>
          <w:szCs w:val="18"/>
        </w:rPr>
        <w:t xml:space="preserve"> </w:t>
      </w:r>
      <w:r w:rsidRPr="00B50F7F">
        <w:rPr>
          <w:rFonts w:cs="Shruti"/>
          <w:i/>
          <w:iCs/>
          <w:sz w:val="18"/>
          <w:szCs w:val="18"/>
          <w:cs/>
          <w:lang w:bidi="gu-IN"/>
        </w:rPr>
        <w:t>બેઠકની</w:t>
      </w:r>
      <w:r w:rsidRPr="00B50F7F">
        <w:rPr>
          <w:i/>
          <w:sz w:val="18"/>
          <w:szCs w:val="18"/>
        </w:rPr>
        <w:t xml:space="preserve"> </w:t>
      </w:r>
      <w:r w:rsidRPr="00B50F7F">
        <w:rPr>
          <w:rFonts w:cs="Shruti"/>
          <w:i/>
          <w:iCs/>
          <w:sz w:val="18"/>
          <w:szCs w:val="18"/>
          <w:cs/>
          <w:lang w:bidi="gu-IN"/>
        </w:rPr>
        <w:t>સંપૂર્ણ</w:t>
      </w:r>
      <w:r w:rsidRPr="00B50F7F">
        <w:rPr>
          <w:i/>
          <w:sz w:val="18"/>
          <w:szCs w:val="18"/>
        </w:rPr>
        <w:t xml:space="preserve"> </w:t>
      </w:r>
      <w:r w:rsidRPr="00B50F7F">
        <w:rPr>
          <w:rFonts w:cs="Shruti"/>
          <w:i/>
          <w:iCs/>
          <w:sz w:val="18"/>
          <w:szCs w:val="18"/>
          <w:cs/>
          <w:lang w:bidi="gu-IN"/>
        </w:rPr>
        <w:t>કાર્યવાહી</w:t>
      </w:r>
      <w:r w:rsidRPr="00B50F7F">
        <w:rPr>
          <w:i/>
          <w:sz w:val="18"/>
          <w:szCs w:val="18"/>
        </w:rPr>
        <w:t xml:space="preserve"> </w:t>
      </w:r>
      <w:r w:rsidRPr="00B50F7F">
        <w:rPr>
          <w:rFonts w:cs="Shruti"/>
          <w:i/>
          <w:iCs/>
          <w:sz w:val="18"/>
          <w:szCs w:val="18"/>
          <w:cs/>
          <w:lang w:bidi="gu-IN"/>
        </w:rPr>
        <w:t>શાળાના</w:t>
      </w:r>
      <w:r w:rsidRPr="00B50F7F">
        <w:rPr>
          <w:i/>
          <w:sz w:val="18"/>
          <w:szCs w:val="18"/>
        </w:rPr>
        <w:t xml:space="preserve"> SMC </w:t>
      </w:r>
      <w:r w:rsidRPr="00B50F7F">
        <w:rPr>
          <w:rFonts w:cs="Shruti"/>
          <w:i/>
          <w:iCs/>
          <w:sz w:val="18"/>
          <w:szCs w:val="18"/>
          <w:cs/>
          <w:lang w:bidi="gu-IN"/>
        </w:rPr>
        <w:t>ઠરાવ</w:t>
      </w:r>
      <w:r w:rsidRPr="00B50F7F">
        <w:rPr>
          <w:i/>
          <w:sz w:val="18"/>
          <w:szCs w:val="18"/>
        </w:rPr>
        <w:t xml:space="preserve"> </w:t>
      </w:r>
      <w:r w:rsidRPr="00B50F7F">
        <w:rPr>
          <w:rFonts w:cs="Shruti"/>
          <w:i/>
          <w:iCs/>
          <w:sz w:val="18"/>
          <w:szCs w:val="18"/>
          <w:cs/>
          <w:lang w:bidi="gu-IN"/>
        </w:rPr>
        <w:t>રજીસ્ટર</w:t>
      </w:r>
      <w:r w:rsidRPr="00B50F7F">
        <w:rPr>
          <w:i/>
          <w:sz w:val="18"/>
          <w:szCs w:val="18"/>
        </w:rPr>
        <w:t xml:space="preserve"> (</w:t>
      </w:r>
      <w:r w:rsidRPr="00B50F7F">
        <w:rPr>
          <w:rFonts w:cs="Shruti"/>
          <w:i/>
          <w:iCs/>
          <w:sz w:val="18"/>
          <w:szCs w:val="18"/>
          <w:cs/>
          <w:lang w:bidi="gu-IN"/>
        </w:rPr>
        <w:t>મિટિંગ</w:t>
      </w:r>
      <w:r w:rsidRPr="00B50F7F">
        <w:rPr>
          <w:i/>
          <w:sz w:val="18"/>
          <w:szCs w:val="18"/>
        </w:rPr>
        <w:t xml:space="preserve"> </w:t>
      </w:r>
      <w:r w:rsidRPr="00B50F7F">
        <w:rPr>
          <w:rFonts w:cs="Shruti"/>
          <w:i/>
          <w:iCs/>
          <w:sz w:val="18"/>
          <w:szCs w:val="18"/>
          <w:cs/>
          <w:lang w:bidi="gu-IN"/>
        </w:rPr>
        <w:t>મિનિટ્સ</w:t>
      </w:r>
      <w:r w:rsidRPr="00B50F7F">
        <w:rPr>
          <w:i/>
          <w:sz w:val="18"/>
          <w:szCs w:val="18"/>
        </w:rPr>
        <w:t xml:space="preserve"> </w:t>
      </w:r>
      <w:r w:rsidRPr="00B50F7F">
        <w:rPr>
          <w:rFonts w:cs="Shruti"/>
          <w:i/>
          <w:iCs/>
          <w:sz w:val="18"/>
          <w:szCs w:val="18"/>
          <w:cs/>
          <w:lang w:bidi="gu-IN"/>
        </w:rPr>
        <w:t>બુક</w:t>
      </w:r>
      <w:r w:rsidRPr="00B50F7F">
        <w:rPr>
          <w:i/>
          <w:sz w:val="18"/>
          <w:szCs w:val="18"/>
        </w:rPr>
        <w:t xml:space="preserve">) </w:t>
      </w:r>
      <w:r w:rsidRPr="00B50F7F">
        <w:rPr>
          <w:rFonts w:cs="Shruti"/>
          <w:i/>
          <w:iCs/>
          <w:sz w:val="18"/>
          <w:szCs w:val="18"/>
          <w:cs/>
          <w:lang w:bidi="gu-IN"/>
        </w:rPr>
        <w:t>માં</w:t>
      </w:r>
      <w:r w:rsidRPr="00B50F7F">
        <w:rPr>
          <w:i/>
          <w:sz w:val="18"/>
          <w:szCs w:val="18"/>
        </w:rPr>
        <w:t xml:space="preserve"> </w:t>
      </w:r>
      <w:r w:rsidRPr="00B50F7F">
        <w:rPr>
          <w:rFonts w:cs="Shruti"/>
          <w:i/>
          <w:iCs/>
          <w:sz w:val="18"/>
          <w:szCs w:val="18"/>
          <w:cs/>
          <w:lang w:bidi="gu-IN"/>
        </w:rPr>
        <w:t>નોંધવામાં</w:t>
      </w:r>
      <w:r w:rsidRPr="00B50F7F">
        <w:rPr>
          <w:i/>
          <w:sz w:val="18"/>
          <w:szCs w:val="18"/>
        </w:rPr>
        <w:t xml:space="preserve"> </w:t>
      </w:r>
      <w:r w:rsidRPr="00B50F7F">
        <w:rPr>
          <w:rFonts w:cs="Shruti"/>
          <w:i/>
          <w:iCs/>
          <w:sz w:val="18"/>
          <w:szCs w:val="18"/>
          <w:cs/>
          <w:lang w:bidi="gu-IN"/>
        </w:rPr>
        <w:t>આવેલ</w:t>
      </w:r>
      <w:r w:rsidRPr="00B50F7F">
        <w:rPr>
          <w:i/>
          <w:sz w:val="18"/>
          <w:szCs w:val="18"/>
        </w:rPr>
        <w:t xml:space="preserve"> </w:t>
      </w:r>
      <w:r w:rsidRPr="00B50F7F">
        <w:rPr>
          <w:rFonts w:cs="Shruti"/>
          <w:i/>
          <w:iCs/>
          <w:sz w:val="18"/>
          <w:szCs w:val="18"/>
          <w:cs/>
          <w:lang w:bidi="gu-IN"/>
        </w:rPr>
        <w:t>છે</w:t>
      </w:r>
      <w:r w:rsidRPr="00B50F7F">
        <w:rPr>
          <w:i/>
          <w:sz w:val="18"/>
          <w:szCs w:val="18"/>
        </w:rPr>
        <w:t xml:space="preserve">, </w:t>
      </w:r>
      <w:r w:rsidRPr="00B50F7F">
        <w:rPr>
          <w:rFonts w:cs="Shruti"/>
          <w:i/>
          <w:iCs/>
          <w:sz w:val="18"/>
          <w:szCs w:val="18"/>
          <w:cs/>
          <w:lang w:bidi="gu-IN"/>
        </w:rPr>
        <w:t>જેમાં</w:t>
      </w:r>
      <w:r w:rsidRPr="00B50F7F">
        <w:rPr>
          <w:i/>
          <w:sz w:val="18"/>
          <w:szCs w:val="18"/>
        </w:rPr>
        <w:t xml:space="preserve"> </w:t>
      </w:r>
      <w:r w:rsidRPr="00B50F7F">
        <w:rPr>
          <w:rFonts w:cs="Shruti"/>
          <w:i/>
          <w:iCs/>
          <w:sz w:val="18"/>
          <w:szCs w:val="18"/>
          <w:cs/>
          <w:lang w:bidi="gu-IN"/>
        </w:rPr>
        <w:t>હાજર</w:t>
      </w:r>
      <w:r w:rsidRPr="00B50F7F">
        <w:rPr>
          <w:i/>
          <w:sz w:val="18"/>
          <w:szCs w:val="18"/>
        </w:rPr>
        <w:t xml:space="preserve"> </w:t>
      </w:r>
      <w:r w:rsidRPr="00B50F7F">
        <w:rPr>
          <w:rFonts w:cs="Shruti"/>
          <w:i/>
          <w:iCs/>
          <w:sz w:val="18"/>
          <w:szCs w:val="18"/>
          <w:cs/>
          <w:lang w:bidi="gu-IN"/>
        </w:rPr>
        <w:t>તમામ</w:t>
      </w:r>
      <w:r w:rsidRPr="00B50F7F">
        <w:rPr>
          <w:i/>
          <w:sz w:val="18"/>
          <w:szCs w:val="18"/>
        </w:rPr>
        <w:t xml:space="preserve"> </w:t>
      </w:r>
      <w:r w:rsidRPr="00B50F7F">
        <w:rPr>
          <w:rFonts w:cs="Shruti"/>
          <w:i/>
          <w:iCs/>
          <w:sz w:val="18"/>
          <w:szCs w:val="18"/>
          <w:cs/>
          <w:lang w:bidi="gu-IN"/>
        </w:rPr>
        <w:t>સભ્યોની</w:t>
      </w:r>
      <w:r w:rsidRPr="00B50F7F">
        <w:rPr>
          <w:i/>
          <w:sz w:val="18"/>
          <w:szCs w:val="18"/>
        </w:rPr>
        <w:t xml:space="preserve"> </w:t>
      </w:r>
      <w:r w:rsidRPr="00B50F7F">
        <w:rPr>
          <w:rFonts w:cs="Shruti"/>
          <w:i/>
          <w:iCs/>
          <w:sz w:val="18"/>
          <w:szCs w:val="18"/>
          <w:cs/>
          <w:lang w:bidi="gu-IN"/>
        </w:rPr>
        <w:t>સહી</w:t>
      </w:r>
      <w:r w:rsidRPr="00B50F7F">
        <w:rPr>
          <w:i/>
          <w:sz w:val="18"/>
          <w:szCs w:val="18"/>
        </w:rPr>
        <w:t xml:space="preserve"> </w:t>
      </w:r>
      <w:r w:rsidRPr="00B50F7F">
        <w:rPr>
          <w:rFonts w:cs="Shruti"/>
          <w:i/>
          <w:iCs/>
          <w:sz w:val="18"/>
          <w:szCs w:val="18"/>
          <w:cs/>
          <w:lang w:bidi="gu-IN"/>
        </w:rPr>
        <w:t>લેવામાં</w:t>
      </w:r>
      <w:r w:rsidRPr="00B50F7F">
        <w:rPr>
          <w:i/>
          <w:sz w:val="18"/>
          <w:szCs w:val="18"/>
        </w:rPr>
        <w:t xml:space="preserve"> </w:t>
      </w:r>
      <w:r w:rsidRPr="00B50F7F">
        <w:rPr>
          <w:rFonts w:cs="Shruti"/>
          <w:i/>
          <w:iCs/>
          <w:sz w:val="18"/>
          <w:szCs w:val="18"/>
          <w:cs/>
          <w:lang w:bidi="gu-IN"/>
        </w:rPr>
        <w:t>આવેલ</w:t>
      </w:r>
      <w:r w:rsidRPr="00B50F7F">
        <w:rPr>
          <w:i/>
          <w:sz w:val="18"/>
          <w:szCs w:val="18"/>
        </w:rPr>
        <w:t xml:space="preserve"> </w:t>
      </w:r>
      <w:r w:rsidRPr="00B50F7F">
        <w:rPr>
          <w:rFonts w:cs="Shruti"/>
          <w:i/>
          <w:iCs/>
          <w:sz w:val="18"/>
          <w:szCs w:val="18"/>
          <w:cs/>
          <w:lang w:bidi="gu-IN"/>
        </w:rPr>
        <w:t>છે</w:t>
      </w:r>
      <w:r w:rsidRPr="00B50F7F">
        <w:rPr>
          <w:i/>
          <w:sz w:val="18"/>
          <w:szCs w:val="18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B50F7F" w14:paraId="3588AEC8" w14:textId="77777777" w:rsidTr="00B50F7F">
        <w:tc>
          <w:tcPr>
            <w:tcW w:w="4320" w:type="dxa"/>
          </w:tcPr>
          <w:p w14:paraId="4D754943" w14:textId="4C2CCD4D" w:rsidR="00B50F7F" w:rsidRPr="00206B40" w:rsidRDefault="00B50F7F" w:rsidP="00B50F7F">
            <w:pPr>
              <w:rPr>
                <w:rFonts w:cs="Shruti"/>
                <w:lang w:bidi="gu-IN"/>
              </w:rPr>
            </w:pPr>
            <w:r>
              <w:rPr>
                <w:rFonts w:cs="Shruti"/>
                <w:cs/>
                <w:lang w:bidi="gu-IN"/>
              </w:rPr>
              <w:t>સ્થળ</w:t>
            </w:r>
            <w:r w:rsidR="009302AE">
              <w:t xml:space="preserve"> </w:t>
            </w:r>
            <w:r w:rsidR="008E13CA">
              <w:rPr>
                <w:rFonts w:cs="Shruti" w:hint="cs"/>
                <w:cs/>
                <w:lang w:bidi="gu-IN"/>
              </w:rPr>
              <w:t xml:space="preserve">ઢાંકણ્રીયાવાસ પ્રાથમિક શાળા </w:t>
            </w:r>
          </w:p>
        </w:tc>
        <w:tc>
          <w:tcPr>
            <w:tcW w:w="4320" w:type="dxa"/>
          </w:tcPr>
          <w:p w14:paraId="27885DF1" w14:textId="77777777" w:rsidR="00B50F7F" w:rsidRDefault="00B50F7F" w:rsidP="00B50F7F">
            <w:pPr>
              <w:jc w:val="right"/>
            </w:pPr>
            <w:r>
              <w:rPr>
                <w:rFonts w:cs="Shruti"/>
                <w:cs/>
                <w:lang w:bidi="gu-IN"/>
              </w:rPr>
              <w:t>આચાર્યશ્રીની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સહી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અને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સિક્કો</w:t>
            </w:r>
          </w:p>
        </w:tc>
      </w:tr>
    </w:tbl>
    <w:p w14:paraId="52E00AE0" w14:textId="262D1E50" w:rsidR="00502A5D" w:rsidRDefault="002546D1" w:rsidP="00CA1AC1">
      <w:pPr>
        <w:spacing w:after="0" w:line="240" w:lineRule="auto"/>
        <w:rPr>
          <w:rFonts w:cs="Shruti"/>
          <w:b/>
          <w:u w:val="single"/>
          <w:lang w:val="en-IN" w:bidi="gu-IN"/>
        </w:rPr>
      </w:pPr>
      <w:r>
        <w:rPr>
          <w:rFonts w:cs="Shruti" w:hint="cs"/>
          <w:sz w:val="28"/>
          <w:szCs w:val="28"/>
          <w:u w:val="single"/>
          <w:cs/>
          <w:lang w:bidi="gu-IN"/>
        </w:rPr>
        <w:lastRenderedPageBreak/>
        <w:t>ઢાંકણ્રીયાવાસ પ્રાથમિક શાળા તા- લાખણી જિલ્લો - વાવ-થરાદ ડાયસ કોડ: 24021300207</w:t>
      </w:r>
    </w:p>
    <w:p w14:paraId="73857DE6" w14:textId="77777777" w:rsidR="007A497B" w:rsidRDefault="007E4023" w:rsidP="007E4023">
      <w:pPr>
        <w:tabs>
          <w:tab w:val="left" w:pos="2835"/>
        </w:tabs>
        <w:spacing w:line="240" w:lineRule="auto"/>
        <w:rPr>
          <w:rFonts w:cs="Shruti"/>
          <w:sz w:val="28"/>
          <w:szCs w:val="28"/>
          <w:lang w:bidi="gu-IN"/>
        </w:rPr>
      </w:pPr>
      <w:r w:rsidRPr="007E4023">
        <w:rPr>
          <w:rFonts w:cs="Shruti"/>
          <w:sz w:val="28"/>
          <w:szCs w:val="28"/>
          <w:cs/>
          <w:lang w:bidi="gu-IN"/>
        </w:rPr>
        <w:t>શાળા વિકાસ યોજનાના અમલીકરણ અને સમીક્ષા સંબંધિત વિગત</w:t>
      </w:r>
    </w:p>
    <w:p w14:paraId="633BE89F" w14:textId="77777777" w:rsidR="007E4023" w:rsidRDefault="007E4023" w:rsidP="007E4023">
      <w:pPr>
        <w:pStyle w:val="Heading1"/>
        <w:spacing w:line="240" w:lineRule="auto"/>
      </w:pPr>
      <w:r>
        <w:rPr>
          <w:rFonts w:cs="Shruti"/>
          <w:cs/>
          <w:lang w:bidi="gu-IN"/>
        </w:rPr>
        <w:t>શાળા</w:t>
      </w:r>
      <w:r>
        <w:t xml:space="preserve"> </w:t>
      </w:r>
      <w:r>
        <w:rPr>
          <w:rFonts w:cs="Shruti"/>
          <w:cs/>
          <w:lang w:bidi="gu-IN"/>
        </w:rPr>
        <w:t>વિકાસ</w:t>
      </w:r>
      <w:r>
        <w:t xml:space="preserve"> </w:t>
      </w:r>
      <w:r>
        <w:rPr>
          <w:rFonts w:cs="Shruti"/>
          <w:cs/>
          <w:lang w:bidi="gu-IN"/>
        </w:rPr>
        <w:t>યોજના</w:t>
      </w:r>
      <w:r>
        <w:t xml:space="preserve"> (SDP) </w:t>
      </w:r>
      <w:r>
        <w:rPr>
          <w:rFonts w:cs="Shruti"/>
          <w:cs/>
          <w:lang w:bidi="gu-IN"/>
        </w:rPr>
        <w:t>ના</w:t>
      </w:r>
      <w:r>
        <w:t xml:space="preserve"> </w:t>
      </w:r>
      <w:r>
        <w:rPr>
          <w:rFonts w:cs="Shruti"/>
          <w:cs/>
          <w:lang w:bidi="gu-IN"/>
        </w:rPr>
        <w:t>અમલીકરણ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સમીક્ષાનો</w:t>
      </w:r>
      <w:r>
        <w:t xml:space="preserve"> </w:t>
      </w:r>
      <w:r>
        <w:rPr>
          <w:rFonts w:cs="Shruti"/>
          <w:cs/>
          <w:lang w:bidi="gu-IN"/>
        </w:rPr>
        <w:t>અહેવાલ</w:t>
      </w:r>
      <w:r>
        <w:br/>
      </w:r>
      <w:r>
        <w:rPr>
          <w:rFonts w:cs="Shruti"/>
          <w:cs/>
          <w:lang w:bidi="gu-IN"/>
        </w:rPr>
        <w:t>પ્રસ્તાવના</w:t>
      </w:r>
      <w:r>
        <w:t>:</w:t>
      </w:r>
    </w:p>
    <w:p w14:paraId="0C581693" w14:textId="77777777" w:rsidR="007E4023" w:rsidRPr="007E4023" w:rsidRDefault="007E4023" w:rsidP="007E4023">
      <w:pPr>
        <w:spacing w:line="240" w:lineRule="auto"/>
        <w:rPr>
          <w:rFonts w:cs="Shruti"/>
          <w:sz w:val="16"/>
          <w:szCs w:val="16"/>
          <w:lang w:bidi="gu-IN"/>
        </w:rPr>
      </w:pPr>
      <w:r w:rsidRPr="007E4023">
        <w:rPr>
          <w:rFonts w:cs="Shruti"/>
          <w:sz w:val="16"/>
          <w:szCs w:val="16"/>
          <w:cs/>
          <w:lang w:bidi="gu-IN"/>
        </w:rPr>
        <w:t>ગુણોત્સવ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૨</w:t>
      </w:r>
      <w:r w:rsidRPr="007E4023">
        <w:rPr>
          <w:sz w:val="16"/>
          <w:szCs w:val="16"/>
        </w:rPr>
        <w:t>.</w:t>
      </w:r>
      <w:r w:rsidRPr="007E4023">
        <w:rPr>
          <w:rFonts w:cs="Shruti"/>
          <w:sz w:val="16"/>
          <w:szCs w:val="16"/>
          <w:cs/>
          <w:lang w:bidi="gu-IN"/>
        </w:rPr>
        <w:t>૦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ના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માપદંડો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મુજબ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લીંબડ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પ્રાથમિક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શાળાના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સર્વાંગી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વિકાસ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માટે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શાળા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વ્યવસ્થાપન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સમિતિ</w:t>
      </w:r>
      <w:r w:rsidRPr="007E4023">
        <w:rPr>
          <w:sz w:val="16"/>
          <w:szCs w:val="16"/>
        </w:rPr>
        <w:t xml:space="preserve"> (SMC) </w:t>
      </w:r>
      <w:r w:rsidRPr="007E4023">
        <w:rPr>
          <w:rFonts w:cs="Shruti"/>
          <w:sz w:val="16"/>
          <w:szCs w:val="16"/>
          <w:cs/>
          <w:lang w:bidi="gu-IN"/>
        </w:rPr>
        <w:t>અને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શિક્ષકો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દ્વારા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સંયુક્ત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રીતે</w:t>
      </w:r>
      <w:r w:rsidRPr="007E4023">
        <w:rPr>
          <w:sz w:val="16"/>
          <w:szCs w:val="16"/>
        </w:rPr>
        <w:t xml:space="preserve"> "</w:t>
      </w:r>
      <w:r w:rsidRPr="007E4023">
        <w:rPr>
          <w:rFonts w:cs="Shruti"/>
          <w:sz w:val="16"/>
          <w:szCs w:val="16"/>
          <w:cs/>
          <w:lang w:bidi="gu-IN"/>
        </w:rPr>
        <w:t>શાળા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વિકાસ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યોજના</w:t>
      </w:r>
      <w:r w:rsidRPr="007E4023">
        <w:rPr>
          <w:sz w:val="16"/>
          <w:szCs w:val="16"/>
        </w:rPr>
        <w:t xml:space="preserve"> (School Development Plan - SDP)" </w:t>
      </w:r>
      <w:r w:rsidRPr="007E4023">
        <w:rPr>
          <w:rFonts w:cs="Shruti"/>
          <w:sz w:val="16"/>
          <w:szCs w:val="16"/>
          <w:cs/>
          <w:lang w:bidi="gu-IN"/>
        </w:rPr>
        <w:t>તૈયાર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કરવામાં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આવી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હતી</w:t>
      </w:r>
      <w:r w:rsidRPr="007E4023">
        <w:rPr>
          <w:sz w:val="16"/>
          <w:szCs w:val="16"/>
        </w:rPr>
        <w:t xml:space="preserve">. </w:t>
      </w:r>
      <w:r w:rsidRPr="007E4023">
        <w:rPr>
          <w:rFonts w:cs="Shruti"/>
          <w:sz w:val="16"/>
          <w:szCs w:val="16"/>
          <w:cs/>
          <w:lang w:bidi="gu-IN"/>
        </w:rPr>
        <w:t>આ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અહેવાલ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સત્ર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દરમિયાન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યોજના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અંતર્ગત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હાથ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ધરાયેલ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કાર્યો</w:t>
      </w:r>
      <w:r w:rsidRPr="007E4023">
        <w:rPr>
          <w:sz w:val="16"/>
          <w:szCs w:val="16"/>
        </w:rPr>
        <w:t xml:space="preserve">, </w:t>
      </w:r>
      <w:r w:rsidRPr="007E4023">
        <w:rPr>
          <w:rFonts w:cs="Shruti"/>
          <w:sz w:val="16"/>
          <w:szCs w:val="16"/>
          <w:cs/>
          <w:lang w:bidi="gu-IN"/>
        </w:rPr>
        <w:t>તેના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અમલીકરણની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સ્થિતિ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અને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સમીક્ષાના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તારણો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દર્શાવે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છે</w:t>
      </w:r>
      <w:r w:rsidRPr="007E4023">
        <w:rPr>
          <w:sz w:val="16"/>
          <w:szCs w:val="16"/>
        </w:rPr>
        <w:t>.</w:t>
      </w:r>
    </w:p>
    <w:p w14:paraId="2A66ADB7" w14:textId="77777777" w:rsidR="007E4023" w:rsidRDefault="007E4023" w:rsidP="007E4023">
      <w:pPr>
        <w:pStyle w:val="Heading2"/>
      </w:pPr>
      <w:r>
        <w:rPr>
          <w:rFonts w:cs="Shruti"/>
          <w:cs/>
          <w:lang w:bidi="gu-IN"/>
        </w:rPr>
        <w:t>૧</w:t>
      </w:r>
      <w:r>
        <w:t xml:space="preserve">. </w:t>
      </w:r>
      <w:r>
        <w:rPr>
          <w:rFonts w:cs="Shruti"/>
          <w:cs/>
          <w:lang w:bidi="gu-IN"/>
        </w:rPr>
        <w:t>શાળા</w:t>
      </w:r>
      <w:r>
        <w:t xml:space="preserve"> </w:t>
      </w:r>
      <w:r>
        <w:rPr>
          <w:rFonts w:cs="Shruti"/>
          <w:cs/>
          <w:lang w:bidi="gu-IN"/>
        </w:rPr>
        <w:t>વિકાસ</w:t>
      </w:r>
      <w:r>
        <w:t xml:space="preserve"> </w:t>
      </w:r>
      <w:r>
        <w:rPr>
          <w:rFonts w:cs="Shruti"/>
          <w:cs/>
          <w:lang w:bidi="gu-IN"/>
        </w:rPr>
        <w:t>યોજના</w:t>
      </w:r>
      <w:r>
        <w:t xml:space="preserve"> (SDP) </w:t>
      </w:r>
      <w:r>
        <w:rPr>
          <w:rFonts w:cs="Shruti"/>
          <w:cs/>
          <w:lang w:bidi="gu-IN"/>
        </w:rPr>
        <w:t>ના</w:t>
      </w:r>
      <w:r>
        <w:t xml:space="preserve"> </w:t>
      </w:r>
      <w:r>
        <w:rPr>
          <w:rFonts w:cs="Shruti"/>
          <w:cs/>
          <w:lang w:bidi="gu-IN"/>
        </w:rPr>
        <w:t>અમલીકરણની</w:t>
      </w:r>
      <w:r>
        <w:t xml:space="preserve"> </w:t>
      </w:r>
      <w:r>
        <w:rPr>
          <w:rFonts w:cs="Shruti"/>
          <w:cs/>
          <w:lang w:bidi="gu-IN"/>
        </w:rPr>
        <w:t>વિગત</w:t>
      </w:r>
      <w:r>
        <w:t>:</w:t>
      </w: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534"/>
        <w:gridCol w:w="3786"/>
        <w:gridCol w:w="2876"/>
        <w:gridCol w:w="2410"/>
      </w:tblGrid>
      <w:tr w:rsidR="007E4023" w14:paraId="34A36866" w14:textId="77777777" w:rsidTr="007E4023">
        <w:tc>
          <w:tcPr>
            <w:tcW w:w="534" w:type="dxa"/>
          </w:tcPr>
          <w:p w14:paraId="402314AE" w14:textId="77777777" w:rsidR="007E4023" w:rsidRDefault="007E4023" w:rsidP="005D7E8D">
            <w:r>
              <w:rPr>
                <w:rFonts w:cs="Shruti"/>
                <w:b/>
                <w:bCs/>
                <w:cs/>
                <w:lang w:bidi="gu-IN"/>
              </w:rPr>
              <w:t>ક્રમ</w:t>
            </w:r>
          </w:p>
        </w:tc>
        <w:tc>
          <w:tcPr>
            <w:tcW w:w="3786" w:type="dxa"/>
          </w:tcPr>
          <w:p w14:paraId="1CDD30D4" w14:textId="77777777" w:rsidR="007E4023" w:rsidRDefault="007E4023" w:rsidP="005D7E8D">
            <w:r>
              <w:rPr>
                <w:rFonts w:cs="Shruti"/>
                <w:b/>
                <w:bCs/>
                <w:cs/>
                <w:lang w:bidi="gu-IN"/>
              </w:rPr>
              <w:t>નક્કી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કરેલ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લક્ષ્યાંક</w:t>
            </w:r>
            <w:r>
              <w:rPr>
                <w:b/>
              </w:rPr>
              <w:t xml:space="preserve"> / </w:t>
            </w:r>
            <w:r>
              <w:rPr>
                <w:rFonts w:cs="Shruti"/>
                <w:b/>
                <w:bCs/>
                <w:cs/>
                <w:lang w:bidi="gu-IN"/>
              </w:rPr>
              <w:t>કાર્ય</w:t>
            </w:r>
            <w:r>
              <w:rPr>
                <w:b/>
              </w:rPr>
              <w:t xml:space="preserve"> (SDP </w:t>
            </w:r>
            <w:r>
              <w:rPr>
                <w:rFonts w:cs="Shruti"/>
                <w:b/>
                <w:bCs/>
                <w:cs/>
                <w:lang w:bidi="gu-IN"/>
              </w:rPr>
              <w:t>મુજબ</w:t>
            </w:r>
            <w:r>
              <w:rPr>
                <w:b/>
              </w:rPr>
              <w:t>)</w:t>
            </w:r>
          </w:p>
        </w:tc>
        <w:tc>
          <w:tcPr>
            <w:tcW w:w="2876" w:type="dxa"/>
          </w:tcPr>
          <w:p w14:paraId="6CA6F1C8" w14:textId="77777777" w:rsidR="007E4023" w:rsidRDefault="007E4023" w:rsidP="005D7E8D">
            <w:r>
              <w:rPr>
                <w:rFonts w:cs="Shruti"/>
                <w:b/>
                <w:bCs/>
                <w:cs/>
                <w:lang w:bidi="gu-IN"/>
              </w:rPr>
              <w:t>અમલીકરણની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સ્થિતિ</w:t>
            </w:r>
            <w:r>
              <w:rPr>
                <w:b/>
              </w:rPr>
              <w:t xml:space="preserve"> (</w:t>
            </w:r>
            <w:r>
              <w:rPr>
                <w:rFonts w:cs="Shruti"/>
                <w:b/>
                <w:bCs/>
                <w:cs/>
                <w:lang w:bidi="gu-IN"/>
              </w:rPr>
              <w:t>થયેલ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કામગીરી</w:t>
            </w:r>
            <w:r>
              <w:rPr>
                <w:b/>
              </w:rPr>
              <w:t>)</w:t>
            </w:r>
          </w:p>
        </w:tc>
        <w:tc>
          <w:tcPr>
            <w:tcW w:w="2410" w:type="dxa"/>
          </w:tcPr>
          <w:p w14:paraId="5B966B68" w14:textId="77777777" w:rsidR="007E4023" w:rsidRDefault="007E4023" w:rsidP="005D7E8D">
            <w:r>
              <w:rPr>
                <w:rFonts w:cs="Shruti"/>
                <w:b/>
                <w:bCs/>
                <w:cs/>
                <w:lang w:bidi="gu-IN"/>
              </w:rPr>
              <w:t>લાભાર્થી</w:t>
            </w:r>
            <w:r>
              <w:rPr>
                <w:b/>
              </w:rPr>
              <w:t xml:space="preserve"> / </w:t>
            </w:r>
            <w:r>
              <w:rPr>
                <w:rFonts w:cs="Shruti"/>
                <w:b/>
                <w:bCs/>
                <w:cs/>
                <w:lang w:bidi="gu-IN"/>
              </w:rPr>
              <w:t>અસર</w:t>
            </w:r>
          </w:p>
        </w:tc>
      </w:tr>
      <w:tr w:rsidR="007E4023" w14:paraId="0D0AD3EA" w14:textId="77777777" w:rsidTr="007E4023">
        <w:tc>
          <w:tcPr>
            <w:tcW w:w="534" w:type="dxa"/>
          </w:tcPr>
          <w:p w14:paraId="7BE8CEF1" w14:textId="77777777" w:rsidR="007E4023" w:rsidRDefault="007E4023" w:rsidP="005D7E8D">
            <w:r>
              <w:rPr>
                <w:rFonts w:cs="Shruti"/>
                <w:cs/>
                <w:lang w:bidi="gu-IN"/>
              </w:rPr>
              <w:t>૧</w:t>
            </w:r>
          </w:p>
        </w:tc>
        <w:tc>
          <w:tcPr>
            <w:tcW w:w="3786" w:type="dxa"/>
          </w:tcPr>
          <w:p w14:paraId="2D57F51A" w14:textId="77777777" w:rsidR="007E4023" w:rsidRPr="007E4023" w:rsidRDefault="007E4023" w:rsidP="005D7E8D">
            <w:pPr>
              <w:rPr>
                <w:sz w:val="16"/>
                <w:szCs w:val="16"/>
              </w:rPr>
            </w:pP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શૈક્ષણિક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ગુણવત્તા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સુધારણા</w:t>
            </w:r>
            <w:r w:rsidRPr="007E4023">
              <w:rPr>
                <w:sz w:val="16"/>
                <w:szCs w:val="16"/>
              </w:rPr>
              <w:t xml:space="preserve">: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બાળકોના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વાંચન</w:t>
            </w:r>
            <w:r w:rsidRPr="007E4023">
              <w:rPr>
                <w:sz w:val="16"/>
                <w:szCs w:val="16"/>
              </w:rPr>
              <w:t xml:space="preserve">,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લેખન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અને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ગણન</w:t>
            </w:r>
            <w:r w:rsidRPr="007E4023">
              <w:rPr>
                <w:sz w:val="16"/>
                <w:szCs w:val="16"/>
              </w:rPr>
              <w:t xml:space="preserve"> (FLN)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કૌશલ્યનો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વિકાસ</w:t>
            </w:r>
            <w:r w:rsidRPr="007E4023">
              <w:rPr>
                <w:sz w:val="16"/>
                <w:szCs w:val="16"/>
              </w:rPr>
              <w:t>.</w:t>
            </w:r>
          </w:p>
        </w:tc>
        <w:tc>
          <w:tcPr>
            <w:tcW w:w="2876" w:type="dxa"/>
          </w:tcPr>
          <w:p w14:paraId="2262C289" w14:textId="77777777" w:rsidR="007E4023" w:rsidRPr="007E4023" w:rsidRDefault="007E4023" w:rsidP="005D7E8D">
            <w:pPr>
              <w:rPr>
                <w:sz w:val="16"/>
                <w:szCs w:val="16"/>
              </w:rPr>
            </w:pP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દરેક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વર્ગમાં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નિયમિત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વાંચન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અને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ગણિતની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વિશેષ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પ્રવૃત્તિઓ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કરાવી</w:t>
            </w:r>
            <w:r w:rsidRPr="007E4023">
              <w:rPr>
                <w:sz w:val="16"/>
                <w:szCs w:val="16"/>
              </w:rPr>
              <w:t xml:space="preserve">.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નબળા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વિદ્યાર્થીઓ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માટે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ઉપચારાત્મક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કાર્ય</w:t>
            </w:r>
            <w:r w:rsidRPr="007E4023">
              <w:rPr>
                <w:sz w:val="16"/>
                <w:szCs w:val="16"/>
              </w:rPr>
              <w:t xml:space="preserve"> (Remedial Teaching)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શરૂ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કર્યું</w:t>
            </w:r>
            <w:r w:rsidRPr="007E4023">
              <w:rPr>
                <w:sz w:val="16"/>
                <w:szCs w:val="16"/>
              </w:rPr>
              <w:t>.</w:t>
            </w:r>
          </w:p>
        </w:tc>
        <w:tc>
          <w:tcPr>
            <w:tcW w:w="2410" w:type="dxa"/>
          </w:tcPr>
          <w:p w14:paraId="41CDBE50" w14:textId="77777777" w:rsidR="007E4023" w:rsidRPr="007E4023" w:rsidRDefault="007E4023" w:rsidP="005D7E8D">
            <w:pPr>
              <w:rPr>
                <w:sz w:val="16"/>
                <w:szCs w:val="16"/>
              </w:rPr>
            </w:pP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વિદ્યાર્થીઓના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એકમ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કસોટીના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પરિણામમાં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સંતોષકારક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સુધારો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જોવા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મળ્યો</w:t>
            </w:r>
            <w:r w:rsidRPr="007E4023">
              <w:rPr>
                <w:sz w:val="16"/>
                <w:szCs w:val="16"/>
              </w:rPr>
              <w:t>.</w:t>
            </w:r>
          </w:p>
        </w:tc>
      </w:tr>
      <w:tr w:rsidR="007E4023" w14:paraId="34FD27FB" w14:textId="77777777" w:rsidTr="007E4023">
        <w:tc>
          <w:tcPr>
            <w:tcW w:w="534" w:type="dxa"/>
          </w:tcPr>
          <w:p w14:paraId="73706B1B" w14:textId="77777777" w:rsidR="007E4023" w:rsidRDefault="007E4023" w:rsidP="005D7E8D">
            <w:r>
              <w:rPr>
                <w:rFonts w:cs="Shruti"/>
                <w:cs/>
                <w:lang w:bidi="gu-IN"/>
              </w:rPr>
              <w:t>૨</w:t>
            </w:r>
          </w:p>
        </w:tc>
        <w:tc>
          <w:tcPr>
            <w:tcW w:w="3786" w:type="dxa"/>
          </w:tcPr>
          <w:p w14:paraId="3AC9E65E" w14:textId="77777777" w:rsidR="007E4023" w:rsidRPr="007E4023" w:rsidRDefault="007E4023" w:rsidP="005D7E8D">
            <w:pPr>
              <w:rPr>
                <w:sz w:val="16"/>
                <w:szCs w:val="16"/>
              </w:rPr>
            </w:pP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ભૌતિક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સુવિધાઓનો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વિકાસ</w:t>
            </w:r>
            <w:r w:rsidRPr="007E4023">
              <w:rPr>
                <w:sz w:val="16"/>
                <w:szCs w:val="16"/>
              </w:rPr>
              <w:t xml:space="preserve">: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શાળાના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શૌચાલયની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સફાઈ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અને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પીવાના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શુદ્ધ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પાણીની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વ્યવસ્થા</w:t>
            </w:r>
            <w:r w:rsidRPr="007E4023">
              <w:rPr>
                <w:sz w:val="16"/>
                <w:szCs w:val="16"/>
              </w:rPr>
              <w:t>.</w:t>
            </w:r>
          </w:p>
        </w:tc>
        <w:tc>
          <w:tcPr>
            <w:tcW w:w="2876" w:type="dxa"/>
          </w:tcPr>
          <w:p w14:paraId="6E976BDA" w14:textId="77777777" w:rsidR="007E4023" w:rsidRPr="007E4023" w:rsidRDefault="007E4023" w:rsidP="005D7E8D">
            <w:pPr>
              <w:rPr>
                <w:sz w:val="16"/>
                <w:szCs w:val="16"/>
              </w:rPr>
            </w:pPr>
            <w:r w:rsidRPr="007E4023">
              <w:rPr>
                <w:sz w:val="16"/>
                <w:szCs w:val="16"/>
              </w:rPr>
              <w:t xml:space="preserve">SMC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ગ્રાન્ટમાંથી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પાણીની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ટાંકીની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સફાઈ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અને</w:t>
            </w:r>
            <w:r w:rsidRPr="007E4023">
              <w:rPr>
                <w:sz w:val="16"/>
                <w:szCs w:val="16"/>
              </w:rPr>
              <w:t xml:space="preserve"> RO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ફિલ્ટરનું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મેઇન્ટેનન્સ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કરાવવામાં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આવ્યું</w:t>
            </w:r>
            <w:r w:rsidRPr="007E4023">
              <w:rPr>
                <w:sz w:val="16"/>
                <w:szCs w:val="16"/>
              </w:rPr>
              <w:t xml:space="preserve">.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શૌચાલય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માટે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નિયમિત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સફાઈ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કામદારની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વ્યવસ્થા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કરી</w:t>
            </w:r>
            <w:r w:rsidRPr="007E4023">
              <w:rPr>
                <w:sz w:val="16"/>
                <w:szCs w:val="16"/>
              </w:rPr>
              <w:t>.</w:t>
            </w:r>
          </w:p>
        </w:tc>
        <w:tc>
          <w:tcPr>
            <w:tcW w:w="2410" w:type="dxa"/>
          </w:tcPr>
          <w:p w14:paraId="421183E1" w14:textId="77777777" w:rsidR="007E4023" w:rsidRPr="007E4023" w:rsidRDefault="007E4023" w:rsidP="005D7E8D">
            <w:pPr>
              <w:rPr>
                <w:sz w:val="16"/>
                <w:szCs w:val="16"/>
              </w:rPr>
            </w:pP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વિદ્યાર્થીઓને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સ્વચ્છ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અને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સુરક્ષિત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વાતાવરણ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પૂરું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પાડ્યું</w:t>
            </w:r>
            <w:r w:rsidRPr="007E4023">
              <w:rPr>
                <w:sz w:val="16"/>
                <w:szCs w:val="16"/>
              </w:rPr>
              <w:t>.</w:t>
            </w:r>
          </w:p>
        </w:tc>
      </w:tr>
      <w:tr w:rsidR="007E4023" w14:paraId="293388A9" w14:textId="77777777" w:rsidTr="007E4023">
        <w:tc>
          <w:tcPr>
            <w:tcW w:w="534" w:type="dxa"/>
          </w:tcPr>
          <w:p w14:paraId="6EF38878" w14:textId="77777777" w:rsidR="007E4023" w:rsidRDefault="007E4023" w:rsidP="005D7E8D">
            <w:r>
              <w:rPr>
                <w:rFonts w:cs="Shruti"/>
                <w:cs/>
                <w:lang w:bidi="gu-IN"/>
              </w:rPr>
              <w:t>૩</w:t>
            </w:r>
          </w:p>
        </w:tc>
        <w:tc>
          <w:tcPr>
            <w:tcW w:w="3786" w:type="dxa"/>
          </w:tcPr>
          <w:p w14:paraId="0FC75DF4" w14:textId="77777777" w:rsidR="007E4023" w:rsidRPr="007E4023" w:rsidRDefault="007E4023" w:rsidP="005D7E8D">
            <w:pPr>
              <w:rPr>
                <w:sz w:val="16"/>
                <w:szCs w:val="16"/>
              </w:rPr>
            </w:pP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વિદ્યાર્થીઓની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૧૦૦</w:t>
            </w:r>
            <w:r w:rsidRPr="007E4023">
              <w:rPr>
                <w:sz w:val="16"/>
                <w:szCs w:val="16"/>
              </w:rPr>
              <w:t xml:space="preserve">%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હાજરી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અને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નામાંકન</w:t>
            </w:r>
            <w:r w:rsidRPr="007E4023">
              <w:rPr>
                <w:sz w:val="16"/>
                <w:szCs w:val="16"/>
              </w:rPr>
              <w:t>.</w:t>
            </w:r>
          </w:p>
        </w:tc>
        <w:tc>
          <w:tcPr>
            <w:tcW w:w="2876" w:type="dxa"/>
          </w:tcPr>
          <w:p w14:paraId="6E6C24F1" w14:textId="77777777" w:rsidR="007E4023" w:rsidRPr="007E4023" w:rsidRDefault="007E4023" w:rsidP="005D7E8D">
            <w:pPr>
              <w:rPr>
                <w:sz w:val="16"/>
                <w:szCs w:val="16"/>
              </w:rPr>
            </w:pP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અનિયમિત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વિદ્યાર્થીઓના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ઘરે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જઈ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વાલી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સંપર્ક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કર્યો</w:t>
            </w:r>
            <w:r w:rsidRPr="007E4023">
              <w:rPr>
                <w:sz w:val="16"/>
                <w:szCs w:val="16"/>
              </w:rPr>
              <w:t>. At-Risk (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શાળા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છોડી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શકે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તેવા</w:t>
            </w:r>
            <w:r w:rsidRPr="007E4023">
              <w:rPr>
                <w:sz w:val="16"/>
                <w:szCs w:val="16"/>
              </w:rPr>
              <w:t xml:space="preserve">)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બાળકો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માટે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વિશેષ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કાઉન્સેલિંગ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કર્યું</w:t>
            </w:r>
            <w:r w:rsidRPr="007E4023">
              <w:rPr>
                <w:sz w:val="16"/>
                <w:szCs w:val="16"/>
              </w:rPr>
              <w:t>.</w:t>
            </w:r>
          </w:p>
        </w:tc>
        <w:tc>
          <w:tcPr>
            <w:tcW w:w="2410" w:type="dxa"/>
          </w:tcPr>
          <w:p w14:paraId="45D22072" w14:textId="77777777" w:rsidR="007E4023" w:rsidRPr="007E4023" w:rsidRDefault="007E4023" w:rsidP="005D7E8D">
            <w:pPr>
              <w:rPr>
                <w:sz w:val="16"/>
                <w:szCs w:val="16"/>
              </w:rPr>
            </w:pP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શાળાની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દૈનિક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સરેરાશ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હાજરીમાં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વધારો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થયો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છે</w:t>
            </w:r>
            <w:r w:rsidRPr="007E4023">
              <w:rPr>
                <w:sz w:val="16"/>
                <w:szCs w:val="16"/>
              </w:rPr>
              <w:t>.</w:t>
            </w:r>
          </w:p>
        </w:tc>
      </w:tr>
      <w:tr w:rsidR="007E4023" w14:paraId="5B52506A" w14:textId="77777777" w:rsidTr="007E4023">
        <w:tc>
          <w:tcPr>
            <w:tcW w:w="534" w:type="dxa"/>
          </w:tcPr>
          <w:p w14:paraId="390E8DAB" w14:textId="77777777" w:rsidR="007E4023" w:rsidRDefault="007E4023" w:rsidP="005D7E8D">
            <w:r>
              <w:rPr>
                <w:rFonts w:cs="Shruti"/>
                <w:cs/>
                <w:lang w:bidi="gu-IN"/>
              </w:rPr>
              <w:t>૪</w:t>
            </w:r>
          </w:p>
        </w:tc>
        <w:tc>
          <w:tcPr>
            <w:tcW w:w="3786" w:type="dxa"/>
          </w:tcPr>
          <w:p w14:paraId="7E5D9D87" w14:textId="77777777" w:rsidR="007E4023" w:rsidRPr="007E4023" w:rsidRDefault="007E4023" w:rsidP="005D7E8D">
            <w:pPr>
              <w:rPr>
                <w:sz w:val="16"/>
                <w:szCs w:val="16"/>
              </w:rPr>
            </w:pP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ડિજિટલ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શિક્ષણ</w:t>
            </w:r>
            <w:r w:rsidRPr="007E4023">
              <w:rPr>
                <w:sz w:val="16"/>
                <w:szCs w:val="16"/>
              </w:rPr>
              <w:t xml:space="preserve"> (ICT)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નો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ઉપયોગ</w:t>
            </w:r>
            <w:r w:rsidRPr="007E4023">
              <w:rPr>
                <w:sz w:val="16"/>
                <w:szCs w:val="16"/>
              </w:rPr>
              <w:t>.</w:t>
            </w:r>
          </w:p>
        </w:tc>
        <w:tc>
          <w:tcPr>
            <w:tcW w:w="2876" w:type="dxa"/>
          </w:tcPr>
          <w:p w14:paraId="68713E06" w14:textId="77777777" w:rsidR="007E4023" w:rsidRPr="007E4023" w:rsidRDefault="007E4023" w:rsidP="005D7E8D">
            <w:pPr>
              <w:rPr>
                <w:sz w:val="16"/>
                <w:szCs w:val="16"/>
              </w:rPr>
            </w:pP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જરૂરી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પ્રોજેક્ટર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અને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સ્માર્ટ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ક્લાસના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સાધનોનું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સમારકામ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કરી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તેને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નિયમિત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શૈક્ષણિક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કાર્યમાં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જોડવામાં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આવ્યા</w:t>
            </w:r>
            <w:r w:rsidRPr="007E4023">
              <w:rPr>
                <w:sz w:val="16"/>
                <w:szCs w:val="16"/>
              </w:rPr>
              <w:t>.</w:t>
            </w:r>
          </w:p>
        </w:tc>
        <w:tc>
          <w:tcPr>
            <w:tcW w:w="2410" w:type="dxa"/>
          </w:tcPr>
          <w:p w14:paraId="5B65614B" w14:textId="77777777" w:rsidR="007E4023" w:rsidRPr="007E4023" w:rsidRDefault="007E4023" w:rsidP="005D7E8D">
            <w:pPr>
              <w:rPr>
                <w:sz w:val="16"/>
                <w:szCs w:val="16"/>
              </w:rPr>
            </w:pP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બાળકોમાં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અભ્યાસ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પ્રત્યે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રસ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અને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જિજ્ઞાસા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વધી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છે</w:t>
            </w:r>
            <w:r w:rsidRPr="007E4023">
              <w:rPr>
                <w:sz w:val="16"/>
                <w:szCs w:val="16"/>
              </w:rPr>
              <w:t>.</w:t>
            </w:r>
          </w:p>
        </w:tc>
      </w:tr>
      <w:tr w:rsidR="007E4023" w14:paraId="3FB526F5" w14:textId="77777777" w:rsidTr="007E4023">
        <w:tc>
          <w:tcPr>
            <w:tcW w:w="534" w:type="dxa"/>
          </w:tcPr>
          <w:p w14:paraId="7FE3C7FF" w14:textId="77777777" w:rsidR="007E4023" w:rsidRDefault="007E4023" w:rsidP="005D7E8D">
            <w:r>
              <w:rPr>
                <w:rFonts w:cs="Shruti"/>
                <w:cs/>
                <w:lang w:bidi="gu-IN"/>
              </w:rPr>
              <w:t>૫</w:t>
            </w:r>
          </w:p>
        </w:tc>
        <w:tc>
          <w:tcPr>
            <w:tcW w:w="3786" w:type="dxa"/>
          </w:tcPr>
          <w:p w14:paraId="607C8B81" w14:textId="77777777" w:rsidR="007E4023" w:rsidRPr="007E4023" w:rsidRDefault="007E4023" w:rsidP="005D7E8D">
            <w:pPr>
              <w:rPr>
                <w:sz w:val="16"/>
                <w:szCs w:val="16"/>
              </w:rPr>
            </w:pP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સહ</w:t>
            </w:r>
            <w:r w:rsidRPr="007E4023">
              <w:rPr>
                <w:sz w:val="16"/>
                <w:szCs w:val="16"/>
              </w:rPr>
              <w:t>-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અભ્યાસિક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અને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સર્વાંગી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વિકાસની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પ્રવૃત્તિઓ</w:t>
            </w:r>
            <w:r w:rsidRPr="007E4023">
              <w:rPr>
                <w:sz w:val="16"/>
                <w:szCs w:val="16"/>
              </w:rPr>
              <w:t>.</w:t>
            </w:r>
          </w:p>
        </w:tc>
        <w:tc>
          <w:tcPr>
            <w:tcW w:w="2876" w:type="dxa"/>
          </w:tcPr>
          <w:p w14:paraId="2500B619" w14:textId="77777777" w:rsidR="007E4023" w:rsidRPr="007E4023" w:rsidRDefault="007E4023" w:rsidP="005D7E8D">
            <w:pPr>
              <w:rPr>
                <w:sz w:val="16"/>
                <w:szCs w:val="16"/>
              </w:rPr>
            </w:pP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યોગ</w:t>
            </w:r>
            <w:r w:rsidRPr="007E4023">
              <w:rPr>
                <w:sz w:val="16"/>
                <w:szCs w:val="16"/>
              </w:rPr>
              <w:t xml:space="preserve">,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ચિત્રકામ</w:t>
            </w:r>
            <w:r w:rsidRPr="007E4023">
              <w:rPr>
                <w:sz w:val="16"/>
                <w:szCs w:val="16"/>
              </w:rPr>
              <w:t xml:space="preserve">,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અને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રમતગમતની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સ્પર્ધાઓનું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આયોજન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કર્યું</w:t>
            </w:r>
            <w:r w:rsidRPr="007E4023">
              <w:rPr>
                <w:sz w:val="16"/>
                <w:szCs w:val="16"/>
              </w:rPr>
              <w:t xml:space="preserve">.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સાંસ્કૃતિક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કાર્યક્રમોમાં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બાળકોની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ભાગીદારી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વધારી</w:t>
            </w:r>
            <w:r w:rsidRPr="007E4023">
              <w:rPr>
                <w:sz w:val="16"/>
                <w:szCs w:val="16"/>
              </w:rPr>
              <w:t>.</w:t>
            </w:r>
          </w:p>
        </w:tc>
        <w:tc>
          <w:tcPr>
            <w:tcW w:w="2410" w:type="dxa"/>
          </w:tcPr>
          <w:p w14:paraId="27569594" w14:textId="77777777" w:rsidR="007E4023" w:rsidRPr="007E4023" w:rsidRDefault="007E4023" w:rsidP="005D7E8D">
            <w:pPr>
              <w:rPr>
                <w:sz w:val="16"/>
                <w:szCs w:val="16"/>
              </w:rPr>
            </w:pP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બાળકોનો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આત્મવિશ્વાસ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વધ્યો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અને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શારીરિક</w:t>
            </w:r>
            <w:r w:rsidRPr="007E4023">
              <w:rPr>
                <w:sz w:val="16"/>
                <w:szCs w:val="16"/>
              </w:rPr>
              <w:t>-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માનસિક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વિકાસ</w:t>
            </w:r>
            <w:r w:rsidRPr="007E4023">
              <w:rPr>
                <w:sz w:val="16"/>
                <w:szCs w:val="16"/>
              </w:rPr>
              <w:t xml:space="preserve"> </w:t>
            </w:r>
            <w:r w:rsidRPr="007E4023">
              <w:rPr>
                <w:rFonts w:cs="Shruti"/>
                <w:sz w:val="16"/>
                <w:szCs w:val="16"/>
                <w:cs/>
                <w:lang w:bidi="gu-IN"/>
              </w:rPr>
              <w:t>થયો</w:t>
            </w:r>
            <w:r w:rsidRPr="007E4023">
              <w:rPr>
                <w:sz w:val="16"/>
                <w:szCs w:val="16"/>
              </w:rPr>
              <w:t>.</w:t>
            </w:r>
          </w:p>
        </w:tc>
      </w:tr>
    </w:tbl>
    <w:p w14:paraId="23A456D4" w14:textId="77777777" w:rsidR="007E4023" w:rsidRDefault="007E4023" w:rsidP="007E4023">
      <w:pPr>
        <w:pStyle w:val="Heading2"/>
        <w:spacing w:line="240" w:lineRule="auto"/>
      </w:pPr>
      <w:r>
        <w:rPr>
          <w:rFonts w:cs="Shruti"/>
          <w:cs/>
          <w:lang w:bidi="gu-IN"/>
        </w:rPr>
        <w:t>૨</w:t>
      </w:r>
      <w:r>
        <w:t xml:space="preserve">. </w:t>
      </w:r>
      <w:r>
        <w:rPr>
          <w:rFonts w:cs="Shruti"/>
          <w:cs/>
          <w:lang w:bidi="gu-IN"/>
        </w:rPr>
        <w:t>સમીક્ષાના</w:t>
      </w:r>
      <w:r>
        <w:t xml:space="preserve"> </w:t>
      </w:r>
      <w:r>
        <w:rPr>
          <w:rFonts w:cs="Shruti"/>
          <w:cs/>
          <w:lang w:bidi="gu-IN"/>
        </w:rPr>
        <w:t>તારણો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આગામી</w:t>
      </w:r>
      <w:r>
        <w:t xml:space="preserve"> </w:t>
      </w:r>
      <w:r>
        <w:rPr>
          <w:rFonts w:cs="Shruti"/>
          <w:cs/>
          <w:lang w:bidi="gu-IN"/>
        </w:rPr>
        <w:t>આયોજન</w:t>
      </w:r>
      <w:r>
        <w:t>:</w:t>
      </w:r>
    </w:p>
    <w:p w14:paraId="72A3C3FA" w14:textId="77777777" w:rsidR="007E4023" w:rsidRPr="007E4023" w:rsidRDefault="007E4023" w:rsidP="007E4023">
      <w:pPr>
        <w:pStyle w:val="ListBullet"/>
        <w:rPr>
          <w:sz w:val="16"/>
          <w:szCs w:val="16"/>
        </w:rPr>
      </w:pPr>
      <w:r w:rsidRPr="007E4023">
        <w:rPr>
          <w:rFonts w:cs="Shruti"/>
          <w:sz w:val="16"/>
          <w:szCs w:val="16"/>
          <w:cs/>
          <w:lang w:bidi="gu-IN"/>
        </w:rPr>
        <w:t>મોટાભાગના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શૈક્ષણિક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અને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ભૌતિક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લક્ષ્યાંકો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સમયસર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પૂર્ણ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કરવામાં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આવ્યા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છે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જે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ખૂબ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જ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હકારાત્મક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બાબત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છે</w:t>
      </w:r>
      <w:r w:rsidRPr="007E4023">
        <w:rPr>
          <w:sz w:val="16"/>
          <w:szCs w:val="16"/>
        </w:rPr>
        <w:t>.</w:t>
      </w:r>
    </w:p>
    <w:p w14:paraId="0FA23A2B" w14:textId="77777777" w:rsidR="007E4023" w:rsidRPr="007E4023" w:rsidRDefault="007E4023" w:rsidP="007E4023">
      <w:pPr>
        <w:pStyle w:val="ListBullet"/>
        <w:rPr>
          <w:sz w:val="16"/>
          <w:szCs w:val="16"/>
        </w:rPr>
      </w:pPr>
      <w:r w:rsidRPr="007E4023">
        <w:rPr>
          <w:rFonts w:cs="Shruti"/>
          <w:sz w:val="16"/>
          <w:szCs w:val="16"/>
          <w:cs/>
          <w:lang w:bidi="gu-IN"/>
        </w:rPr>
        <w:t>વાંચન</w:t>
      </w:r>
      <w:r w:rsidRPr="007E4023">
        <w:rPr>
          <w:sz w:val="16"/>
          <w:szCs w:val="16"/>
        </w:rPr>
        <w:t>-</w:t>
      </w:r>
      <w:r w:rsidRPr="007E4023">
        <w:rPr>
          <w:rFonts w:cs="Shruti"/>
          <w:sz w:val="16"/>
          <w:szCs w:val="16"/>
          <w:cs/>
          <w:lang w:bidi="gu-IN"/>
        </w:rPr>
        <w:t>લેખનમાં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હજુ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અમુક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વિદ્યાર્થીઓને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વધુ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માર્ગદર્શનની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જરૂર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છે</w:t>
      </w:r>
      <w:r w:rsidRPr="007E4023">
        <w:rPr>
          <w:sz w:val="16"/>
          <w:szCs w:val="16"/>
        </w:rPr>
        <w:t xml:space="preserve">, </w:t>
      </w:r>
      <w:r w:rsidRPr="007E4023">
        <w:rPr>
          <w:rFonts w:cs="Shruti"/>
          <w:sz w:val="16"/>
          <w:szCs w:val="16"/>
          <w:cs/>
          <w:lang w:bidi="gu-IN"/>
        </w:rPr>
        <w:t>જેના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માટે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આગામી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સત્રમાં</w:t>
      </w:r>
      <w:r w:rsidRPr="007E4023">
        <w:rPr>
          <w:sz w:val="16"/>
          <w:szCs w:val="16"/>
        </w:rPr>
        <w:t xml:space="preserve"> "</w:t>
      </w:r>
      <w:r w:rsidRPr="007E4023">
        <w:rPr>
          <w:rFonts w:cs="Shruti"/>
          <w:sz w:val="16"/>
          <w:szCs w:val="16"/>
          <w:cs/>
          <w:lang w:bidi="gu-IN"/>
        </w:rPr>
        <w:t>પીઅર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લર્નિંગ</w:t>
      </w:r>
      <w:r w:rsidRPr="007E4023">
        <w:rPr>
          <w:sz w:val="16"/>
          <w:szCs w:val="16"/>
        </w:rPr>
        <w:t xml:space="preserve">" (Peer Learning) </w:t>
      </w:r>
      <w:r w:rsidRPr="007E4023">
        <w:rPr>
          <w:rFonts w:cs="Shruti"/>
          <w:sz w:val="16"/>
          <w:szCs w:val="16"/>
          <w:cs/>
          <w:lang w:bidi="gu-IN"/>
        </w:rPr>
        <w:t>અને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વિશેષ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વર્ગોનું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આયોજન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કરવામાં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આવશે</w:t>
      </w:r>
      <w:r w:rsidRPr="007E4023">
        <w:rPr>
          <w:sz w:val="16"/>
          <w:szCs w:val="16"/>
        </w:rPr>
        <w:t>.</w:t>
      </w:r>
    </w:p>
    <w:p w14:paraId="5D9E5045" w14:textId="77777777" w:rsidR="007E4023" w:rsidRPr="007E4023" w:rsidRDefault="007E4023" w:rsidP="007E4023">
      <w:pPr>
        <w:pStyle w:val="ListBullet"/>
        <w:rPr>
          <w:sz w:val="16"/>
          <w:szCs w:val="16"/>
        </w:rPr>
      </w:pPr>
      <w:r w:rsidRPr="007E4023">
        <w:rPr>
          <w:sz w:val="16"/>
          <w:szCs w:val="16"/>
        </w:rPr>
        <w:t xml:space="preserve">SMC </w:t>
      </w:r>
      <w:r w:rsidRPr="007E4023">
        <w:rPr>
          <w:rFonts w:cs="Shruti"/>
          <w:sz w:val="16"/>
          <w:szCs w:val="16"/>
          <w:cs/>
          <w:lang w:bidi="gu-IN"/>
        </w:rPr>
        <w:t>સભ્યો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અને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વાલીઓનો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સહકાર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ઉત્તમ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રહ્યો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છે</w:t>
      </w:r>
      <w:r w:rsidRPr="007E4023">
        <w:rPr>
          <w:sz w:val="16"/>
          <w:szCs w:val="16"/>
        </w:rPr>
        <w:t xml:space="preserve">, </w:t>
      </w:r>
      <w:r w:rsidRPr="007E4023">
        <w:rPr>
          <w:rFonts w:cs="Shruti"/>
          <w:sz w:val="16"/>
          <w:szCs w:val="16"/>
          <w:cs/>
          <w:lang w:bidi="gu-IN"/>
        </w:rPr>
        <w:t>પરંતુ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સમુદાયના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દાતાઓનો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શાળા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વિકાસમાં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સહયોગ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વધારવા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માટે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વધુ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પ્રયાસો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કરવામાં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આવશે</w:t>
      </w:r>
      <w:r w:rsidRPr="007E4023">
        <w:rPr>
          <w:sz w:val="16"/>
          <w:szCs w:val="16"/>
        </w:rPr>
        <w:t>.</w:t>
      </w:r>
    </w:p>
    <w:p w14:paraId="1D7A604E" w14:textId="77777777" w:rsidR="007E4023" w:rsidRPr="007E4023" w:rsidRDefault="007E4023" w:rsidP="007E4023">
      <w:pPr>
        <w:pStyle w:val="ListBullet"/>
        <w:rPr>
          <w:sz w:val="16"/>
          <w:szCs w:val="16"/>
        </w:rPr>
      </w:pPr>
      <w:r w:rsidRPr="007E4023">
        <w:rPr>
          <w:rFonts w:cs="Shruti"/>
          <w:sz w:val="16"/>
          <w:szCs w:val="16"/>
          <w:cs/>
          <w:lang w:bidi="gu-IN"/>
        </w:rPr>
        <w:t>વિજ્ઞાન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અને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ગણિત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પ્રયોગશાળાના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સાધનોનો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મહત્તમ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ઉપયોગ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થાય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તે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માટે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શિક્ષકોને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વિશેષ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સૂચના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આપવામાં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આવી</w:t>
      </w:r>
      <w:r w:rsidRPr="007E4023">
        <w:rPr>
          <w:sz w:val="16"/>
          <w:szCs w:val="16"/>
        </w:rPr>
        <w:t xml:space="preserve"> </w:t>
      </w:r>
      <w:r w:rsidRPr="007E4023">
        <w:rPr>
          <w:rFonts w:cs="Shruti"/>
          <w:sz w:val="16"/>
          <w:szCs w:val="16"/>
          <w:cs/>
          <w:lang w:bidi="gu-IN"/>
        </w:rPr>
        <w:t>છે</w:t>
      </w:r>
      <w:r w:rsidRPr="007E4023">
        <w:rPr>
          <w:sz w:val="16"/>
          <w:szCs w:val="16"/>
        </w:rPr>
        <w:t>.</w:t>
      </w:r>
    </w:p>
    <w:p w14:paraId="7ACD3FC3" w14:textId="77777777" w:rsidR="007E4023" w:rsidRPr="007E4023" w:rsidRDefault="007E4023" w:rsidP="007E4023">
      <w:pPr>
        <w:rPr>
          <w:sz w:val="16"/>
          <w:szCs w:val="16"/>
        </w:rPr>
      </w:pPr>
      <w:r w:rsidRPr="007E4023">
        <w:rPr>
          <w:rFonts w:cs="Shruti"/>
          <w:i/>
          <w:iCs/>
          <w:sz w:val="16"/>
          <w:szCs w:val="16"/>
          <w:cs/>
          <w:lang w:bidi="gu-IN"/>
        </w:rPr>
        <w:t>નોંધ</w:t>
      </w:r>
      <w:r w:rsidRPr="007E4023">
        <w:rPr>
          <w:i/>
          <w:sz w:val="16"/>
          <w:szCs w:val="16"/>
        </w:rPr>
        <w:t xml:space="preserve">: </w:t>
      </w:r>
      <w:r w:rsidRPr="007E4023">
        <w:rPr>
          <w:rFonts w:cs="Shruti"/>
          <w:i/>
          <w:iCs/>
          <w:sz w:val="16"/>
          <w:szCs w:val="16"/>
          <w:cs/>
          <w:lang w:bidi="gu-IN"/>
        </w:rPr>
        <w:t>આ</w:t>
      </w:r>
      <w:r w:rsidRPr="007E4023">
        <w:rPr>
          <w:i/>
          <w:sz w:val="16"/>
          <w:szCs w:val="16"/>
        </w:rPr>
        <w:t xml:space="preserve"> </w:t>
      </w:r>
      <w:r w:rsidRPr="007E4023">
        <w:rPr>
          <w:rFonts w:cs="Shruti"/>
          <w:i/>
          <w:iCs/>
          <w:sz w:val="16"/>
          <w:szCs w:val="16"/>
          <w:cs/>
          <w:lang w:bidi="gu-IN"/>
        </w:rPr>
        <w:t>અહેવાલ</w:t>
      </w:r>
      <w:r w:rsidRPr="007E4023">
        <w:rPr>
          <w:i/>
          <w:sz w:val="16"/>
          <w:szCs w:val="16"/>
        </w:rPr>
        <w:t xml:space="preserve"> SMC </w:t>
      </w:r>
      <w:r w:rsidRPr="007E4023">
        <w:rPr>
          <w:rFonts w:cs="Shruti"/>
          <w:i/>
          <w:iCs/>
          <w:sz w:val="16"/>
          <w:szCs w:val="16"/>
          <w:cs/>
          <w:lang w:bidi="gu-IN"/>
        </w:rPr>
        <w:t>ની</w:t>
      </w:r>
      <w:r w:rsidRPr="007E4023">
        <w:rPr>
          <w:i/>
          <w:sz w:val="16"/>
          <w:szCs w:val="16"/>
        </w:rPr>
        <w:t xml:space="preserve"> </w:t>
      </w:r>
      <w:r w:rsidRPr="007E4023">
        <w:rPr>
          <w:rFonts w:cs="Shruti"/>
          <w:i/>
          <w:iCs/>
          <w:sz w:val="16"/>
          <w:szCs w:val="16"/>
          <w:cs/>
          <w:lang w:bidi="gu-IN"/>
        </w:rPr>
        <w:t>સમીક્ષા</w:t>
      </w:r>
      <w:r w:rsidRPr="007E4023">
        <w:rPr>
          <w:i/>
          <w:sz w:val="16"/>
          <w:szCs w:val="16"/>
        </w:rPr>
        <w:t xml:space="preserve"> </w:t>
      </w:r>
      <w:r w:rsidRPr="007E4023">
        <w:rPr>
          <w:rFonts w:cs="Shruti"/>
          <w:i/>
          <w:iCs/>
          <w:sz w:val="16"/>
          <w:szCs w:val="16"/>
          <w:cs/>
          <w:lang w:bidi="gu-IN"/>
        </w:rPr>
        <w:t>બેઠકમાં</w:t>
      </w:r>
      <w:r w:rsidRPr="007E4023">
        <w:rPr>
          <w:i/>
          <w:sz w:val="16"/>
          <w:szCs w:val="16"/>
        </w:rPr>
        <w:t xml:space="preserve"> </w:t>
      </w:r>
      <w:r w:rsidRPr="007E4023">
        <w:rPr>
          <w:rFonts w:cs="Shruti"/>
          <w:i/>
          <w:iCs/>
          <w:sz w:val="16"/>
          <w:szCs w:val="16"/>
          <w:cs/>
          <w:lang w:bidi="gu-IN"/>
        </w:rPr>
        <w:t>રજૂ</w:t>
      </w:r>
      <w:r w:rsidRPr="007E4023">
        <w:rPr>
          <w:i/>
          <w:sz w:val="16"/>
          <w:szCs w:val="16"/>
        </w:rPr>
        <w:t xml:space="preserve"> </w:t>
      </w:r>
      <w:r w:rsidRPr="007E4023">
        <w:rPr>
          <w:rFonts w:cs="Shruti"/>
          <w:i/>
          <w:iCs/>
          <w:sz w:val="16"/>
          <w:szCs w:val="16"/>
          <w:cs/>
          <w:lang w:bidi="gu-IN"/>
        </w:rPr>
        <w:t>કરી</w:t>
      </w:r>
      <w:r w:rsidRPr="007E4023">
        <w:rPr>
          <w:i/>
          <w:sz w:val="16"/>
          <w:szCs w:val="16"/>
        </w:rPr>
        <w:t xml:space="preserve">, </w:t>
      </w:r>
      <w:r w:rsidRPr="007E4023">
        <w:rPr>
          <w:rFonts w:cs="Shruti"/>
          <w:i/>
          <w:iCs/>
          <w:sz w:val="16"/>
          <w:szCs w:val="16"/>
          <w:cs/>
          <w:lang w:bidi="gu-IN"/>
        </w:rPr>
        <w:t>સર્વાનુમતે</w:t>
      </w:r>
      <w:r w:rsidRPr="007E4023">
        <w:rPr>
          <w:i/>
          <w:sz w:val="16"/>
          <w:szCs w:val="16"/>
        </w:rPr>
        <w:t xml:space="preserve"> </w:t>
      </w:r>
      <w:r w:rsidRPr="007E4023">
        <w:rPr>
          <w:rFonts w:cs="Shruti"/>
          <w:i/>
          <w:iCs/>
          <w:sz w:val="16"/>
          <w:szCs w:val="16"/>
          <w:cs/>
          <w:lang w:bidi="gu-IN"/>
        </w:rPr>
        <w:t>મંજૂર</w:t>
      </w:r>
      <w:r w:rsidRPr="007E4023">
        <w:rPr>
          <w:i/>
          <w:sz w:val="16"/>
          <w:szCs w:val="16"/>
        </w:rPr>
        <w:t xml:space="preserve"> </w:t>
      </w:r>
      <w:r w:rsidRPr="007E4023">
        <w:rPr>
          <w:rFonts w:cs="Shruti"/>
          <w:i/>
          <w:iCs/>
          <w:sz w:val="16"/>
          <w:szCs w:val="16"/>
          <w:cs/>
          <w:lang w:bidi="gu-IN"/>
        </w:rPr>
        <w:t>કરવામાં</w:t>
      </w:r>
      <w:r w:rsidRPr="007E4023">
        <w:rPr>
          <w:i/>
          <w:sz w:val="16"/>
          <w:szCs w:val="16"/>
        </w:rPr>
        <w:t xml:space="preserve"> </w:t>
      </w:r>
      <w:r w:rsidRPr="007E4023">
        <w:rPr>
          <w:rFonts w:cs="Shruti"/>
          <w:i/>
          <w:iCs/>
          <w:sz w:val="16"/>
          <w:szCs w:val="16"/>
          <w:cs/>
          <w:lang w:bidi="gu-IN"/>
        </w:rPr>
        <w:t>આવ્યો</w:t>
      </w:r>
      <w:r w:rsidRPr="007E4023">
        <w:rPr>
          <w:i/>
          <w:sz w:val="16"/>
          <w:szCs w:val="16"/>
        </w:rPr>
        <w:t xml:space="preserve"> </w:t>
      </w:r>
      <w:r w:rsidRPr="007E4023">
        <w:rPr>
          <w:rFonts w:cs="Shruti"/>
          <w:i/>
          <w:iCs/>
          <w:sz w:val="16"/>
          <w:szCs w:val="16"/>
          <w:cs/>
          <w:lang w:bidi="gu-IN"/>
        </w:rPr>
        <w:t>છે</w:t>
      </w:r>
      <w:r w:rsidRPr="007E4023">
        <w:rPr>
          <w:i/>
          <w:sz w:val="16"/>
          <w:szCs w:val="16"/>
        </w:rPr>
        <w:t>.</w:t>
      </w:r>
      <w:r w:rsidRPr="007E4023">
        <w:rPr>
          <w:sz w:val="16"/>
          <w:szCs w:val="16"/>
        </w:rP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7E4023" w14:paraId="7443ED95" w14:textId="77777777" w:rsidTr="005D7E8D">
        <w:tc>
          <w:tcPr>
            <w:tcW w:w="4320" w:type="dxa"/>
          </w:tcPr>
          <w:p w14:paraId="2F141B38" w14:textId="62AFA1EB" w:rsidR="007E4023" w:rsidRPr="007E4023" w:rsidRDefault="007E4023" w:rsidP="005D7E8D">
            <w:pPr>
              <w:rPr>
                <w:rFonts w:cs="Shruti"/>
                <w:lang w:bidi="gu-IN"/>
              </w:rPr>
            </w:pPr>
            <w:r>
              <w:rPr>
                <w:rFonts w:cs="Shruti"/>
                <w:cs/>
                <w:lang w:bidi="gu-IN"/>
              </w:rPr>
              <w:t>એસ</w:t>
            </w:r>
            <w:r>
              <w:t>.</w:t>
            </w:r>
            <w:r>
              <w:rPr>
                <w:rFonts w:cs="Shruti"/>
                <w:cs/>
                <w:lang w:bidi="gu-IN"/>
              </w:rPr>
              <w:t>એમ</w:t>
            </w:r>
            <w:r>
              <w:t>.</w:t>
            </w:r>
            <w:r>
              <w:rPr>
                <w:rFonts w:cs="Shruti"/>
                <w:cs/>
                <w:lang w:bidi="gu-IN"/>
              </w:rPr>
              <w:t>સી</w:t>
            </w:r>
            <w:r>
              <w:t xml:space="preserve">. (SMC) </w:t>
            </w:r>
            <w:r>
              <w:rPr>
                <w:rFonts w:cs="Shruti"/>
                <w:cs/>
                <w:lang w:bidi="gu-IN"/>
              </w:rPr>
              <w:t>અધ્યક્ષની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સહી..............</w:t>
            </w:r>
            <w:r>
              <w:br/>
            </w:r>
            <w:r w:rsidR="00C3559A" w:rsidRPr="00A052A9">
              <w:rPr>
                <w:rFonts w:cs="Shruti"/>
                <w:sz w:val="20"/>
                <w:szCs w:val="20"/>
                <w:cs/>
                <w:lang w:bidi="gu-IN"/>
              </w:rPr>
              <w:t>તારીખ</w:t>
            </w:r>
            <w:r w:rsidR="00C3559A" w:rsidRPr="00A052A9">
              <w:rPr>
                <w:sz w:val="20"/>
                <w:szCs w:val="20"/>
              </w:rPr>
              <w:t xml:space="preserve">:       </w:t>
            </w:r>
            <w:r w:rsidR="008E13CA">
              <w:rPr>
                <w:sz w:val="20"/>
                <w:szCs w:val="20"/>
              </w:rPr>
              <w:t>21/08/2026</w:t>
            </w:r>
          </w:p>
        </w:tc>
        <w:tc>
          <w:tcPr>
            <w:tcW w:w="4320" w:type="dxa"/>
          </w:tcPr>
          <w:p w14:paraId="31650517" w14:textId="77777777" w:rsidR="007E4023" w:rsidRDefault="007E4023" w:rsidP="007E4023">
            <w:pPr>
              <w:jc w:val="right"/>
              <w:rPr>
                <w:rFonts w:cs="Shruti"/>
                <w:lang w:bidi="gu-IN"/>
              </w:rPr>
            </w:pPr>
            <w:r>
              <w:rPr>
                <w:rFonts w:cs="Shruti"/>
                <w:cs/>
                <w:lang w:bidi="gu-IN"/>
              </w:rPr>
              <w:t>આચાર્યશ્રીની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સહી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અને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સિક્કો</w:t>
            </w:r>
          </w:p>
          <w:p w14:paraId="0B8123B7" w14:textId="77777777" w:rsidR="007E4023" w:rsidRDefault="007E4023" w:rsidP="007E4023">
            <w:pPr>
              <w:jc w:val="right"/>
            </w:pPr>
          </w:p>
        </w:tc>
      </w:tr>
    </w:tbl>
    <w:p w14:paraId="2A9492FC" w14:textId="77777777" w:rsidR="003D3E34" w:rsidRDefault="003D3E34" w:rsidP="00DF56EC">
      <w:pPr>
        <w:spacing w:after="0" w:line="240" w:lineRule="auto"/>
        <w:rPr>
          <w:rFonts w:cs="Shruti"/>
          <w:sz w:val="28"/>
          <w:szCs w:val="28"/>
          <w:u w:val="single"/>
          <w:lang w:bidi="gu-IN"/>
        </w:rPr>
      </w:pPr>
    </w:p>
    <w:p w14:paraId="780E1920" w14:textId="4D499E90" w:rsidR="00502A5D" w:rsidRDefault="002546D1" w:rsidP="00502A5D">
      <w:pPr>
        <w:spacing w:after="0" w:line="240" w:lineRule="auto"/>
        <w:jc w:val="center"/>
        <w:rPr>
          <w:rFonts w:cs="Shruti"/>
          <w:b/>
          <w:u w:val="single"/>
          <w:lang w:val="en-IN" w:bidi="gu-IN"/>
        </w:rPr>
      </w:pPr>
      <w:r>
        <w:rPr>
          <w:rFonts w:cs="Shruti" w:hint="cs"/>
          <w:sz w:val="28"/>
          <w:szCs w:val="28"/>
          <w:u w:val="single"/>
          <w:cs/>
          <w:lang w:bidi="gu-IN"/>
        </w:rPr>
        <w:t>ઢાંકણ્રીયાવાસ પ્રાથમિક શાળા તા- લાખણી જિલ્લો - વાવ-થરાદ ડાયસ કોડ: 24021300207</w:t>
      </w:r>
    </w:p>
    <w:p w14:paraId="276573B3" w14:textId="77777777" w:rsidR="00F2762F" w:rsidRDefault="00F2762F" w:rsidP="00F2762F">
      <w:pPr>
        <w:pStyle w:val="Heading1"/>
      </w:pPr>
      <w:r>
        <w:rPr>
          <w:rFonts w:cs="Shruti"/>
          <w:cs/>
          <w:lang w:bidi="gu-IN"/>
        </w:rPr>
        <w:t>ગત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વર્તમાન</w:t>
      </w:r>
      <w:r>
        <w:t xml:space="preserve"> </w:t>
      </w:r>
      <w:r>
        <w:rPr>
          <w:rFonts w:cs="Shruti"/>
          <w:cs/>
          <w:lang w:bidi="gu-IN"/>
        </w:rPr>
        <w:t>શાળા</w:t>
      </w:r>
      <w:r>
        <w:t xml:space="preserve"> </w:t>
      </w:r>
      <w:r>
        <w:rPr>
          <w:rFonts w:cs="Shruti"/>
          <w:cs/>
          <w:lang w:bidi="gu-IN"/>
        </w:rPr>
        <w:t>વિકાસ</w:t>
      </w:r>
      <w:r>
        <w:t xml:space="preserve"> </w:t>
      </w:r>
      <w:r>
        <w:rPr>
          <w:rFonts w:cs="Shruti"/>
          <w:cs/>
          <w:lang w:bidi="gu-IN"/>
        </w:rPr>
        <w:t>યોજના</w:t>
      </w:r>
      <w:r>
        <w:t xml:space="preserve"> (SDP) </w:t>
      </w:r>
      <w:r>
        <w:rPr>
          <w:rFonts w:cs="Shruti"/>
          <w:cs/>
          <w:lang w:bidi="gu-IN"/>
        </w:rPr>
        <w:t>માં</w:t>
      </w:r>
      <w:r>
        <w:t xml:space="preserve"> </w:t>
      </w:r>
      <w:r>
        <w:rPr>
          <w:rFonts w:cs="Shruti"/>
          <w:cs/>
          <w:lang w:bidi="gu-IN"/>
        </w:rPr>
        <w:t>કરાયેલ</w:t>
      </w:r>
      <w:r>
        <w:t xml:space="preserve"> </w:t>
      </w:r>
      <w:r>
        <w:rPr>
          <w:rFonts w:cs="Shruti"/>
          <w:cs/>
          <w:lang w:bidi="gu-IN"/>
        </w:rPr>
        <w:t>ગુણાત્મક</w:t>
      </w:r>
      <w:r>
        <w:t xml:space="preserve"> </w:t>
      </w:r>
      <w:r>
        <w:rPr>
          <w:rFonts w:cs="Shruti"/>
          <w:cs/>
          <w:lang w:bidi="gu-IN"/>
        </w:rPr>
        <w:t>ફેરફારની</w:t>
      </w:r>
      <w:r>
        <w:t xml:space="preserve"> </w:t>
      </w:r>
      <w:r>
        <w:rPr>
          <w:rFonts w:cs="Shruti"/>
          <w:cs/>
          <w:lang w:bidi="gu-IN"/>
        </w:rPr>
        <w:t>વિગત</w:t>
      </w:r>
    </w:p>
    <w:p w14:paraId="7A145119" w14:textId="77777777" w:rsidR="00F2762F" w:rsidRDefault="00F2762F" w:rsidP="00F2762F">
      <w:pPr>
        <w:pStyle w:val="Heading2"/>
        <w:spacing w:line="240" w:lineRule="auto"/>
      </w:pPr>
      <w:r>
        <w:rPr>
          <w:rFonts w:cs="Shruti"/>
          <w:cs/>
          <w:lang w:bidi="gu-IN"/>
        </w:rPr>
        <w:t>પ્રસ્તાવના</w:t>
      </w:r>
      <w:r>
        <w:t>:</w:t>
      </w:r>
    </w:p>
    <w:p w14:paraId="78781953" w14:textId="77777777" w:rsidR="00F2762F" w:rsidRPr="00F2762F" w:rsidRDefault="00F2762F" w:rsidP="00F2762F">
      <w:pPr>
        <w:rPr>
          <w:sz w:val="16"/>
          <w:szCs w:val="16"/>
        </w:rPr>
      </w:pPr>
      <w:r w:rsidRPr="00F2762F">
        <w:rPr>
          <w:rFonts w:cs="Shruti"/>
          <w:sz w:val="16"/>
          <w:szCs w:val="16"/>
          <w:cs/>
          <w:lang w:bidi="gu-IN"/>
        </w:rPr>
        <w:t>શાળાના</w:t>
      </w:r>
      <w:r w:rsidRPr="00F2762F">
        <w:rPr>
          <w:sz w:val="16"/>
          <w:szCs w:val="16"/>
        </w:rPr>
        <w:t xml:space="preserve"> </w:t>
      </w:r>
      <w:r w:rsidRPr="00F2762F">
        <w:rPr>
          <w:rFonts w:cs="Shruti"/>
          <w:sz w:val="16"/>
          <w:szCs w:val="16"/>
          <w:cs/>
          <w:lang w:bidi="gu-IN"/>
        </w:rPr>
        <w:t>સતત</w:t>
      </w:r>
      <w:r w:rsidRPr="00F2762F">
        <w:rPr>
          <w:sz w:val="16"/>
          <w:szCs w:val="16"/>
        </w:rPr>
        <w:t xml:space="preserve"> </w:t>
      </w:r>
      <w:r w:rsidRPr="00F2762F">
        <w:rPr>
          <w:rFonts w:cs="Shruti"/>
          <w:sz w:val="16"/>
          <w:szCs w:val="16"/>
          <w:cs/>
          <w:lang w:bidi="gu-IN"/>
        </w:rPr>
        <w:t>અને</w:t>
      </w:r>
      <w:r w:rsidRPr="00F2762F">
        <w:rPr>
          <w:sz w:val="16"/>
          <w:szCs w:val="16"/>
        </w:rPr>
        <w:t xml:space="preserve"> </w:t>
      </w:r>
      <w:r w:rsidRPr="00F2762F">
        <w:rPr>
          <w:rFonts w:cs="Shruti"/>
          <w:sz w:val="16"/>
          <w:szCs w:val="16"/>
          <w:cs/>
          <w:lang w:bidi="gu-IN"/>
        </w:rPr>
        <w:t>સર્વાંગી</w:t>
      </w:r>
      <w:r w:rsidRPr="00F2762F">
        <w:rPr>
          <w:sz w:val="16"/>
          <w:szCs w:val="16"/>
        </w:rPr>
        <w:t xml:space="preserve"> </w:t>
      </w:r>
      <w:r w:rsidRPr="00F2762F">
        <w:rPr>
          <w:rFonts w:cs="Shruti"/>
          <w:sz w:val="16"/>
          <w:szCs w:val="16"/>
          <w:cs/>
          <w:lang w:bidi="gu-IN"/>
        </w:rPr>
        <w:t>વિકાસ</w:t>
      </w:r>
      <w:r w:rsidRPr="00F2762F">
        <w:rPr>
          <w:sz w:val="16"/>
          <w:szCs w:val="16"/>
        </w:rPr>
        <w:t xml:space="preserve"> </w:t>
      </w:r>
      <w:r w:rsidRPr="00F2762F">
        <w:rPr>
          <w:rFonts w:cs="Shruti"/>
          <w:sz w:val="16"/>
          <w:szCs w:val="16"/>
          <w:cs/>
          <w:lang w:bidi="gu-IN"/>
        </w:rPr>
        <w:t>માટે</w:t>
      </w:r>
      <w:r w:rsidRPr="00F2762F">
        <w:rPr>
          <w:sz w:val="16"/>
          <w:szCs w:val="16"/>
        </w:rPr>
        <w:t xml:space="preserve"> </w:t>
      </w:r>
      <w:r w:rsidRPr="00F2762F">
        <w:rPr>
          <w:rFonts w:cs="Shruti"/>
          <w:sz w:val="16"/>
          <w:szCs w:val="16"/>
          <w:cs/>
          <w:lang w:bidi="gu-IN"/>
        </w:rPr>
        <w:t>શાળા</w:t>
      </w:r>
      <w:r w:rsidRPr="00F2762F">
        <w:rPr>
          <w:sz w:val="16"/>
          <w:szCs w:val="16"/>
        </w:rPr>
        <w:t xml:space="preserve"> </w:t>
      </w:r>
      <w:r w:rsidRPr="00F2762F">
        <w:rPr>
          <w:rFonts w:cs="Shruti"/>
          <w:sz w:val="16"/>
          <w:szCs w:val="16"/>
          <w:cs/>
          <w:lang w:bidi="gu-IN"/>
        </w:rPr>
        <w:t>વ્યવસ્થાપન</w:t>
      </w:r>
      <w:r w:rsidRPr="00F2762F">
        <w:rPr>
          <w:sz w:val="16"/>
          <w:szCs w:val="16"/>
        </w:rPr>
        <w:t xml:space="preserve"> </w:t>
      </w:r>
      <w:r w:rsidRPr="00F2762F">
        <w:rPr>
          <w:rFonts w:cs="Shruti"/>
          <w:sz w:val="16"/>
          <w:szCs w:val="16"/>
          <w:cs/>
          <w:lang w:bidi="gu-IN"/>
        </w:rPr>
        <w:t>સમિતિ</w:t>
      </w:r>
      <w:r w:rsidRPr="00F2762F">
        <w:rPr>
          <w:sz w:val="16"/>
          <w:szCs w:val="16"/>
        </w:rPr>
        <w:t xml:space="preserve"> (SMC) </w:t>
      </w:r>
      <w:r w:rsidRPr="00F2762F">
        <w:rPr>
          <w:rFonts w:cs="Shruti"/>
          <w:sz w:val="16"/>
          <w:szCs w:val="16"/>
          <w:cs/>
          <w:lang w:bidi="gu-IN"/>
        </w:rPr>
        <w:t>અને</w:t>
      </w:r>
      <w:r w:rsidRPr="00F2762F">
        <w:rPr>
          <w:sz w:val="16"/>
          <w:szCs w:val="16"/>
        </w:rPr>
        <w:t xml:space="preserve"> </w:t>
      </w:r>
      <w:r w:rsidRPr="00F2762F">
        <w:rPr>
          <w:rFonts w:cs="Shruti"/>
          <w:sz w:val="16"/>
          <w:szCs w:val="16"/>
          <w:cs/>
          <w:lang w:bidi="gu-IN"/>
        </w:rPr>
        <w:t>શિક્ષકો</w:t>
      </w:r>
      <w:r w:rsidRPr="00F2762F">
        <w:rPr>
          <w:sz w:val="16"/>
          <w:szCs w:val="16"/>
        </w:rPr>
        <w:t xml:space="preserve"> </w:t>
      </w:r>
      <w:r w:rsidRPr="00F2762F">
        <w:rPr>
          <w:rFonts w:cs="Shruti"/>
          <w:sz w:val="16"/>
          <w:szCs w:val="16"/>
          <w:cs/>
          <w:lang w:bidi="gu-IN"/>
        </w:rPr>
        <w:t>દ્વારા</w:t>
      </w:r>
      <w:r w:rsidRPr="00F2762F">
        <w:rPr>
          <w:sz w:val="16"/>
          <w:szCs w:val="16"/>
        </w:rPr>
        <w:t xml:space="preserve"> </w:t>
      </w:r>
      <w:r w:rsidRPr="00F2762F">
        <w:rPr>
          <w:rFonts w:cs="Shruti"/>
          <w:sz w:val="16"/>
          <w:szCs w:val="16"/>
          <w:cs/>
          <w:lang w:bidi="gu-IN"/>
        </w:rPr>
        <w:t>શૈક્ષણિક</w:t>
      </w:r>
      <w:r w:rsidRPr="00F2762F">
        <w:rPr>
          <w:sz w:val="16"/>
          <w:szCs w:val="16"/>
        </w:rPr>
        <w:t xml:space="preserve"> </w:t>
      </w:r>
      <w:r w:rsidRPr="00F2762F">
        <w:rPr>
          <w:rFonts w:cs="Shruti"/>
          <w:sz w:val="16"/>
          <w:szCs w:val="16"/>
          <w:cs/>
          <w:lang w:bidi="gu-IN"/>
        </w:rPr>
        <w:t>વર્ષની</w:t>
      </w:r>
      <w:r w:rsidRPr="00F2762F">
        <w:rPr>
          <w:sz w:val="16"/>
          <w:szCs w:val="16"/>
        </w:rPr>
        <w:t xml:space="preserve"> </w:t>
      </w:r>
      <w:r w:rsidRPr="00F2762F">
        <w:rPr>
          <w:rFonts w:cs="Shruti"/>
          <w:sz w:val="16"/>
          <w:szCs w:val="16"/>
          <w:cs/>
          <w:lang w:bidi="gu-IN"/>
        </w:rPr>
        <w:t>શરૂઆતમાં</w:t>
      </w:r>
      <w:r w:rsidRPr="00F2762F">
        <w:rPr>
          <w:sz w:val="16"/>
          <w:szCs w:val="16"/>
        </w:rPr>
        <w:t xml:space="preserve"> </w:t>
      </w:r>
      <w:r w:rsidRPr="00F2762F">
        <w:rPr>
          <w:rFonts w:cs="Shruti"/>
          <w:sz w:val="16"/>
          <w:szCs w:val="16"/>
          <w:cs/>
          <w:lang w:bidi="gu-IN"/>
        </w:rPr>
        <w:t>શાળા</w:t>
      </w:r>
      <w:r w:rsidRPr="00F2762F">
        <w:rPr>
          <w:sz w:val="16"/>
          <w:szCs w:val="16"/>
        </w:rPr>
        <w:t xml:space="preserve"> </w:t>
      </w:r>
      <w:r w:rsidRPr="00F2762F">
        <w:rPr>
          <w:rFonts w:cs="Shruti"/>
          <w:sz w:val="16"/>
          <w:szCs w:val="16"/>
          <w:cs/>
          <w:lang w:bidi="gu-IN"/>
        </w:rPr>
        <w:t>વિકાસ</w:t>
      </w:r>
      <w:r w:rsidRPr="00F2762F">
        <w:rPr>
          <w:sz w:val="16"/>
          <w:szCs w:val="16"/>
        </w:rPr>
        <w:t xml:space="preserve"> </w:t>
      </w:r>
      <w:r w:rsidRPr="00F2762F">
        <w:rPr>
          <w:rFonts w:cs="Shruti"/>
          <w:sz w:val="16"/>
          <w:szCs w:val="16"/>
          <w:cs/>
          <w:lang w:bidi="gu-IN"/>
        </w:rPr>
        <w:t>યોજના</w:t>
      </w:r>
      <w:r w:rsidRPr="00F2762F">
        <w:rPr>
          <w:sz w:val="16"/>
          <w:szCs w:val="16"/>
        </w:rPr>
        <w:t xml:space="preserve"> (SDP) </w:t>
      </w:r>
      <w:r w:rsidRPr="00F2762F">
        <w:rPr>
          <w:rFonts w:cs="Shruti"/>
          <w:sz w:val="16"/>
          <w:szCs w:val="16"/>
          <w:cs/>
          <w:lang w:bidi="gu-IN"/>
        </w:rPr>
        <w:t>તૈયાર</w:t>
      </w:r>
      <w:r w:rsidRPr="00F2762F">
        <w:rPr>
          <w:sz w:val="16"/>
          <w:szCs w:val="16"/>
        </w:rPr>
        <w:t xml:space="preserve"> </w:t>
      </w:r>
      <w:r w:rsidRPr="00F2762F">
        <w:rPr>
          <w:rFonts w:cs="Shruti"/>
          <w:sz w:val="16"/>
          <w:szCs w:val="16"/>
          <w:cs/>
          <w:lang w:bidi="gu-IN"/>
        </w:rPr>
        <w:t>કરવામાં</w:t>
      </w:r>
      <w:r w:rsidRPr="00F2762F">
        <w:rPr>
          <w:sz w:val="16"/>
          <w:szCs w:val="16"/>
        </w:rPr>
        <w:t xml:space="preserve"> </w:t>
      </w:r>
      <w:r w:rsidRPr="00F2762F">
        <w:rPr>
          <w:rFonts w:cs="Shruti"/>
          <w:sz w:val="16"/>
          <w:szCs w:val="16"/>
          <w:cs/>
          <w:lang w:bidi="gu-IN"/>
        </w:rPr>
        <w:t>આવે</w:t>
      </w:r>
      <w:r w:rsidRPr="00F2762F">
        <w:rPr>
          <w:sz w:val="16"/>
          <w:szCs w:val="16"/>
        </w:rPr>
        <w:t xml:space="preserve"> </w:t>
      </w:r>
      <w:r w:rsidRPr="00F2762F">
        <w:rPr>
          <w:rFonts w:cs="Shruti"/>
          <w:sz w:val="16"/>
          <w:szCs w:val="16"/>
          <w:cs/>
          <w:lang w:bidi="gu-IN"/>
        </w:rPr>
        <w:t>છે</w:t>
      </w:r>
      <w:r w:rsidRPr="00F2762F">
        <w:rPr>
          <w:sz w:val="16"/>
          <w:szCs w:val="16"/>
        </w:rPr>
        <w:t xml:space="preserve">. SQAAF </w:t>
      </w:r>
      <w:r w:rsidRPr="00F2762F">
        <w:rPr>
          <w:rFonts w:cs="Shruti"/>
          <w:sz w:val="16"/>
          <w:szCs w:val="16"/>
          <w:cs/>
          <w:lang w:bidi="gu-IN"/>
        </w:rPr>
        <w:t>ગુણોત્સવ</w:t>
      </w:r>
      <w:r w:rsidRPr="00F2762F">
        <w:rPr>
          <w:sz w:val="16"/>
          <w:szCs w:val="16"/>
        </w:rPr>
        <w:t xml:space="preserve"> </w:t>
      </w:r>
      <w:r w:rsidRPr="00F2762F">
        <w:rPr>
          <w:rFonts w:cs="Shruti"/>
          <w:sz w:val="16"/>
          <w:szCs w:val="16"/>
          <w:cs/>
          <w:lang w:bidi="gu-IN"/>
        </w:rPr>
        <w:t>૨</w:t>
      </w:r>
      <w:r w:rsidRPr="00F2762F">
        <w:rPr>
          <w:sz w:val="16"/>
          <w:szCs w:val="16"/>
        </w:rPr>
        <w:t>.</w:t>
      </w:r>
      <w:r w:rsidRPr="00F2762F">
        <w:rPr>
          <w:rFonts w:cs="Shruti"/>
          <w:sz w:val="16"/>
          <w:szCs w:val="16"/>
          <w:cs/>
          <w:lang w:bidi="gu-IN"/>
        </w:rPr>
        <w:t>૦</w:t>
      </w:r>
      <w:r w:rsidRPr="00F2762F">
        <w:rPr>
          <w:sz w:val="16"/>
          <w:szCs w:val="16"/>
        </w:rPr>
        <w:t xml:space="preserve"> </w:t>
      </w:r>
      <w:r w:rsidRPr="00F2762F">
        <w:rPr>
          <w:rFonts w:cs="Shruti"/>
          <w:sz w:val="16"/>
          <w:szCs w:val="16"/>
          <w:cs/>
          <w:lang w:bidi="gu-IN"/>
        </w:rPr>
        <w:t>ના</w:t>
      </w:r>
      <w:r w:rsidRPr="00F2762F">
        <w:rPr>
          <w:sz w:val="16"/>
          <w:szCs w:val="16"/>
        </w:rPr>
        <w:t xml:space="preserve"> </w:t>
      </w:r>
      <w:r w:rsidRPr="00F2762F">
        <w:rPr>
          <w:rFonts w:cs="Shruti"/>
          <w:sz w:val="16"/>
          <w:szCs w:val="16"/>
          <w:cs/>
          <w:lang w:bidi="gu-IN"/>
        </w:rPr>
        <w:t>માપદંડોને</w:t>
      </w:r>
      <w:r w:rsidRPr="00F2762F">
        <w:rPr>
          <w:sz w:val="16"/>
          <w:szCs w:val="16"/>
        </w:rPr>
        <w:t xml:space="preserve"> </w:t>
      </w:r>
      <w:r w:rsidRPr="00F2762F">
        <w:rPr>
          <w:rFonts w:cs="Shruti"/>
          <w:sz w:val="16"/>
          <w:szCs w:val="16"/>
          <w:cs/>
          <w:lang w:bidi="gu-IN"/>
        </w:rPr>
        <w:t>ધ્યાનમાં</w:t>
      </w:r>
      <w:r w:rsidRPr="00F2762F">
        <w:rPr>
          <w:sz w:val="16"/>
          <w:szCs w:val="16"/>
        </w:rPr>
        <w:t xml:space="preserve"> </w:t>
      </w:r>
      <w:r w:rsidRPr="00F2762F">
        <w:rPr>
          <w:rFonts w:cs="Shruti"/>
          <w:sz w:val="16"/>
          <w:szCs w:val="16"/>
          <w:cs/>
          <w:lang w:bidi="gu-IN"/>
        </w:rPr>
        <w:t>રાખીને</w:t>
      </w:r>
      <w:r w:rsidRPr="00F2762F">
        <w:rPr>
          <w:sz w:val="16"/>
          <w:szCs w:val="16"/>
        </w:rPr>
        <w:t xml:space="preserve"> </w:t>
      </w:r>
      <w:r w:rsidRPr="00F2762F">
        <w:rPr>
          <w:rFonts w:cs="Shruti"/>
          <w:sz w:val="16"/>
          <w:szCs w:val="16"/>
          <w:cs/>
          <w:lang w:bidi="gu-IN"/>
        </w:rPr>
        <w:t>ગત</w:t>
      </w:r>
      <w:r w:rsidRPr="00F2762F">
        <w:rPr>
          <w:sz w:val="16"/>
          <w:szCs w:val="16"/>
        </w:rPr>
        <w:t xml:space="preserve"> </w:t>
      </w:r>
      <w:r w:rsidRPr="00F2762F">
        <w:rPr>
          <w:rFonts w:cs="Shruti"/>
          <w:sz w:val="16"/>
          <w:szCs w:val="16"/>
          <w:cs/>
          <w:lang w:bidi="gu-IN"/>
        </w:rPr>
        <w:t>વર્ષની</w:t>
      </w:r>
      <w:r w:rsidRPr="00F2762F">
        <w:rPr>
          <w:sz w:val="16"/>
          <w:szCs w:val="16"/>
        </w:rPr>
        <w:t xml:space="preserve"> </w:t>
      </w:r>
      <w:r w:rsidRPr="00F2762F">
        <w:rPr>
          <w:rFonts w:cs="Shruti"/>
          <w:sz w:val="16"/>
          <w:szCs w:val="16"/>
          <w:cs/>
          <w:lang w:bidi="gu-IN"/>
        </w:rPr>
        <w:t>શાળા</w:t>
      </w:r>
      <w:r w:rsidRPr="00F2762F">
        <w:rPr>
          <w:sz w:val="16"/>
          <w:szCs w:val="16"/>
        </w:rPr>
        <w:t xml:space="preserve"> </w:t>
      </w:r>
      <w:r w:rsidRPr="00F2762F">
        <w:rPr>
          <w:rFonts w:cs="Shruti"/>
          <w:sz w:val="16"/>
          <w:szCs w:val="16"/>
          <w:cs/>
          <w:lang w:bidi="gu-IN"/>
        </w:rPr>
        <w:t>વિકાસ</w:t>
      </w:r>
      <w:r w:rsidRPr="00F2762F">
        <w:rPr>
          <w:sz w:val="16"/>
          <w:szCs w:val="16"/>
        </w:rPr>
        <w:t xml:space="preserve"> </w:t>
      </w:r>
      <w:r w:rsidRPr="00F2762F">
        <w:rPr>
          <w:rFonts w:cs="Shruti"/>
          <w:sz w:val="16"/>
          <w:szCs w:val="16"/>
          <w:cs/>
          <w:lang w:bidi="gu-IN"/>
        </w:rPr>
        <w:t>યોજનાની</w:t>
      </w:r>
      <w:r w:rsidRPr="00F2762F">
        <w:rPr>
          <w:sz w:val="16"/>
          <w:szCs w:val="16"/>
        </w:rPr>
        <w:t xml:space="preserve"> </w:t>
      </w:r>
      <w:r w:rsidRPr="00F2762F">
        <w:rPr>
          <w:rFonts w:cs="Shruti"/>
          <w:sz w:val="16"/>
          <w:szCs w:val="16"/>
          <w:cs/>
          <w:lang w:bidi="gu-IN"/>
        </w:rPr>
        <w:t>સમીક્ષા</w:t>
      </w:r>
      <w:r w:rsidRPr="00F2762F">
        <w:rPr>
          <w:sz w:val="16"/>
          <w:szCs w:val="16"/>
        </w:rPr>
        <w:t xml:space="preserve"> </w:t>
      </w:r>
      <w:r w:rsidRPr="00F2762F">
        <w:rPr>
          <w:rFonts w:cs="Shruti"/>
          <w:sz w:val="16"/>
          <w:szCs w:val="16"/>
          <w:cs/>
          <w:lang w:bidi="gu-IN"/>
        </w:rPr>
        <w:t>કરી</w:t>
      </w:r>
      <w:r w:rsidRPr="00F2762F">
        <w:rPr>
          <w:sz w:val="16"/>
          <w:szCs w:val="16"/>
        </w:rPr>
        <w:t xml:space="preserve">, </w:t>
      </w:r>
      <w:r w:rsidRPr="00F2762F">
        <w:rPr>
          <w:rFonts w:cs="Shruti"/>
          <w:sz w:val="16"/>
          <w:szCs w:val="16"/>
          <w:cs/>
          <w:lang w:bidi="gu-IN"/>
        </w:rPr>
        <w:t>વર્તમાન</w:t>
      </w:r>
      <w:r w:rsidRPr="00F2762F">
        <w:rPr>
          <w:sz w:val="16"/>
          <w:szCs w:val="16"/>
        </w:rPr>
        <w:t xml:space="preserve"> </w:t>
      </w:r>
      <w:r w:rsidRPr="00F2762F">
        <w:rPr>
          <w:rFonts w:cs="Shruti"/>
          <w:sz w:val="16"/>
          <w:szCs w:val="16"/>
          <w:cs/>
          <w:lang w:bidi="gu-IN"/>
        </w:rPr>
        <w:t>વર્ષની</w:t>
      </w:r>
      <w:r w:rsidRPr="00F2762F">
        <w:rPr>
          <w:sz w:val="16"/>
          <w:szCs w:val="16"/>
        </w:rPr>
        <w:t xml:space="preserve"> </w:t>
      </w:r>
      <w:r w:rsidRPr="00F2762F">
        <w:rPr>
          <w:rFonts w:cs="Shruti"/>
          <w:sz w:val="16"/>
          <w:szCs w:val="16"/>
          <w:cs/>
          <w:lang w:bidi="gu-IN"/>
        </w:rPr>
        <w:t>યોજનામાં</w:t>
      </w:r>
      <w:r w:rsidRPr="00F2762F">
        <w:rPr>
          <w:sz w:val="16"/>
          <w:szCs w:val="16"/>
        </w:rPr>
        <w:t xml:space="preserve"> </w:t>
      </w:r>
      <w:r w:rsidRPr="00F2762F">
        <w:rPr>
          <w:rFonts w:cs="Shruti"/>
          <w:sz w:val="16"/>
          <w:szCs w:val="16"/>
          <w:cs/>
          <w:lang w:bidi="gu-IN"/>
        </w:rPr>
        <w:t>નીચે</w:t>
      </w:r>
      <w:r w:rsidRPr="00F2762F">
        <w:rPr>
          <w:sz w:val="16"/>
          <w:szCs w:val="16"/>
        </w:rPr>
        <w:t xml:space="preserve"> </w:t>
      </w:r>
      <w:r w:rsidRPr="00F2762F">
        <w:rPr>
          <w:rFonts w:cs="Shruti"/>
          <w:sz w:val="16"/>
          <w:szCs w:val="16"/>
          <w:cs/>
          <w:lang w:bidi="gu-IN"/>
        </w:rPr>
        <w:t>મુજબના</w:t>
      </w:r>
      <w:r w:rsidRPr="00F2762F">
        <w:rPr>
          <w:sz w:val="16"/>
          <w:szCs w:val="16"/>
        </w:rPr>
        <w:t xml:space="preserve"> </w:t>
      </w:r>
      <w:r w:rsidRPr="00F2762F">
        <w:rPr>
          <w:rFonts w:cs="Shruti"/>
          <w:sz w:val="16"/>
          <w:szCs w:val="16"/>
          <w:cs/>
          <w:lang w:bidi="gu-IN"/>
        </w:rPr>
        <w:t>ગુણાત્મક</w:t>
      </w:r>
      <w:r w:rsidRPr="00F2762F">
        <w:rPr>
          <w:sz w:val="16"/>
          <w:szCs w:val="16"/>
        </w:rPr>
        <w:t xml:space="preserve"> </w:t>
      </w:r>
      <w:r w:rsidRPr="00F2762F">
        <w:rPr>
          <w:rFonts w:cs="Shruti"/>
          <w:sz w:val="16"/>
          <w:szCs w:val="16"/>
          <w:cs/>
          <w:lang w:bidi="gu-IN"/>
        </w:rPr>
        <w:t>સુધારાઓ</w:t>
      </w:r>
      <w:r w:rsidRPr="00F2762F">
        <w:rPr>
          <w:sz w:val="16"/>
          <w:szCs w:val="16"/>
        </w:rPr>
        <w:t xml:space="preserve"> </w:t>
      </w:r>
      <w:r w:rsidRPr="00F2762F">
        <w:rPr>
          <w:rFonts w:cs="Shruti"/>
          <w:sz w:val="16"/>
          <w:szCs w:val="16"/>
          <w:cs/>
          <w:lang w:bidi="gu-IN"/>
        </w:rPr>
        <w:t>અને</w:t>
      </w:r>
      <w:r w:rsidRPr="00F2762F">
        <w:rPr>
          <w:sz w:val="16"/>
          <w:szCs w:val="16"/>
        </w:rPr>
        <w:t xml:space="preserve"> </w:t>
      </w:r>
      <w:r w:rsidRPr="00F2762F">
        <w:rPr>
          <w:rFonts w:cs="Shruti"/>
          <w:sz w:val="16"/>
          <w:szCs w:val="16"/>
          <w:cs/>
          <w:lang w:bidi="gu-IN"/>
        </w:rPr>
        <w:t>ફેરફારો</w:t>
      </w:r>
      <w:r w:rsidRPr="00F2762F">
        <w:rPr>
          <w:sz w:val="16"/>
          <w:szCs w:val="16"/>
        </w:rPr>
        <w:t xml:space="preserve"> </w:t>
      </w:r>
      <w:r w:rsidRPr="00F2762F">
        <w:rPr>
          <w:rFonts w:cs="Shruti"/>
          <w:sz w:val="16"/>
          <w:szCs w:val="16"/>
          <w:cs/>
          <w:lang w:bidi="gu-IN"/>
        </w:rPr>
        <w:t>કરવામાં</w:t>
      </w:r>
      <w:r w:rsidRPr="00F2762F">
        <w:rPr>
          <w:sz w:val="16"/>
          <w:szCs w:val="16"/>
        </w:rPr>
        <w:t xml:space="preserve"> </w:t>
      </w:r>
      <w:r w:rsidRPr="00F2762F">
        <w:rPr>
          <w:rFonts w:cs="Shruti"/>
          <w:sz w:val="16"/>
          <w:szCs w:val="16"/>
          <w:cs/>
          <w:lang w:bidi="gu-IN"/>
        </w:rPr>
        <w:t>આવ્યા</w:t>
      </w:r>
      <w:r w:rsidRPr="00F2762F">
        <w:rPr>
          <w:sz w:val="16"/>
          <w:szCs w:val="16"/>
        </w:rPr>
        <w:t xml:space="preserve"> </w:t>
      </w:r>
      <w:r w:rsidRPr="00F2762F">
        <w:rPr>
          <w:rFonts w:cs="Shruti"/>
          <w:sz w:val="16"/>
          <w:szCs w:val="16"/>
          <w:cs/>
          <w:lang w:bidi="gu-IN"/>
        </w:rPr>
        <w:t>છે</w:t>
      </w:r>
      <w:r w:rsidRPr="00F2762F">
        <w:rPr>
          <w:sz w:val="16"/>
          <w:szCs w:val="16"/>
        </w:rPr>
        <w:t>:</w:t>
      </w:r>
      <w:r w:rsidRPr="00F2762F">
        <w:rPr>
          <w:sz w:val="16"/>
          <w:szCs w:val="16"/>
        </w:rPr>
        <w:br/>
      </w: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1951"/>
        <w:gridCol w:w="2268"/>
        <w:gridCol w:w="2977"/>
        <w:gridCol w:w="2268"/>
      </w:tblGrid>
      <w:tr w:rsidR="00F2762F" w14:paraId="4B3E7033" w14:textId="77777777" w:rsidTr="00F2762F">
        <w:tc>
          <w:tcPr>
            <w:tcW w:w="1951" w:type="dxa"/>
          </w:tcPr>
          <w:p w14:paraId="32707F10" w14:textId="77777777" w:rsidR="00F2762F" w:rsidRDefault="00F2762F" w:rsidP="005D7E8D">
            <w:r>
              <w:rPr>
                <w:rFonts w:cs="Shruti"/>
                <w:b/>
                <w:bCs/>
                <w:cs/>
                <w:lang w:bidi="gu-IN"/>
              </w:rPr>
              <w:t>મુખ્ય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ક્ષેત્ર</w:t>
            </w:r>
            <w:r>
              <w:rPr>
                <w:b/>
              </w:rPr>
              <w:t xml:space="preserve"> / </w:t>
            </w:r>
            <w:r>
              <w:rPr>
                <w:rFonts w:cs="Shruti"/>
                <w:b/>
                <w:bCs/>
                <w:cs/>
                <w:lang w:bidi="gu-IN"/>
              </w:rPr>
              <w:t>બાબત</w:t>
            </w:r>
          </w:p>
        </w:tc>
        <w:tc>
          <w:tcPr>
            <w:tcW w:w="2268" w:type="dxa"/>
          </w:tcPr>
          <w:p w14:paraId="20C750AC" w14:textId="77777777" w:rsidR="00F2762F" w:rsidRDefault="00F2762F" w:rsidP="005D7E8D">
            <w:r>
              <w:rPr>
                <w:rFonts w:cs="Shruti"/>
                <w:b/>
                <w:bCs/>
                <w:cs/>
                <w:lang w:bidi="gu-IN"/>
              </w:rPr>
              <w:t>ગત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શાળા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વિકાસ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યોજનાની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સ્થિતિ</w:t>
            </w:r>
          </w:p>
        </w:tc>
        <w:tc>
          <w:tcPr>
            <w:tcW w:w="2977" w:type="dxa"/>
          </w:tcPr>
          <w:p w14:paraId="196E9161" w14:textId="77777777" w:rsidR="00F2762F" w:rsidRDefault="00F2762F" w:rsidP="005D7E8D">
            <w:r>
              <w:rPr>
                <w:rFonts w:cs="Shruti"/>
                <w:b/>
                <w:bCs/>
                <w:cs/>
                <w:lang w:bidi="gu-IN"/>
              </w:rPr>
              <w:t>વર્તમાન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શાળા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વિકાસ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યોજનામાં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કરાયેલ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ગુણાત્મક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ફેરફાર</w:t>
            </w:r>
          </w:p>
        </w:tc>
        <w:tc>
          <w:tcPr>
            <w:tcW w:w="2268" w:type="dxa"/>
          </w:tcPr>
          <w:p w14:paraId="41CC073C" w14:textId="77777777" w:rsidR="00F2762F" w:rsidRDefault="00F2762F" w:rsidP="005D7E8D">
            <w:r>
              <w:rPr>
                <w:rFonts w:cs="Shruti"/>
                <w:b/>
                <w:bCs/>
                <w:cs/>
                <w:lang w:bidi="gu-IN"/>
              </w:rPr>
              <w:t>અપેક્ષિત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પરિણામ</w:t>
            </w:r>
          </w:p>
        </w:tc>
      </w:tr>
      <w:tr w:rsidR="00F2762F" w14:paraId="74A447F8" w14:textId="77777777" w:rsidTr="00F2762F">
        <w:tc>
          <w:tcPr>
            <w:tcW w:w="1951" w:type="dxa"/>
          </w:tcPr>
          <w:p w14:paraId="3563217B" w14:textId="77777777" w:rsidR="00F2762F" w:rsidRPr="00F2762F" w:rsidRDefault="00F2762F" w:rsidP="005D7E8D">
            <w:pPr>
              <w:rPr>
                <w:sz w:val="16"/>
                <w:szCs w:val="16"/>
              </w:rPr>
            </w:pP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૧</w:t>
            </w:r>
            <w:r w:rsidRPr="00F2762F">
              <w:rPr>
                <w:sz w:val="16"/>
                <w:szCs w:val="16"/>
              </w:rPr>
              <w:t xml:space="preserve">.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શૈક્ષણિક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ગુણવત્તા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અને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અધ્યાપન</w:t>
            </w:r>
          </w:p>
        </w:tc>
        <w:tc>
          <w:tcPr>
            <w:tcW w:w="2268" w:type="dxa"/>
          </w:tcPr>
          <w:p w14:paraId="37083411" w14:textId="77777777" w:rsidR="00F2762F" w:rsidRPr="00F2762F" w:rsidRDefault="00F2762F" w:rsidP="005D7E8D">
            <w:pPr>
              <w:rPr>
                <w:sz w:val="16"/>
                <w:szCs w:val="16"/>
              </w:rPr>
            </w:pP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માત્ર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સામાન્ય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વાંચન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અને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લેખન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પર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ભાર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મૂકવામાં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આવ્યો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હતો</w:t>
            </w:r>
            <w:r w:rsidRPr="00F2762F">
              <w:rPr>
                <w:sz w:val="16"/>
                <w:szCs w:val="16"/>
              </w:rPr>
              <w:t>.</w:t>
            </w:r>
          </w:p>
        </w:tc>
        <w:tc>
          <w:tcPr>
            <w:tcW w:w="2977" w:type="dxa"/>
          </w:tcPr>
          <w:p w14:paraId="50C2357C" w14:textId="77777777" w:rsidR="00F2762F" w:rsidRPr="00F2762F" w:rsidRDefault="00F2762F" w:rsidP="005D7E8D">
            <w:pPr>
              <w:rPr>
                <w:sz w:val="16"/>
                <w:szCs w:val="16"/>
              </w:rPr>
            </w:pPr>
            <w:r w:rsidRPr="00F2762F">
              <w:rPr>
                <w:sz w:val="16"/>
                <w:szCs w:val="16"/>
              </w:rPr>
              <w:t xml:space="preserve">NEP-2020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મુજબ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પ્લે</w:t>
            </w:r>
            <w:r w:rsidRPr="00F2762F">
              <w:rPr>
                <w:sz w:val="16"/>
                <w:szCs w:val="16"/>
              </w:rPr>
              <w:t>-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વે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પદ્ધતિ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અને</w:t>
            </w:r>
            <w:r w:rsidRPr="00F2762F">
              <w:rPr>
                <w:sz w:val="16"/>
                <w:szCs w:val="16"/>
              </w:rPr>
              <w:t xml:space="preserve"> FLN (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પ્રારંભિક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સાક્ષરતા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અને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સંખ્યાજ્ઞાન</w:t>
            </w:r>
            <w:r w:rsidRPr="00F2762F">
              <w:rPr>
                <w:sz w:val="16"/>
                <w:szCs w:val="16"/>
              </w:rPr>
              <w:t xml:space="preserve">)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પર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વિશેષ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ભાર</w:t>
            </w:r>
            <w:r w:rsidRPr="00F2762F">
              <w:rPr>
                <w:sz w:val="16"/>
                <w:szCs w:val="16"/>
              </w:rPr>
              <w:t xml:space="preserve">.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રચનાત્મક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મૂલ્યાંકન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અને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પીઅર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લર્નિંગ</w:t>
            </w:r>
            <w:r w:rsidRPr="00F2762F">
              <w:rPr>
                <w:sz w:val="16"/>
                <w:szCs w:val="16"/>
              </w:rPr>
              <w:t xml:space="preserve"> (Peer Learning)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નો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સમાવેશ</w:t>
            </w:r>
            <w:r w:rsidRPr="00F2762F">
              <w:rPr>
                <w:sz w:val="16"/>
                <w:szCs w:val="16"/>
              </w:rPr>
              <w:t>.</w:t>
            </w:r>
          </w:p>
        </w:tc>
        <w:tc>
          <w:tcPr>
            <w:tcW w:w="2268" w:type="dxa"/>
          </w:tcPr>
          <w:p w14:paraId="458AB08F" w14:textId="77777777" w:rsidR="00F2762F" w:rsidRPr="00F2762F" w:rsidRDefault="00F2762F" w:rsidP="005D7E8D">
            <w:pPr>
              <w:rPr>
                <w:sz w:val="16"/>
                <w:szCs w:val="16"/>
              </w:rPr>
            </w:pP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વિદ્યાર્થીઓના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પાયાના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જ્ઞાન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અને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એકમ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કસોટીના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પરિણામમાં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સંતોષકારક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વધારો</w:t>
            </w:r>
            <w:r w:rsidRPr="00F2762F">
              <w:rPr>
                <w:sz w:val="16"/>
                <w:szCs w:val="16"/>
              </w:rPr>
              <w:t>.</w:t>
            </w:r>
          </w:p>
        </w:tc>
      </w:tr>
      <w:tr w:rsidR="00F2762F" w14:paraId="44890736" w14:textId="77777777" w:rsidTr="00F2762F">
        <w:tc>
          <w:tcPr>
            <w:tcW w:w="1951" w:type="dxa"/>
          </w:tcPr>
          <w:p w14:paraId="5D69F61E" w14:textId="77777777" w:rsidR="00F2762F" w:rsidRPr="00F2762F" w:rsidRDefault="00F2762F" w:rsidP="005D7E8D">
            <w:pPr>
              <w:rPr>
                <w:sz w:val="16"/>
                <w:szCs w:val="16"/>
              </w:rPr>
            </w:pP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૨</w:t>
            </w:r>
            <w:r w:rsidRPr="00F2762F">
              <w:rPr>
                <w:sz w:val="16"/>
                <w:szCs w:val="16"/>
              </w:rPr>
              <w:t xml:space="preserve">.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ડિજિટલ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શિક્ષણ</w:t>
            </w:r>
            <w:r w:rsidRPr="00F2762F">
              <w:rPr>
                <w:sz w:val="16"/>
                <w:szCs w:val="16"/>
              </w:rPr>
              <w:t xml:space="preserve"> (ICT)</w:t>
            </w:r>
          </w:p>
        </w:tc>
        <w:tc>
          <w:tcPr>
            <w:tcW w:w="2268" w:type="dxa"/>
          </w:tcPr>
          <w:p w14:paraId="4513D502" w14:textId="77777777" w:rsidR="00F2762F" w:rsidRPr="00F2762F" w:rsidRDefault="00F2762F" w:rsidP="005D7E8D">
            <w:pPr>
              <w:rPr>
                <w:sz w:val="16"/>
                <w:szCs w:val="16"/>
              </w:rPr>
            </w:pP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કમ્પ્યુટર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લેબ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અને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સ્માર્ટ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ક્લાસનો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મર્યાદિત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શૈક્ષણિક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ઉપયોગ</w:t>
            </w:r>
            <w:r w:rsidRPr="00F2762F">
              <w:rPr>
                <w:sz w:val="16"/>
                <w:szCs w:val="16"/>
              </w:rPr>
              <w:t>.</w:t>
            </w:r>
          </w:p>
        </w:tc>
        <w:tc>
          <w:tcPr>
            <w:tcW w:w="2977" w:type="dxa"/>
          </w:tcPr>
          <w:p w14:paraId="24DF8E16" w14:textId="77777777" w:rsidR="00F2762F" w:rsidRPr="00F2762F" w:rsidRDefault="00F2762F" w:rsidP="005D7E8D">
            <w:pPr>
              <w:rPr>
                <w:sz w:val="16"/>
                <w:szCs w:val="16"/>
              </w:rPr>
            </w:pP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દીક્ષા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પોર્ટલ</w:t>
            </w:r>
            <w:r w:rsidRPr="00F2762F">
              <w:rPr>
                <w:sz w:val="16"/>
                <w:szCs w:val="16"/>
              </w:rPr>
              <w:t xml:space="preserve"> (DIKSHA),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જી</w:t>
            </w:r>
            <w:r w:rsidRPr="00F2762F">
              <w:rPr>
                <w:sz w:val="16"/>
                <w:szCs w:val="16"/>
              </w:rPr>
              <w:t>-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શાળા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એપ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અને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સ્માર્ટ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ક્લાસનો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નિયમિત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અને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દૈનિક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શૈક્ષણિક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ઉપયોગ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ફરજિયાત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બનાવ્યો</w:t>
            </w:r>
            <w:r w:rsidRPr="00F2762F">
              <w:rPr>
                <w:sz w:val="16"/>
                <w:szCs w:val="16"/>
              </w:rPr>
              <w:t>.</w:t>
            </w:r>
          </w:p>
        </w:tc>
        <w:tc>
          <w:tcPr>
            <w:tcW w:w="2268" w:type="dxa"/>
          </w:tcPr>
          <w:p w14:paraId="2F5AAC19" w14:textId="77777777" w:rsidR="00F2762F" w:rsidRPr="00F2762F" w:rsidRDefault="00F2762F" w:rsidP="005D7E8D">
            <w:pPr>
              <w:rPr>
                <w:sz w:val="16"/>
                <w:szCs w:val="16"/>
              </w:rPr>
            </w:pP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બાળકોમાં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ટેકનોલોજી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પ્રત્યે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રુચિ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અને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અધ્યયન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પ્રક્રિયા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વધુ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રસપ્રદ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બનશે</w:t>
            </w:r>
            <w:r w:rsidRPr="00F2762F">
              <w:rPr>
                <w:sz w:val="16"/>
                <w:szCs w:val="16"/>
              </w:rPr>
              <w:t>.</w:t>
            </w:r>
          </w:p>
        </w:tc>
      </w:tr>
      <w:tr w:rsidR="00F2762F" w14:paraId="5EEFCF9C" w14:textId="77777777" w:rsidTr="00F2762F">
        <w:tc>
          <w:tcPr>
            <w:tcW w:w="1951" w:type="dxa"/>
          </w:tcPr>
          <w:p w14:paraId="57E66B12" w14:textId="77777777" w:rsidR="00F2762F" w:rsidRPr="00F2762F" w:rsidRDefault="00F2762F" w:rsidP="005D7E8D">
            <w:pPr>
              <w:rPr>
                <w:sz w:val="16"/>
                <w:szCs w:val="16"/>
              </w:rPr>
            </w:pP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૩</w:t>
            </w:r>
            <w:r w:rsidRPr="00F2762F">
              <w:rPr>
                <w:sz w:val="16"/>
                <w:szCs w:val="16"/>
              </w:rPr>
              <w:t xml:space="preserve">.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ભૌતિક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સુવિધાઓ</w:t>
            </w:r>
          </w:p>
        </w:tc>
        <w:tc>
          <w:tcPr>
            <w:tcW w:w="2268" w:type="dxa"/>
          </w:tcPr>
          <w:p w14:paraId="3DA6842E" w14:textId="77777777" w:rsidR="00F2762F" w:rsidRPr="00F2762F" w:rsidRDefault="00F2762F" w:rsidP="005D7E8D">
            <w:pPr>
              <w:rPr>
                <w:sz w:val="16"/>
                <w:szCs w:val="16"/>
              </w:rPr>
            </w:pP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શાળા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કેમ્પસની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સામાન્ય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સફાઈ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અને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રખરખાવ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પૂરતું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સીમિત</w:t>
            </w:r>
            <w:r w:rsidRPr="00F2762F">
              <w:rPr>
                <w:sz w:val="16"/>
                <w:szCs w:val="16"/>
              </w:rPr>
              <w:t>.</w:t>
            </w:r>
          </w:p>
        </w:tc>
        <w:tc>
          <w:tcPr>
            <w:tcW w:w="2977" w:type="dxa"/>
          </w:tcPr>
          <w:p w14:paraId="3829AF1B" w14:textId="77777777" w:rsidR="00F2762F" w:rsidRPr="00F2762F" w:rsidRDefault="00F2762F" w:rsidP="005D7E8D">
            <w:pPr>
              <w:rPr>
                <w:sz w:val="16"/>
                <w:szCs w:val="16"/>
              </w:rPr>
            </w:pP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પીવાના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પાણી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માટે</w:t>
            </w:r>
            <w:r w:rsidRPr="00F2762F">
              <w:rPr>
                <w:sz w:val="16"/>
                <w:szCs w:val="16"/>
              </w:rPr>
              <w:t xml:space="preserve"> RO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સિસ્ટમનું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અપગ્રેડેશન</w:t>
            </w:r>
            <w:r w:rsidRPr="00F2762F">
              <w:rPr>
                <w:sz w:val="16"/>
                <w:szCs w:val="16"/>
              </w:rPr>
              <w:t>, CWSN (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દિવ્યાંગ</w:t>
            </w:r>
            <w:r w:rsidRPr="00F2762F">
              <w:rPr>
                <w:sz w:val="16"/>
                <w:szCs w:val="16"/>
              </w:rPr>
              <w:t xml:space="preserve">)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બાળકો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માટે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વિશેષ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રેમ્પ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અને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દિવ્યાંગ</w:t>
            </w:r>
            <w:r w:rsidRPr="00F2762F">
              <w:rPr>
                <w:sz w:val="16"/>
                <w:szCs w:val="16"/>
              </w:rPr>
              <w:t>-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મૈત્રીપૂર્ણ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શૌચાલય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પર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ધ્યાન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કેન્દ્રિત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કર્યું</w:t>
            </w:r>
            <w:r w:rsidRPr="00F2762F">
              <w:rPr>
                <w:sz w:val="16"/>
                <w:szCs w:val="16"/>
              </w:rPr>
              <w:t>.</w:t>
            </w:r>
          </w:p>
        </w:tc>
        <w:tc>
          <w:tcPr>
            <w:tcW w:w="2268" w:type="dxa"/>
          </w:tcPr>
          <w:p w14:paraId="322F62D8" w14:textId="77777777" w:rsidR="00F2762F" w:rsidRPr="00F2762F" w:rsidRDefault="00F2762F" w:rsidP="005D7E8D">
            <w:pPr>
              <w:rPr>
                <w:sz w:val="16"/>
                <w:szCs w:val="16"/>
              </w:rPr>
            </w:pP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બાળકોને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સ્વચ્છ</w:t>
            </w:r>
            <w:r w:rsidRPr="00F2762F">
              <w:rPr>
                <w:sz w:val="16"/>
                <w:szCs w:val="16"/>
              </w:rPr>
              <w:t xml:space="preserve">,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સુરક્ષિત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અને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સર્વસમાવેશી</w:t>
            </w:r>
            <w:r w:rsidRPr="00F2762F">
              <w:rPr>
                <w:sz w:val="16"/>
                <w:szCs w:val="16"/>
              </w:rPr>
              <w:t xml:space="preserve"> (Inclusive)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વાતાવરણ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પૂરું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પડાશે</w:t>
            </w:r>
            <w:r w:rsidRPr="00F2762F">
              <w:rPr>
                <w:sz w:val="16"/>
                <w:szCs w:val="16"/>
              </w:rPr>
              <w:t>.</w:t>
            </w:r>
          </w:p>
        </w:tc>
      </w:tr>
      <w:tr w:rsidR="00F2762F" w14:paraId="32244383" w14:textId="77777777" w:rsidTr="00F2762F">
        <w:tc>
          <w:tcPr>
            <w:tcW w:w="1951" w:type="dxa"/>
          </w:tcPr>
          <w:p w14:paraId="30FC7707" w14:textId="77777777" w:rsidR="00F2762F" w:rsidRPr="00F2762F" w:rsidRDefault="00F2762F" w:rsidP="005D7E8D">
            <w:pPr>
              <w:rPr>
                <w:sz w:val="16"/>
                <w:szCs w:val="16"/>
              </w:rPr>
            </w:pP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૪</w:t>
            </w:r>
            <w:r w:rsidRPr="00F2762F">
              <w:rPr>
                <w:sz w:val="16"/>
                <w:szCs w:val="16"/>
              </w:rPr>
              <w:t xml:space="preserve">.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સર્વાંગી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વિકાસ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અને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પ્રવૃત્તિઓ</w:t>
            </w:r>
          </w:p>
        </w:tc>
        <w:tc>
          <w:tcPr>
            <w:tcW w:w="2268" w:type="dxa"/>
          </w:tcPr>
          <w:p w14:paraId="606F1BD6" w14:textId="77777777" w:rsidR="00F2762F" w:rsidRPr="00F2762F" w:rsidRDefault="00F2762F" w:rsidP="005D7E8D">
            <w:pPr>
              <w:rPr>
                <w:sz w:val="16"/>
                <w:szCs w:val="16"/>
              </w:rPr>
            </w:pP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વાર્ષિક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રમતગમત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સ્પર્ધા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અને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અમુક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રાષ્ટ્રીય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તહેવારોની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ઉજવણી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પૂરતું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આયોજન</w:t>
            </w:r>
            <w:r w:rsidRPr="00F2762F">
              <w:rPr>
                <w:sz w:val="16"/>
                <w:szCs w:val="16"/>
              </w:rPr>
              <w:t>.</w:t>
            </w:r>
          </w:p>
        </w:tc>
        <w:tc>
          <w:tcPr>
            <w:tcW w:w="2977" w:type="dxa"/>
          </w:tcPr>
          <w:p w14:paraId="218BC7D8" w14:textId="77777777" w:rsidR="00F2762F" w:rsidRPr="00F2762F" w:rsidRDefault="00F2762F" w:rsidP="005D7E8D">
            <w:pPr>
              <w:rPr>
                <w:sz w:val="16"/>
                <w:szCs w:val="16"/>
              </w:rPr>
            </w:pP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આનંદદાયી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શનિવાર</w:t>
            </w:r>
            <w:r w:rsidRPr="00F2762F">
              <w:rPr>
                <w:sz w:val="16"/>
                <w:szCs w:val="16"/>
              </w:rPr>
              <w:t xml:space="preserve">,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દફતર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વિનાના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૧૦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દિવસ</w:t>
            </w:r>
            <w:r w:rsidRPr="00F2762F">
              <w:rPr>
                <w:sz w:val="16"/>
                <w:szCs w:val="16"/>
              </w:rPr>
              <w:t xml:space="preserve"> (Bagless days),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કલા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ઉત્સવ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અને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નિયમિત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યોગ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પ્રવૃત્તિઓનો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યોજનામાં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સમાવેશ</w:t>
            </w:r>
            <w:r w:rsidRPr="00F2762F">
              <w:rPr>
                <w:sz w:val="16"/>
                <w:szCs w:val="16"/>
              </w:rPr>
              <w:t>.</w:t>
            </w:r>
          </w:p>
        </w:tc>
        <w:tc>
          <w:tcPr>
            <w:tcW w:w="2268" w:type="dxa"/>
          </w:tcPr>
          <w:p w14:paraId="0A7E80EA" w14:textId="77777777" w:rsidR="00F2762F" w:rsidRPr="00F2762F" w:rsidRDefault="00F2762F" w:rsidP="005D7E8D">
            <w:pPr>
              <w:rPr>
                <w:sz w:val="16"/>
                <w:szCs w:val="16"/>
              </w:rPr>
            </w:pP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વિદ્યાર્થીઓના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શારીરિક</w:t>
            </w:r>
            <w:r w:rsidRPr="00F2762F">
              <w:rPr>
                <w:sz w:val="16"/>
                <w:szCs w:val="16"/>
              </w:rPr>
              <w:t xml:space="preserve">,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માનસિક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અને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સર્જનાત્મક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કૌશલ્યોનો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મહત્તમ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વિકાસ</w:t>
            </w:r>
            <w:r w:rsidRPr="00F2762F">
              <w:rPr>
                <w:sz w:val="16"/>
                <w:szCs w:val="16"/>
              </w:rPr>
              <w:t>.</w:t>
            </w:r>
          </w:p>
        </w:tc>
      </w:tr>
      <w:tr w:rsidR="00F2762F" w14:paraId="46510605" w14:textId="77777777" w:rsidTr="00F2762F">
        <w:tc>
          <w:tcPr>
            <w:tcW w:w="1951" w:type="dxa"/>
          </w:tcPr>
          <w:p w14:paraId="343EBC67" w14:textId="77777777" w:rsidR="00F2762F" w:rsidRPr="00F2762F" w:rsidRDefault="00F2762F" w:rsidP="005D7E8D">
            <w:pPr>
              <w:rPr>
                <w:sz w:val="16"/>
                <w:szCs w:val="16"/>
              </w:rPr>
            </w:pP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૫</w:t>
            </w:r>
            <w:r w:rsidRPr="00F2762F">
              <w:rPr>
                <w:sz w:val="16"/>
                <w:szCs w:val="16"/>
              </w:rPr>
              <w:t xml:space="preserve">.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વાલી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અને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સમુદાય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સહભાગિતા</w:t>
            </w:r>
          </w:p>
        </w:tc>
        <w:tc>
          <w:tcPr>
            <w:tcW w:w="2268" w:type="dxa"/>
          </w:tcPr>
          <w:p w14:paraId="65CE7DA7" w14:textId="77777777" w:rsidR="00F2762F" w:rsidRPr="00F2762F" w:rsidRDefault="00F2762F" w:rsidP="005D7E8D">
            <w:pPr>
              <w:rPr>
                <w:sz w:val="16"/>
                <w:szCs w:val="16"/>
              </w:rPr>
            </w:pPr>
            <w:r w:rsidRPr="00F2762F">
              <w:rPr>
                <w:sz w:val="16"/>
                <w:szCs w:val="16"/>
              </w:rPr>
              <w:t xml:space="preserve">SMC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ની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ઔપચારિક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બેઠકો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અને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વાલીઓ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સાથે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મર્યાદિત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સંપર્ક</w:t>
            </w:r>
            <w:r w:rsidRPr="00F2762F">
              <w:rPr>
                <w:sz w:val="16"/>
                <w:szCs w:val="16"/>
              </w:rPr>
              <w:t>.</w:t>
            </w:r>
          </w:p>
        </w:tc>
        <w:tc>
          <w:tcPr>
            <w:tcW w:w="2977" w:type="dxa"/>
          </w:tcPr>
          <w:p w14:paraId="3DB75F63" w14:textId="77777777" w:rsidR="00F2762F" w:rsidRPr="00F2762F" w:rsidRDefault="00F2762F" w:rsidP="005D7E8D">
            <w:pPr>
              <w:rPr>
                <w:sz w:val="16"/>
                <w:szCs w:val="16"/>
              </w:rPr>
            </w:pP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માસિક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વાલી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સંપર્ક</w:t>
            </w:r>
            <w:r w:rsidRPr="00F2762F">
              <w:rPr>
                <w:sz w:val="16"/>
                <w:szCs w:val="16"/>
              </w:rPr>
              <w:t xml:space="preserve">,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વિદ્યાર્થીઓની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અનિયમિતતા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ઘટાડવા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માટે</w:t>
            </w:r>
            <w:r w:rsidRPr="00F2762F">
              <w:rPr>
                <w:sz w:val="16"/>
                <w:szCs w:val="16"/>
              </w:rPr>
              <w:t xml:space="preserve"> At-Risk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બાળકોના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વાલીઓનું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કાઉન્સેલિંગ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અને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શાળા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વિકાસમાં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દાતાઓનો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સહયોગ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મેળવવો</w:t>
            </w:r>
            <w:r w:rsidRPr="00F2762F">
              <w:rPr>
                <w:sz w:val="16"/>
                <w:szCs w:val="16"/>
              </w:rPr>
              <w:t>.</w:t>
            </w:r>
          </w:p>
        </w:tc>
        <w:tc>
          <w:tcPr>
            <w:tcW w:w="2268" w:type="dxa"/>
          </w:tcPr>
          <w:p w14:paraId="3ED32C23" w14:textId="77777777" w:rsidR="00F2762F" w:rsidRPr="00F2762F" w:rsidRDefault="00F2762F" w:rsidP="005D7E8D">
            <w:pPr>
              <w:rPr>
                <w:sz w:val="16"/>
                <w:szCs w:val="16"/>
              </w:rPr>
            </w:pP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શાળાના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વિકાસ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કાર્યો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અને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વિદ્યાર્થીઓની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૧૦૦</w:t>
            </w:r>
            <w:r w:rsidRPr="00F2762F">
              <w:rPr>
                <w:sz w:val="16"/>
                <w:szCs w:val="16"/>
              </w:rPr>
              <w:t xml:space="preserve">%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હાજરીમાં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વાલીઓનો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સક્રિય</w:t>
            </w:r>
            <w:r w:rsidRPr="00F2762F">
              <w:rPr>
                <w:sz w:val="16"/>
                <w:szCs w:val="16"/>
              </w:rPr>
              <w:t xml:space="preserve"> </w:t>
            </w:r>
            <w:r w:rsidRPr="00F2762F">
              <w:rPr>
                <w:rFonts w:cs="Shruti"/>
                <w:sz w:val="16"/>
                <w:szCs w:val="16"/>
                <w:cs/>
                <w:lang w:bidi="gu-IN"/>
              </w:rPr>
              <w:t>સાથ</w:t>
            </w:r>
            <w:r w:rsidRPr="00F2762F">
              <w:rPr>
                <w:sz w:val="16"/>
                <w:szCs w:val="16"/>
              </w:rPr>
              <w:t>.</w:t>
            </w:r>
          </w:p>
        </w:tc>
      </w:tr>
    </w:tbl>
    <w:p w14:paraId="2D60B659" w14:textId="77777777" w:rsidR="00F2762F" w:rsidRPr="00F2762F" w:rsidRDefault="00F2762F" w:rsidP="00F2762F">
      <w:pPr>
        <w:rPr>
          <w:rFonts w:cs="Shruti"/>
          <w:cs/>
          <w:lang w:bidi="gu-IN"/>
        </w:rPr>
      </w:pPr>
      <w:r>
        <w:rPr>
          <w:rFonts w:cs="Shruti"/>
          <w:i/>
          <w:iCs/>
          <w:cs/>
          <w:lang w:bidi="gu-IN"/>
        </w:rPr>
        <w:t>નોંધ</w:t>
      </w:r>
      <w:r>
        <w:rPr>
          <w:i/>
        </w:rPr>
        <w:t xml:space="preserve">: </w:t>
      </w:r>
      <w:r>
        <w:rPr>
          <w:rFonts w:cs="Shruti"/>
          <w:i/>
          <w:iCs/>
          <w:cs/>
          <w:lang w:bidi="gu-IN"/>
        </w:rPr>
        <w:t>ઉપરોક્ત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ગુણાત્મક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ફેરફારો</w:t>
      </w:r>
      <w:r>
        <w:rPr>
          <w:i/>
        </w:rPr>
        <w:t xml:space="preserve"> SMC </w:t>
      </w:r>
      <w:r>
        <w:rPr>
          <w:rFonts w:cs="Shruti"/>
          <w:i/>
          <w:iCs/>
          <w:cs/>
          <w:lang w:bidi="gu-IN"/>
        </w:rPr>
        <w:t>બેઠકમાં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સર્વાનુમતે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મંજૂર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કરવામાં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આવ્યા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છે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અને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ચાલુ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શૈક્ષણિક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વર્ષમાં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તેનું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ચુસ્તપણે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અમલીકરણ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કરવામાં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આવી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રહ્યું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છે</w:t>
      </w:r>
      <w:r>
        <w:rPr>
          <w:i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F2762F" w14:paraId="4AA80331" w14:textId="77777777" w:rsidTr="005D7E8D">
        <w:tc>
          <w:tcPr>
            <w:tcW w:w="4320" w:type="dxa"/>
          </w:tcPr>
          <w:p w14:paraId="72404793" w14:textId="639F961B" w:rsidR="00F2762F" w:rsidRDefault="00F2762F" w:rsidP="005D7E8D">
            <w:r>
              <w:rPr>
                <w:rFonts w:cs="Shruti"/>
                <w:cs/>
                <w:lang w:bidi="gu-IN"/>
              </w:rPr>
              <w:t>એસ</w:t>
            </w:r>
            <w:r>
              <w:t>.</w:t>
            </w:r>
            <w:r>
              <w:rPr>
                <w:rFonts w:cs="Shruti"/>
                <w:cs/>
                <w:lang w:bidi="gu-IN"/>
              </w:rPr>
              <w:t>એમ</w:t>
            </w:r>
            <w:r>
              <w:t>.</w:t>
            </w:r>
            <w:r>
              <w:rPr>
                <w:rFonts w:cs="Shruti"/>
                <w:cs/>
                <w:lang w:bidi="gu-IN"/>
              </w:rPr>
              <w:t>સી</w:t>
            </w:r>
            <w:r>
              <w:t xml:space="preserve">. (SMC) </w:t>
            </w:r>
            <w:r>
              <w:rPr>
                <w:rFonts w:cs="Shruti"/>
                <w:cs/>
                <w:lang w:bidi="gu-IN"/>
              </w:rPr>
              <w:t>અધ્યક્ષની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સહી</w:t>
            </w:r>
            <w:r w:rsidR="00C3559A">
              <w:rPr>
                <w:rFonts w:cs="Shruti"/>
                <w:lang w:bidi="gu-IN"/>
              </w:rPr>
              <w:t>……….</w:t>
            </w:r>
            <w:r>
              <w:br/>
            </w:r>
            <w:r>
              <w:br/>
            </w:r>
            <w:r w:rsidR="00C3559A" w:rsidRPr="00A052A9">
              <w:rPr>
                <w:rFonts w:cs="Shruti"/>
                <w:sz w:val="20"/>
                <w:szCs w:val="20"/>
                <w:cs/>
                <w:lang w:bidi="gu-IN"/>
              </w:rPr>
              <w:t>તારીખ</w:t>
            </w:r>
            <w:r w:rsidR="00C3559A" w:rsidRPr="00A052A9">
              <w:rPr>
                <w:sz w:val="20"/>
                <w:szCs w:val="20"/>
              </w:rPr>
              <w:t xml:space="preserve">:       </w:t>
            </w:r>
            <w:r w:rsidR="008E13CA">
              <w:rPr>
                <w:sz w:val="20"/>
                <w:szCs w:val="20"/>
              </w:rPr>
              <w:t>21/08/2026</w:t>
            </w:r>
          </w:p>
        </w:tc>
        <w:tc>
          <w:tcPr>
            <w:tcW w:w="4320" w:type="dxa"/>
          </w:tcPr>
          <w:p w14:paraId="2706CB0A" w14:textId="65B8FAD2" w:rsidR="00F2762F" w:rsidRDefault="00F2762F" w:rsidP="005D7E8D">
            <w:pPr>
              <w:jc w:val="right"/>
            </w:pPr>
            <w:r>
              <w:rPr>
                <w:rFonts w:cs="Shruti"/>
                <w:cs/>
                <w:lang w:bidi="gu-IN"/>
              </w:rPr>
              <w:t>આચાર્યશ્રીની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સહી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અને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સિક્કો</w:t>
            </w:r>
            <w:r>
              <w:br/>
            </w:r>
            <w:r>
              <w:br/>
              <w:t>______________________</w:t>
            </w:r>
            <w:r>
              <w:br/>
            </w:r>
            <w:r>
              <w:rPr>
                <w:rFonts w:cs="Shruti"/>
                <w:cs/>
                <w:lang w:bidi="gu-IN"/>
              </w:rPr>
              <w:t xml:space="preserve"> સ્થળ</w:t>
            </w:r>
            <w:r>
              <w:t xml:space="preserve">: </w:t>
            </w:r>
            <w:r w:rsidR="008E13CA">
              <w:rPr>
                <w:rFonts w:cs="Shruti" w:hint="cs"/>
                <w:cs/>
                <w:lang w:bidi="gu-IN"/>
              </w:rPr>
              <w:t xml:space="preserve">ઢાંકણ્રીયાવાસ પ્રાથમિક શાળા </w:t>
            </w:r>
            <w:r>
              <w:t xml:space="preserve">, </w:t>
            </w:r>
            <w:r>
              <w:rPr>
                <w:rFonts w:cs="Shruti"/>
                <w:cs/>
                <w:lang w:bidi="gu-IN"/>
              </w:rPr>
              <w:t>પાટડી</w:t>
            </w:r>
          </w:p>
        </w:tc>
      </w:tr>
    </w:tbl>
    <w:p w14:paraId="15BA4109" w14:textId="77777777" w:rsidR="003D3E34" w:rsidRDefault="003D3E34" w:rsidP="00CA1AC1">
      <w:pPr>
        <w:spacing w:after="0" w:line="240" w:lineRule="auto"/>
        <w:rPr>
          <w:rFonts w:cs="Shruti"/>
          <w:sz w:val="28"/>
          <w:szCs w:val="28"/>
          <w:u w:val="single"/>
          <w:lang w:bidi="gu-IN"/>
        </w:rPr>
      </w:pPr>
    </w:p>
    <w:p w14:paraId="1570F41F" w14:textId="77777777" w:rsidR="003D3E34" w:rsidRDefault="003D3E34" w:rsidP="00502A5D">
      <w:pPr>
        <w:spacing w:after="0" w:line="240" w:lineRule="auto"/>
        <w:jc w:val="center"/>
        <w:rPr>
          <w:rFonts w:cs="Shruti"/>
          <w:sz w:val="28"/>
          <w:szCs w:val="28"/>
          <w:u w:val="single"/>
          <w:lang w:bidi="gu-IN"/>
        </w:rPr>
      </w:pPr>
    </w:p>
    <w:p w14:paraId="4FE6D417" w14:textId="7FFF2F72" w:rsidR="00502A5D" w:rsidRDefault="002546D1" w:rsidP="00502A5D">
      <w:pPr>
        <w:spacing w:after="0" w:line="240" w:lineRule="auto"/>
        <w:jc w:val="center"/>
        <w:rPr>
          <w:rFonts w:cs="Shruti"/>
          <w:b/>
          <w:u w:val="single"/>
          <w:lang w:val="en-IN" w:bidi="gu-IN"/>
        </w:rPr>
      </w:pPr>
      <w:r>
        <w:rPr>
          <w:rFonts w:cs="Shruti" w:hint="cs"/>
          <w:sz w:val="28"/>
          <w:szCs w:val="28"/>
          <w:u w:val="single"/>
          <w:cs/>
          <w:lang w:bidi="gu-IN"/>
        </w:rPr>
        <w:t>ઢાંકણ્રીયાવાસ પ્રાથમિક શાળા તા- લાખણી જિલ્લો - વાવ-થરાદ ડાયસ કોડ: 24021300207</w:t>
      </w:r>
    </w:p>
    <w:p w14:paraId="76BF3F98" w14:textId="77777777" w:rsidR="00C77354" w:rsidRDefault="005D7E8D" w:rsidP="005D7E8D">
      <w:pPr>
        <w:tabs>
          <w:tab w:val="left" w:pos="2835"/>
        </w:tabs>
        <w:spacing w:line="240" w:lineRule="auto"/>
        <w:jc w:val="center"/>
        <w:rPr>
          <w:rFonts w:cs="Shruti"/>
          <w:sz w:val="28"/>
          <w:szCs w:val="28"/>
          <w:lang w:bidi="gu-IN"/>
        </w:rPr>
      </w:pPr>
      <w:r w:rsidRPr="005D7E8D">
        <w:rPr>
          <w:rFonts w:cs="Shruti"/>
          <w:sz w:val="28"/>
          <w:szCs w:val="28"/>
          <w:lang w:bidi="gu-IN"/>
        </w:rPr>
        <w:t xml:space="preserve">SMC/ </w:t>
      </w:r>
      <w:r w:rsidRPr="005D7E8D">
        <w:rPr>
          <w:rFonts w:cs="Shruti"/>
          <w:sz w:val="28"/>
          <w:szCs w:val="28"/>
          <w:cs/>
          <w:lang w:bidi="gu-IN"/>
        </w:rPr>
        <w:t>વાલીમંડળના સભ્યોની વિગત</w:t>
      </w:r>
    </w:p>
    <w:p w14:paraId="21F79059" w14:textId="77777777" w:rsidR="001C00E4" w:rsidRPr="001C00E4" w:rsidRDefault="001C00E4" w:rsidP="001C00E4">
      <w:pPr>
        <w:pStyle w:val="Heading1"/>
        <w:rPr>
          <w:rFonts w:cs="Shruti"/>
          <w:lang w:bidi="gu-IN"/>
        </w:rPr>
      </w:pPr>
      <w:r>
        <w:t xml:space="preserve">SMC / </w:t>
      </w:r>
      <w:r>
        <w:rPr>
          <w:rFonts w:cs="Shruti"/>
          <w:cs/>
          <w:lang w:bidi="gu-IN"/>
        </w:rPr>
        <w:t>વાલીમંડળના</w:t>
      </w:r>
      <w:r>
        <w:t xml:space="preserve"> </w:t>
      </w:r>
      <w:r>
        <w:rPr>
          <w:rFonts w:cs="Shruti"/>
          <w:cs/>
          <w:lang w:bidi="gu-IN"/>
        </w:rPr>
        <w:t>સભ્યોની</w:t>
      </w:r>
      <w:r>
        <w:t xml:space="preserve"> </w:t>
      </w:r>
      <w:r>
        <w:rPr>
          <w:rFonts w:cs="Shruti"/>
          <w:cs/>
          <w:lang w:bidi="gu-IN"/>
        </w:rPr>
        <w:t>વિગત</w:t>
      </w:r>
      <w:r>
        <w:br/>
      </w:r>
      <w:r w:rsidRPr="001C00E4">
        <w:rPr>
          <w:rFonts w:cs="Shruti"/>
          <w:b w:val="0"/>
          <w:bCs w:val="0"/>
          <w:color w:val="000000" w:themeColor="text1"/>
          <w:sz w:val="18"/>
          <w:szCs w:val="18"/>
          <w:cs/>
          <w:lang w:bidi="gu-IN"/>
        </w:rPr>
        <w:t>ગુણોત્સવ</w:t>
      </w:r>
      <w:r w:rsidRPr="001C00E4">
        <w:rPr>
          <w:b w:val="0"/>
          <w:bCs w:val="0"/>
          <w:color w:val="000000" w:themeColor="text1"/>
          <w:sz w:val="18"/>
          <w:szCs w:val="18"/>
        </w:rPr>
        <w:t xml:space="preserve"> </w:t>
      </w:r>
      <w:r w:rsidRPr="001C00E4">
        <w:rPr>
          <w:rFonts w:cs="Shruti"/>
          <w:b w:val="0"/>
          <w:bCs w:val="0"/>
          <w:color w:val="000000" w:themeColor="text1"/>
          <w:sz w:val="18"/>
          <w:szCs w:val="18"/>
          <w:cs/>
          <w:lang w:bidi="gu-IN"/>
        </w:rPr>
        <w:t>૨</w:t>
      </w:r>
      <w:r w:rsidRPr="001C00E4">
        <w:rPr>
          <w:b w:val="0"/>
          <w:bCs w:val="0"/>
          <w:color w:val="000000" w:themeColor="text1"/>
          <w:sz w:val="18"/>
          <w:szCs w:val="18"/>
        </w:rPr>
        <w:t>.</w:t>
      </w:r>
      <w:r w:rsidRPr="001C00E4">
        <w:rPr>
          <w:rFonts w:cs="Shruti"/>
          <w:b w:val="0"/>
          <w:bCs w:val="0"/>
          <w:color w:val="000000" w:themeColor="text1"/>
          <w:sz w:val="18"/>
          <w:szCs w:val="18"/>
          <w:cs/>
          <w:lang w:bidi="gu-IN"/>
        </w:rPr>
        <w:t>૦</w:t>
      </w:r>
      <w:r w:rsidRPr="001C00E4">
        <w:rPr>
          <w:b w:val="0"/>
          <w:bCs w:val="0"/>
          <w:color w:val="000000" w:themeColor="text1"/>
          <w:sz w:val="18"/>
          <w:szCs w:val="18"/>
        </w:rPr>
        <w:t xml:space="preserve"> </w:t>
      </w:r>
      <w:r w:rsidRPr="001C00E4">
        <w:rPr>
          <w:rFonts w:cs="Shruti"/>
          <w:b w:val="0"/>
          <w:bCs w:val="0"/>
          <w:color w:val="000000" w:themeColor="text1"/>
          <w:sz w:val="18"/>
          <w:szCs w:val="18"/>
          <w:cs/>
          <w:lang w:bidi="gu-IN"/>
        </w:rPr>
        <w:t>ના</w:t>
      </w:r>
      <w:r w:rsidRPr="001C00E4">
        <w:rPr>
          <w:b w:val="0"/>
          <w:bCs w:val="0"/>
          <w:color w:val="000000" w:themeColor="text1"/>
          <w:sz w:val="18"/>
          <w:szCs w:val="18"/>
        </w:rPr>
        <w:t xml:space="preserve"> </w:t>
      </w:r>
      <w:r w:rsidRPr="001C00E4">
        <w:rPr>
          <w:rFonts w:cs="Shruti"/>
          <w:b w:val="0"/>
          <w:bCs w:val="0"/>
          <w:color w:val="000000" w:themeColor="text1"/>
          <w:sz w:val="18"/>
          <w:szCs w:val="18"/>
          <w:cs/>
          <w:lang w:bidi="gu-IN"/>
        </w:rPr>
        <w:t>માપદંડો</w:t>
      </w:r>
      <w:r w:rsidRPr="001C00E4">
        <w:rPr>
          <w:b w:val="0"/>
          <w:bCs w:val="0"/>
          <w:color w:val="000000" w:themeColor="text1"/>
          <w:sz w:val="18"/>
          <w:szCs w:val="18"/>
        </w:rPr>
        <w:t xml:space="preserve"> </w:t>
      </w:r>
      <w:r w:rsidRPr="001C00E4">
        <w:rPr>
          <w:rFonts w:cs="Shruti"/>
          <w:b w:val="0"/>
          <w:bCs w:val="0"/>
          <w:color w:val="000000" w:themeColor="text1"/>
          <w:sz w:val="18"/>
          <w:szCs w:val="18"/>
          <w:cs/>
          <w:lang w:bidi="gu-IN"/>
        </w:rPr>
        <w:t>અને</w:t>
      </w:r>
      <w:r w:rsidRPr="001C00E4">
        <w:rPr>
          <w:b w:val="0"/>
          <w:bCs w:val="0"/>
          <w:color w:val="000000" w:themeColor="text1"/>
          <w:sz w:val="18"/>
          <w:szCs w:val="18"/>
        </w:rPr>
        <w:t xml:space="preserve"> </w:t>
      </w:r>
      <w:r w:rsidRPr="001C00E4">
        <w:rPr>
          <w:rFonts w:cs="Shruti"/>
          <w:b w:val="0"/>
          <w:bCs w:val="0"/>
          <w:color w:val="000000" w:themeColor="text1"/>
          <w:sz w:val="18"/>
          <w:szCs w:val="18"/>
          <w:cs/>
          <w:lang w:bidi="gu-IN"/>
        </w:rPr>
        <w:t>રાઈટ</w:t>
      </w:r>
      <w:r w:rsidRPr="001C00E4">
        <w:rPr>
          <w:b w:val="0"/>
          <w:bCs w:val="0"/>
          <w:color w:val="000000" w:themeColor="text1"/>
          <w:sz w:val="18"/>
          <w:szCs w:val="18"/>
        </w:rPr>
        <w:t xml:space="preserve"> </w:t>
      </w:r>
      <w:r w:rsidRPr="001C00E4">
        <w:rPr>
          <w:rFonts w:cs="Shruti"/>
          <w:b w:val="0"/>
          <w:bCs w:val="0"/>
          <w:color w:val="000000" w:themeColor="text1"/>
          <w:sz w:val="18"/>
          <w:szCs w:val="18"/>
          <w:cs/>
          <w:lang w:bidi="gu-IN"/>
        </w:rPr>
        <w:t>ટુ</w:t>
      </w:r>
      <w:r w:rsidRPr="001C00E4">
        <w:rPr>
          <w:b w:val="0"/>
          <w:bCs w:val="0"/>
          <w:color w:val="000000" w:themeColor="text1"/>
          <w:sz w:val="18"/>
          <w:szCs w:val="18"/>
        </w:rPr>
        <w:t xml:space="preserve"> </w:t>
      </w:r>
      <w:r w:rsidRPr="001C00E4">
        <w:rPr>
          <w:rFonts w:cs="Shruti"/>
          <w:b w:val="0"/>
          <w:bCs w:val="0"/>
          <w:color w:val="000000" w:themeColor="text1"/>
          <w:sz w:val="18"/>
          <w:szCs w:val="18"/>
          <w:cs/>
          <w:lang w:bidi="gu-IN"/>
        </w:rPr>
        <w:t>એજ્યુકેશન</w:t>
      </w:r>
      <w:r w:rsidRPr="001C00E4">
        <w:rPr>
          <w:b w:val="0"/>
          <w:bCs w:val="0"/>
          <w:color w:val="000000" w:themeColor="text1"/>
          <w:sz w:val="18"/>
          <w:szCs w:val="18"/>
        </w:rPr>
        <w:t xml:space="preserve"> (RTE) </w:t>
      </w:r>
      <w:r w:rsidRPr="001C00E4">
        <w:rPr>
          <w:rFonts w:cs="Shruti"/>
          <w:b w:val="0"/>
          <w:bCs w:val="0"/>
          <w:color w:val="000000" w:themeColor="text1"/>
          <w:sz w:val="18"/>
          <w:szCs w:val="18"/>
          <w:cs/>
          <w:lang w:bidi="gu-IN"/>
        </w:rPr>
        <w:t>એક્ટ</w:t>
      </w:r>
      <w:r w:rsidRPr="001C00E4">
        <w:rPr>
          <w:b w:val="0"/>
          <w:bCs w:val="0"/>
          <w:color w:val="000000" w:themeColor="text1"/>
          <w:sz w:val="18"/>
          <w:szCs w:val="18"/>
        </w:rPr>
        <w:t xml:space="preserve"> </w:t>
      </w:r>
      <w:r w:rsidRPr="001C00E4">
        <w:rPr>
          <w:rFonts w:cs="Shruti"/>
          <w:b w:val="0"/>
          <w:bCs w:val="0"/>
          <w:color w:val="000000" w:themeColor="text1"/>
          <w:sz w:val="18"/>
          <w:szCs w:val="18"/>
          <w:cs/>
          <w:lang w:bidi="gu-IN"/>
        </w:rPr>
        <w:t>મુજબ</w:t>
      </w:r>
      <w:r w:rsidRPr="001C00E4">
        <w:rPr>
          <w:b w:val="0"/>
          <w:bCs w:val="0"/>
          <w:color w:val="000000" w:themeColor="text1"/>
          <w:sz w:val="18"/>
          <w:szCs w:val="18"/>
        </w:rPr>
        <w:t xml:space="preserve"> </w:t>
      </w:r>
      <w:r w:rsidRPr="001C00E4">
        <w:rPr>
          <w:rFonts w:cs="Shruti"/>
          <w:b w:val="0"/>
          <w:bCs w:val="0"/>
          <w:color w:val="000000" w:themeColor="text1"/>
          <w:sz w:val="18"/>
          <w:szCs w:val="18"/>
          <w:cs/>
          <w:lang w:bidi="gu-IN"/>
        </w:rPr>
        <w:t>રચાયેલ</w:t>
      </w:r>
      <w:r w:rsidRPr="001C00E4">
        <w:rPr>
          <w:b w:val="0"/>
          <w:bCs w:val="0"/>
          <w:color w:val="000000" w:themeColor="text1"/>
          <w:sz w:val="18"/>
          <w:szCs w:val="18"/>
        </w:rPr>
        <w:t xml:space="preserve"> </w:t>
      </w:r>
      <w:r w:rsidRPr="001C00E4">
        <w:rPr>
          <w:rFonts w:cs="Shruti"/>
          <w:b w:val="0"/>
          <w:bCs w:val="0"/>
          <w:color w:val="000000" w:themeColor="text1"/>
          <w:sz w:val="18"/>
          <w:szCs w:val="18"/>
          <w:cs/>
          <w:lang w:bidi="gu-IN"/>
        </w:rPr>
        <w:t>શાળા</w:t>
      </w:r>
      <w:r w:rsidRPr="001C00E4">
        <w:rPr>
          <w:b w:val="0"/>
          <w:bCs w:val="0"/>
          <w:color w:val="000000" w:themeColor="text1"/>
          <w:sz w:val="18"/>
          <w:szCs w:val="18"/>
        </w:rPr>
        <w:t xml:space="preserve"> </w:t>
      </w:r>
      <w:r w:rsidRPr="001C00E4">
        <w:rPr>
          <w:rFonts w:cs="Shruti"/>
          <w:b w:val="0"/>
          <w:bCs w:val="0"/>
          <w:color w:val="000000" w:themeColor="text1"/>
          <w:sz w:val="18"/>
          <w:szCs w:val="18"/>
          <w:cs/>
          <w:lang w:bidi="gu-IN"/>
        </w:rPr>
        <w:t>વ્યવસ્થાપન</w:t>
      </w:r>
      <w:r w:rsidRPr="001C00E4">
        <w:rPr>
          <w:b w:val="0"/>
          <w:bCs w:val="0"/>
          <w:color w:val="000000" w:themeColor="text1"/>
          <w:sz w:val="18"/>
          <w:szCs w:val="18"/>
        </w:rPr>
        <w:t xml:space="preserve"> </w:t>
      </w:r>
      <w:r w:rsidRPr="001C00E4">
        <w:rPr>
          <w:rFonts w:cs="Shruti"/>
          <w:b w:val="0"/>
          <w:bCs w:val="0"/>
          <w:color w:val="000000" w:themeColor="text1"/>
          <w:sz w:val="18"/>
          <w:szCs w:val="18"/>
          <w:cs/>
          <w:lang w:bidi="gu-IN"/>
        </w:rPr>
        <w:t>સમિતિ</w:t>
      </w:r>
      <w:r w:rsidRPr="001C00E4">
        <w:rPr>
          <w:b w:val="0"/>
          <w:bCs w:val="0"/>
          <w:color w:val="000000" w:themeColor="text1"/>
          <w:sz w:val="18"/>
          <w:szCs w:val="18"/>
        </w:rPr>
        <w:t xml:space="preserve"> (SMC) </w:t>
      </w:r>
      <w:r w:rsidRPr="001C00E4">
        <w:rPr>
          <w:rFonts w:cs="Shruti"/>
          <w:b w:val="0"/>
          <w:bCs w:val="0"/>
          <w:color w:val="000000" w:themeColor="text1"/>
          <w:sz w:val="18"/>
          <w:szCs w:val="18"/>
          <w:cs/>
          <w:lang w:bidi="gu-IN"/>
        </w:rPr>
        <w:t>ના</w:t>
      </w:r>
      <w:r w:rsidRPr="001C00E4">
        <w:rPr>
          <w:b w:val="0"/>
          <w:bCs w:val="0"/>
          <w:color w:val="000000" w:themeColor="text1"/>
          <w:sz w:val="18"/>
          <w:szCs w:val="18"/>
        </w:rPr>
        <w:t xml:space="preserve"> </w:t>
      </w:r>
      <w:r w:rsidR="004C4600">
        <w:rPr>
          <w:rFonts w:cs="Shruti"/>
          <w:b w:val="0"/>
          <w:bCs w:val="0"/>
          <w:color w:val="000000" w:themeColor="text1"/>
          <w:sz w:val="18"/>
          <w:szCs w:val="18"/>
          <w:cs/>
          <w:lang w:bidi="gu-IN"/>
        </w:rPr>
        <w:t xml:space="preserve">નવીન પરિપત્ર મુજબ </w:t>
      </w:r>
      <w:r w:rsidRPr="001C00E4">
        <w:rPr>
          <w:rFonts w:cs="Shruti"/>
          <w:b w:val="0"/>
          <w:bCs w:val="0"/>
          <w:color w:val="000000" w:themeColor="text1"/>
          <w:sz w:val="18"/>
          <w:szCs w:val="18"/>
          <w:cs/>
          <w:lang w:bidi="gu-IN"/>
        </w:rPr>
        <w:t>સભ્યોની</w:t>
      </w:r>
      <w:r w:rsidRPr="001C00E4">
        <w:rPr>
          <w:b w:val="0"/>
          <w:bCs w:val="0"/>
          <w:color w:val="000000" w:themeColor="text1"/>
          <w:sz w:val="18"/>
          <w:szCs w:val="18"/>
        </w:rPr>
        <w:t xml:space="preserve"> </w:t>
      </w:r>
      <w:r w:rsidRPr="001C00E4">
        <w:rPr>
          <w:rFonts w:cs="Shruti"/>
          <w:b w:val="0"/>
          <w:bCs w:val="0"/>
          <w:color w:val="000000" w:themeColor="text1"/>
          <w:sz w:val="18"/>
          <w:szCs w:val="18"/>
          <w:cs/>
          <w:lang w:bidi="gu-IN"/>
        </w:rPr>
        <w:t>યાદી</w:t>
      </w:r>
      <w:r w:rsidRPr="001C00E4">
        <w:rPr>
          <w:b w:val="0"/>
          <w:bCs w:val="0"/>
          <w:color w:val="000000" w:themeColor="text1"/>
          <w:sz w:val="18"/>
          <w:szCs w:val="18"/>
        </w:rPr>
        <w:t xml:space="preserve"> </w:t>
      </w:r>
      <w:r w:rsidRPr="001C00E4">
        <w:rPr>
          <w:rFonts w:cs="Shruti"/>
          <w:b w:val="0"/>
          <w:bCs w:val="0"/>
          <w:color w:val="000000" w:themeColor="text1"/>
          <w:sz w:val="18"/>
          <w:szCs w:val="18"/>
          <w:cs/>
          <w:lang w:bidi="gu-IN"/>
        </w:rPr>
        <w:t>નીચે</w:t>
      </w:r>
      <w:r w:rsidRPr="001C00E4">
        <w:rPr>
          <w:b w:val="0"/>
          <w:bCs w:val="0"/>
          <w:color w:val="000000" w:themeColor="text1"/>
          <w:sz w:val="18"/>
          <w:szCs w:val="18"/>
        </w:rPr>
        <w:t xml:space="preserve"> </w:t>
      </w:r>
      <w:r w:rsidRPr="001C00E4">
        <w:rPr>
          <w:rFonts w:cs="Shruti"/>
          <w:b w:val="0"/>
          <w:bCs w:val="0"/>
          <w:color w:val="000000" w:themeColor="text1"/>
          <w:sz w:val="18"/>
          <w:szCs w:val="18"/>
          <w:cs/>
          <w:lang w:bidi="gu-IN"/>
        </w:rPr>
        <w:t>મુજબ</w:t>
      </w:r>
      <w:r w:rsidRPr="001C00E4">
        <w:rPr>
          <w:b w:val="0"/>
          <w:bCs w:val="0"/>
          <w:color w:val="000000" w:themeColor="text1"/>
          <w:sz w:val="18"/>
          <w:szCs w:val="18"/>
        </w:rPr>
        <w:t xml:space="preserve"> </w:t>
      </w:r>
      <w:r w:rsidRPr="001C00E4">
        <w:rPr>
          <w:rFonts w:cs="Shruti"/>
          <w:b w:val="0"/>
          <w:bCs w:val="0"/>
          <w:color w:val="000000" w:themeColor="text1"/>
          <w:sz w:val="18"/>
          <w:szCs w:val="18"/>
          <w:cs/>
          <w:lang w:bidi="gu-IN"/>
        </w:rPr>
        <w:t>છે</w:t>
      </w:r>
      <w:r w:rsidRPr="001C00E4">
        <w:rPr>
          <w:b w:val="0"/>
          <w:bCs w:val="0"/>
          <w:color w:val="000000" w:themeColor="text1"/>
          <w:sz w:val="18"/>
          <w:szCs w:val="18"/>
        </w:rPr>
        <w:t>:</w:t>
      </w:r>
    </w:p>
    <w:tbl>
      <w:tblPr>
        <w:tblW w:w="10774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1418"/>
        <w:gridCol w:w="3260"/>
        <w:gridCol w:w="1276"/>
        <w:gridCol w:w="850"/>
        <w:gridCol w:w="1701"/>
        <w:gridCol w:w="1560"/>
      </w:tblGrid>
      <w:tr w:rsidR="00405E67" w:rsidRPr="00405E67" w14:paraId="42EB5DA0" w14:textId="77777777" w:rsidTr="00E237D3">
        <w:trPr>
          <w:cantSplit/>
          <w:tblHeader/>
        </w:trPr>
        <w:tc>
          <w:tcPr>
            <w:tcW w:w="709" w:type="dxa"/>
          </w:tcPr>
          <w:p w14:paraId="31696FFD" w14:textId="77777777" w:rsidR="00405E67" w:rsidRPr="00405E67" w:rsidRDefault="00405E67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  <w:r w:rsidRPr="00405E67">
              <w:rPr>
                <w:rFonts w:eastAsia="Arial" w:cs="Shruti"/>
                <w:cs/>
                <w:lang w:val="en-GB" w:eastAsia="en-GB" w:bidi="gu-IN"/>
              </w:rPr>
              <w:t>ક્રમ</w:t>
            </w:r>
          </w:p>
        </w:tc>
        <w:tc>
          <w:tcPr>
            <w:tcW w:w="1418" w:type="dxa"/>
          </w:tcPr>
          <w:p w14:paraId="34FA0597" w14:textId="77777777" w:rsidR="00405E67" w:rsidRPr="00405E67" w:rsidRDefault="00405E67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  <w:r w:rsidRPr="00405E67">
              <w:rPr>
                <w:rFonts w:eastAsia="Arial" w:cs="Shruti"/>
                <w:cs/>
                <w:lang w:val="en-GB" w:eastAsia="en-GB" w:bidi="gu-IN"/>
              </w:rPr>
              <w:t>હોદ્દો</w:t>
            </w:r>
          </w:p>
        </w:tc>
        <w:tc>
          <w:tcPr>
            <w:tcW w:w="3260" w:type="dxa"/>
          </w:tcPr>
          <w:p w14:paraId="76B55309" w14:textId="77777777" w:rsidR="00405E67" w:rsidRPr="00405E67" w:rsidRDefault="00405E67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  <w:r w:rsidRPr="00405E67">
              <w:rPr>
                <w:rFonts w:eastAsia="Arial" w:cs="Shruti"/>
                <w:lang w:val="en-GB" w:eastAsia="en-GB" w:bidi="gu-IN"/>
              </w:rPr>
              <w:t>SMC</w:t>
            </w:r>
            <w:r w:rsidRPr="00405E67">
              <w:rPr>
                <w:rFonts w:eastAsia="Arial" w:cs="Shruti" w:hint="cs"/>
                <w:cs/>
                <w:lang w:val="en-GB" w:eastAsia="en-GB" w:bidi="gu-IN"/>
              </w:rPr>
              <w:t>પસંદથયેલસભ્ય</w:t>
            </w:r>
            <w:r w:rsidRPr="00405E67">
              <w:rPr>
                <w:rFonts w:eastAsia="Arial" w:cs="Shruti"/>
                <w:cs/>
                <w:lang w:val="en-GB" w:eastAsia="en-GB" w:bidi="gu-IN"/>
              </w:rPr>
              <w:t>નુંનામ</w:t>
            </w:r>
          </w:p>
        </w:tc>
        <w:tc>
          <w:tcPr>
            <w:tcW w:w="1276" w:type="dxa"/>
          </w:tcPr>
          <w:p w14:paraId="253F70AA" w14:textId="77777777" w:rsidR="00405E67" w:rsidRPr="00405E67" w:rsidRDefault="00405E67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  <w:r w:rsidRPr="00405E67">
              <w:rPr>
                <w:rFonts w:eastAsia="Arial" w:cs="Shruti"/>
                <w:cs/>
                <w:lang w:val="en-GB" w:eastAsia="en-GB" w:bidi="gu-IN"/>
              </w:rPr>
              <w:t>વિદ્યાર્થીનુંનામ/ધોરણ</w:t>
            </w:r>
          </w:p>
        </w:tc>
        <w:tc>
          <w:tcPr>
            <w:tcW w:w="850" w:type="dxa"/>
          </w:tcPr>
          <w:p w14:paraId="0DD1EEEC" w14:textId="77777777" w:rsidR="00405E67" w:rsidRPr="00405E67" w:rsidRDefault="00405E67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  <w:r w:rsidRPr="00405E67">
              <w:rPr>
                <w:rFonts w:eastAsia="Arial" w:cs="Shruti"/>
                <w:cs/>
                <w:lang w:val="en-GB" w:eastAsia="en-GB" w:bidi="gu-IN"/>
              </w:rPr>
              <w:t>કેટેગરી</w:t>
            </w:r>
          </w:p>
        </w:tc>
        <w:tc>
          <w:tcPr>
            <w:tcW w:w="1701" w:type="dxa"/>
          </w:tcPr>
          <w:p w14:paraId="49C779F3" w14:textId="77777777" w:rsidR="00405E67" w:rsidRPr="00405E67" w:rsidRDefault="00405E67" w:rsidP="00405E67">
            <w:pPr>
              <w:spacing w:after="0" w:line="240" w:lineRule="auto"/>
              <w:jc w:val="center"/>
              <w:rPr>
                <w:rFonts w:eastAsia="Arial" w:cs="Arial"/>
                <w:lang w:val="en-GB" w:eastAsia="en-GB" w:bidi="hi-IN"/>
              </w:rPr>
            </w:pPr>
            <w:r w:rsidRPr="00405E67">
              <w:rPr>
                <w:rFonts w:eastAsia="Arial" w:cs="Shruti"/>
                <w:cs/>
                <w:lang w:val="en-GB" w:eastAsia="en-GB" w:bidi="gu-IN"/>
              </w:rPr>
              <w:t>મોબાઇલનં</w:t>
            </w:r>
          </w:p>
        </w:tc>
        <w:tc>
          <w:tcPr>
            <w:tcW w:w="1560" w:type="dxa"/>
          </w:tcPr>
          <w:p w14:paraId="049E2B2F" w14:textId="77777777" w:rsidR="00405E67" w:rsidRPr="00405E67" w:rsidRDefault="00405E67" w:rsidP="00405E67">
            <w:pPr>
              <w:spacing w:after="0" w:line="240" w:lineRule="auto"/>
              <w:jc w:val="center"/>
              <w:rPr>
                <w:rFonts w:eastAsia="Arial" w:cs="Shruti"/>
                <w:cs/>
                <w:lang w:val="en-GB" w:eastAsia="en-GB" w:bidi="gu-IN"/>
              </w:rPr>
            </w:pPr>
            <w:r w:rsidRPr="00405E67">
              <w:rPr>
                <w:rFonts w:eastAsia="Arial" w:cs="Shruti"/>
                <w:cs/>
                <w:lang w:val="en-GB" w:eastAsia="en-GB" w:bidi="gu-IN"/>
              </w:rPr>
              <w:t>સહી</w:t>
            </w:r>
          </w:p>
        </w:tc>
      </w:tr>
      <w:tr w:rsidR="00405E67" w:rsidRPr="00405E67" w14:paraId="4C6177E6" w14:textId="77777777" w:rsidTr="00E237D3">
        <w:trPr>
          <w:cantSplit/>
          <w:tblHeader/>
        </w:trPr>
        <w:tc>
          <w:tcPr>
            <w:tcW w:w="709" w:type="dxa"/>
          </w:tcPr>
          <w:p w14:paraId="5A739BC4" w14:textId="77777777" w:rsidR="00405E67" w:rsidRPr="00405E67" w:rsidRDefault="00405E67" w:rsidP="00405E67">
            <w:pPr>
              <w:spacing w:after="0" w:line="240" w:lineRule="auto"/>
              <w:jc w:val="center"/>
              <w:rPr>
                <w:rFonts w:eastAsia="Arial" w:cs="Arial"/>
                <w:lang w:val="en-GB" w:eastAsia="en-GB" w:bidi="hi-IN"/>
              </w:rPr>
            </w:pPr>
            <w:r w:rsidRPr="00405E67">
              <w:rPr>
                <w:rFonts w:eastAsia="Arial" w:cs="Arial"/>
                <w:lang w:val="en-GB" w:eastAsia="en-GB" w:bidi="hi-IN"/>
              </w:rPr>
              <w:t>1</w:t>
            </w:r>
          </w:p>
        </w:tc>
        <w:tc>
          <w:tcPr>
            <w:tcW w:w="1418" w:type="dxa"/>
          </w:tcPr>
          <w:p w14:paraId="202B8379" w14:textId="77777777" w:rsidR="00405E67" w:rsidRPr="00405E67" w:rsidRDefault="00405E67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  <w:r w:rsidRPr="00405E67">
              <w:rPr>
                <w:rFonts w:eastAsia="Arial" w:cs="Shruti"/>
                <w:cs/>
                <w:lang w:val="en-GB" w:eastAsia="en-GB" w:bidi="gu-IN"/>
              </w:rPr>
              <w:t>અધ્યક્ષ</w:t>
            </w:r>
          </w:p>
        </w:tc>
        <w:tc>
          <w:tcPr>
            <w:tcW w:w="3260" w:type="dxa"/>
          </w:tcPr>
          <w:p w14:paraId="405F878F" w14:textId="71CC850C" w:rsidR="00405E67" w:rsidRPr="009302AE" w:rsidRDefault="009302AE" w:rsidP="00405E67">
            <w:pPr>
              <w:spacing w:after="0" w:line="240" w:lineRule="auto"/>
              <w:rPr>
                <w:rFonts w:eastAsia="Arial" w:cs="Shruti"/>
                <w:lang w:val="en-GB" w:eastAsia="en-GB" w:bidi="gu-IN"/>
              </w:rPr>
            </w:pPr>
            <w:r>
              <w:rPr>
                <w:rFonts w:eastAsia="Arial" w:cs="Shruti" w:hint="cs"/>
                <w:cs/>
                <w:lang w:val="en-GB" w:eastAsia="en-GB" w:bidi="gu-IN"/>
              </w:rPr>
              <w:t xml:space="preserve">અરજણભાઈ હરજીભાઈ ચૌહાણ </w:t>
            </w:r>
          </w:p>
        </w:tc>
        <w:tc>
          <w:tcPr>
            <w:tcW w:w="1276" w:type="dxa"/>
          </w:tcPr>
          <w:p w14:paraId="2BE0412F" w14:textId="0BE22568" w:rsidR="00405E67" w:rsidRPr="00405E67" w:rsidRDefault="00766A14" w:rsidP="00766A14">
            <w:pPr>
              <w:spacing w:after="0" w:line="240" w:lineRule="auto"/>
              <w:jc w:val="center"/>
              <w:rPr>
                <w:rFonts w:eastAsia="Arial" w:cs="Arial"/>
                <w:lang w:val="en-GB" w:eastAsia="en-GB" w:bidi="hi-IN"/>
              </w:rPr>
            </w:pPr>
            <w:r>
              <w:rPr>
                <w:rFonts w:eastAsia="Arial" w:cs="Arial"/>
                <w:lang w:val="en-GB" w:eastAsia="en-GB" w:bidi="hi-IN"/>
              </w:rPr>
              <w:t>5</w:t>
            </w:r>
          </w:p>
        </w:tc>
        <w:tc>
          <w:tcPr>
            <w:tcW w:w="850" w:type="dxa"/>
          </w:tcPr>
          <w:p w14:paraId="55315F72" w14:textId="66E3094B" w:rsidR="00405E67" w:rsidRPr="00405E67" w:rsidRDefault="002C31E1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  <w:r>
              <w:rPr>
                <w:rFonts w:eastAsia="Arial" w:cs="Arial"/>
                <w:lang w:val="en-GB" w:eastAsia="en-GB" w:bidi="hi-IN"/>
              </w:rPr>
              <w:t>OBC</w:t>
            </w:r>
          </w:p>
        </w:tc>
        <w:tc>
          <w:tcPr>
            <w:tcW w:w="1701" w:type="dxa"/>
          </w:tcPr>
          <w:p w14:paraId="62277B2B" w14:textId="26713AFD" w:rsidR="00405E67" w:rsidRPr="00405E67" w:rsidRDefault="006C13C2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  <w:r>
              <w:rPr>
                <w:rFonts w:eastAsia="Arial" w:cs="Arial"/>
                <w:lang w:val="en-GB" w:eastAsia="en-GB" w:bidi="hi-IN"/>
              </w:rPr>
              <w:t>9898638782</w:t>
            </w:r>
          </w:p>
        </w:tc>
        <w:tc>
          <w:tcPr>
            <w:tcW w:w="1560" w:type="dxa"/>
          </w:tcPr>
          <w:p w14:paraId="1FAD09E6" w14:textId="77777777" w:rsidR="00405E67" w:rsidRPr="00405E67" w:rsidRDefault="00405E67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</w:p>
        </w:tc>
      </w:tr>
      <w:tr w:rsidR="00405E67" w:rsidRPr="00405E67" w14:paraId="16BB45B2" w14:textId="77777777" w:rsidTr="00E237D3">
        <w:trPr>
          <w:cantSplit/>
          <w:tblHeader/>
        </w:trPr>
        <w:tc>
          <w:tcPr>
            <w:tcW w:w="709" w:type="dxa"/>
          </w:tcPr>
          <w:p w14:paraId="52418700" w14:textId="77777777" w:rsidR="00405E67" w:rsidRPr="00405E67" w:rsidRDefault="00405E67" w:rsidP="00405E67">
            <w:pPr>
              <w:spacing w:after="0" w:line="240" w:lineRule="auto"/>
              <w:jc w:val="center"/>
              <w:rPr>
                <w:rFonts w:eastAsia="Arial" w:cs="Arial"/>
                <w:lang w:val="en-GB" w:eastAsia="en-GB" w:bidi="hi-IN"/>
              </w:rPr>
            </w:pPr>
            <w:r w:rsidRPr="00405E67">
              <w:rPr>
                <w:rFonts w:eastAsia="Arial" w:cs="Arial"/>
                <w:lang w:val="en-GB" w:eastAsia="en-GB" w:bidi="hi-IN"/>
              </w:rPr>
              <w:t>2</w:t>
            </w:r>
          </w:p>
        </w:tc>
        <w:tc>
          <w:tcPr>
            <w:tcW w:w="1418" w:type="dxa"/>
          </w:tcPr>
          <w:p w14:paraId="36E4D9AD" w14:textId="77777777" w:rsidR="00405E67" w:rsidRPr="00405E67" w:rsidRDefault="00405E67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  <w:r w:rsidRPr="00405E67">
              <w:rPr>
                <w:rFonts w:eastAsia="Arial" w:cs="Shruti"/>
                <w:cs/>
                <w:lang w:val="en-GB" w:eastAsia="en-GB" w:bidi="gu-IN"/>
              </w:rPr>
              <w:t>ઉપાધ્યક્ષ</w:t>
            </w:r>
          </w:p>
        </w:tc>
        <w:tc>
          <w:tcPr>
            <w:tcW w:w="3260" w:type="dxa"/>
          </w:tcPr>
          <w:p w14:paraId="047F910D" w14:textId="32F26CF0" w:rsidR="009302AE" w:rsidRPr="009302AE" w:rsidRDefault="009302AE" w:rsidP="00405E67">
            <w:pPr>
              <w:spacing w:after="0" w:line="240" w:lineRule="auto"/>
              <w:rPr>
                <w:rFonts w:eastAsia="Arial" w:cs="Shruti"/>
                <w:lang w:val="en-GB" w:eastAsia="en-GB" w:bidi="gu-IN"/>
              </w:rPr>
            </w:pPr>
            <w:r>
              <w:rPr>
                <w:rFonts w:eastAsia="Arial" w:cs="Shruti" w:hint="cs"/>
                <w:cs/>
                <w:lang w:val="en-GB" w:eastAsia="en-GB" w:bidi="gu-IN"/>
              </w:rPr>
              <w:t xml:space="preserve">ભરતભાઈ વાઘાભાઈ વાઘેલા </w:t>
            </w:r>
          </w:p>
        </w:tc>
        <w:tc>
          <w:tcPr>
            <w:tcW w:w="1276" w:type="dxa"/>
          </w:tcPr>
          <w:p w14:paraId="2CEC52FA" w14:textId="7DC1B6BB" w:rsidR="00405E67" w:rsidRPr="00405E67" w:rsidRDefault="00766A14" w:rsidP="00766A14">
            <w:pPr>
              <w:spacing w:after="0" w:line="240" w:lineRule="auto"/>
              <w:jc w:val="center"/>
              <w:rPr>
                <w:rFonts w:eastAsia="Arial" w:cs="Arial"/>
                <w:lang w:val="en-GB" w:eastAsia="en-GB" w:bidi="hi-IN"/>
              </w:rPr>
            </w:pPr>
            <w:r>
              <w:rPr>
                <w:rFonts w:eastAsia="Arial" w:cs="Arial"/>
                <w:lang w:val="en-GB" w:eastAsia="en-GB" w:bidi="hi-IN"/>
              </w:rPr>
              <w:t>6</w:t>
            </w:r>
          </w:p>
        </w:tc>
        <w:tc>
          <w:tcPr>
            <w:tcW w:w="850" w:type="dxa"/>
          </w:tcPr>
          <w:p w14:paraId="0137FD97" w14:textId="6452AABE" w:rsidR="00405E67" w:rsidRPr="00405E67" w:rsidRDefault="002C31E1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  <w:r>
              <w:rPr>
                <w:rFonts w:eastAsia="Arial" w:cs="Arial"/>
                <w:lang w:val="en-GB" w:eastAsia="en-GB" w:bidi="hi-IN"/>
              </w:rPr>
              <w:t>OBC</w:t>
            </w:r>
          </w:p>
        </w:tc>
        <w:tc>
          <w:tcPr>
            <w:tcW w:w="1701" w:type="dxa"/>
          </w:tcPr>
          <w:p w14:paraId="5C08493E" w14:textId="00E11611" w:rsidR="00817887" w:rsidRPr="00405E67" w:rsidRDefault="00817887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  <w:r>
              <w:rPr>
                <w:rFonts w:eastAsia="Arial" w:cs="Arial"/>
                <w:lang w:val="en-GB" w:eastAsia="en-GB" w:bidi="hi-IN"/>
              </w:rPr>
              <w:t>8128338698</w:t>
            </w:r>
          </w:p>
        </w:tc>
        <w:tc>
          <w:tcPr>
            <w:tcW w:w="1560" w:type="dxa"/>
          </w:tcPr>
          <w:p w14:paraId="44EEC2FD" w14:textId="77777777" w:rsidR="00405E67" w:rsidRPr="00405E67" w:rsidRDefault="00405E67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</w:p>
        </w:tc>
      </w:tr>
      <w:tr w:rsidR="00405E67" w:rsidRPr="00405E67" w14:paraId="041DC0C0" w14:textId="77777777" w:rsidTr="00E237D3">
        <w:trPr>
          <w:cantSplit/>
          <w:tblHeader/>
        </w:trPr>
        <w:tc>
          <w:tcPr>
            <w:tcW w:w="709" w:type="dxa"/>
          </w:tcPr>
          <w:p w14:paraId="296D72B7" w14:textId="77777777" w:rsidR="00405E67" w:rsidRPr="00405E67" w:rsidRDefault="00405E67" w:rsidP="00405E67">
            <w:pPr>
              <w:spacing w:after="0" w:line="240" w:lineRule="auto"/>
              <w:jc w:val="center"/>
              <w:rPr>
                <w:rFonts w:eastAsia="Arial" w:cs="Arial"/>
                <w:lang w:val="en-GB" w:eastAsia="en-GB" w:bidi="hi-IN"/>
              </w:rPr>
            </w:pPr>
            <w:r w:rsidRPr="00405E67">
              <w:rPr>
                <w:rFonts w:eastAsia="Arial" w:cs="Arial"/>
                <w:lang w:val="en-GB" w:eastAsia="en-GB" w:bidi="hi-IN"/>
              </w:rPr>
              <w:t>3</w:t>
            </w:r>
          </w:p>
        </w:tc>
        <w:tc>
          <w:tcPr>
            <w:tcW w:w="1418" w:type="dxa"/>
          </w:tcPr>
          <w:p w14:paraId="66D6A108" w14:textId="77777777" w:rsidR="00405E67" w:rsidRPr="00405E67" w:rsidRDefault="00405E67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  <w:r w:rsidRPr="00405E67">
              <w:rPr>
                <w:rFonts w:eastAsia="Arial" w:cs="Shruti"/>
                <w:cs/>
                <w:lang w:val="en-GB" w:eastAsia="en-GB" w:bidi="gu-IN"/>
              </w:rPr>
              <w:t>સભ્ય</w:t>
            </w:r>
          </w:p>
        </w:tc>
        <w:tc>
          <w:tcPr>
            <w:tcW w:w="3260" w:type="dxa"/>
          </w:tcPr>
          <w:p w14:paraId="52ECA5D8" w14:textId="138BABEB" w:rsidR="00405E67" w:rsidRPr="009302AE" w:rsidRDefault="009302AE" w:rsidP="00405E67">
            <w:pPr>
              <w:spacing w:after="0" w:line="240" w:lineRule="auto"/>
              <w:rPr>
                <w:rFonts w:eastAsia="Arial" w:cs="Shruti"/>
                <w:lang w:val="en-GB" w:eastAsia="en-GB" w:bidi="gu-IN"/>
              </w:rPr>
            </w:pPr>
            <w:r>
              <w:rPr>
                <w:rFonts w:eastAsia="Arial" w:cs="Shruti" w:hint="cs"/>
                <w:cs/>
                <w:lang w:val="en-GB" w:eastAsia="en-GB" w:bidi="gu-IN"/>
              </w:rPr>
              <w:t xml:space="preserve">ફલાભાઈ ભગાભાઈ રબારી </w:t>
            </w:r>
          </w:p>
        </w:tc>
        <w:tc>
          <w:tcPr>
            <w:tcW w:w="1276" w:type="dxa"/>
          </w:tcPr>
          <w:p w14:paraId="5BA3258F" w14:textId="0B8C2DBB" w:rsidR="00405E67" w:rsidRPr="00405E67" w:rsidRDefault="00766A14" w:rsidP="00766A14">
            <w:pPr>
              <w:spacing w:after="0" w:line="240" w:lineRule="auto"/>
              <w:jc w:val="center"/>
              <w:rPr>
                <w:rFonts w:eastAsia="Arial" w:cs="Arial"/>
                <w:lang w:val="en-GB" w:eastAsia="en-GB" w:bidi="hi-IN"/>
              </w:rPr>
            </w:pPr>
            <w:r>
              <w:rPr>
                <w:rFonts w:eastAsia="Arial" w:cs="Arial"/>
                <w:lang w:val="en-GB" w:eastAsia="en-GB" w:bidi="hi-IN"/>
              </w:rPr>
              <w:t>1</w:t>
            </w:r>
          </w:p>
        </w:tc>
        <w:tc>
          <w:tcPr>
            <w:tcW w:w="850" w:type="dxa"/>
          </w:tcPr>
          <w:p w14:paraId="1CE4D3D7" w14:textId="6D67D753" w:rsidR="00405E67" w:rsidRPr="00405E67" w:rsidRDefault="002C31E1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  <w:r>
              <w:rPr>
                <w:rFonts w:eastAsia="Arial" w:cs="Arial"/>
                <w:lang w:val="en-GB" w:eastAsia="en-GB" w:bidi="hi-IN"/>
              </w:rPr>
              <w:t>OBC</w:t>
            </w:r>
          </w:p>
        </w:tc>
        <w:tc>
          <w:tcPr>
            <w:tcW w:w="1701" w:type="dxa"/>
          </w:tcPr>
          <w:p w14:paraId="119FA05F" w14:textId="303D20B5" w:rsidR="00405E67" w:rsidRPr="00405E67" w:rsidRDefault="00817887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  <w:r>
              <w:rPr>
                <w:rFonts w:eastAsia="Arial" w:cs="Arial"/>
                <w:lang w:val="en-GB" w:eastAsia="en-GB" w:bidi="hi-IN"/>
              </w:rPr>
              <w:t>9913314917</w:t>
            </w:r>
          </w:p>
        </w:tc>
        <w:tc>
          <w:tcPr>
            <w:tcW w:w="1560" w:type="dxa"/>
          </w:tcPr>
          <w:p w14:paraId="33D81801" w14:textId="77777777" w:rsidR="00405E67" w:rsidRPr="00405E67" w:rsidRDefault="00405E67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</w:p>
        </w:tc>
      </w:tr>
      <w:tr w:rsidR="00405E67" w:rsidRPr="00405E67" w14:paraId="4799D214" w14:textId="77777777" w:rsidTr="00E237D3">
        <w:trPr>
          <w:cantSplit/>
          <w:tblHeader/>
        </w:trPr>
        <w:tc>
          <w:tcPr>
            <w:tcW w:w="709" w:type="dxa"/>
          </w:tcPr>
          <w:p w14:paraId="047825D3" w14:textId="77777777" w:rsidR="00405E67" w:rsidRPr="00405E67" w:rsidRDefault="00405E67" w:rsidP="00405E67">
            <w:pPr>
              <w:spacing w:after="0" w:line="240" w:lineRule="auto"/>
              <w:jc w:val="center"/>
              <w:rPr>
                <w:rFonts w:eastAsia="Arial" w:cs="Arial"/>
                <w:lang w:val="en-GB" w:eastAsia="en-GB" w:bidi="hi-IN"/>
              </w:rPr>
            </w:pPr>
            <w:r w:rsidRPr="00405E67">
              <w:rPr>
                <w:rFonts w:eastAsia="Arial" w:cs="Arial"/>
                <w:lang w:val="en-GB" w:eastAsia="en-GB" w:bidi="hi-IN"/>
              </w:rPr>
              <w:t>4</w:t>
            </w:r>
          </w:p>
        </w:tc>
        <w:tc>
          <w:tcPr>
            <w:tcW w:w="1418" w:type="dxa"/>
          </w:tcPr>
          <w:p w14:paraId="104FB93E" w14:textId="77777777" w:rsidR="00405E67" w:rsidRPr="00405E67" w:rsidRDefault="00405E67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  <w:r w:rsidRPr="00405E67">
              <w:rPr>
                <w:rFonts w:eastAsia="Arial" w:cs="Shruti"/>
                <w:cs/>
                <w:lang w:val="en-GB" w:eastAsia="en-GB" w:bidi="gu-IN"/>
              </w:rPr>
              <w:t>સભ્ય</w:t>
            </w:r>
          </w:p>
        </w:tc>
        <w:tc>
          <w:tcPr>
            <w:tcW w:w="3260" w:type="dxa"/>
          </w:tcPr>
          <w:p w14:paraId="5D822BBB" w14:textId="6B0506CD" w:rsidR="00405E67" w:rsidRPr="009302AE" w:rsidRDefault="009302AE" w:rsidP="00405E67">
            <w:pPr>
              <w:spacing w:after="0" w:line="240" w:lineRule="auto"/>
              <w:rPr>
                <w:rFonts w:eastAsia="Arial" w:cs="Shruti"/>
                <w:lang w:val="en-GB" w:eastAsia="en-GB" w:bidi="gu-IN"/>
              </w:rPr>
            </w:pPr>
            <w:r>
              <w:rPr>
                <w:rFonts w:eastAsia="Arial" w:cs="Shruti" w:hint="cs"/>
                <w:cs/>
                <w:lang w:val="en-GB" w:eastAsia="en-GB" w:bidi="gu-IN"/>
              </w:rPr>
              <w:t xml:space="preserve">વર્ધાભાઈ નારણભાઈ પ્રજાપતિ </w:t>
            </w:r>
          </w:p>
        </w:tc>
        <w:tc>
          <w:tcPr>
            <w:tcW w:w="1276" w:type="dxa"/>
          </w:tcPr>
          <w:p w14:paraId="65D48537" w14:textId="777A7706" w:rsidR="00405E67" w:rsidRPr="00405E67" w:rsidRDefault="00766A14" w:rsidP="00766A14">
            <w:pPr>
              <w:spacing w:after="0" w:line="240" w:lineRule="auto"/>
              <w:jc w:val="center"/>
              <w:rPr>
                <w:rFonts w:eastAsia="Arial" w:cs="Arial"/>
                <w:lang w:val="en-GB" w:eastAsia="en-GB" w:bidi="hi-IN"/>
              </w:rPr>
            </w:pPr>
            <w:r>
              <w:rPr>
                <w:rFonts w:eastAsia="Arial" w:cs="Arial"/>
                <w:lang w:val="en-GB" w:eastAsia="en-GB" w:bidi="hi-IN"/>
              </w:rPr>
              <w:t>B.V</w:t>
            </w:r>
          </w:p>
        </w:tc>
        <w:tc>
          <w:tcPr>
            <w:tcW w:w="850" w:type="dxa"/>
          </w:tcPr>
          <w:p w14:paraId="2507787B" w14:textId="58BD50BE" w:rsidR="00405E67" w:rsidRPr="00405E67" w:rsidRDefault="002C31E1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  <w:r>
              <w:rPr>
                <w:rFonts w:eastAsia="Arial" w:cs="Arial"/>
                <w:lang w:val="en-GB" w:eastAsia="en-GB" w:bidi="hi-IN"/>
              </w:rPr>
              <w:t>OBC</w:t>
            </w:r>
          </w:p>
        </w:tc>
        <w:tc>
          <w:tcPr>
            <w:tcW w:w="1701" w:type="dxa"/>
          </w:tcPr>
          <w:p w14:paraId="2AA5D6EF" w14:textId="7B273E60" w:rsidR="00405E67" w:rsidRPr="00405E67" w:rsidRDefault="00905248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  <w:r>
              <w:rPr>
                <w:rFonts w:eastAsia="Arial" w:cs="Arial"/>
                <w:lang w:val="en-GB" w:eastAsia="en-GB" w:bidi="hi-IN"/>
              </w:rPr>
              <w:t>9727246342</w:t>
            </w:r>
          </w:p>
        </w:tc>
        <w:tc>
          <w:tcPr>
            <w:tcW w:w="1560" w:type="dxa"/>
          </w:tcPr>
          <w:p w14:paraId="373356E8" w14:textId="77777777" w:rsidR="00405E67" w:rsidRPr="00405E67" w:rsidRDefault="00405E67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</w:p>
        </w:tc>
      </w:tr>
      <w:tr w:rsidR="00405E67" w:rsidRPr="00405E67" w14:paraId="055BBFD0" w14:textId="77777777" w:rsidTr="00E237D3">
        <w:trPr>
          <w:cantSplit/>
          <w:tblHeader/>
        </w:trPr>
        <w:tc>
          <w:tcPr>
            <w:tcW w:w="709" w:type="dxa"/>
          </w:tcPr>
          <w:p w14:paraId="731D3443" w14:textId="77777777" w:rsidR="00405E67" w:rsidRPr="00405E67" w:rsidRDefault="00405E67" w:rsidP="00405E67">
            <w:pPr>
              <w:spacing w:after="0" w:line="240" w:lineRule="auto"/>
              <w:jc w:val="center"/>
              <w:rPr>
                <w:rFonts w:eastAsia="Arial" w:cs="Arial"/>
                <w:lang w:val="en-GB" w:eastAsia="en-GB" w:bidi="hi-IN"/>
              </w:rPr>
            </w:pPr>
            <w:r w:rsidRPr="00405E67">
              <w:rPr>
                <w:rFonts w:eastAsia="Arial" w:cs="Arial"/>
                <w:lang w:val="en-GB" w:eastAsia="en-GB" w:bidi="hi-IN"/>
              </w:rPr>
              <w:t>5</w:t>
            </w:r>
          </w:p>
        </w:tc>
        <w:tc>
          <w:tcPr>
            <w:tcW w:w="1418" w:type="dxa"/>
          </w:tcPr>
          <w:p w14:paraId="426AD6DD" w14:textId="77777777" w:rsidR="00405E67" w:rsidRPr="00405E67" w:rsidRDefault="00405E67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  <w:r w:rsidRPr="00405E67">
              <w:rPr>
                <w:rFonts w:eastAsia="Arial" w:cs="Shruti"/>
                <w:cs/>
                <w:lang w:val="en-GB" w:eastAsia="en-GB" w:bidi="gu-IN"/>
              </w:rPr>
              <w:t>સભ્ય</w:t>
            </w:r>
          </w:p>
        </w:tc>
        <w:tc>
          <w:tcPr>
            <w:tcW w:w="3260" w:type="dxa"/>
          </w:tcPr>
          <w:p w14:paraId="17C1C51D" w14:textId="5013756B" w:rsidR="00405E67" w:rsidRPr="00090DA6" w:rsidRDefault="00090DA6" w:rsidP="00405E67">
            <w:pPr>
              <w:spacing w:after="0" w:line="240" w:lineRule="auto"/>
              <w:rPr>
                <w:rFonts w:eastAsia="Arial" w:cs="Shruti"/>
                <w:lang w:val="en-GB" w:eastAsia="en-GB" w:bidi="gu-IN"/>
              </w:rPr>
            </w:pPr>
            <w:r>
              <w:rPr>
                <w:rFonts w:eastAsia="Arial" w:cs="Shruti" w:hint="cs"/>
                <w:cs/>
                <w:lang w:val="en-GB" w:eastAsia="en-GB" w:bidi="gu-IN"/>
              </w:rPr>
              <w:t xml:space="preserve">ગોમતીબેન લક્ષ્મણભાઈ  સાસુ </w:t>
            </w:r>
          </w:p>
        </w:tc>
        <w:tc>
          <w:tcPr>
            <w:tcW w:w="1276" w:type="dxa"/>
          </w:tcPr>
          <w:p w14:paraId="7FB3A16E" w14:textId="30351FBC" w:rsidR="00405E67" w:rsidRPr="00405E67" w:rsidRDefault="00766A14" w:rsidP="00766A14">
            <w:pPr>
              <w:spacing w:after="0" w:line="240" w:lineRule="auto"/>
              <w:jc w:val="center"/>
              <w:rPr>
                <w:rFonts w:eastAsia="Arial" w:cs="Arial"/>
                <w:lang w:val="en-GB" w:eastAsia="en-GB" w:bidi="hi-IN"/>
              </w:rPr>
            </w:pPr>
            <w:r>
              <w:rPr>
                <w:rFonts w:eastAsia="Arial" w:cs="Arial"/>
                <w:lang w:val="en-GB" w:eastAsia="en-GB" w:bidi="hi-IN"/>
              </w:rPr>
              <w:t>7</w:t>
            </w:r>
          </w:p>
        </w:tc>
        <w:tc>
          <w:tcPr>
            <w:tcW w:w="850" w:type="dxa"/>
          </w:tcPr>
          <w:p w14:paraId="2944E622" w14:textId="2BA3FD53" w:rsidR="00405E67" w:rsidRPr="00405E67" w:rsidRDefault="002C31E1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  <w:r>
              <w:rPr>
                <w:rFonts w:eastAsia="Arial" w:cs="Arial"/>
                <w:lang w:val="en-GB" w:eastAsia="en-GB" w:bidi="hi-IN"/>
              </w:rPr>
              <w:t>OBC</w:t>
            </w:r>
          </w:p>
        </w:tc>
        <w:tc>
          <w:tcPr>
            <w:tcW w:w="1701" w:type="dxa"/>
          </w:tcPr>
          <w:p w14:paraId="533D72DA" w14:textId="43754DA8" w:rsidR="00405E67" w:rsidRPr="00405E67" w:rsidRDefault="00817887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  <w:r>
              <w:rPr>
                <w:rFonts w:eastAsia="Arial" w:cs="Arial"/>
                <w:lang w:val="en-GB" w:eastAsia="en-GB" w:bidi="hi-IN"/>
              </w:rPr>
              <w:t>9724762859</w:t>
            </w:r>
          </w:p>
        </w:tc>
        <w:tc>
          <w:tcPr>
            <w:tcW w:w="1560" w:type="dxa"/>
          </w:tcPr>
          <w:p w14:paraId="776C007D" w14:textId="77777777" w:rsidR="00405E67" w:rsidRPr="00405E67" w:rsidRDefault="00405E67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</w:p>
        </w:tc>
      </w:tr>
      <w:tr w:rsidR="00405E67" w:rsidRPr="00405E67" w14:paraId="15A2E315" w14:textId="77777777" w:rsidTr="00E237D3">
        <w:trPr>
          <w:cantSplit/>
          <w:tblHeader/>
        </w:trPr>
        <w:tc>
          <w:tcPr>
            <w:tcW w:w="709" w:type="dxa"/>
          </w:tcPr>
          <w:p w14:paraId="2BDA408B" w14:textId="77777777" w:rsidR="00405E67" w:rsidRPr="00405E67" w:rsidRDefault="00405E67" w:rsidP="00405E67">
            <w:pPr>
              <w:spacing w:after="0" w:line="240" w:lineRule="auto"/>
              <w:jc w:val="center"/>
              <w:rPr>
                <w:rFonts w:eastAsia="Arial" w:cs="Arial"/>
                <w:lang w:val="en-GB" w:eastAsia="en-GB" w:bidi="hi-IN"/>
              </w:rPr>
            </w:pPr>
            <w:r w:rsidRPr="00405E67">
              <w:rPr>
                <w:rFonts w:eastAsia="Arial" w:cs="Arial"/>
                <w:lang w:val="en-GB" w:eastAsia="en-GB" w:bidi="hi-IN"/>
              </w:rPr>
              <w:t>6</w:t>
            </w:r>
          </w:p>
        </w:tc>
        <w:tc>
          <w:tcPr>
            <w:tcW w:w="1418" w:type="dxa"/>
          </w:tcPr>
          <w:p w14:paraId="6EEACDE3" w14:textId="040ABCC4" w:rsidR="00405E67" w:rsidRPr="00405E67" w:rsidRDefault="00C55D31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  <w:r>
              <w:rPr>
                <w:rFonts w:eastAsia="Arial" w:cs="Shruti" w:hint="cs"/>
                <w:cs/>
                <w:lang w:val="en-GB" w:eastAsia="en-GB" w:bidi="gu-IN"/>
              </w:rPr>
              <w:t xml:space="preserve">મહિલા </w:t>
            </w:r>
            <w:r w:rsidR="00405E67" w:rsidRPr="00405E67">
              <w:rPr>
                <w:rFonts w:eastAsia="Arial" w:cs="Shruti"/>
                <w:cs/>
                <w:lang w:val="en-GB" w:eastAsia="en-GB" w:bidi="gu-IN"/>
              </w:rPr>
              <w:t>સભ્ય</w:t>
            </w:r>
          </w:p>
        </w:tc>
        <w:tc>
          <w:tcPr>
            <w:tcW w:w="3260" w:type="dxa"/>
          </w:tcPr>
          <w:p w14:paraId="40E982EA" w14:textId="0536D504" w:rsidR="00405E67" w:rsidRPr="00090DA6" w:rsidRDefault="00090DA6" w:rsidP="00405E67">
            <w:pPr>
              <w:spacing w:after="0" w:line="240" w:lineRule="auto"/>
              <w:rPr>
                <w:rFonts w:eastAsia="Arial" w:cs="Shruti"/>
                <w:lang w:val="en-GB" w:eastAsia="en-GB" w:bidi="gu-IN"/>
              </w:rPr>
            </w:pPr>
            <w:r>
              <w:rPr>
                <w:rFonts w:eastAsia="Arial" w:cs="Shruti" w:hint="cs"/>
                <w:cs/>
                <w:lang w:val="en-GB" w:eastAsia="en-GB" w:bidi="gu-IN"/>
              </w:rPr>
              <w:t xml:space="preserve">શારદાબેન દેવગીરી ગોસ્વામી </w:t>
            </w:r>
          </w:p>
        </w:tc>
        <w:tc>
          <w:tcPr>
            <w:tcW w:w="1276" w:type="dxa"/>
          </w:tcPr>
          <w:p w14:paraId="595011D0" w14:textId="010F4133" w:rsidR="00405E67" w:rsidRPr="00405E67" w:rsidRDefault="00766A14" w:rsidP="00766A14">
            <w:pPr>
              <w:spacing w:after="0" w:line="240" w:lineRule="auto"/>
              <w:jc w:val="center"/>
              <w:rPr>
                <w:rFonts w:eastAsia="Arial" w:cs="Arial"/>
                <w:lang w:val="en-GB" w:eastAsia="en-GB" w:bidi="hi-IN"/>
              </w:rPr>
            </w:pPr>
            <w:r>
              <w:rPr>
                <w:rFonts w:eastAsia="Arial" w:cs="Arial"/>
                <w:lang w:val="en-GB" w:eastAsia="en-GB" w:bidi="hi-IN"/>
              </w:rPr>
              <w:t>6</w:t>
            </w:r>
          </w:p>
        </w:tc>
        <w:tc>
          <w:tcPr>
            <w:tcW w:w="850" w:type="dxa"/>
          </w:tcPr>
          <w:p w14:paraId="6FC84B5A" w14:textId="28C1C2B2" w:rsidR="00405E67" w:rsidRPr="00405E67" w:rsidRDefault="002C31E1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  <w:r>
              <w:rPr>
                <w:rFonts w:eastAsia="Arial" w:cs="Arial"/>
                <w:lang w:val="en-GB" w:eastAsia="en-GB" w:bidi="hi-IN"/>
              </w:rPr>
              <w:t>OBC</w:t>
            </w:r>
          </w:p>
        </w:tc>
        <w:tc>
          <w:tcPr>
            <w:tcW w:w="1701" w:type="dxa"/>
          </w:tcPr>
          <w:p w14:paraId="71FFA006" w14:textId="2B4E00F5" w:rsidR="00405E67" w:rsidRPr="00405E67" w:rsidRDefault="007D7F28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  <w:r>
              <w:rPr>
                <w:rFonts w:eastAsia="Arial" w:cs="Arial"/>
                <w:lang w:val="en-GB" w:eastAsia="en-GB" w:bidi="hi-IN"/>
              </w:rPr>
              <w:t>9978150121</w:t>
            </w:r>
          </w:p>
        </w:tc>
        <w:tc>
          <w:tcPr>
            <w:tcW w:w="1560" w:type="dxa"/>
          </w:tcPr>
          <w:p w14:paraId="76AAE868" w14:textId="77777777" w:rsidR="00405E67" w:rsidRPr="00405E67" w:rsidRDefault="00405E67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</w:p>
        </w:tc>
      </w:tr>
      <w:tr w:rsidR="00405E67" w:rsidRPr="00405E67" w14:paraId="576420F9" w14:textId="77777777" w:rsidTr="00E237D3">
        <w:trPr>
          <w:cantSplit/>
          <w:tblHeader/>
        </w:trPr>
        <w:tc>
          <w:tcPr>
            <w:tcW w:w="709" w:type="dxa"/>
          </w:tcPr>
          <w:p w14:paraId="24EE5580" w14:textId="77777777" w:rsidR="00405E67" w:rsidRPr="00405E67" w:rsidRDefault="00405E67" w:rsidP="00405E67">
            <w:pPr>
              <w:spacing w:after="0" w:line="240" w:lineRule="auto"/>
              <w:jc w:val="center"/>
              <w:rPr>
                <w:rFonts w:eastAsia="Arial" w:cs="Arial"/>
                <w:lang w:val="en-GB" w:eastAsia="en-GB" w:bidi="hi-IN"/>
              </w:rPr>
            </w:pPr>
            <w:r w:rsidRPr="00405E67">
              <w:rPr>
                <w:rFonts w:eastAsia="Arial" w:cs="Arial"/>
                <w:lang w:val="en-GB" w:eastAsia="en-GB" w:bidi="hi-IN"/>
              </w:rPr>
              <w:t>7</w:t>
            </w:r>
          </w:p>
        </w:tc>
        <w:tc>
          <w:tcPr>
            <w:tcW w:w="1418" w:type="dxa"/>
          </w:tcPr>
          <w:p w14:paraId="6652E42B" w14:textId="77777777" w:rsidR="00405E67" w:rsidRPr="00405E67" w:rsidRDefault="00405E67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  <w:r w:rsidRPr="00405E67">
              <w:rPr>
                <w:rFonts w:eastAsia="Arial" w:cs="Shruti"/>
                <w:cs/>
                <w:lang w:val="en-GB" w:eastAsia="en-GB" w:bidi="gu-IN"/>
              </w:rPr>
              <w:t>સભ્ય</w:t>
            </w:r>
          </w:p>
        </w:tc>
        <w:tc>
          <w:tcPr>
            <w:tcW w:w="3260" w:type="dxa"/>
          </w:tcPr>
          <w:p w14:paraId="15082934" w14:textId="612F4FC1" w:rsidR="00405E67" w:rsidRPr="00C45AE0" w:rsidRDefault="00C45AE0" w:rsidP="00405E67">
            <w:pPr>
              <w:spacing w:after="0" w:line="240" w:lineRule="auto"/>
              <w:rPr>
                <w:rFonts w:eastAsia="Arial" w:cs="Shruti"/>
                <w:lang w:val="en-GB" w:eastAsia="en-GB" w:bidi="gu-IN"/>
              </w:rPr>
            </w:pPr>
            <w:r>
              <w:rPr>
                <w:rFonts w:eastAsia="Arial" w:cs="Shruti" w:hint="cs"/>
                <w:cs/>
                <w:lang w:val="en-GB" w:eastAsia="en-GB" w:bidi="gu-IN"/>
              </w:rPr>
              <w:t xml:space="preserve">કમીબેન અરજણભાઈ સોલંકી </w:t>
            </w:r>
          </w:p>
        </w:tc>
        <w:tc>
          <w:tcPr>
            <w:tcW w:w="1276" w:type="dxa"/>
          </w:tcPr>
          <w:p w14:paraId="752172B9" w14:textId="4144E318" w:rsidR="00405E67" w:rsidRPr="00405E67" w:rsidRDefault="00766A14" w:rsidP="00766A14">
            <w:pPr>
              <w:spacing w:after="0" w:line="240" w:lineRule="auto"/>
              <w:jc w:val="center"/>
              <w:rPr>
                <w:rFonts w:eastAsia="Arial" w:cs="Arial"/>
                <w:lang w:val="en-GB" w:eastAsia="en-GB" w:bidi="hi-IN"/>
              </w:rPr>
            </w:pPr>
            <w:r>
              <w:rPr>
                <w:rFonts w:eastAsia="Arial" w:cs="Arial"/>
                <w:lang w:val="en-GB" w:eastAsia="en-GB" w:bidi="hi-IN"/>
              </w:rPr>
              <w:t>8</w:t>
            </w:r>
          </w:p>
        </w:tc>
        <w:tc>
          <w:tcPr>
            <w:tcW w:w="850" w:type="dxa"/>
          </w:tcPr>
          <w:p w14:paraId="1F3B2450" w14:textId="15825212" w:rsidR="00405E67" w:rsidRPr="00405E67" w:rsidRDefault="002C31E1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  <w:r>
              <w:rPr>
                <w:rFonts w:eastAsia="Arial" w:cs="Arial"/>
                <w:lang w:val="en-GB" w:eastAsia="en-GB" w:bidi="hi-IN"/>
              </w:rPr>
              <w:t>OBC</w:t>
            </w:r>
          </w:p>
        </w:tc>
        <w:tc>
          <w:tcPr>
            <w:tcW w:w="1701" w:type="dxa"/>
          </w:tcPr>
          <w:p w14:paraId="3AECC357" w14:textId="52ED1678" w:rsidR="00405E67" w:rsidRPr="00405E67" w:rsidRDefault="004D6884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  <w:r>
              <w:rPr>
                <w:rFonts w:eastAsia="Arial" w:cs="Arial"/>
                <w:lang w:val="en-GB" w:eastAsia="en-GB" w:bidi="hi-IN"/>
              </w:rPr>
              <w:t>9898977339</w:t>
            </w:r>
          </w:p>
        </w:tc>
        <w:tc>
          <w:tcPr>
            <w:tcW w:w="1560" w:type="dxa"/>
          </w:tcPr>
          <w:p w14:paraId="280EB5E0" w14:textId="77777777" w:rsidR="00405E67" w:rsidRPr="00405E67" w:rsidRDefault="00405E67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</w:p>
        </w:tc>
      </w:tr>
      <w:tr w:rsidR="00405E67" w:rsidRPr="00405E67" w14:paraId="2B0C3536" w14:textId="77777777" w:rsidTr="00E237D3">
        <w:trPr>
          <w:cantSplit/>
          <w:tblHeader/>
        </w:trPr>
        <w:tc>
          <w:tcPr>
            <w:tcW w:w="709" w:type="dxa"/>
          </w:tcPr>
          <w:p w14:paraId="3751DF0D" w14:textId="77777777" w:rsidR="00405E67" w:rsidRPr="00405E67" w:rsidRDefault="00405E67" w:rsidP="00405E67">
            <w:pPr>
              <w:spacing w:after="0" w:line="240" w:lineRule="auto"/>
              <w:jc w:val="center"/>
              <w:rPr>
                <w:rFonts w:eastAsia="Arial" w:cs="Arial"/>
                <w:lang w:val="en-GB" w:eastAsia="en-GB" w:bidi="hi-IN"/>
              </w:rPr>
            </w:pPr>
            <w:r w:rsidRPr="00405E67">
              <w:rPr>
                <w:rFonts w:eastAsia="Arial" w:cs="Arial"/>
                <w:lang w:val="en-GB" w:eastAsia="en-GB" w:bidi="hi-IN"/>
              </w:rPr>
              <w:t>8</w:t>
            </w:r>
          </w:p>
        </w:tc>
        <w:tc>
          <w:tcPr>
            <w:tcW w:w="1418" w:type="dxa"/>
          </w:tcPr>
          <w:p w14:paraId="5AE6D375" w14:textId="77777777" w:rsidR="00405E67" w:rsidRPr="00405E67" w:rsidRDefault="00405E67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  <w:r w:rsidRPr="00405E67">
              <w:rPr>
                <w:rFonts w:eastAsia="Arial" w:cs="Shruti"/>
                <w:cs/>
                <w:lang w:val="en-GB" w:eastAsia="en-GB" w:bidi="gu-IN"/>
              </w:rPr>
              <w:t>સભ્ય</w:t>
            </w:r>
          </w:p>
        </w:tc>
        <w:tc>
          <w:tcPr>
            <w:tcW w:w="3260" w:type="dxa"/>
          </w:tcPr>
          <w:p w14:paraId="644B1242" w14:textId="09270A17" w:rsidR="00405E67" w:rsidRPr="00C45AE0" w:rsidRDefault="00C45AE0" w:rsidP="00405E67">
            <w:pPr>
              <w:spacing w:after="0" w:line="240" w:lineRule="auto"/>
              <w:rPr>
                <w:rFonts w:eastAsia="Arial" w:cs="Shruti"/>
                <w:lang w:val="en-GB" w:eastAsia="en-GB" w:bidi="gu-IN"/>
              </w:rPr>
            </w:pPr>
            <w:r>
              <w:rPr>
                <w:rFonts w:eastAsia="Arial" w:cs="Shruti" w:hint="cs"/>
                <w:cs/>
                <w:lang w:val="en-GB" w:eastAsia="en-GB" w:bidi="gu-IN"/>
              </w:rPr>
              <w:t xml:space="preserve">જવતીબેન ભરતભાઈ વણોલ </w:t>
            </w:r>
          </w:p>
        </w:tc>
        <w:tc>
          <w:tcPr>
            <w:tcW w:w="1276" w:type="dxa"/>
          </w:tcPr>
          <w:p w14:paraId="2F085741" w14:textId="0AC8F7F3" w:rsidR="00405E67" w:rsidRPr="00405E67" w:rsidRDefault="00766A14" w:rsidP="00766A14">
            <w:pPr>
              <w:spacing w:after="0" w:line="240" w:lineRule="auto"/>
              <w:jc w:val="center"/>
              <w:rPr>
                <w:rFonts w:eastAsia="Arial" w:cs="Arial"/>
                <w:lang w:val="en-GB" w:eastAsia="en-GB" w:bidi="hi-IN"/>
              </w:rPr>
            </w:pPr>
            <w:r>
              <w:rPr>
                <w:rFonts w:eastAsia="Arial" w:cs="Arial"/>
                <w:lang w:val="en-GB" w:eastAsia="en-GB" w:bidi="hi-IN"/>
              </w:rPr>
              <w:t>8</w:t>
            </w:r>
          </w:p>
        </w:tc>
        <w:tc>
          <w:tcPr>
            <w:tcW w:w="850" w:type="dxa"/>
          </w:tcPr>
          <w:p w14:paraId="6E0813F4" w14:textId="3AF2C57F" w:rsidR="00405E67" w:rsidRPr="00405E67" w:rsidRDefault="002C31E1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  <w:r>
              <w:rPr>
                <w:rFonts w:eastAsia="Arial" w:cs="Arial"/>
                <w:lang w:val="en-GB" w:eastAsia="en-GB" w:bidi="hi-IN"/>
              </w:rPr>
              <w:t>OBC</w:t>
            </w:r>
          </w:p>
        </w:tc>
        <w:tc>
          <w:tcPr>
            <w:tcW w:w="1701" w:type="dxa"/>
          </w:tcPr>
          <w:p w14:paraId="46F27273" w14:textId="015969D0" w:rsidR="00405E67" w:rsidRPr="00405E67" w:rsidRDefault="004D6884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  <w:r>
              <w:rPr>
                <w:rFonts w:eastAsia="Arial" w:cs="Arial"/>
                <w:lang w:val="en-GB" w:eastAsia="en-GB" w:bidi="hi-IN"/>
              </w:rPr>
              <w:t>9429527387</w:t>
            </w:r>
          </w:p>
        </w:tc>
        <w:tc>
          <w:tcPr>
            <w:tcW w:w="1560" w:type="dxa"/>
          </w:tcPr>
          <w:p w14:paraId="5E1D7487" w14:textId="77777777" w:rsidR="00405E67" w:rsidRPr="00405E67" w:rsidRDefault="00405E67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</w:p>
        </w:tc>
      </w:tr>
      <w:tr w:rsidR="00405E67" w:rsidRPr="00405E67" w14:paraId="4B833E77" w14:textId="77777777" w:rsidTr="00E237D3">
        <w:trPr>
          <w:cantSplit/>
          <w:tblHeader/>
        </w:trPr>
        <w:tc>
          <w:tcPr>
            <w:tcW w:w="709" w:type="dxa"/>
          </w:tcPr>
          <w:p w14:paraId="0E622E1D" w14:textId="77777777" w:rsidR="00405E67" w:rsidRPr="00405E67" w:rsidRDefault="00405E67" w:rsidP="00405E67">
            <w:pPr>
              <w:spacing w:after="0" w:line="240" w:lineRule="auto"/>
              <w:jc w:val="center"/>
              <w:rPr>
                <w:rFonts w:eastAsia="Arial" w:cs="Arial"/>
                <w:lang w:val="en-GB" w:eastAsia="en-GB" w:bidi="hi-IN"/>
              </w:rPr>
            </w:pPr>
            <w:r w:rsidRPr="00405E67">
              <w:rPr>
                <w:rFonts w:eastAsia="Arial" w:cs="Arial"/>
                <w:lang w:val="en-GB" w:eastAsia="en-GB" w:bidi="hi-IN"/>
              </w:rPr>
              <w:t>9</w:t>
            </w:r>
          </w:p>
        </w:tc>
        <w:tc>
          <w:tcPr>
            <w:tcW w:w="1418" w:type="dxa"/>
          </w:tcPr>
          <w:p w14:paraId="678FCBAD" w14:textId="77777777" w:rsidR="00405E67" w:rsidRPr="00405E67" w:rsidRDefault="00405E67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  <w:r w:rsidRPr="00405E67">
              <w:rPr>
                <w:rFonts w:eastAsia="Arial" w:cs="Shruti"/>
                <w:cs/>
                <w:lang w:val="en-GB" w:eastAsia="en-GB" w:bidi="gu-IN"/>
              </w:rPr>
              <w:t>સભ્ય</w:t>
            </w:r>
          </w:p>
        </w:tc>
        <w:tc>
          <w:tcPr>
            <w:tcW w:w="3260" w:type="dxa"/>
          </w:tcPr>
          <w:p w14:paraId="12858E15" w14:textId="3914447B" w:rsidR="00405E67" w:rsidRPr="00C45AE0" w:rsidRDefault="00C45AE0" w:rsidP="00405E67">
            <w:pPr>
              <w:spacing w:after="0" w:line="240" w:lineRule="auto"/>
              <w:rPr>
                <w:rFonts w:eastAsia="Arial" w:cs="Shruti"/>
                <w:lang w:val="en-GB" w:eastAsia="en-GB" w:bidi="gu-IN"/>
              </w:rPr>
            </w:pPr>
            <w:r>
              <w:rPr>
                <w:rFonts w:eastAsia="Arial" w:cs="Shruti" w:hint="cs"/>
                <w:cs/>
                <w:lang w:val="en-GB" w:eastAsia="en-GB" w:bidi="gu-IN"/>
              </w:rPr>
              <w:t xml:space="preserve">મીરાબેન દુદાભાઈ રાજપૂત </w:t>
            </w:r>
          </w:p>
        </w:tc>
        <w:tc>
          <w:tcPr>
            <w:tcW w:w="1276" w:type="dxa"/>
          </w:tcPr>
          <w:p w14:paraId="28A87420" w14:textId="5ADCD741" w:rsidR="00405E67" w:rsidRPr="00405E67" w:rsidRDefault="00766A14" w:rsidP="00766A14">
            <w:pPr>
              <w:spacing w:after="0" w:line="240" w:lineRule="auto"/>
              <w:jc w:val="center"/>
              <w:rPr>
                <w:rFonts w:eastAsia="Arial" w:cs="Arial"/>
                <w:lang w:val="en-GB" w:eastAsia="en-GB" w:bidi="hi-IN"/>
              </w:rPr>
            </w:pPr>
            <w:r>
              <w:rPr>
                <w:rFonts w:eastAsia="Arial" w:cs="Arial"/>
                <w:lang w:val="en-GB" w:eastAsia="en-GB" w:bidi="hi-IN"/>
              </w:rPr>
              <w:t>8</w:t>
            </w:r>
          </w:p>
        </w:tc>
        <w:tc>
          <w:tcPr>
            <w:tcW w:w="850" w:type="dxa"/>
          </w:tcPr>
          <w:p w14:paraId="617BC7D0" w14:textId="78A8E787" w:rsidR="00405E67" w:rsidRPr="00405E67" w:rsidRDefault="002C31E1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  <w:r>
              <w:rPr>
                <w:rFonts w:eastAsia="Arial" w:cs="Arial"/>
                <w:lang w:val="en-GB" w:eastAsia="en-GB" w:bidi="hi-IN"/>
              </w:rPr>
              <w:t>OBC</w:t>
            </w:r>
          </w:p>
        </w:tc>
        <w:tc>
          <w:tcPr>
            <w:tcW w:w="1701" w:type="dxa"/>
          </w:tcPr>
          <w:p w14:paraId="64AD6EBF" w14:textId="77777777" w:rsidR="00405E67" w:rsidRPr="00405E67" w:rsidRDefault="00405E67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</w:p>
        </w:tc>
        <w:tc>
          <w:tcPr>
            <w:tcW w:w="1560" w:type="dxa"/>
          </w:tcPr>
          <w:p w14:paraId="6C7E7CB6" w14:textId="77777777" w:rsidR="00405E67" w:rsidRPr="00405E67" w:rsidRDefault="00405E67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</w:p>
        </w:tc>
      </w:tr>
      <w:tr w:rsidR="00405E67" w:rsidRPr="00405E67" w14:paraId="2A2F0AF0" w14:textId="77777777" w:rsidTr="00E237D3">
        <w:trPr>
          <w:cantSplit/>
          <w:tblHeader/>
        </w:trPr>
        <w:tc>
          <w:tcPr>
            <w:tcW w:w="709" w:type="dxa"/>
          </w:tcPr>
          <w:p w14:paraId="050027E3" w14:textId="77777777" w:rsidR="00405E67" w:rsidRPr="00405E67" w:rsidRDefault="00405E67" w:rsidP="00405E67">
            <w:pPr>
              <w:spacing w:after="0" w:line="240" w:lineRule="auto"/>
              <w:jc w:val="center"/>
              <w:rPr>
                <w:rFonts w:eastAsia="Arial" w:cs="Arial"/>
                <w:lang w:val="en-GB" w:eastAsia="en-GB" w:bidi="hi-IN"/>
              </w:rPr>
            </w:pPr>
            <w:r w:rsidRPr="00405E67">
              <w:rPr>
                <w:rFonts w:eastAsia="Arial" w:cs="Arial"/>
                <w:lang w:val="en-GB" w:eastAsia="en-GB" w:bidi="hi-IN"/>
              </w:rPr>
              <w:t>10</w:t>
            </w:r>
          </w:p>
        </w:tc>
        <w:tc>
          <w:tcPr>
            <w:tcW w:w="1418" w:type="dxa"/>
          </w:tcPr>
          <w:p w14:paraId="7206DBF8" w14:textId="5DB8A3D1" w:rsidR="00405E67" w:rsidRPr="00405E67" w:rsidRDefault="00C55D31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  <w:r w:rsidRPr="00405E67">
              <w:rPr>
                <w:rFonts w:eastAsia="Arial" w:cs="Shruti"/>
                <w:sz w:val="14"/>
                <w:szCs w:val="14"/>
                <w:cs/>
                <w:lang w:val="en-GB" w:eastAsia="en-GB" w:bidi="gu-IN"/>
              </w:rPr>
              <w:t>સ્થા.મંડળનાચૂંટાયેલાસભ્ય</w:t>
            </w:r>
          </w:p>
        </w:tc>
        <w:tc>
          <w:tcPr>
            <w:tcW w:w="3260" w:type="dxa"/>
          </w:tcPr>
          <w:p w14:paraId="0C31B541" w14:textId="55049915" w:rsidR="00405E67" w:rsidRPr="00C45AE0" w:rsidRDefault="00C45AE0" w:rsidP="00405E67">
            <w:pPr>
              <w:spacing w:after="0" w:line="240" w:lineRule="auto"/>
              <w:rPr>
                <w:rFonts w:eastAsia="Arial" w:cs="Shruti"/>
                <w:lang w:val="en-GB" w:eastAsia="en-GB" w:bidi="gu-IN"/>
              </w:rPr>
            </w:pPr>
            <w:r>
              <w:rPr>
                <w:rFonts w:eastAsia="Arial" w:cs="Shruti" w:hint="cs"/>
                <w:cs/>
                <w:lang w:val="en-GB" w:eastAsia="en-GB" w:bidi="gu-IN"/>
              </w:rPr>
              <w:t xml:space="preserve">માલાભાઈ અમરાભાઈ મકવાણા </w:t>
            </w:r>
          </w:p>
        </w:tc>
        <w:tc>
          <w:tcPr>
            <w:tcW w:w="1276" w:type="dxa"/>
          </w:tcPr>
          <w:p w14:paraId="6A033156" w14:textId="653AB85F" w:rsidR="00405E67" w:rsidRPr="00405E67" w:rsidRDefault="00766A14" w:rsidP="00766A14">
            <w:pPr>
              <w:spacing w:after="0" w:line="240" w:lineRule="auto"/>
              <w:jc w:val="center"/>
              <w:rPr>
                <w:rFonts w:eastAsia="Arial" w:cs="Arial"/>
                <w:lang w:val="en-GB" w:eastAsia="en-GB" w:bidi="hi-IN"/>
              </w:rPr>
            </w:pPr>
            <w:r>
              <w:rPr>
                <w:rFonts w:eastAsia="Arial" w:cs="Arial"/>
                <w:lang w:val="en-GB" w:eastAsia="en-GB" w:bidi="hi-IN"/>
              </w:rPr>
              <w:t>-</w:t>
            </w:r>
          </w:p>
        </w:tc>
        <w:tc>
          <w:tcPr>
            <w:tcW w:w="850" w:type="dxa"/>
          </w:tcPr>
          <w:p w14:paraId="1788AF53" w14:textId="2D666CCF" w:rsidR="00405E67" w:rsidRPr="00405E67" w:rsidRDefault="002C31E1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  <w:r>
              <w:rPr>
                <w:rFonts w:eastAsia="Arial" w:cs="Arial"/>
                <w:lang w:val="en-GB" w:eastAsia="en-GB" w:bidi="hi-IN"/>
              </w:rPr>
              <w:t>ST</w:t>
            </w:r>
          </w:p>
        </w:tc>
        <w:tc>
          <w:tcPr>
            <w:tcW w:w="1701" w:type="dxa"/>
          </w:tcPr>
          <w:p w14:paraId="71BAB906" w14:textId="7CD36229" w:rsidR="00405E67" w:rsidRPr="00405E67" w:rsidRDefault="00BE220C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  <w:r>
              <w:rPr>
                <w:rFonts w:eastAsia="Arial" w:cs="Arial"/>
                <w:lang w:val="en-GB" w:eastAsia="en-GB" w:bidi="hi-IN"/>
              </w:rPr>
              <w:t>9601389535</w:t>
            </w:r>
          </w:p>
        </w:tc>
        <w:tc>
          <w:tcPr>
            <w:tcW w:w="1560" w:type="dxa"/>
          </w:tcPr>
          <w:p w14:paraId="23590C06" w14:textId="77777777" w:rsidR="00405E67" w:rsidRPr="00405E67" w:rsidRDefault="00405E67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</w:p>
        </w:tc>
      </w:tr>
      <w:tr w:rsidR="00405E67" w:rsidRPr="00405E67" w14:paraId="5B4FF1AA" w14:textId="77777777" w:rsidTr="00E237D3">
        <w:trPr>
          <w:cantSplit/>
          <w:tblHeader/>
        </w:trPr>
        <w:tc>
          <w:tcPr>
            <w:tcW w:w="709" w:type="dxa"/>
          </w:tcPr>
          <w:p w14:paraId="69C35AF9" w14:textId="77777777" w:rsidR="00405E67" w:rsidRPr="00405E67" w:rsidRDefault="00405E67" w:rsidP="00405E67">
            <w:pPr>
              <w:spacing w:after="0" w:line="240" w:lineRule="auto"/>
              <w:jc w:val="center"/>
              <w:rPr>
                <w:rFonts w:eastAsia="Arial" w:cs="Arial"/>
                <w:lang w:val="en-GB" w:eastAsia="en-GB" w:bidi="hi-IN"/>
              </w:rPr>
            </w:pPr>
            <w:r w:rsidRPr="00405E67">
              <w:rPr>
                <w:rFonts w:eastAsia="Arial" w:cs="Arial"/>
                <w:lang w:val="en-GB" w:eastAsia="en-GB" w:bidi="hi-IN"/>
              </w:rPr>
              <w:t>11</w:t>
            </w:r>
          </w:p>
        </w:tc>
        <w:tc>
          <w:tcPr>
            <w:tcW w:w="1418" w:type="dxa"/>
          </w:tcPr>
          <w:p w14:paraId="0685EEBB" w14:textId="6B0C9477" w:rsidR="00405E67" w:rsidRPr="00C55D31" w:rsidRDefault="00C55D31" w:rsidP="00405E67">
            <w:pPr>
              <w:spacing w:after="0" w:line="240" w:lineRule="auto"/>
              <w:rPr>
                <w:rFonts w:eastAsia="Arial" w:cs="Shruti"/>
                <w:lang w:val="en-GB" w:eastAsia="en-GB" w:bidi="hi-IN"/>
              </w:rPr>
            </w:pPr>
            <w:r>
              <w:rPr>
                <w:rFonts w:eastAsia="Arial" w:cs="Shruti" w:hint="cs"/>
                <w:cs/>
                <w:lang w:val="en-GB" w:eastAsia="en-GB" w:bidi="gu-IN"/>
              </w:rPr>
              <w:t xml:space="preserve">શિક્ષ્ણ વિદ </w:t>
            </w:r>
          </w:p>
        </w:tc>
        <w:tc>
          <w:tcPr>
            <w:tcW w:w="3260" w:type="dxa"/>
          </w:tcPr>
          <w:p w14:paraId="5B244177" w14:textId="0BE944CA" w:rsidR="00405E67" w:rsidRPr="00C45AE0" w:rsidRDefault="00C45AE0" w:rsidP="00405E67">
            <w:pPr>
              <w:spacing w:after="0" w:line="240" w:lineRule="auto"/>
              <w:rPr>
                <w:rFonts w:eastAsia="Arial" w:cs="Shruti"/>
                <w:lang w:val="en-GB" w:eastAsia="en-GB" w:bidi="gu-IN"/>
              </w:rPr>
            </w:pPr>
            <w:r>
              <w:rPr>
                <w:rFonts w:eastAsia="Arial" w:cs="Shruti" w:hint="cs"/>
                <w:cs/>
                <w:lang w:val="en-GB" w:eastAsia="en-GB" w:bidi="gu-IN"/>
              </w:rPr>
              <w:t xml:space="preserve">લાલભાઈ મનજીભાઈ પરમાર </w:t>
            </w:r>
          </w:p>
        </w:tc>
        <w:tc>
          <w:tcPr>
            <w:tcW w:w="1276" w:type="dxa"/>
          </w:tcPr>
          <w:p w14:paraId="18F061A7" w14:textId="3CA8F9D9" w:rsidR="00405E67" w:rsidRPr="00405E67" w:rsidRDefault="00766A14" w:rsidP="00766A14">
            <w:pPr>
              <w:spacing w:after="0" w:line="240" w:lineRule="auto"/>
              <w:jc w:val="center"/>
              <w:rPr>
                <w:rFonts w:eastAsia="Arial" w:cs="Arial"/>
                <w:lang w:val="en-GB" w:eastAsia="en-GB" w:bidi="hi-IN"/>
              </w:rPr>
            </w:pPr>
            <w:r>
              <w:rPr>
                <w:rFonts w:eastAsia="Arial" w:cs="Arial"/>
                <w:lang w:val="en-GB" w:eastAsia="en-GB" w:bidi="hi-IN"/>
              </w:rPr>
              <w:t>2</w:t>
            </w:r>
          </w:p>
        </w:tc>
        <w:tc>
          <w:tcPr>
            <w:tcW w:w="850" w:type="dxa"/>
          </w:tcPr>
          <w:p w14:paraId="58DEFAF7" w14:textId="53845FB7" w:rsidR="00405E67" w:rsidRPr="00405E67" w:rsidRDefault="002C31E1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  <w:r>
              <w:rPr>
                <w:rFonts w:eastAsia="Arial" w:cs="Arial"/>
                <w:lang w:val="en-GB" w:eastAsia="en-GB" w:bidi="hi-IN"/>
              </w:rPr>
              <w:t>SC</w:t>
            </w:r>
          </w:p>
        </w:tc>
        <w:tc>
          <w:tcPr>
            <w:tcW w:w="1701" w:type="dxa"/>
          </w:tcPr>
          <w:p w14:paraId="7D4EB184" w14:textId="7E9C7046" w:rsidR="00405E67" w:rsidRPr="00405E67" w:rsidRDefault="00921DCE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  <w:r>
              <w:rPr>
                <w:rFonts w:eastAsia="Arial" w:cs="Arial"/>
                <w:lang w:val="en-GB" w:eastAsia="en-GB" w:bidi="hi-IN"/>
              </w:rPr>
              <w:t>7567423905</w:t>
            </w:r>
          </w:p>
        </w:tc>
        <w:tc>
          <w:tcPr>
            <w:tcW w:w="1560" w:type="dxa"/>
          </w:tcPr>
          <w:p w14:paraId="4EFD0259" w14:textId="77777777" w:rsidR="00405E67" w:rsidRPr="00405E67" w:rsidRDefault="00405E67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</w:p>
        </w:tc>
      </w:tr>
      <w:tr w:rsidR="00405E67" w:rsidRPr="00405E67" w14:paraId="0A77EDE2" w14:textId="77777777" w:rsidTr="00E237D3">
        <w:trPr>
          <w:cantSplit/>
          <w:tblHeader/>
        </w:trPr>
        <w:tc>
          <w:tcPr>
            <w:tcW w:w="709" w:type="dxa"/>
          </w:tcPr>
          <w:p w14:paraId="24F6DEBA" w14:textId="77777777" w:rsidR="00405E67" w:rsidRPr="00405E67" w:rsidRDefault="00405E67" w:rsidP="00405E67">
            <w:pPr>
              <w:spacing w:after="0" w:line="240" w:lineRule="auto"/>
              <w:jc w:val="center"/>
              <w:rPr>
                <w:rFonts w:eastAsia="Arial" w:cs="Arial"/>
                <w:lang w:val="en-GB" w:eastAsia="en-GB" w:bidi="hi-IN"/>
              </w:rPr>
            </w:pPr>
            <w:r w:rsidRPr="00405E67">
              <w:rPr>
                <w:rFonts w:eastAsia="Arial" w:cs="Arial"/>
                <w:lang w:val="en-GB" w:eastAsia="en-GB" w:bidi="hi-IN"/>
              </w:rPr>
              <w:t>12</w:t>
            </w:r>
          </w:p>
        </w:tc>
        <w:tc>
          <w:tcPr>
            <w:tcW w:w="1418" w:type="dxa"/>
          </w:tcPr>
          <w:p w14:paraId="2DCB427D" w14:textId="74E5B03F" w:rsidR="00405E67" w:rsidRPr="00C55D31" w:rsidRDefault="00C55D31" w:rsidP="00405E67">
            <w:pPr>
              <w:spacing w:after="0" w:line="240" w:lineRule="auto"/>
              <w:rPr>
                <w:rFonts w:eastAsia="Arial" w:cs="Shruti"/>
                <w:lang w:val="en-GB" w:eastAsia="en-GB" w:bidi="hi-IN"/>
              </w:rPr>
            </w:pPr>
            <w:r>
              <w:rPr>
                <w:rFonts w:eastAsia="Arial" w:cs="Shruti" w:hint="cs"/>
                <w:cs/>
                <w:lang w:val="en-GB" w:eastAsia="en-GB" w:bidi="gu-IN"/>
              </w:rPr>
              <w:t>સ્થાનિક કડિયો</w:t>
            </w:r>
          </w:p>
        </w:tc>
        <w:tc>
          <w:tcPr>
            <w:tcW w:w="3260" w:type="dxa"/>
          </w:tcPr>
          <w:p w14:paraId="69C282BC" w14:textId="41E6E711" w:rsidR="00405E67" w:rsidRPr="00C45AE0" w:rsidRDefault="00C45AE0" w:rsidP="00405E67">
            <w:pPr>
              <w:spacing w:after="0" w:line="240" w:lineRule="auto"/>
              <w:rPr>
                <w:rFonts w:eastAsia="Arial" w:cs="Shruti"/>
                <w:lang w:val="en-GB" w:eastAsia="en-GB" w:bidi="gu-IN"/>
              </w:rPr>
            </w:pPr>
            <w:r>
              <w:rPr>
                <w:rFonts w:eastAsia="Arial" w:cs="Shruti" w:hint="cs"/>
                <w:cs/>
                <w:lang w:val="en-GB" w:eastAsia="en-GB" w:bidi="gu-IN"/>
              </w:rPr>
              <w:t>ચેતનભાઈ વખતાભાઈ ઓડ</w:t>
            </w:r>
          </w:p>
        </w:tc>
        <w:tc>
          <w:tcPr>
            <w:tcW w:w="1276" w:type="dxa"/>
          </w:tcPr>
          <w:p w14:paraId="661E5184" w14:textId="3985C968" w:rsidR="00405E67" w:rsidRPr="00405E67" w:rsidRDefault="00766A14" w:rsidP="00766A14">
            <w:pPr>
              <w:spacing w:after="0" w:line="240" w:lineRule="auto"/>
              <w:jc w:val="center"/>
              <w:rPr>
                <w:rFonts w:eastAsia="Arial" w:cs="Arial"/>
                <w:lang w:val="en-GB" w:eastAsia="en-GB" w:bidi="hi-IN"/>
              </w:rPr>
            </w:pPr>
            <w:r>
              <w:rPr>
                <w:rFonts w:eastAsia="Arial" w:cs="Arial"/>
                <w:lang w:val="en-GB" w:eastAsia="en-GB" w:bidi="hi-IN"/>
              </w:rPr>
              <w:t>-</w:t>
            </w:r>
          </w:p>
        </w:tc>
        <w:tc>
          <w:tcPr>
            <w:tcW w:w="850" w:type="dxa"/>
          </w:tcPr>
          <w:p w14:paraId="342A3262" w14:textId="38F1E721" w:rsidR="00405E67" w:rsidRPr="00405E67" w:rsidRDefault="002C31E1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  <w:r>
              <w:rPr>
                <w:rFonts w:eastAsia="Arial" w:cs="Arial"/>
                <w:lang w:val="en-GB" w:eastAsia="en-GB" w:bidi="hi-IN"/>
              </w:rPr>
              <w:t>OBC</w:t>
            </w:r>
          </w:p>
        </w:tc>
        <w:tc>
          <w:tcPr>
            <w:tcW w:w="1701" w:type="dxa"/>
          </w:tcPr>
          <w:p w14:paraId="51DBB5FD" w14:textId="77777777" w:rsidR="00405E67" w:rsidRPr="00405E67" w:rsidRDefault="00405E67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</w:p>
        </w:tc>
        <w:tc>
          <w:tcPr>
            <w:tcW w:w="1560" w:type="dxa"/>
          </w:tcPr>
          <w:p w14:paraId="74E18353" w14:textId="77777777" w:rsidR="00405E67" w:rsidRPr="00405E67" w:rsidRDefault="00405E67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</w:p>
        </w:tc>
      </w:tr>
      <w:tr w:rsidR="00405E67" w:rsidRPr="00405E67" w14:paraId="53AE7DAF" w14:textId="77777777" w:rsidTr="00BA4A5C">
        <w:trPr>
          <w:cantSplit/>
          <w:tblHeader/>
        </w:trPr>
        <w:tc>
          <w:tcPr>
            <w:tcW w:w="709" w:type="dxa"/>
          </w:tcPr>
          <w:p w14:paraId="35EDABC7" w14:textId="77777777" w:rsidR="00405E67" w:rsidRPr="00405E67" w:rsidRDefault="00405E67" w:rsidP="00405E67">
            <w:pPr>
              <w:spacing w:after="0" w:line="240" w:lineRule="auto"/>
              <w:jc w:val="center"/>
              <w:rPr>
                <w:rFonts w:eastAsia="Arial" w:cs="Arial"/>
                <w:lang w:val="en-GB" w:eastAsia="en-GB" w:bidi="hi-IN"/>
              </w:rPr>
            </w:pPr>
            <w:r w:rsidRPr="00405E67">
              <w:rPr>
                <w:rFonts w:eastAsia="Arial" w:cs="Arial"/>
                <w:lang w:val="en-GB" w:eastAsia="en-GB" w:bidi="hi-IN"/>
              </w:rPr>
              <w:t>13</w:t>
            </w:r>
          </w:p>
        </w:tc>
        <w:tc>
          <w:tcPr>
            <w:tcW w:w="1418" w:type="dxa"/>
          </w:tcPr>
          <w:p w14:paraId="79E3BF5D" w14:textId="5E881056" w:rsidR="00405E67" w:rsidRPr="00C55D31" w:rsidRDefault="00C55D31" w:rsidP="00405E67">
            <w:pPr>
              <w:spacing w:after="0" w:line="240" w:lineRule="auto"/>
              <w:rPr>
                <w:rFonts w:eastAsia="Arial" w:cs="Shruti"/>
                <w:sz w:val="14"/>
                <w:szCs w:val="14"/>
                <w:cs/>
                <w:lang w:val="en-GB" w:eastAsia="en-GB" w:bidi="gu-IN"/>
              </w:rPr>
            </w:pPr>
            <w:r w:rsidRPr="00405E67">
              <w:rPr>
                <w:rFonts w:eastAsia="Arial" w:cs="Shruti"/>
                <w:cs/>
                <w:lang w:val="en-GB" w:eastAsia="en-GB" w:bidi="gu-IN"/>
              </w:rPr>
              <w:t>સભ્યસચિવ</w:t>
            </w:r>
          </w:p>
        </w:tc>
        <w:tc>
          <w:tcPr>
            <w:tcW w:w="3260" w:type="dxa"/>
          </w:tcPr>
          <w:p w14:paraId="31315D54" w14:textId="3DFC3B28" w:rsidR="00405E67" w:rsidRPr="00C55D31" w:rsidRDefault="00C55D31" w:rsidP="00405E67">
            <w:pPr>
              <w:spacing w:after="0" w:line="240" w:lineRule="auto"/>
              <w:rPr>
                <w:rFonts w:eastAsia="Arial" w:cs="Shruti"/>
                <w:lang w:val="en-GB" w:eastAsia="en-GB" w:bidi="gu-IN"/>
              </w:rPr>
            </w:pPr>
            <w:r>
              <w:rPr>
                <w:rFonts w:eastAsia="Arial" w:cs="Shruti" w:hint="cs"/>
                <w:cs/>
                <w:lang w:val="en-GB" w:eastAsia="en-GB" w:bidi="gu-IN"/>
              </w:rPr>
              <w:t xml:space="preserve">સુબાભાઈ કાળાભાઈ ઘટાડ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DD633CF" w14:textId="5C8C70DF" w:rsidR="00405E67" w:rsidRPr="00405E67" w:rsidRDefault="00766A14" w:rsidP="00766A14">
            <w:pPr>
              <w:spacing w:after="0" w:line="240" w:lineRule="auto"/>
              <w:jc w:val="center"/>
              <w:rPr>
                <w:rFonts w:eastAsia="Arial" w:cs="Arial"/>
                <w:lang w:val="en-GB" w:eastAsia="en-GB" w:bidi="hi-IN"/>
              </w:rPr>
            </w:pPr>
            <w:r>
              <w:rPr>
                <w:rFonts w:eastAsia="Arial" w:cs="Arial"/>
                <w:lang w:val="en-GB" w:eastAsia="en-GB" w:bidi="hi-IN"/>
              </w:rPr>
              <w:t>-</w:t>
            </w:r>
          </w:p>
        </w:tc>
        <w:tc>
          <w:tcPr>
            <w:tcW w:w="850" w:type="dxa"/>
          </w:tcPr>
          <w:p w14:paraId="2D8E734D" w14:textId="379E3E76" w:rsidR="00405E67" w:rsidRPr="00405E67" w:rsidRDefault="002C31E1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  <w:r>
              <w:rPr>
                <w:rFonts w:eastAsia="Arial" w:cs="Arial"/>
                <w:lang w:val="en-GB" w:eastAsia="en-GB" w:bidi="hi-IN"/>
              </w:rPr>
              <w:t>SC</w:t>
            </w:r>
          </w:p>
        </w:tc>
        <w:tc>
          <w:tcPr>
            <w:tcW w:w="1701" w:type="dxa"/>
          </w:tcPr>
          <w:p w14:paraId="4CEA286A" w14:textId="244E9964" w:rsidR="00405E67" w:rsidRPr="00405E67" w:rsidRDefault="002C31E1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  <w:r>
              <w:rPr>
                <w:rFonts w:eastAsia="Arial" w:cs="Arial"/>
                <w:lang w:val="en-GB" w:eastAsia="en-GB" w:bidi="hi-IN"/>
              </w:rPr>
              <w:t>9727446975</w:t>
            </w:r>
          </w:p>
        </w:tc>
        <w:tc>
          <w:tcPr>
            <w:tcW w:w="1560" w:type="dxa"/>
          </w:tcPr>
          <w:p w14:paraId="4E1D435F" w14:textId="77777777" w:rsidR="00405E67" w:rsidRPr="00405E67" w:rsidRDefault="00405E67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</w:p>
        </w:tc>
      </w:tr>
      <w:tr w:rsidR="00405E67" w:rsidRPr="00405E67" w14:paraId="646729F3" w14:textId="77777777" w:rsidTr="00BA4A5C">
        <w:trPr>
          <w:cantSplit/>
          <w:tblHeader/>
        </w:trPr>
        <w:tc>
          <w:tcPr>
            <w:tcW w:w="709" w:type="dxa"/>
          </w:tcPr>
          <w:p w14:paraId="68188B2C" w14:textId="74BB9CC0" w:rsidR="00405E67" w:rsidRPr="00405E67" w:rsidRDefault="00405E67" w:rsidP="00405E67">
            <w:pPr>
              <w:spacing w:after="0" w:line="240" w:lineRule="auto"/>
              <w:jc w:val="center"/>
              <w:rPr>
                <w:rFonts w:eastAsia="Arial" w:cs="Arial"/>
                <w:lang w:val="en-GB" w:eastAsia="en-GB" w:bidi="hi-IN"/>
              </w:rPr>
            </w:pPr>
          </w:p>
        </w:tc>
        <w:tc>
          <w:tcPr>
            <w:tcW w:w="1418" w:type="dxa"/>
          </w:tcPr>
          <w:p w14:paraId="10A006B5" w14:textId="0A6B85E3" w:rsidR="00405E67" w:rsidRPr="00C55D31" w:rsidRDefault="00405E67" w:rsidP="00405E67">
            <w:pPr>
              <w:spacing w:after="0" w:line="240" w:lineRule="auto"/>
              <w:rPr>
                <w:rFonts w:eastAsia="Arial" w:cs="Shruti"/>
                <w:sz w:val="14"/>
                <w:szCs w:val="14"/>
                <w:cs/>
                <w:lang w:val="en-GB" w:eastAsia="en-GB" w:bidi="gu-IN"/>
              </w:rPr>
            </w:pPr>
          </w:p>
        </w:tc>
        <w:tc>
          <w:tcPr>
            <w:tcW w:w="3260" w:type="dxa"/>
          </w:tcPr>
          <w:p w14:paraId="662DFA8F" w14:textId="77777777" w:rsidR="00405E67" w:rsidRPr="00405E67" w:rsidRDefault="00405E67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0CF2319E" w14:textId="77777777" w:rsidR="00405E67" w:rsidRPr="00405E67" w:rsidRDefault="00405E67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</w:p>
        </w:tc>
        <w:tc>
          <w:tcPr>
            <w:tcW w:w="850" w:type="dxa"/>
          </w:tcPr>
          <w:p w14:paraId="426642EE" w14:textId="77777777" w:rsidR="00405E67" w:rsidRPr="00405E67" w:rsidRDefault="00405E67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</w:p>
        </w:tc>
        <w:tc>
          <w:tcPr>
            <w:tcW w:w="1701" w:type="dxa"/>
          </w:tcPr>
          <w:p w14:paraId="682277B4" w14:textId="77777777" w:rsidR="00405E67" w:rsidRPr="00405E67" w:rsidRDefault="00405E67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</w:p>
        </w:tc>
        <w:tc>
          <w:tcPr>
            <w:tcW w:w="1560" w:type="dxa"/>
          </w:tcPr>
          <w:p w14:paraId="0D572D07" w14:textId="77777777" w:rsidR="00405E67" w:rsidRPr="00405E67" w:rsidRDefault="00405E67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</w:p>
        </w:tc>
      </w:tr>
      <w:tr w:rsidR="00405E67" w:rsidRPr="00405E67" w14:paraId="5FBD96E0" w14:textId="77777777" w:rsidTr="00BA4A5C">
        <w:trPr>
          <w:cantSplit/>
          <w:tblHeader/>
        </w:trPr>
        <w:tc>
          <w:tcPr>
            <w:tcW w:w="709" w:type="dxa"/>
          </w:tcPr>
          <w:p w14:paraId="64C14942" w14:textId="35DCA004" w:rsidR="00405E67" w:rsidRPr="00405E67" w:rsidRDefault="00405E67" w:rsidP="00405E67">
            <w:pPr>
              <w:spacing w:after="0" w:line="240" w:lineRule="auto"/>
              <w:jc w:val="center"/>
              <w:rPr>
                <w:rFonts w:eastAsia="Arial" w:cs="Arial"/>
                <w:lang w:val="en-GB" w:eastAsia="en-GB" w:bidi="hi-IN"/>
              </w:rPr>
            </w:pPr>
          </w:p>
        </w:tc>
        <w:tc>
          <w:tcPr>
            <w:tcW w:w="1418" w:type="dxa"/>
          </w:tcPr>
          <w:p w14:paraId="66245E16" w14:textId="2AA765E3" w:rsidR="00405E67" w:rsidRPr="00405E67" w:rsidRDefault="00405E67" w:rsidP="00405E67">
            <w:pPr>
              <w:spacing w:after="0" w:line="240" w:lineRule="auto"/>
              <w:rPr>
                <w:rFonts w:eastAsia="Arial" w:cs="Shruti"/>
                <w:sz w:val="14"/>
                <w:szCs w:val="14"/>
                <w:cs/>
                <w:lang w:val="en-GB" w:eastAsia="en-GB" w:bidi="gu-IN"/>
              </w:rPr>
            </w:pPr>
          </w:p>
        </w:tc>
        <w:tc>
          <w:tcPr>
            <w:tcW w:w="3260" w:type="dxa"/>
          </w:tcPr>
          <w:p w14:paraId="1C3A6E87" w14:textId="77777777" w:rsidR="00405E67" w:rsidRPr="00C55D31" w:rsidRDefault="00405E67" w:rsidP="00405E67">
            <w:pPr>
              <w:spacing w:after="0" w:line="240" w:lineRule="auto"/>
              <w:rPr>
                <w:rFonts w:eastAsia="Arial" w:cs="Arial"/>
                <w:lang w:val="en-IN" w:eastAsia="en-GB" w:bidi="hi-IN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08AEE02D" w14:textId="77777777" w:rsidR="00405E67" w:rsidRPr="00405E67" w:rsidRDefault="00405E67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</w:p>
        </w:tc>
        <w:tc>
          <w:tcPr>
            <w:tcW w:w="850" w:type="dxa"/>
          </w:tcPr>
          <w:p w14:paraId="37DADB7D" w14:textId="77777777" w:rsidR="00405E67" w:rsidRPr="00405E67" w:rsidRDefault="00405E67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</w:p>
        </w:tc>
        <w:tc>
          <w:tcPr>
            <w:tcW w:w="1701" w:type="dxa"/>
          </w:tcPr>
          <w:p w14:paraId="62232CA4" w14:textId="77777777" w:rsidR="00405E67" w:rsidRPr="00405E67" w:rsidRDefault="00405E67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</w:p>
        </w:tc>
        <w:tc>
          <w:tcPr>
            <w:tcW w:w="1560" w:type="dxa"/>
          </w:tcPr>
          <w:p w14:paraId="7A746E6F" w14:textId="77777777" w:rsidR="00405E67" w:rsidRPr="00405E67" w:rsidRDefault="00405E67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</w:p>
        </w:tc>
      </w:tr>
      <w:tr w:rsidR="00405E67" w:rsidRPr="00405E67" w14:paraId="38C8251B" w14:textId="77777777" w:rsidTr="007A44D5">
        <w:trPr>
          <w:cantSplit/>
          <w:tblHeader/>
        </w:trPr>
        <w:tc>
          <w:tcPr>
            <w:tcW w:w="709" w:type="dxa"/>
          </w:tcPr>
          <w:p w14:paraId="075207A4" w14:textId="77DFB303" w:rsidR="00405E67" w:rsidRPr="00405E67" w:rsidRDefault="00405E67" w:rsidP="00405E67">
            <w:pPr>
              <w:spacing w:after="0" w:line="240" w:lineRule="auto"/>
              <w:jc w:val="center"/>
              <w:rPr>
                <w:rFonts w:eastAsia="Arial" w:cs="Arial"/>
                <w:lang w:val="en-GB" w:eastAsia="en-GB" w:bidi="hi-IN"/>
              </w:rPr>
            </w:pPr>
          </w:p>
        </w:tc>
        <w:tc>
          <w:tcPr>
            <w:tcW w:w="1418" w:type="dxa"/>
          </w:tcPr>
          <w:p w14:paraId="70FBC025" w14:textId="75C34056" w:rsidR="00405E67" w:rsidRPr="00405E67" w:rsidRDefault="00405E67" w:rsidP="00405E67">
            <w:pPr>
              <w:spacing w:after="0" w:line="240" w:lineRule="auto"/>
              <w:rPr>
                <w:rFonts w:eastAsia="Arial" w:cs="Shruti"/>
                <w:cs/>
                <w:lang w:val="en-GB" w:eastAsia="en-GB" w:bidi="gu-IN"/>
              </w:rPr>
            </w:pPr>
          </w:p>
        </w:tc>
        <w:tc>
          <w:tcPr>
            <w:tcW w:w="3260" w:type="dxa"/>
          </w:tcPr>
          <w:p w14:paraId="050733AC" w14:textId="3B4EE622" w:rsidR="00405E67" w:rsidRPr="00C55D31" w:rsidRDefault="00405E67" w:rsidP="00405E67">
            <w:pPr>
              <w:spacing w:after="0" w:line="240" w:lineRule="auto"/>
              <w:rPr>
                <w:rFonts w:eastAsia="Arial" w:cs="Shruti"/>
                <w:lang w:val="en-GB" w:eastAsia="en-GB" w:bidi="gu-IN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0055F414" w14:textId="77777777" w:rsidR="00405E67" w:rsidRPr="00405E67" w:rsidRDefault="00405E67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</w:p>
        </w:tc>
        <w:tc>
          <w:tcPr>
            <w:tcW w:w="850" w:type="dxa"/>
          </w:tcPr>
          <w:p w14:paraId="7C814548" w14:textId="0E3FB1DF" w:rsidR="00405E67" w:rsidRPr="00C55D31" w:rsidRDefault="00405E67" w:rsidP="00405E67">
            <w:pPr>
              <w:spacing w:after="0" w:line="240" w:lineRule="auto"/>
              <w:rPr>
                <w:rFonts w:eastAsia="Arial"/>
                <w:lang w:val="en-GB" w:eastAsia="en-GB" w:bidi="hi-IN"/>
              </w:rPr>
            </w:pPr>
          </w:p>
        </w:tc>
        <w:tc>
          <w:tcPr>
            <w:tcW w:w="1701" w:type="dxa"/>
          </w:tcPr>
          <w:p w14:paraId="064BC6D5" w14:textId="4C045F62" w:rsidR="00405E67" w:rsidRPr="00C55D31" w:rsidRDefault="00405E67" w:rsidP="00405E67">
            <w:pPr>
              <w:spacing w:after="0" w:line="240" w:lineRule="auto"/>
              <w:rPr>
                <w:rFonts w:eastAsia="Arial" w:cs="Shruti"/>
                <w:lang w:val="en-IN" w:eastAsia="en-GB" w:bidi="gu-IN"/>
              </w:rPr>
            </w:pPr>
          </w:p>
        </w:tc>
        <w:tc>
          <w:tcPr>
            <w:tcW w:w="1560" w:type="dxa"/>
          </w:tcPr>
          <w:p w14:paraId="24179BFE" w14:textId="77777777" w:rsidR="00405E67" w:rsidRPr="00405E67" w:rsidRDefault="00405E67" w:rsidP="00405E67">
            <w:pPr>
              <w:spacing w:after="0" w:line="240" w:lineRule="auto"/>
              <w:rPr>
                <w:rFonts w:eastAsia="Arial" w:cs="Arial"/>
                <w:lang w:val="en-GB" w:eastAsia="en-GB" w:bidi="hi-IN"/>
              </w:rPr>
            </w:pPr>
          </w:p>
        </w:tc>
      </w:tr>
    </w:tbl>
    <w:p w14:paraId="714461BC" w14:textId="77777777" w:rsidR="001C00E4" w:rsidRDefault="001C00E4" w:rsidP="001C00E4">
      <w:r>
        <w:br/>
      </w:r>
    </w:p>
    <w:p w14:paraId="67665CD6" w14:textId="77777777" w:rsidR="001C00E4" w:rsidRDefault="001C00E4" w:rsidP="001C00E4">
      <w:r>
        <w:rPr>
          <w:rFonts w:cs="Shruti"/>
          <w:i/>
          <w:iCs/>
          <w:cs/>
          <w:lang w:bidi="gu-IN"/>
        </w:rPr>
        <w:t>નોંધ</w:t>
      </w:r>
      <w:r>
        <w:rPr>
          <w:i/>
        </w:rPr>
        <w:t xml:space="preserve">: </w:t>
      </w:r>
      <w:r>
        <w:rPr>
          <w:rFonts w:cs="Shruti"/>
          <w:i/>
          <w:iCs/>
          <w:cs/>
          <w:lang w:bidi="gu-IN"/>
        </w:rPr>
        <w:t>આ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યાદી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શાળાના</w:t>
      </w:r>
      <w:r>
        <w:rPr>
          <w:i/>
        </w:rPr>
        <w:t xml:space="preserve"> SMC </w:t>
      </w:r>
      <w:r>
        <w:rPr>
          <w:rFonts w:cs="Shruti"/>
          <w:i/>
          <w:iCs/>
          <w:cs/>
          <w:lang w:bidi="gu-IN"/>
        </w:rPr>
        <w:t>ઠરાવ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બુક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મુજબ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પ્રમાણિત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કરવામાં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આવેલ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છે</w:t>
      </w:r>
      <w:r>
        <w:rPr>
          <w:i/>
        </w:rPr>
        <w:t xml:space="preserve">. </w:t>
      </w:r>
      <w:r>
        <w:rPr>
          <w:rFonts w:cs="Shruti"/>
          <w:i/>
          <w:iCs/>
          <w:cs/>
          <w:lang w:bidi="gu-IN"/>
        </w:rPr>
        <w:t>સમિતિમાં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૫૦</w:t>
      </w:r>
      <w:r>
        <w:rPr>
          <w:i/>
        </w:rPr>
        <w:t xml:space="preserve">% </w:t>
      </w:r>
      <w:r>
        <w:rPr>
          <w:rFonts w:cs="Shruti"/>
          <w:i/>
          <w:iCs/>
          <w:cs/>
          <w:lang w:bidi="gu-IN"/>
        </w:rPr>
        <w:t>મહિલા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સભ્યોની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ભાગીદારી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સુનિશ્ચિત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કરવામાં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આવેલ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છે</w:t>
      </w:r>
      <w:r>
        <w:rPr>
          <w:i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1C00E4" w14:paraId="01452C9E" w14:textId="77777777" w:rsidTr="00E237D3">
        <w:tc>
          <w:tcPr>
            <w:tcW w:w="4320" w:type="dxa"/>
          </w:tcPr>
          <w:p w14:paraId="5D045B2D" w14:textId="6865710D" w:rsidR="001C00E4" w:rsidRDefault="001C00E4" w:rsidP="00E237D3">
            <w:r>
              <w:rPr>
                <w:rFonts w:cs="Shruti"/>
                <w:cs/>
                <w:lang w:bidi="gu-IN"/>
              </w:rPr>
              <w:t>સ્થળ</w:t>
            </w:r>
            <w:r>
              <w:t>:</w:t>
            </w:r>
            <w:r w:rsidR="00064758">
              <w:rPr>
                <w:rFonts w:cs="Shruti" w:hint="cs"/>
                <w:cs/>
                <w:lang w:bidi="gu-IN"/>
              </w:rPr>
              <w:t xml:space="preserve"> </w:t>
            </w:r>
            <w:r w:rsidR="008E13CA">
              <w:rPr>
                <w:rFonts w:cs="Shruti" w:hint="cs"/>
                <w:cs/>
                <w:lang w:bidi="gu-IN"/>
              </w:rPr>
              <w:t xml:space="preserve">ઢાંકણ્રીયાવાસ પ્રાથમિક શાળા </w:t>
            </w:r>
            <w:r>
              <w:t xml:space="preserve">, </w:t>
            </w:r>
            <w:r>
              <w:br/>
            </w:r>
            <w:r w:rsidR="00C3559A" w:rsidRPr="00A052A9">
              <w:rPr>
                <w:rFonts w:cs="Shruti"/>
                <w:sz w:val="20"/>
                <w:szCs w:val="20"/>
                <w:cs/>
                <w:lang w:bidi="gu-IN"/>
              </w:rPr>
              <w:t>તારીખ</w:t>
            </w:r>
            <w:r w:rsidR="00C3559A" w:rsidRPr="00A052A9">
              <w:rPr>
                <w:sz w:val="20"/>
                <w:szCs w:val="20"/>
              </w:rPr>
              <w:t xml:space="preserve">:       </w:t>
            </w:r>
            <w:r w:rsidR="008E13CA">
              <w:rPr>
                <w:sz w:val="20"/>
                <w:szCs w:val="20"/>
              </w:rPr>
              <w:t>21/08/2026</w:t>
            </w:r>
          </w:p>
        </w:tc>
        <w:tc>
          <w:tcPr>
            <w:tcW w:w="4320" w:type="dxa"/>
          </w:tcPr>
          <w:p w14:paraId="0B2ABA99" w14:textId="77777777" w:rsidR="001C00E4" w:rsidRDefault="001C00E4" w:rsidP="00E237D3">
            <w:pPr>
              <w:jc w:val="right"/>
            </w:pPr>
            <w:r>
              <w:rPr>
                <w:rFonts w:cs="Shruti"/>
                <w:cs/>
                <w:lang w:bidi="gu-IN"/>
              </w:rPr>
              <w:t>આચાર્યશ્રીની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સહી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અને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સિક્કો</w:t>
            </w:r>
          </w:p>
        </w:tc>
      </w:tr>
    </w:tbl>
    <w:p w14:paraId="55CD633E" w14:textId="77777777" w:rsidR="001C00E4" w:rsidRDefault="001C00E4" w:rsidP="001C00E4"/>
    <w:p w14:paraId="10CB1CB8" w14:textId="77777777" w:rsidR="003D3E34" w:rsidRDefault="003D3E34" w:rsidP="00DF56EC">
      <w:pPr>
        <w:spacing w:after="0" w:line="240" w:lineRule="auto"/>
        <w:rPr>
          <w:rFonts w:cs="Shruti"/>
          <w:sz w:val="28"/>
          <w:szCs w:val="28"/>
          <w:u w:val="single"/>
          <w:lang w:bidi="gu-IN"/>
        </w:rPr>
      </w:pPr>
    </w:p>
    <w:p w14:paraId="7ABF1FE6" w14:textId="77777777" w:rsidR="003D3E34" w:rsidRDefault="003D3E34" w:rsidP="00502A5D">
      <w:pPr>
        <w:spacing w:after="0" w:line="240" w:lineRule="auto"/>
        <w:jc w:val="center"/>
        <w:rPr>
          <w:rFonts w:cs="Shruti"/>
          <w:sz w:val="28"/>
          <w:szCs w:val="28"/>
          <w:u w:val="single"/>
          <w:lang w:bidi="gu-IN"/>
        </w:rPr>
      </w:pPr>
    </w:p>
    <w:p w14:paraId="1E63FFEC" w14:textId="77777777" w:rsidR="003D3E34" w:rsidRDefault="003D3E34" w:rsidP="00502A5D">
      <w:pPr>
        <w:spacing w:after="0" w:line="240" w:lineRule="auto"/>
        <w:jc w:val="center"/>
        <w:rPr>
          <w:rFonts w:cs="Shruti"/>
          <w:sz w:val="28"/>
          <w:szCs w:val="28"/>
          <w:u w:val="single"/>
          <w:lang w:bidi="gu-IN"/>
        </w:rPr>
      </w:pPr>
    </w:p>
    <w:p w14:paraId="65634CBF" w14:textId="60C67803" w:rsidR="00502A5D" w:rsidRDefault="002546D1" w:rsidP="00502A5D">
      <w:pPr>
        <w:spacing w:after="0" w:line="240" w:lineRule="auto"/>
        <w:jc w:val="center"/>
        <w:rPr>
          <w:rFonts w:cs="Shruti"/>
          <w:b/>
          <w:u w:val="single"/>
          <w:lang w:val="en-IN" w:bidi="gu-IN"/>
        </w:rPr>
      </w:pPr>
      <w:r>
        <w:rPr>
          <w:rFonts w:cs="Shruti" w:hint="cs"/>
          <w:sz w:val="28"/>
          <w:szCs w:val="28"/>
          <w:u w:val="single"/>
          <w:cs/>
          <w:lang w:bidi="gu-IN"/>
        </w:rPr>
        <w:t>ઢાંકણ્રીયાવાસ પ્રાથમિક શાળા તા- લાખણી જિલ્લો - વાવ-થરાદ ડાયસ કોડ: 24021300207</w:t>
      </w:r>
    </w:p>
    <w:p w14:paraId="1A250CEC" w14:textId="77777777" w:rsidR="005D7E8D" w:rsidRDefault="000E578D" w:rsidP="005D7E8D">
      <w:pPr>
        <w:tabs>
          <w:tab w:val="left" w:pos="2835"/>
        </w:tabs>
        <w:spacing w:line="240" w:lineRule="auto"/>
        <w:jc w:val="center"/>
        <w:rPr>
          <w:rFonts w:cs="Shruti"/>
          <w:sz w:val="28"/>
          <w:szCs w:val="28"/>
          <w:lang w:bidi="gu-IN"/>
        </w:rPr>
      </w:pPr>
      <w:r w:rsidRPr="000E578D">
        <w:rPr>
          <w:rFonts w:cs="Shruti"/>
          <w:sz w:val="28"/>
          <w:szCs w:val="28"/>
          <w:cs/>
          <w:lang w:bidi="gu-IN"/>
        </w:rPr>
        <w:t>ફાયર સેફ્ટીનું પ્રમાણપત્ર</w:t>
      </w:r>
    </w:p>
    <w:p w14:paraId="1A6D796D" w14:textId="77777777" w:rsidR="008319A0" w:rsidRDefault="008319A0" w:rsidP="008319A0">
      <w:pPr>
        <w:pStyle w:val="Heading1"/>
      </w:pPr>
      <w:r>
        <w:rPr>
          <w:rFonts w:cs="Shruti"/>
          <w:cs/>
          <w:lang w:bidi="gu-IN"/>
        </w:rPr>
        <w:t>ફાયર</w:t>
      </w:r>
      <w:r>
        <w:t xml:space="preserve"> </w:t>
      </w:r>
      <w:r>
        <w:rPr>
          <w:rFonts w:cs="Shruti"/>
          <w:cs/>
          <w:lang w:bidi="gu-IN"/>
        </w:rPr>
        <w:t>સેફ્ટી</w:t>
      </w:r>
      <w:r>
        <w:t xml:space="preserve"> </w:t>
      </w:r>
      <w:r>
        <w:rPr>
          <w:rFonts w:cs="Shruti"/>
          <w:cs/>
          <w:lang w:bidi="gu-IN"/>
        </w:rPr>
        <w:t>પ્રમાણપત્ર</w:t>
      </w:r>
      <w:r>
        <w:t xml:space="preserve"> (Fire NOC)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સાધનોની</w:t>
      </w:r>
      <w:r>
        <w:t xml:space="preserve"> </w:t>
      </w:r>
      <w:r>
        <w:rPr>
          <w:rFonts w:cs="Shruti"/>
          <w:cs/>
          <w:lang w:bidi="gu-IN"/>
        </w:rPr>
        <w:t>વિગત</w:t>
      </w:r>
    </w:p>
    <w:p w14:paraId="74D80D35" w14:textId="77777777" w:rsidR="008319A0" w:rsidRDefault="008319A0" w:rsidP="008319A0">
      <w:pPr>
        <w:pStyle w:val="Heading2"/>
      </w:pPr>
      <w:r>
        <w:rPr>
          <w:rFonts w:cs="Shruti"/>
          <w:cs/>
          <w:lang w:bidi="gu-IN"/>
        </w:rPr>
        <w:t>૧</w:t>
      </w:r>
      <w:r>
        <w:t xml:space="preserve">. </w:t>
      </w:r>
      <w:r>
        <w:rPr>
          <w:rFonts w:cs="Shruti"/>
          <w:cs/>
          <w:lang w:bidi="gu-IN"/>
        </w:rPr>
        <w:t>ફાયર</w:t>
      </w:r>
      <w:r>
        <w:t xml:space="preserve"> </w:t>
      </w:r>
      <w:r>
        <w:rPr>
          <w:rFonts w:cs="Shruti"/>
          <w:cs/>
          <w:lang w:bidi="gu-IN"/>
        </w:rPr>
        <w:t>સેફ્ટી</w:t>
      </w:r>
      <w:r>
        <w:t xml:space="preserve"> </w:t>
      </w:r>
      <w:r>
        <w:rPr>
          <w:rFonts w:cs="Shruti"/>
          <w:cs/>
          <w:lang w:bidi="gu-IN"/>
        </w:rPr>
        <w:t>પ્રમાણપત્ર</w:t>
      </w:r>
      <w:r>
        <w:t xml:space="preserve"> (Fire NOC) </w:t>
      </w:r>
      <w:r>
        <w:rPr>
          <w:rFonts w:cs="Shruti"/>
          <w:cs/>
          <w:lang w:bidi="gu-IN"/>
        </w:rPr>
        <w:t>ની</w:t>
      </w:r>
      <w:r>
        <w:t xml:space="preserve"> </w:t>
      </w:r>
      <w:r>
        <w:rPr>
          <w:rFonts w:cs="Shruti"/>
          <w:cs/>
          <w:lang w:bidi="gu-IN"/>
        </w:rPr>
        <w:t>વિગતો</w:t>
      </w:r>
      <w:r>
        <w:t>:</w:t>
      </w:r>
    </w:p>
    <w:p w14:paraId="1F7F9674" w14:textId="77777777" w:rsidR="008319A0" w:rsidRDefault="008319A0" w:rsidP="008319A0">
      <w:pPr>
        <w:spacing w:after="0" w:line="240" w:lineRule="auto"/>
      </w:pPr>
      <w:r>
        <w:rPr>
          <w:rFonts w:cs="Shruti"/>
          <w:cs/>
          <w:lang w:bidi="gu-IN"/>
        </w:rPr>
        <w:t>પ્રમાણપત્ર</w:t>
      </w:r>
      <w:r>
        <w:t xml:space="preserve"> </w:t>
      </w:r>
      <w:r>
        <w:rPr>
          <w:rFonts w:cs="Shruti"/>
          <w:cs/>
          <w:lang w:bidi="gu-IN"/>
        </w:rPr>
        <w:t>નંબર</w:t>
      </w:r>
      <w:r>
        <w:t>: ____________________________________</w:t>
      </w:r>
    </w:p>
    <w:p w14:paraId="7CBB9EB4" w14:textId="77777777" w:rsidR="008319A0" w:rsidRDefault="008319A0" w:rsidP="008319A0">
      <w:pPr>
        <w:spacing w:after="0" w:line="240" w:lineRule="auto"/>
      </w:pPr>
      <w:r>
        <w:rPr>
          <w:rFonts w:cs="Shruti"/>
          <w:cs/>
          <w:lang w:bidi="gu-IN"/>
        </w:rPr>
        <w:t>પ્રમાણપત્ર</w:t>
      </w:r>
      <w:r>
        <w:t xml:space="preserve"> </w:t>
      </w:r>
      <w:r>
        <w:rPr>
          <w:rFonts w:cs="Shruti"/>
          <w:cs/>
          <w:lang w:bidi="gu-IN"/>
        </w:rPr>
        <w:t>ઇશ્યૂ</w:t>
      </w:r>
      <w:r>
        <w:t xml:space="preserve"> </w:t>
      </w:r>
      <w:r>
        <w:rPr>
          <w:rFonts w:cs="Shruti"/>
          <w:cs/>
          <w:lang w:bidi="gu-IN"/>
        </w:rPr>
        <w:t>કરનાર</w:t>
      </w:r>
      <w:r>
        <w:t xml:space="preserve"> </w:t>
      </w:r>
      <w:r>
        <w:rPr>
          <w:rFonts w:cs="Shruti"/>
          <w:cs/>
          <w:lang w:bidi="gu-IN"/>
        </w:rPr>
        <w:t>ઓથોરિટી</w:t>
      </w:r>
      <w:r>
        <w:t>: ____________________________________</w:t>
      </w:r>
    </w:p>
    <w:p w14:paraId="44C452EE" w14:textId="77777777" w:rsidR="008319A0" w:rsidRDefault="008319A0" w:rsidP="008319A0">
      <w:pPr>
        <w:spacing w:after="0" w:line="240" w:lineRule="auto"/>
      </w:pPr>
      <w:r>
        <w:t xml:space="preserve">NOC </w:t>
      </w:r>
      <w:r>
        <w:rPr>
          <w:rFonts w:cs="Shruti"/>
          <w:cs/>
          <w:lang w:bidi="gu-IN"/>
        </w:rPr>
        <w:t>ઇશ્યૂ</w:t>
      </w:r>
      <w:r>
        <w:t xml:space="preserve"> </w:t>
      </w:r>
      <w:r>
        <w:rPr>
          <w:rFonts w:cs="Shruti"/>
          <w:cs/>
          <w:lang w:bidi="gu-IN"/>
        </w:rPr>
        <w:t>થયાની</w:t>
      </w:r>
      <w:r>
        <w:t xml:space="preserve"> </w:t>
      </w:r>
      <w:r>
        <w:rPr>
          <w:rFonts w:cs="Shruti"/>
          <w:cs/>
          <w:lang w:bidi="gu-IN"/>
        </w:rPr>
        <w:t>તારીખ</w:t>
      </w:r>
      <w:r>
        <w:t>: ____________________________________</w:t>
      </w:r>
    </w:p>
    <w:p w14:paraId="3AAE51E6" w14:textId="77777777" w:rsidR="008319A0" w:rsidRDefault="008319A0" w:rsidP="008319A0">
      <w:pPr>
        <w:spacing w:after="0" w:line="240" w:lineRule="auto"/>
      </w:pPr>
      <w:r>
        <w:t xml:space="preserve">NOC </w:t>
      </w:r>
      <w:r>
        <w:rPr>
          <w:rFonts w:cs="Shruti"/>
          <w:cs/>
          <w:lang w:bidi="gu-IN"/>
        </w:rPr>
        <w:t>ની</w:t>
      </w:r>
      <w:r>
        <w:t xml:space="preserve"> </w:t>
      </w:r>
      <w:r>
        <w:rPr>
          <w:rFonts w:cs="Shruti"/>
          <w:cs/>
          <w:lang w:bidi="gu-IN"/>
        </w:rPr>
        <w:t>માન્યતા</w:t>
      </w:r>
      <w:r>
        <w:t xml:space="preserve"> (Valid Up To): ____________________________________</w:t>
      </w:r>
      <w:r>
        <w:br/>
      </w:r>
    </w:p>
    <w:p w14:paraId="4C88AB70" w14:textId="77777777" w:rsidR="008319A0" w:rsidRDefault="008319A0" w:rsidP="008319A0">
      <w:pPr>
        <w:pStyle w:val="Heading2"/>
      </w:pPr>
      <w:r>
        <w:rPr>
          <w:rFonts w:cs="Shruti"/>
          <w:cs/>
          <w:lang w:bidi="gu-IN"/>
        </w:rPr>
        <w:t>૨</w:t>
      </w:r>
      <w:r>
        <w:t xml:space="preserve">. </w:t>
      </w:r>
      <w:r>
        <w:rPr>
          <w:rFonts w:cs="Shruti"/>
          <w:cs/>
          <w:lang w:bidi="gu-IN"/>
        </w:rPr>
        <w:t>શાળામાં</w:t>
      </w:r>
      <w:r>
        <w:t xml:space="preserve"> </w:t>
      </w:r>
      <w:r>
        <w:rPr>
          <w:rFonts w:cs="Shruti"/>
          <w:cs/>
          <w:lang w:bidi="gu-IN"/>
        </w:rPr>
        <w:t>ઉપલબ્ધ</w:t>
      </w:r>
      <w:r>
        <w:t xml:space="preserve"> </w:t>
      </w:r>
      <w:r>
        <w:rPr>
          <w:rFonts w:cs="Shruti"/>
          <w:cs/>
          <w:lang w:bidi="gu-IN"/>
        </w:rPr>
        <w:t>ફાયર</w:t>
      </w:r>
      <w:r>
        <w:t xml:space="preserve"> </w:t>
      </w:r>
      <w:r>
        <w:rPr>
          <w:rFonts w:cs="Shruti"/>
          <w:cs/>
          <w:lang w:bidi="gu-IN"/>
        </w:rPr>
        <w:t>સેફ્ટી</w:t>
      </w:r>
      <w:r>
        <w:t xml:space="preserve"> </w:t>
      </w:r>
      <w:r>
        <w:rPr>
          <w:rFonts w:cs="Shruti"/>
          <w:cs/>
          <w:lang w:bidi="gu-IN"/>
        </w:rPr>
        <w:t>સાધનોની</w:t>
      </w:r>
      <w:r>
        <w:t xml:space="preserve"> </w:t>
      </w:r>
      <w:r>
        <w:rPr>
          <w:rFonts w:cs="Shruti"/>
          <w:cs/>
          <w:lang w:bidi="gu-IN"/>
        </w:rPr>
        <w:t>વિગત</w:t>
      </w:r>
      <w:r>
        <w:t>:</w:t>
      </w: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534"/>
        <w:gridCol w:w="4961"/>
        <w:gridCol w:w="1701"/>
        <w:gridCol w:w="2268"/>
      </w:tblGrid>
      <w:tr w:rsidR="008319A0" w14:paraId="245F250D" w14:textId="77777777" w:rsidTr="008319A0">
        <w:tc>
          <w:tcPr>
            <w:tcW w:w="534" w:type="dxa"/>
          </w:tcPr>
          <w:p w14:paraId="3225BB15" w14:textId="77777777" w:rsidR="008319A0" w:rsidRDefault="008319A0" w:rsidP="000A35F0">
            <w:pPr>
              <w:jc w:val="center"/>
            </w:pPr>
            <w:r>
              <w:rPr>
                <w:rFonts w:cs="Shruti"/>
                <w:b/>
                <w:bCs/>
                <w:cs/>
                <w:lang w:bidi="gu-IN"/>
              </w:rPr>
              <w:t>ક્રમ</w:t>
            </w:r>
          </w:p>
        </w:tc>
        <w:tc>
          <w:tcPr>
            <w:tcW w:w="4961" w:type="dxa"/>
          </w:tcPr>
          <w:p w14:paraId="6C86F4D6" w14:textId="77777777" w:rsidR="008319A0" w:rsidRDefault="008319A0" w:rsidP="000A35F0">
            <w:pPr>
              <w:jc w:val="center"/>
            </w:pPr>
            <w:r>
              <w:rPr>
                <w:rFonts w:cs="Shruti"/>
                <w:b/>
                <w:bCs/>
                <w:cs/>
                <w:lang w:bidi="gu-IN"/>
              </w:rPr>
              <w:t>સાધનનું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નામ</w:t>
            </w:r>
          </w:p>
        </w:tc>
        <w:tc>
          <w:tcPr>
            <w:tcW w:w="1701" w:type="dxa"/>
          </w:tcPr>
          <w:p w14:paraId="106B9847" w14:textId="77777777" w:rsidR="008319A0" w:rsidRDefault="008319A0" w:rsidP="000A35F0">
            <w:pPr>
              <w:jc w:val="center"/>
            </w:pPr>
            <w:r>
              <w:rPr>
                <w:rFonts w:cs="Shruti"/>
                <w:b/>
                <w:bCs/>
                <w:cs/>
                <w:lang w:bidi="gu-IN"/>
              </w:rPr>
              <w:t>ઉપલબ્ધ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સંખ્યા</w:t>
            </w:r>
          </w:p>
        </w:tc>
        <w:tc>
          <w:tcPr>
            <w:tcW w:w="2268" w:type="dxa"/>
          </w:tcPr>
          <w:p w14:paraId="0ABD89E1" w14:textId="77777777" w:rsidR="008319A0" w:rsidRDefault="008319A0" w:rsidP="000A35F0">
            <w:pPr>
              <w:jc w:val="center"/>
            </w:pPr>
            <w:r>
              <w:rPr>
                <w:rFonts w:cs="Shruti"/>
                <w:b/>
                <w:bCs/>
                <w:cs/>
                <w:lang w:bidi="gu-IN"/>
              </w:rPr>
              <w:t>કાર્યરત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છે</w:t>
            </w:r>
            <w:r>
              <w:rPr>
                <w:b/>
              </w:rPr>
              <w:t>? (</w:t>
            </w:r>
            <w:r>
              <w:rPr>
                <w:rFonts w:cs="Shruti"/>
                <w:b/>
                <w:bCs/>
                <w:cs/>
                <w:lang w:bidi="gu-IN"/>
              </w:rPr>
              <w:t>હા</w:t>
            </w:r>
            <w:r>
              <w:rPr>
                <w:b/>
              </w:rPr>
              <w:t>/</w:t>
            </w:r>
            <w:r>
              <w:rPr>
                <w:rFonts w:cs="Shruti"/>
                <w:b/>
                <w:bCs/>
                <w:cs/>
                <w:lang w:bidi="gu-IN"/>
              </w:rPr>
              <w:t>ના</w:t>
            </w:r>
            <w:r>
              <w:rPr>
                <w:b/>
              </w:rPr>
              <w:t>)</w:t>
            </w:r>
          </w:p>
        </w:tc>
      </w:tr>
      <w:tr w:rsidR="008319A0" w14:paraId="09C10ADE" w14:textId="77777777" w:rsidTr="008319A0">
        <w:tc>
          <w:tcPr>
            <w:tcW w:w="534" w:type="dxa"/>
          </w:tcPr>
          <w:p w14:paraId="711D32EB" w14:textId="77777777" w:rsidR="008319A0" w:rsidRDefault="008319A0" w:rsidP="008319A0">
            <w:pPr>
              <w:jc w:val="center"/>
            </w:pPr>
            <w:r>
              <w:t>1</w:t>
            </w:r>
          </w:p>
        </w:tc>
        <w:tc>
          <w:tcPr>
            <w:tcW w:w="4961" w:type="dxa"/>
          </w:tcPr>
          <w:p w14:paraId="0837615A" w14:textId="77777777" w:rsidR="008319A0" w:rsidRPr="0038226C" w:rsidRDefault="008319A0" w:rsidP="00E237D3">
            <w:pPr>
              <w:rPr>
                <w:sz w:val="20"/>
                <w:szCs w:val="20"/>
              </w:rPr>
            </w:pPr>
            <w:r w:rsidRPr="0038226C">
              <w:rPr>
                <w:rFonts w:cs="Shruti"/>
                <w:sz w:val="20"/>
                <w:szCs w:val="20"/>
                <w:cs/>
                <w:lang w:bidi="gu-IN"/>
              </w:rPr>
              <w:t>ફાયર</w:t>
            </w:r>
            <w:r w:rsidRPr="0038226C">
              <w:rPr>
                <w:sz w:val="20"/>
                <w:szCs w:val="20"/>
              </w:rPr>
              <w:t xml:space="preserve"> </w:t>
            </w:r>
            <w:r w:rsidRPr="0038226C">
              <w:rPr>
                <w:rFonts w:cs="Shruti"/>
                <w:sz w:val="20"/>
                <w:szCs w:val="20"/>
                <w:cs/>
                <w:lang w:bidi="gu-IN"/>
              </w:rPr>
              <w:t>એક્સટિંગ્વિશર</w:t>
            </w:r>
            <w:r w:rsidRPr="0038226C">
              <w:rPr>
                <w:sz w:val="20"/>
                <w:szCs w:val="20"/>
              </w:rPr>
              <w:t xml:space="preserve"> (Fire Extinguisher)</w:t>
            </w:r>
          </w:p>
        </w:tc>
        <w:tc>
          <w:tcPr>
            <w:tcW w:w="1701" w:type="dxa"/>
          </w:tcPr>
          <w:p w14:paraId="4F9E7676" w14:textId="4DA719B9" w:rsidR="008319A0" w:rsidRPr="00064758" w:rsidRDefault="00064758" w:rsidP="00716345">
            <w:pPr>
              <w:jc w:val="center"/>
              <w:rPr>
                <w:rFonts w:cs="Shruti"/>
                <w:lang w:bidi="gu-IN"/>
              </w:rPr>
            </w:pPr>
            <w:r>
              <w:rPr>
                <w:rFonts w:cs="Shruti" w:hint="cs"/>
                <w:cs/>
                <w:lang w:bidi="gu-IN"/>
              </w:rPr>
              <w:t xml:space="preserve">4 </w:t>
            </w:r>
          </w:p>
        </w:tc>
        <w:tc>
          <w:tcPr>
            <w:tcW w:w="2268" w:type="dxa"/>
          </w:tcPr>
          <w:p w14:paraId="0D3372A0" w14:textId="77777777" w:rsidR="008319A0" w:rsidRDefault="00716345" w:rsidP="00716345">
            <w:pPr>
              <w:jc w:val="center"/>
            </w:pPr>
            <w:r>
              <w:rPr>
                <w:rFonts w:cs="Shruti"/>
                <w:b/>
                <w:bCs/>
                <w:cs/>
                <w:lang w:bidi="gu-IN"/>
              </w:rPr>
              <w:t>હા</w:t>
            </w:r>
          </w:p>
        </w:tc>
      </w:tr>
      <w:tr w:rsidR="008319A0" w14:paraId="433D3839" w14:textId="77777777" w:rsidTr="008319A0">
        <w:tc>
          <w:tcPr>
            <w:tcW w:w="534" w:type="dxa"/>
          </w:tcPr>
          <w:p w14:paraId="4DCA969A" w14:textId="77777777" w:rsidR="008319A0" w:rsidRDefault="008319A0" w:rsidP="008319A0">
            <w:pPr>
              <w:jc w:val="center"/>
            </w:pPr>
            <w:r>
              <w:t>2</w:t>
            </w:r>
          </w:p>
        </w:tc>
        <w:tc>
          <w:tcPr>
            <w:tcW w:w="4961" w:type="dxa"/>
          </w:tcPr>
          <w:p w14:paraId="7000755F" w14:textId="77777777" w:rsidR="008319A0" w:rsidRPr="0038226C" w:rsidRDefault="008319A0" w:rsidP="00E237D3">
            <w:pPr>
              <w:rPr>
                <w:sz w:val="20"/>
                <w:szCs w:val="20"/>
              </w:rPr>
            </w:pPr>
            <w:r w:rsidRPr="0038226C">
              <w:rPr>
                <w:rFonts w:cs="Shruti"/>
                <w:sz w:val="20"/>
                <w:szCs w:val="20"/>
                <w:cs/>
                <w:lang w:bidi="gu-IN"/>
              </w:rPr>
              <w:t>રેતી</w:t>
            </w:r>
            <w:r w:rsidRPr="0038226C">
              <w:rPr>
                <w:sz w:val="20"/>
                <w:szCs w:val="20"/>
              </w:rPr>
              <w:t xml:space="preserve"> </w:t>
            </w:r>
            <w:r w:rsidRPr="0038226C">
              <w:rPr>
                <w:rFonts w:cs="Shruti"/>
                <w:sz w:val="20"/>
                <w:szCs w:val="20"/>
                <w:cs/>
                <w:lang w:bidi="gu-IN"/>
              </w:rPr>
              <w:t>ભરેલી</w:t>
            </w:r>
            <w:r w:rsidRPr="0038226C">
              <w:rPr>
                <w:sz w:val="20"/>
                <w:szCs w:val="20"/>
              </w:rPr>
              <w:t xml:space="preserve"> </w:t>
            </w:r>
            <w:r w:rsidRPr="0038226C">
              <w:rPr>
                <w:rFonts w:cs="Shruti"/>
                <w:sz w:val="20"/>
                <w:szCs w:val="20"/>
                <w:cs/>
                <w:lang w:bidi="gu-IN"/>
              </w:rPr>
              <w:t>ડોલ</w:t>
            </w:r>
            <w:r w:rsidRPr="0038226C">
              <w:rPr>
                <w:sz w:val="20"/>
                <w:szCs w:val="20"/>
              </w:rPr>
              <w:t xml:space="preserve"> (Sand Buckets)</w:t>
            </w:r>
          </w:p>
        </w:tc>
        <w:tc>
          <w:tcPr>
            <w:tcW w:w="1701" w:type="dxa"/>
          </w:tcPr>
          <w:p w14:paraId="5CA3BF23" w14:textId="5FC43531" w:rsidR="008319A0" w:rsidRDefault="00064758" w:rsidP="00716345">
            <w:pPr>
              <w:jc w:val="center"/>
            </w:pPr>
            <w:r>
              <w:t>03</w:t>
            </w:r>
          </w:p>
        </w:tc>
        <w:tc>
          <w:tcPr>
            <w:tcW w:w="2268" w:type="dxa"/>
          </w:tcPr>
          <w:p w14:paraId="10E884D9" w14:textId="35366A18" w:rsidR="008319A0" w:rsidRPr="00064758" w:rsidRDefault="00064758" w:rsidP="00716345">
            <w:pPr>
              <w:jc w:val="center"/>
              <w:rPr>
                <w:rFonts w:cs="Shruti"/>
                <w:cs/>
                <w:lang w:bidi="gu-IN"/>
              </w:rPr>
            </w:pPr>
            <w:r>
              <w:rPr>
                <w:rFonts w:cs="Shruti" w:hint="cs"/>
                <w:cs/>
                <w:lang w:bidi="gu-IN"/>
              </w:rPr>
              <w:t xml:space="preserve">હા </w:t>
            </w:r>
          </w:p>
        </w:tc>
      </w:tr>
      <w:tr w:rsidR="00716345" w14:paraId="2DBD8C44" w14:textId="77777777" w:rsidTr="008319A0">
        <w:tc>
          <w:tcPr>
            <w:tcW w:w="534" w:type="dxa"/>
          </w:tcPr>
          <w:p w14:paraId="1EA2AFD0" w14:textId="77777777" w:rsidR="00716345" w:rsidRDefault="00716345" w:rsidP="008319A0">
            <w:pPr>
              <w:jc w:val="center"/>
            </w:pPr>
            <w:r>
              <w:t>3</w:t>
            </w:r>
          </w:p>
        </w:tc>
        <w:tc>
          <w:tcPr>
            <w:tcW w:w="4961" w:type="dxa"/>
          </w:tcPr>
          <w:p w14:paraId="623F6E84" w14:textId="77777777" w:rsidR="00716345" w:rsidRPr="0038226C" w:rsidRDefault="00716345" w:rsidP="00E237D3">
            <w:pPr>
              <w:rPr>
                <w:sz w:val="20"/>
                <w:szCs w:val="20"/>
              </w:rPr>
            </w:pPr>
            <w:r w:rsidRPr="0038226C">
              <w:rPr>
                <w:rFonts w:cs="Shruti"/>
                <w:sz w:val="20"/>
                <w:szCs w:val="20"/>
                <w:cs/>
                <w:lang w:bidi="gu-IN"/>
              </w:rPr>
              <w:t>પાણીની</w:t>
            </w:r>
            <w:r w:rsidRPr="0038226C">
              <w:rPr>
                <w:sz w:val="20"/>
                <w:szCs w:val="20"/>
              </w:rPr>
              <w:t xml:space="preserve"> </w:t>
            </w:r>
            <w:r w:rsidRPr="0038226C">
              <w:rPr>
                <w:rFonts w:cs="Shruti"/>
                <w:sz w:val="20"/>
                <w:szCs w:val="20"/>
                <w:cs/>
                <w:lang w:bidi="gu-IN"/>
              </w:rPr>
              <w:t>પાઇપલાઇન</w:t>
            </w:r>
            <w:r w:rsidRPr="0038226C">
              <w:rPr>
                <w:sz w:val="20"/>
                <w:szCs w:val="20"/>
              </w:rPr>
              <w:t xml:space="preserve"> / </w:t>
            </w:r>
            <w:r w:rsidRPr="0038226C">
              <w:rPr>
                <w:rFonts w:cs="Shruti"/>
                <w:sz w:val="20"/>
                <w:szCs w:val="20"/>
                <w:cs/>
                <w:lang w:bidi="gu-IN"/>
              </w:rPr>
              <w:t>હોઝ</w:t>
            </w:r>
            <w:r w:rsidRPr="0038226C">
              <w:rPr>
                <w:sz w:val="20"/>
                <w:szCs w:val="20"/>
              </w:rPr>
              <w:t xml:space="preserve"> </w:t>
            </w:r>
            <w:r w:rsidRPr="0038226C">
              <w:rPr>
                <w:rFonts w:cs="Shruti"/>
                <w:sz w:val="20"/>
                <w:szCs w:val="20"/>
                <w:cs/>
                <w:lang w:bidi="gu-IN"/>
              </w:rPr>
              <w:t>રીલ</w:t>
            </w:r>
            <w:r w:rsidRPr="0038226C">
              <w:rPr>
                <w:sz w:val="20"/>
                <w:szCs w:val="20"/>
              </w:rPr>
              <w:t xml:space="preserve"> (Hose Reel)</w:t>
            </w:r>
          </w:p>
        </w:tc>
        <w:tc>
          <w:tcPr>
            <w:tcW w:w="1701" w:type="dxa"/>
          </w:tcPr>
          <w:p w14:paraId="367FA162" w14:textId="77777777" w:rsidR="00716345" w:rsidRDefault="00716345" w:rsidP="00716345">
            <w:pPr>
              <w:jc w:val="center"/>
            </w:pPr>
            <w:r>
              <w:t>00</w:t>
            </w:r>
          </w:p>
        </w:tc>
        <w:tc>
          <w:tcPr>
            <w:tcW w:w="2268" w:type="dxa"/>
          </w:tcPr>
          <w:p w14:paraId="595F07DD" w14:textId="77777777" w:rsidR="00716345" w:rsidRDefault="00716345" w:rsidP="00716345">
            <w:pPr>
              <w:jc w:val="center"/>
            </w:pPr>
            <w:r>
              <w:rPr>
                <w:rFonts w:cs="Shruti"/>
                <w:b/>
                <w:bCs/>
                <w:cs/>
                <w:lang w:bidi="gu-IN"/>
              </w:rPr>
              <w:t>ના</w:t>
            </w:r>
          </w:p>
        </w:tc>
      </w:tr>
      <w:tr w:rsidR="008319A0" w14:paraId="2295BC4B" w14:textId="77777777" w:rsidTr="008319A0">
        <w:tc>
          <w:tcPr>
            <w:tcW w:w="534" w:type="dxa"/>
          </w:tcPr>
          <w:p w14:paraId="5BBAE485" w14:textId="77777777" w:rsidR="008319A0" w:rsidRDefault="008319A0" w:rsidP="008319A0">
            <w:pPr>
              <w:jc w:val="center"/>
            </w:pPr>
            <w:r>
              <w:t>4</w:t>
            </w:r>
          </w:p>
        </w:tc>
        <w:tc>
          <w:tcPr>
            <w:tcW w:w="4961" w:type="dxa"/>
          </w:tcPr>
          <w:p w14:paraId="2BDD97A9" w14:textId="77777777" w:rsidR="008319A0" w:rsidRPr="0038226C" w:rsidRDefault="008319A0" w:rsidP="00E237D3">
            <w:pPr>
              <w:rPr>
                <w:sz w:val="20"/>
                <w:szCs w:val="20"/>
              </w:rPr>
            </w:pPr>
            <w:r w:rsidRPr="0038226C">
              <w:rPr>
                <w:rFonts w:cs="Shruti"/>
                <w:sz w:val="20"/>
                <w:szCs w:val="20"/>
                <w:cs/>
                <w:lang w:bidi="gu-IN"/>
              </w:rPr>
              <w:t>ફાયર</w:t>
            </w:r>
            <w:r w:rsidRPr="0038226C">
              <w:rPr>
                <w:sz w:val="20"/>
                <w:szCs w:val="20"/>
              </w:rPr>
              <w:t xml:space="preserve"> </w:t>
            </w:r>
            <w:r w:rsidRPr="0038226C">
              <w:rPr>
                <w:rFonts w:cs="Shruti"/>
                <w:sz w:val="20"/>
                <w:szCs w:val="20"/>
                <w:cs/>
                <w:lang w:bidi="gu-IN"/>
              </w:rPr>
              <w:t>એલાર્મ</w:t>
            </w:r>
            <w:r w:rsidRPr="0038226C">
              <w:rPr>
                <w:sz w:val="20"/>
                <w:szCs w:val="20"/>
              </w:rPr>
              <w:t xml:space="preserve"> / </w:t>
            </w:r>
            <w:r w:rsidRPr="0038226C">
              <w:rPr>
                <w:rFonts w:cs="Shruti"/>
                <w:sz w:val="20"/>
                <w:szCs w:val="20"/>
                <w:cs/>
                <w:lang w:bidi="gu-IN"/>
              </w:rPr>
              <w:t>સાયરન</w:t>
            </w:r>
            <w:r w:rsidRPr="0038226C">
              <w:rPr>
                <w:sz w:val="20"/>
                <w:szCs w:val="20"/>
              </w:rPr>
              <w:t xml:space="preserve"> (Fire Alarm)</w:t>
            </w:r>
          </w:p>
        </w:tc>
        <w:tc>
          <w:tcPr>
            <w:tcW w:w="1701" w:type="dxa"/>
          </w:tcPr>
          <w:p w14:paraId="6F1003F6" w14:textId="06D89924" w:rsidR="008319A0" w:rsidRPr="00064758" w:rsidRDefault="00716345" w:rsidP="00716345">
            <w:pPr>
              <w:jc w:val="center"/>
              <w:rPr>
                <w:rFonts w:cs="Shruti"/>
                <w:lang w:bidi="gu-IN"/>
              </w:rPr>
            </w:pPr>
            <w:r>
              <w:t>0</w:t>
            </w:r>
            <w:r w:rsidR="00064758">
              <w:rPr>
                <w:rFonts w:cs="Shruti" w:hint="cs"/>
                <w:cs/>
                <w:lang w:bidi="gu-IN"/>
              </w:rPr>
              <w:t xml:space="preserve">1 </w:t>
            </w:r>
          </w:p>
        </w:tc>
        <w:tc>
          <w:tcPr>
            <w:tcW w:w="2268" w:type="dxa"/>
          </w:tcPr>
          <w:p w14:paraId="5474DED7" w14:textId="321BFD9B" w:rsidR="008319A0" w:rsidRPr="00064758" w:rsidRDefault="00064758" w:rsidP="00716345">
            <w:pPr>
              <w:jc w:val="center"/>
              <w:rPr>
                <w:rFonts w:cs="Shruti"/>
                <w:cs/>
                <w:lang w:bidi="gu-IN"/>
              </w:rPr>
            </w:pPr>
            <w:r>
              <w:rPr>
                <w:rFonts w:cs="Shruti" w:hint="cs"/>
                <w:cs/>
                <w:lang w:bidi="gu-IN"/>
              </w:rPr>
              <w:t xml:space="preserve">હા </w:t>
            </w:r>
          </w:p>
        </w:tc>
      </w:tr>
      <w:tr w:rsidR="008319A0" w14:paraId="34B9E05C" w14:textId="77777777" w:rsidTr="008319A0">
        <w:tc>
          <w:tcPr>
            <w:tcW w:w="534" w:type="dxa"/>
          </w:tcPr>
          <w:p w14:paraId="65654915" w14:textId="77777777" w:rsidR="008319A0" w:rsidRDefault="008319A0" w:rsidP="008319A0">
            <w:pPr>
              <w:jc w:val="center"/>
            </w:pPr>
            <w:r>
              <w:t>5</w:t>
            </w:r>
          </w:p>
        </w:tc>
        <w:tc>
          <w:tcPr>
            <w:tcW w:w="4961" w:type="dxa"/>
          </w:tcPr>
          <w:p w14:paraId="79B1A189" w14:textId="77777777" w:rsidR="008319A0" w:rsidRPr="0038226C" w:rsidRDefault="008319A0" w:rsidP="00E237D3">
            <w:pPr>
              <w:rPr>
                <w:sz w:val="20"/>
                <w:szCs w:val="20"/>
              </w:rPr>
            </w:pPr>
            <w:r w:rsidRPr="0038226C">
              <w:rPr>
                <w:rFonts w:cs="Shruti"/>
                <w:sz w:val="20"/>
                <w:szCs w:val="20"/>
                <w:cs/>
                <w:lang w:bidi="gu-IN"/>
              </w:rPr>
              <w:t>ઇમરજન્સી</w:t>
            </w:r>
            <w:r w:rsidRPr="0038226C">
              <w:rPr>
                <w:sz w:val="20"/>
                <w:szCs w:val="20"/>
              </w:rPr>
              <w:t xml:space="preserve"> </w:t>
            </w:r>
            <w:r w:rsidRPr="0038226C">
              <w:rPr>
                <w:rFonts w:cs="Shruti"/>
                <w:sz w:val="20"/>
                <w:szCs w:val="20"/>
                <w:cs/>
                <w:lang w:bidi="gu-IN"/>
              </w:rPr>
              <w:t>એક્ઝિટ</w:t>
            </w:r>
            <w:r w:rsidRPr="0038226C">
              <w:rPr>
                <w:sz w:val="20"/>
                <w:szCs w:val="20"/>
              </w:rPr>
              <w:t xml:space="preserve"> </w:t>
            </w:r>
            <w:r w:rsidRPr="0038226C">
              <w:rPr>
                <w:rFonts w:cs="Shruti"/>
                <w:sz w:val="20"/>
                <w:szCs w:val="20"/>
                <w:cs/>
                <w:lang w:bidi="gu-IN"/>
              </w:rPr>
              <w:t>બોર્ડ</w:t>
            </w:r>
            <w:r w:rsidRPr="0038226C">
              <w:rPr>
                <w:sz w:val="20"/>
                <w:szCs w:val="20"/>
              </w:rPr>
              <w:t xml:space="preserve"> (Emergency Exit Signs)</w:t>
            </w:r>
          </w:p>
        </w:tc>
        <w:tc>
          <w:tcPr>
            <w:tcW w:w="1701" w:type="dxa"/>
          </w:tcPr>
          <w:p w14:paraId="2E8F0F17" w14:textId="77510BFF" w:rsidR="008319A0" w:rsidRPr="00064758" w:rsidRDefault="00716345" w:rsidP="00716345">
            <w:pPr>
              <w:jc w:val="center"/>
              <w:rPr>
                <w:rFonts w:cs="Shruti"/>
                <w:lang w:bidi="gu-IN"/>
              </w:rPr>
            </w:pPr>
            <w:r>
              <w:t>0</w:t>
            </w:r>
            <w:r w:rsidR="00064758">
              <w:rPr>
                <w:rFonts w:cs="Shruti" w:hint="cs"/>
                <w:cs/>
                <w:lang w:bidi="gu-IN"/>
              </w:rPr>
              <w:t xml:space="preserve">1 </w:t>
            </w:r>
          </w:p>
        </w:tc>
        <w:tc>
          <w:tcPr>
            <w:tcW w:w="2268" w:type="dxa"/>
          </w:tcPr>
          <w:p w14:paraId="4142A4D2" w14:textId="49663891" w:rsidR="008319A0" w:rsidRPr="00064758" w:rsidRDefault="00064758" w:rsidP="00716345">
            <w:pPr>
              <w:jc w:val="center"/>
              <w:rPr>
                <w:rFonts w:cs="Shruti"/>
                <w:lang w:bidi="gu-IN"/>
              </w:rPr>
            </w:pPr>
            <w:r>
              <w:rPr>
                <w:rFonts w:cs="Shruti" w:hint="cs"/>
                <w:cs/>
                <w:lang w:bidi="gu-IN"/>
              </w:rPr>
              <w:t xml:space="preserve">હા </w:t>
            </w:r>
          </w:p>
        </w:tc>
      </w:tr>
    </w:tbl>
    <w:p w14:paraId="59E0FB9E" w14:textId="77777777" w:rsidR="008319A0" w:rsidRDefault="008319A0" w:rsidP="008319A0">
      <w:pPr>
        <w:pStyle w:val="Heading2"/>
      </w:pPr>
      <w:r>
        <w:rPr>
          <w:rFonts w:cs="Shruti"/>
          <w:cs/>
          <w:lang w:bidi="gu-IN"/>
        </w:rPr>
        <w:t>૩</w:t>
      </w:r>
      <w:r>
        <w:t xml:space="preserve">. </w:t>
      </w:r>
      <w:r>
        <w:rPr>
          <w:rFonts w:cs="Shruti"/>
          <w:cs/>
          <w:lang w:bidi="gu-IN"/>
        </w:rPr>
        <w:t>ફાયર</w:t>
      </w:r>
      <w:r>
        <w:t xml:space="preserve"> </w:t>
      </w:r>
      <w:r>
        <w:rPr>
          <w:rFonts w:cs="Shruti"/>
          <w:cs/>
          <w:lang w:bidi="gu-IN"/>
        </w:rPr>
        <w:t>સેફ્ટી</w:t>
      </w:r>
      <w:r>
        <w:t xml:space="preserve"> </w:t>
      </w:r>
      <w:r>
        <w:rPr>
          <w:rFonts w:cs="Shruti"/>
          <w:cs/>
          <w:lang w:bidi="gu-IN"/>
        </w:rPr>
        <w:t>મોકડ્રીલ</w:t>
      </w:r>
      <w:r>
        <w:t xml:space="preserve"> (Mock Drill) </w:t>
      </w:r>
      <w:r>
        <w:rPr>
          <w:rFonts w:cs="Shruti"/>
          <w:cs/>
          <w:lang w:bidi="gu-IN"/>
        </w:rPr>
        <w:t>ની</w:t>
      </w:r>
      <w:r>
        <w:t xml:space="preserve"> </w:t>
      </w:r>
      <w:r>
        <w:rPr>
          <w:rFonts w:cs="Shruti"/>
          <w:cs/>
          <w:lang w:bidi="gu-IN"/>
        </w:rPr>
        <w:t>વિગત</w:t>
      </w:r>
      <w:r>
        <w:t>:</w:t>
      </w:r>
    </w:p>
    <w:p w14:paraId="2721C034" w14:textId="77777777" w:rsidR="008319A0" w:rsidRDefault="008319A0" w:rsidP="00CE0667">
      <w:pPr>
        <w:spacing w:after="0" w:line="240" w:lineRule="auto"/>
      </w:pPr>
      <w:r>
        <w:rPr>
          <w:rFonts w:cs="Shruti"/>
          <w:cs/>
          <w:lang w:bidi="gu-IN"/>
        </w:rPr>
        <w:t>છેલ્લી</w:t>
      </w:r>
      <w:r>
        <w:t xml:space="preserve"> </w:t>
      </w:r>
      <w:r>
        <w:rPr>
          <w:rFonts w:cs="Shruti"/>
          <w:cs/>
          <w:lang w:bidi="gu-IN"/>
        </w:rPr>
        <w:t>મોકડ્રીલ</w:t>
      </w:r>
      <w:r>
        <w:t xml:space="preserve"> </w:t>
      </w:r>
      <w:r>
        <w:rPr>
          <w:rFonts w:cs="Shruti"/>
          <w:cs/>
          <w:lang w:bidi="gu-IN"/>
        </w:rPr>
        <w:t>યોજ્યા</w:t>
      </w:r>
      <w:r>
        <w:t xml:space="preserve"> </w:t>
      </w:r>
      <w:r>
        <w:rPr>
          <w:rFonts w:cs="Shruti"/>
          <w:cs/>
          <w:lang w:bidi="gu-IN"/>
        </w:rPr>
        <w:t>તારીખ</w:t>
      </w:r>
      <w:r>
        <w:t>: ______________________</w:t>
      </w:r>
    </w:p>
    <w:p w14:paraId="54D762A1" w14:textId="77777777" w:rsidR="008319A0" w:rsidRDefault="008319A0" w:rsidP="00CE0667">
      <w:pPr>
        <w:spacing w:after="0" w:line="240" w:lineRule="auto"/>
      </w:pPr>
      <w:r>
        <w:rPr>
          <w:rFonts w:cs="Shruti"/>
          <w:cs/>
          <w:lang w:bidi="gu-IN"/>
        </w:rPr>
        <w:t>મોકડ્રીલમાં</w:t>
      </w:r>
      <w:r>
        <w:t xml:space="preserve"> </w:t>
      </w:r>
      <w:r>
        <w:rPr>
          <w:rFonts w:cs="Shruti"/>
          <w:cs/>
          <w:lang w:bidi="gu-IN"/>
        </w:rPr>
        <w:t>ભાગ</w:t>
      </w:r>
      <w:r>
        <w:t xml:space="preserve"> </w:t>
      </w:r>
      <w:r>
        <w:rPr>
          <w:rFonts w:cs="Shruti"/>
          <w:cs/>
          <w:lang w:bidi="gu-IN"/>
        </w:rPr>
        <w:t>લેનાર</w:t>
      </w:r>
      <w:r>
        <w:t xml:space="preserve"> </w:t>
      </w:r>
      <w:r>
        <w:rPr>
          <w:rFonts w:cs="Shruti"/>
          <w:cs/>
          <w:lang w:bidi="gu-IN"/>
        </w:rPr>
        <w:t>વિદ્યાર્થીઓની</w:t>
      </w:r>
      <w:r>
        <w:t xml:space="preserve"> </w:t>
      </w:r>
      <w:r>
        <w:rPr>
          <w:rFonts w:cs="Shruti"/>
          <w:cs/>
          <w:lang w:bidi="gu-IN"/>
        </w:rPr>
        <w:t>સંખ્યા</w:t>
      </w:r>
      <w:r>
        <w:t>: ______________________</w:t>
      </w:r>
    </w:p>
    <w:p w14:paraId="65EFAF39" w14:textId="77777777" w:rsidR="008319A0" w:rsidRDefault="008319A0" w:rsidP="00CE0667">
      <w:pPr>
        <w:spacing w:after="0" w:line="240" w:lineRule="auto"/>
      </w:pPr>
      <w:r>
        <w:rPr>
          <w:rFonts w:cs="Shruti"/>
          <w:cs/>
          <w:lang w:bidi="gu-IN"/>
        </w:rPr>
        <w:t>મોકડ્રીલમાં</w:t>
      </w:r>
      <w:r>
        <w:t xml:space="preserve"> </w:t>
      </w:r>
      <w:r>
        <w:rPr>
          <w:rFonts w:cs="Shruti"/>
          <w:cs/>
          <w:lang w:bidi="gu-IN"/>
        </w:rPr>
        <w:t>ભાગ</w:t>
      </w:r>
      <w:r>
        <w:t xml:space="preserve"> </w:t>
      </w:r>
      <w:r>
        <w:rPr>
          <w:rFonts w:cs="Shruti"/>
          <w:cs/>
          <w:lang w:bidi="gu-IN"/>
        </w:rPr>
        <w:t>લેનાર</w:t>
      </w:r>
      <w:r>
        <w:t xml:space="preserve"> </w:t>
      </w:r>
      <w:r>
        <w:rPr>
          <w:rFonts w:cs="Shruti"/>
          <w:cs/>
          <w:lang w:bidi="gu-IN"/>
        </w:rPr>
        <w:t>શિક્ષકો</w:t>
      </w:r>
      <w:r>
        <w:t>/</w:t>
      </w:r>
      <w:r>
        <w:rPr>
          <w:rFonts w:cs="Shruti"/>
          <w:cs/>
          <w:lang w:bidi="gu-IN"/>
        </w:rPr>
        <w:t>કર્મચારીઓની</w:t>
      </w:r>
      <w:r>
        <w:t xml:space="preserve"> </w:t>
      </w:r>
      <w:r>
        <w:rPr>
          <w:rFonts w:cs="Shruti"/>
          <w:cs/>
          <w:lang w:bidi="gu-IN"/>
        </w:rPr>
        <w:t>સંખ્યા</w:t>
      </w:r>
      <w:r>
        <w:t>: ______________________</w:t>
      </w:r>
    </w:p>
    <w:p w14:paraId="37221DC3" w14:textId="77777777" w:rsidR="008319A0" w:rsidRPr="00AE1209" w:rsidRDefault="008319A0" w:rsidP="00CE0667">
      <w:pPr>
        <w:spacing w:after="0"/>
        <w:rPr>
          <w:rFonts w:cs="Shruti"/>
          <w:lang w:bidi="gu-IN"/>
        </w:rPr>
      </w:pPr>
    </w:p>
    <w:p w14:paraId="32DC8593" w14:textId="77777777" w:rsidR="008319A0" w:rsidRPr="00BA04C2" w:rsidRDefault="008319A0" w:rsidP="008319A0">
      <w:pPr>
        <w:rPr>
          <w:rFonts w:cs="Shruti"/>
          <w:lang w:bidi="gu-IN"/>
        </w:rPr>
      </w:pPr>
      <w:r>
        <w:rPr>
          <w:rFonts w:cs="Shruti"/>
          <w:i/>
          <w:iCs/>
          <w:cs/>
          <w:lang w:bidi="gu-IN"/>
        </w:rPr>
        <w:t>નોંધ</w:t>
      </w:r>
      <w:r>
        <w:rPr>
          <w:i/>
        </w:rPr>
        <w:t xml:space="preserve">: </w:t>
      </w:r>
      <w:r>
        <w:rPr>
          <w:rFonts w:cs="Shruti"/>
          <w:i/>
          <w:iCs/>
          <w:cs/>
          <w:lang w:bidi="gu-IN"/>
        </w:rPr>
        <w:t>આ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માહિતી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સાથે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ફાયર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સેફ્ટી</w:t>
      </w:r>
      <w:r>
        <w:rPr>
          <w:i/>
        </w:rPr>
        <w:t xml:space="preserve"> NOC </w:t>
      </w:r>
      <w:r>
        <w:rPr>
          <w:rFonts w:cs="Shruti"/>
          <w:i/>
          <w:iCs/>
          <w:cs/>
          <w:lang w:bidi="gu-IN"/>
        </w:rPr>
        <w:t>ની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અસલ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નકલ</w:t>
      </w:r>
      <w:r>
        <w:rPr>
          <w:i/>
        </w:rPr>
        <w:t xml:space="preserve"> (PDF </w:t>
      </w:r>
      <w:r>
        <w:rPr>
          <w:rFonts w:cs="Shruti"/>
          <w:i/>
          <w:iCs/>
          <w:cs/>
          <w:lang w:bidi="gu-IN"/>
        </w:rPr>
        <w:t>સ્વરૂપે</w:t>
      </w:r>
      <w:r>
        <w:rPr>
          <w:i/>
        </w:rPr>
        <w:t xml:space="preserve">) </w:t>
      </w:r>
      <w:r>
        <w:rPr>
          <w:rFonts w:cs="Shruti"/>
          <w:i/>
          <w:iCs/>
          <w:cs/>
          <w:lang w:bidi="gu-IN"/>
        </w:rPr>
        <w:t>અને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સાધનોના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ફોટોગ્રાફ્સ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ગુણોત્સવ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પોર્ટલ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પર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અપલોડ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કરવાના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રહેશે</w:t>
      </w:r>
      <w:r>
        <w:rPr>
          <w:i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8319A0" w14:paraId="5995CA2E" w14:textId="77777777" w:rsidTr="00E237D3">
        <w:tc>
          <w:tcPr>
            <w:tcW w:w="4320" w:type="dxa"/>
          </w:tcPr>
          <w:p w14:paraId="50FD3A08" w14:textId="4D89B339" w:rsidR="008319A0" w:rsidRDefault="008319A0" w:rsidP="00E237D3">
            <w:r>
              <w:rPr>
                <w:rFonts w:cs="Shruti"/>
                <w:cs/>
                <w:lang w:bidi="gu-IN"/>
              </w:rPr>
              <w:t>સ્થળ</w:t>
            </w:r>
            <w:r>
              <w:t xml:space="preserve">: </w:t>
            </w:r>
            <w:r w:rsidR="008E13CA">
              <w:rPr>
                <w:rFonts w:cs="Shruti" w:hint="cs"/>
                <w:cs/>
                <w:lang w:bidi="gu-IN"/>
              </w:rPr>
              <w:t xml:space="preserve">ઢાંકણ્રીયાવાસ પ્રાથમિક શાળા </w:t>
            </w:r>
            <w:r>
              <w:br/>
            </w:r>
            <w:r w:rsidR="00BA04C2" w:rsidRPr="00A052A9">
              <w:rPr>
                <w:rFonts w:cs="Shruti"/>
                <w:sz w:val="20"/>
                <w:szCs w:val="20"/>
                <w:cs/>
                <w:lang w:bidi="gu-IN"/>
              </w:rPr>
              <w:t>તારીખ</w:t>
            </w:r>
            <w:r w:rsidR="00BA04C2" w:rsidRPr="00A052A9">
              <w:rPr>
                <w:sz w:val="20"/>
                <w:szCs w:val="20"/>
              </w:rPr>
              <w:t xml:space="preserve">:       </w:t>
            </w:r>
            <w:r w:rsidR="008E13CA">
              <w:rPr>
                <w:sz w:val="20"/>
                <w:szCs w:val="20"/>
              </w:rPr>
              <w:t>21/08/2026</w:t>
            </w:r>
          </w:p>
        </w:tc>
        <w:tc>
          <w:tcPr>
            <w:tcW w:w="4320" w:type="dxa"/>
          </w:tcPr>
          <w:p w14:paraId="1DA838BF" w14:textId="77777777" w:rsidR="008319A0" w:rsidRDefault="008319A0" w:rsidP="00E237D3">
            <w:pPr>
              <w:jc w:val="right"/>
            </w:pPr>
            <w:r>
              <w:rPr>
                <w:rFonts w:cs="Shruti"/>
                <w:cs/>
                <w:lang w:bidi="gu-IN"/>
              </w:rPr>
              <w:t>આચાર્યશ્રીની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સહી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અને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સિક્કો</w:t>
            </w:r>
          </w:p>
        </w:tc>
      </w:tr>
    </w:tbl>
    <w:p w14:paraId="627A3BE6" w14:textId="77777777" w:rsidR="008319A0" w:rsidRDefault="008319A0" w:rsidP="008319A0"/>
    <w:p w14:paraId="0658C3B2" w14:textId="77777777" w:rsidR="008319A0" w:rsidRDefault="008319A0" w:rsidP="005D7E8D">
      <w:pPr>
        <w:tabs>
          <w:tab w:val="left" w:pos="2835"/>
        </w:tabs>
        <w:spacing w:line="240" w:lineRule="auto"/>
        <w:jc w:val="center"/>
        <w:rPr>
          <w:rFonts w:cs="Shruti"/>
          <w:sz w:val="28"/>
          <w:szCs w:val="28"/>
          <w:lang w:bidi="gu-IN"/>
        </w:rPr>
      </w:pPr>
    </w:p>
    <w:p w14:paraId="16582EAD" w14:textId="77777777" w:rsidR="004B1693" w:rsidRDefault="004B1693" w:rsidP="005D7E8D">
      <w:pPr>
        <w:tabs>
          <w:tab w:val="left" w:pos="2835"/>
        </w:tabs>
        <w:spacing w:line="240" w:lineRule="auto"/>
        <w:jc w:val="center"/>
        <w:rPr>
          <w:rFonts w:cs="Shruti"/>
          <w:sz w:val="28"/>
          <w:szCs w:val="28"/>
          <w:lang w:bidi="gu-IN"/>
        </w:rPr>
      </w:pPr>
    </w:p>
    <w:p w14:paraId="5EF70864" w14:textId="77777777" w:rsidR="004B1693" w:rsidRDefault="004B1693" w:rsidP="00CA1AC1">
      <w:pPr>
        <w:tabs>
          <w:tab w:val="left" w:pos="2835"/>
        </w:tabs>
        <w:spacing w:line="240" w:lineRule="auto"/>
        <w:rPr>
          <w:rFonts w:cs="Shruti"/>
          <w:sz w:val="28"/>
          <w:szCs w:val="28"/>
          <w:lang w:bidi="gu-IN"/>
        </w:rPr>
      </w:pPr>
    </w:p>
    <w:p w14:paraId="4609BE64" w14:textId="77777777" w:rsidR="004B1693" w:rsidRDefault="004B1693" w:rsidP="005D7E8D">
      <w:pPr>
        <w:tabs>
          <w:tab w:val="left" w:pos="2835"/>
        </w:tabs>
        <w:spacing w:line="240" w:lineRule="auto"/>
        <w:jc w:val="center"/>
        <w:rPr>
          <w:rFonts w:cs="Shruti"/>
          <w:sz w:val="28"/>
          <w:szCs w:val="28"/>
          <w:lang w:bidi="gu-IN"/>
        </w:rPr>
      </w:pPr>
    </w:p>
    <w:p w14:paraId="2D8425C9" w14:textId="73154BFE" w:rsidR="00502A5D" w:rsidRDefault="002546D1" w:rsidP="00502A5D">
      <w:pPr>
        <w:spacing w:after="0" w:line="240" w:lineRule="auto"/>
        <w:jc w:val="center"/>
        <w:rPr>
          <w:rFonts w:cs="Shruti"/>
          <w:b/>
          <w:u w:val="single"/>
          <w:lang w:val="en-IN" w:bidi="gu-IN"/>
        </w:rPr>
      </w:pPr>
      <w:r>
        <w:rPr>
          <w:rFonts w:cs="Shruti" w:hint="cs"/>
          <w:sz w:val="28"/>
          <w:szCs w:val="28"/>
          <w:u w:val="single"/>
          <w:cs/>
          <w:lang w:bidi="gu-IN"/>
        </w:rPr>
        <w:t>ઢાંકણ્રીયાવાસ પ્રાથમિક શાળા તા- લાખણી જિલ્લો - વાવ-થરાદ ડાયસ કોડ: 24021300207</w:t>
      </w:r>
    </w:p>
    <w:p w14:paraId="08C8D950" w14:textId="77777777" w:rsidR="004B1693" w:rsidRDefault="004B1693" w:rsidP="005D7E8D">
      <w:pPr>
        <w:tabs>
          <w:tab w:val="left" w:pos="2835"/>
        </w:tabs>
        <w:spacing w:line="240" w:lineRule="auto"/>
        <w:jc w:val="center"/>
        <w:rPr>
          <w:rFonts w:cs="Shruti"/>
          <w:sz w:val="28"/>
          <w:szCs w:val="28"/>
          <w:lang w:bidi="gu-IN"/>
        </w:rPr>
      </w:pPr>
      <w:r w:rsidRPr="004B1693">
        <w:rPr>
          <w:rFonts w:cs="Shruti"/>
          <w:sz w:val="28"/>
          <w:szCs w:val="28"/>
          <w:cs/>
          <w:lang w:bidi="gu-IN"/>
        </w:rPr>
        <w:t>મોકડ્રીલ પ્રવૃત્તિનો ફોટોગ્રાફ્સ સહિતનો અહેવાલ</w:t>
      </w:r>
    </w:p>
    <w:p w14:paraId="1C457B0D" w14:textId="77777777" w:rsidR="004B1693" w:rsidRPr="004B1693" w:rsidRDefault="004B1693" w:rsidP="004B1693">
      <w:pPr>
        <w:pStyle w:val="Heading1"/>
        <w:spacing w:after="240" w:line="240" w:lineRule="auto"/>
      </w:pPr>
      <w:r>
        <w:rPr>
          <w:rFonts w:cs="Shruti"/>
          <w:cs/>
          <w:lang w:bidi="gu-IN"/>
        </w:rPr>
        <w:t>આપત્તિ</w:t>
      </w:r>
      <w:r>
        <w:t xml:space="preserve"> </w:t>
      </w:r>
      <w:r>
        <w:rPr>
          <w:rFonts w:cs="Shruti"/>
          <w:cs/>
          <w:lang w:bidi="gu-IN"/>
        </w:rPr>
        <w:t>વ્યવસ્થાપન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ફાયર</w:t>
      </w:r>
      <w:r>
        <w:t xml:space="preserve"> </w:t>
      </w:r>
      <w:r>
        <w:rPr>
          <w:rFonts w:cs="Shruti"/>
          <w:cs/>
          <w:lang w:bidi="gu-IN"/>
        </w:rPr>
        <w:t>સેફ્ટી</w:t>
      </w:r>
      <w:r>
        <w:t xml:space="preserve">: </w:t>
      </w:r>
      <w:r>
        <w:rPr>
          <w:rFonts w:cs="Shruti"/>
          <w:cs/>
          <w:lang w:bidi="gu-IN"/>
        </w:rPr>
        <w:t>મોકડ્રીલ</w:t>
      </w:r>
      <w:r>
        <w:t xml:space="preserve"> (Mock Drill) </w:t>
      </w:r>
      <w:r>
        <w:rPr>
          <w:rFonts w:cs="Shruti"/>
          <w:cs/>
          <w:lang w:bidi="gu-IN"/>
        </w:rPr>
        <w:t>અહેવાલ</w:t>
      </w:r>
    </w:p>
    <w:p w14:paraId="308E62E9" w14:textId="77777777" w:rsidR="004B1693" w:rsidRDefault="004B1693" w:rsidP="00043724">
      <w:pPr>
        <w:pStyle w:val="Heading2"/>
        <w:spacing w:line="240" w:lineRule="auto"/>
      </w:pPr>
      <w:r>
        <w:rPr>
          <w:rFonts w:cs="Shruti"/>
          <w:cs/>
          <w:lang w:bidi="gu-IN"/>
        </w:rPr>
        <w:t>૧</w:t>
      </w:r>
      <w:r>
        <w:t xml:space="preserve">. </w:t>
      </w:r>
      <w:r>
        <w:rPr>
          <w:rFonts w:cs="Shruti"/>
          <w:cs/>
          <w:lang w:bidi="gu-IN"/>
        </w:rPr>
        <w:t>મોકડ્રીલની</w:t>
      </w:r>
      <w:r>
        <w:t xml:space="preserve"> </w:t>
      </w:r>
      <w:r>
        <w:rPr>
          <w:rFonts w:cs="Shruti"/>
          <w:cs/>
          <w:lang w:bidi="gu-IN"/>
        </w:rPr>
        <w:t>પ્રાથમિક</w:t>
      </w:r>
      <w:r>
        <w:t xml:space="preserve"> </w:t>
      </w:r>
      <w:r>
        <w:rPr>
          <w:rFonts w:cs="Shruti"/>
          <w:cs/>
          <w:lang w:bidi="gu-IN"/>
        </w:rPr>
        <w:t>વિગતો</w:t>
      </w:r>
      <w:r>
        <w:t>:</w:t>
      </w:r>
    </w:p>
    <w:p w14:paraId="61755F88" w14:textId="77777777" w:rsidR="004B1693" w:rsidRPr="004B1693" w:rsidRDefault="004B1693" w:rsidP="004B1693">
      <w:pPr>
        <w:spacing w:after="0" w:line="240" w:lineRule="auto"/>
        <w:rPr>
          <w:sz w:val="20"/>
          <w:szCs w:val="20"/>
        </w:rPr>
      </w:pPr>
      <w:r w:rsidRPr="004B1693">
        <w:rPr>
          <w:rFonts w:cs="Shruti"/>
          <w:sz w:val="20"/>
          <w:szCs w:val="20"/>
          <w:cs/>
          <w:lang w:bidi="gu-IN"/>
        </w:rPr>
        <w:t>તારીખ</w:t>
      </w:r>
      <w:r w:rsidRPr="004B1693">
        <w:rPr>
          <w:sz w:val="20"/>
          <w:szCs w:val="20"/>
        </w:rPr>
        <w:t>: ____/____/</w:t>
      </w:r>
      <w:r w:rsidRPr="004B1693">
        <w:rPr>
          <w:rFonts w:cs="Shruti"/>
          <w:sz w:val="20"/>
          <w:szCs w:val="20"/>
          <w:cs/>
          <w:lang w:bidi="gu-IN"/>
        </w:rPr>
        <w:t>૨૦૨</w:t>
      </w:r>
      <w:r w:rsidRPr="004B1693">
        <w:rPr>
          <w:sz w:val="20"/>
          <w:szCs w:val="20"/>
        </w:rPr>
        <w:t>__</w:t>
      </w:r>
    </w:p>
    <w:p w14:paraId="6EDECAE8" w14:textId="77777777" w:rsidR="004B1693" w:rsidRPr="004B1693" w:rsidRDefault="004B1693" w:rsidP="004B1693">
      <w:pPr>
        <w:spacing w:after="0" w:line="240" w:lineRule="auto"/>
        <w:rPr>
          <w:sz w:val="20"/>
          <w:szCs w:val="20"/>
        </w:rPr>
      </w:pPr>
      <w:r w:rsidRPr="004B1693">
        <w:rPr>
          <w:rFonts w:cs="Shruti"/>
          <w:sz w:val="20"/>
          <w:szCs w:val="20"/>
          <w:cs/>
          <w:lang w:bidi="gu-IN"/>
        </w:rPr>
        <w:t>સમય</w:t>
      </w:r>
      <w:r w:rsidRPr="004B1693">
        <w:rPr>
          <w:sz w:val="20"/>
          <w:szCs w:val="20"/>
        </w:rPr>
        <w:t>: ________________</w:t>
      </w:r>
    </w:p>
    <w:p w14:paraId="741B12B3" w14:textId="7C5B22D0" w:rsidR="004B1693" w:rsidRPr="004B1693" w:rsidRDefault="004B1693" w:rsidP="004B1693">
      <w:pPr>
        <w:spacing w:after="0" w:line="240" w:lineRule="auto"/>
        <w:rPr>
          <w:sz w:val="20"/>
          <w:szCs w:val="20"/>
        </w:rPr>
      </w:pPr>
      <w:r w:rsidRPr="004B1693">
        <w:rPr>
          <w:rFonts w:cs="Shruti"/>
          <w:sz w:val="20"/>
          <w:szCs w:val="20"/>
          <w:cs/>
          <w:lang w:bidi="gu-IN"/>
        </w:rPr>
        <w:t>સ્થળ</w:t>
      </w:r>
      <w:r w:rsidRPr="004B1693">
        <w:rPr>
          <w:sz w:val="20"/>
          <w:szCs w:val="20"/>
        </w:rPr>
        <w:t xml:space="preserve">: </w:t>
      </w:r>
      <w:r w:rsidRPr="004B1693">
        <w:rPr>
          <w:rFonts w:cs="Shruti"/>
          <w:sz w:val="20"/>
          <w:szCs w:val="20"/>
          <w:cs/>
          <w:lang w:bidi="gu-IN"/>
        </w:rPr>
        <w:t>શાળાનું</w:t>
      </w:r>
      <w:r w:rsidRPr="004B1693">
        <w:rPr>
          <w:sz w:val="20"/>
          <w:szCs w:val="20"/>
        </w:rPr>
        <w:t xml:space="preserve"> </w:t>
      </w:r>
      <w:r w:rsidRPr="004B1693">
        <w:rPr>
          <w:rFonts w:cs="Shruti"/>
          <w:sz w:val="20"/>
          <w:szCs w:val="20"/>
          <w:cs/>
          <w:lang w:bidi="gu-IN"/>
        </w:rPr>
        <w:t>મેદાન</w:t>
      </w:r>
      <w:r w:rsidRPr="004B1693">
        <w:rPr>
          <w:sz w:val="20"/>
          <w:szCs w:val="20"/>
        </w:rPr>
        <w:t>,</w:t>
      </w:r>
      <w:r w:rsidRPr="00C12C91">
        <w:rPr>
          <w:sz w:val="20"/>
          <w:szCs w:val="20"/>
        </w:rPr>
        <w:t xml:space="preserve"> </w:t>
      </w:r>
      <w:r w:rsidR="008E13CA">
        <w:rPr>
          <w:rFonts w:cs="Shruti" w:hint="cs"/>
          <w:sz w:val="20"/>
          <w:szCs w:val="20"/>
          <w:cs/>
          <w:lang w:bidi="gu-IN"/>
        </w:rPr>
        <w:t xml:space="preserve">ઢાંકણ્રીયાવાસ પ્રાથમિક શાળા </w:t>
      </w:r>
    </w:p>
    <w:p w14:paraId="4DA956EF" w14:textId="77777777" w:rsidR="004B1693" w:rsidRPr="004B1693" w:rsidRDefault="004B1693" w:rsidP="004B1693">
      <w:pPr>
        <w:spacing w:after="0" w:line="240" w:lineRule="auto"/>
        <w:rPr>
          <w:sz w:val="20"/>
          <w:szCs w:val="20"/>
        </w:rPr>
      </w:pPr>
      <w:r w:rsidRPr="004B1693">
        <w:rPr>
          <w:rFonts w:cs="Shruti"/>
          <w:sz w:val="20"/>
          <w:szCs w:val="20"/>
          <w:cs/>
          <w:lang w:bidi="gu-IN"/>
        </w:rPr>
        <w:t>તાલીમ</w:t>
      </w:r>
      <w:r w:rsidRPr="004B1693">
        <w:rPr>
          <w:sz w:val="20"/>
          <w:szCs w:val="20"/>
        </w:rPr>
        <w:t xml:space="preserve"> / </w:t>
      </w:r>
      <w:r w:rsidRPr="004B1693">
        <w:rPr>
          <w:rFonts w:cs="Shruti"/>
          <w:sz w:val="20"/>
          <w:szCs w:val="20"/>
          <w:cs/>
          <w:lang w:bidi="gu-IN"/>
        </w:rPr>
        <w:t>માર્ગદર્શન</w:t>
      </w:r>
      <w:r w:rsidRPr="004B1693">
        <w:rPr>
          <w:sz w:val="20"/>
          <w:szCs w:val="20"/>
        </w:rPr>
        <w:t xml:space="preserve"> </w:t>
      </w:r>
      <w:r w:rsidRPr="004B1693">
        <w:rPr>
          <w:rFonts w:cs="Shruti"/>
          <w:sz w:val="20"/>
          <w:szCs w:val="20"/>
          <w:cs/>
          <w:lang w:bidi="gu-IN"/>
        </w:rPr>
        <w:t>આપનાર</w:t>
      </w:r>
      <w:r w:rsidRPr="004B1693">
        <w:rPr>
          <w:sz w:val="20"/>
          <w:szCs w:val="20"/>
        </w:rPr>
        <w:t xml:space="preserve"> </w:t>
      </w:r>
      <w:r w:rsidRPr="004B1693">
        <w:rPr>
          <w:rFonts w:cs="Shruti"/>
          <w:sz w:val="20"/>
          <w:szCs w:val="20"/>
          <w:cs/>
          <w:lang w:bidi="gu-IN"/>
        </w:rPr>
        <w:t>એજન્સી</w:t>
      </w:r>
      <w:r w:rsidRPr="004B1693">
        <w:rPr>
          <w:sz w:val="20"/>
          <w:szCs w:val="20"/>
        </w:rPr>
        <w:t xml:space="preserve"> </w:t>
      </w:r>
      <w:r w:rsidRPr="004B1693">
        <w:rPr>
          <w:rFonts w:cs="Shruti"/>
          <w:sz w:val="20"/>
          <w:szCs w:val="20"/>
          <w:cs/>
          <w:lang w:bidi="gu-IN"/>
        </w:rPr>
        <w:t>અથવા</w:t>
      </w:r>
      <w:r w:rsidRPr="004B1693">
        <w:rPr>
          <w:sz w:val="20"/>
          <w:szCs w:val="20"/>
        </w:rPr>
        <w:t xml:space="preserve"> </w:t>
      </w:r>
      <w:r w:rsidRPr="004B1693">
        <w:rPr>
          <w:rFonts w:cs="Shruti"/>
          <w:sz w:val="20"/>
          <w:szCs w:val="20"/>
          <w:cs/>
          <w:lang w:bidi="gu-IN"/>
        </w:rPr>
        <w:t>અધિકારી</w:t>
      </w:r>
      <w:r w:rsidRPr="004B1693">
        <w:rPr>
          <w:sz w:val="20"/>
          <w:szCs w:val="20"/>
        </w:rPr>
        <w:t>: __________________________________</w:t>
      </w:r>
    </w:p>
    <w:p w14:paraId="7478FD0A" w14:textId="77777777" w:rsidR="004B1693" w:rsidRPr="004B1693" w:rsidRDefault="004B1693" w:rsidP="004B1693">
      <w:pPr>
        <w:spacing w:after="0" w:line="240" w:lineRule="auto"/>
        <w:rPr>
          <w:sz w:val="20"/>
          <w:szCs w:val="20"/>
        </w:rPr>
      </w:pPr>
      <w:r w:rsidRPr="004B1693">
        <w:rPr>
          <w:rFonts w:cs="Shruti"/>
          <w:sz w:val="20"/>
          <w:szCs w:val="20"/>
          <w:cs/>
          <w:lang w:bidi="gu-IN"/>
        </w:rPr>
        <w:t>ભાગ</w:t>
      </w:r>
      <w:r w:rsidRPr="004B1693">
        <w:rPr>
          <w:sz w:val="20"/>
          <w:szCs w:val="20"/>
        </w:rPr>
        <w:t xml:space="preserve"> </w:t>
      </w:r>
      <w:r w:rsidRPr="004B1693">
        <w:rPr>
          <w:rFonts w:cs="Shruti"/>
          <w:sz w:val="20"/>
          <w:szCs w:val="20"/>
          <w:cs/>
          <w:lang w:bidi="gu-IN"/>
        </w:rPr>
        <w:t>લેનાર</w:t>
      </w:r>
      <w:r w:rsidRPr="004B1693">
        <w:rPr>
          <w:sz w:val="20"/>
          <w:szCs w:val="20"/>
        </w:rPr>
        <w:t xml:space="preserve"> </w:t>
      </w:r>
      <w:r w:rsidRPr="004B1693">
        <w:rPr>
          <w:rFonts w:cs="Shruti"/>
          <w:sz w:val="20"/>
          <w:szCs w:val="20"/>
          <w:cs/>
          <w:lang w:bidi="gu-IN"/>
        </w:rPr>
        <w:t>વિદ્યાર્થીઓની</w:t>
      </w:r>
      <w:r w:rsidRPr="004B1693">
        <w:rPr>
          <w:sz w:val="20"/>
          <w:szCs w:val="20"/>
        </w:rPr>
        <w:t xml:space="preserve"> </w:t>
      </w:r>
      <w:r w:rsidRPr="004B1693">
        <w:rPr>
          <w:rFonts w:cs="Shruti"/>
          <w:sz w:val="20"/>
          <w:szCs w:val="20"/>
          <w:cs/>
          <w:lang w:bidi="gu-IN"/>
        </w:rPr>
        <w:t>સંખ્યા</w:t>
      </w:r>
      <w:r w:rsidRPr="004B1693">
        <w:rPr>
          <w:sz w:val="20"/>
          <w:szCs w:val="20"/>
        </w:rPr>
        <w:t>: ________</w:t>
      </w:r>
    </w:p>
    <w:p w14:paraId="60907040" w14:textId="77777777" w:rsidR="004B1693" w:rsidRPr="00B65131" w:rsidRDefault="004B1693" w:rsidP="004B1693">
      <w:pPr>
        <w:spacing w:after="0" w:line="240" w:lineRule="auto"/>
        <w:rPr>
          <w:rFonts w:cs="Shruti"/>
          <w:sz w:val="20"/>
          <w:szCs w:val="20"/>
          <w:lang w:bidi="gu-IN"/>
        </w:rPr>
      </w:pPr>
      <w:r w:rsidRPr="004B1693">
        <w:rPr>
          <w:rFonts w:cs="Shruti"/>
          <w:sz w:val="20"/>
          <w:szCs w:val="20"/>
          <w:cs/>
          <w:lang w:bidi="gu-IN"/>
        </w:rPr>
        <w:t>ભાગ</w:t>
      </w:r>
      <w:r w:rsidRPr="004B1693">
        <w:rPr>
          <w:sz w:val="20"/>
          <w:szCs w:val="20"/>
        </w:rPr>
        <w:t xml:space="preserve"> </w:t>
      </w:r>
      <w:r w:rsidRPr="004B1693">
        <w:rPr>
          <w:rFonts w:cs="Shruti"/>
          <w:sz w:val="20"/>
          <w:szCs w:val="20"/>
          <w:cs/>
          <w:lang w:bidi="gu-IN"/>
        </w:rPr>
        <w:t>લેનાર</w:t>
      </w:r>
      <w:r w:rsidRPr="004B1693">
        <w:rPr>
          <w:sz w:val="20"/>
          <w:szCs w:val="20"/>
        </w:rPr>
        <w:t xml:space="preserve"> </w:t>
      </w:r>
      <w:r w:rsidRPr="004B1693">
        <w:rPr>
          <w:rFonts w:cs="Shruti"/>
          <w:sz w:val="20"/>
          <w:szCs w:val="20"/>
          <w:cs/>
          <w:lang w:bidi="gu-IN"/>
        </w:rPr>
        <w:t>શિક્ષકો</w:t>
      </w:r>
      <w:r w:rsidRPr="004B1693">
        <w:rPr>
          <w:sz w:val="20"/>
          <w:szCs w:val="20"/>
        </w:rPr>
        <w:t xml:space="preserve"> </w:t>
      </w:r>
      <w:r w:rsidRPr="004B1693">
        <w:rPr>
          <w:rFonts w:cs="Shruti"/>
          <w:sz w:val="20"/>
          <w:szCs w:val="20"/>
          <w:cs/>
          <w:lang w:bidi="gu-IN"/>
        </w:rPr>
        <w:t>અને</w:t>
      </w:r>
      <w:r w:rsidRPr="004B1693">
        <w:rPr>
          <w:sz w:val="20"/>
          <w:szCs w:val="20"/>
        </w:rPr>
        <w:t xml:space="preserve"> </w:t>
      </w:r>
      <w:r w:rsidRPr="004B1693">
        <w:rPr>
          <w:rFonts w:cs="Shruti"/>
          <w:sz w:val="20"/>
          <w:szCs w:val="20"/>
          <w:cs/>
          <w:lang w:bidi="gu-IN"/>
        </w:rPr>
        <w:t>કર્મચારીઓની</w:t>
      </w:r>
      <w:r w:rsidRPr="004B1693">
        <w:rPr>
          <w:sz w:val="20"/>
          <w:szCs w:val="20"/>
        </w:rPr>
        <w:t xml:space="preserve"> </w:t>
      </w:r>
      <w:r w:rsidRPr="004B1693">
        <w:rPr>
          <w:rFonts w:cs="Shruti"/>
          <w:sz w:val="20"/>
          <w:szCs w:val="20"/>
          <w:cs/>
          <w:lang w:bidi="gu-IN"/>
        </w:rPr>
        <w:t>સંખ્યા</w:t>
      </w:r>
      <w:r w:rsidR="00B65131">
        <w:rPr>
          <w:sz w:val="20"/>
          <w:szCs w:val="20"/>
        </w:rPr>
        <w:t>: ________</w:t>
      </w:r>
    </w:p>
    <w:p w14:paraId="202F3EC3" w14:textId="77777777" w:rsidR="004B1693" w:rsidRDefault="004B1693" w:rsidP="00B65131">
      <w:pPr>
        <w:pStyle w:val="Heading2"/>
        <w:spacing w:line="240" w:lineRule="auto"/>
      </w:pPr>
      <w:r>
        <w:rPr>
          <w:rFonts w:cs="Shruti"/>
          <w:cs/>
          <w:lang w:bidi="gu-IN"/>
        </w:rPr>
        <w:t>૨</w:t>
      </w:r>
      <w:r>
        <w:t xml:space="preserve">. </w:t>
      </w:r>
      <w:r>
        <w:rPr>
          <w:rFonts w:cs="Shruti"/>
          <w:cs/>
          <w:lang w:bidi="gu-IN"/>
        </w:rPr>
        <w:t>મોકડ્રીલ</w:t>
      </w:r>
      <w:r>
        <w:t xml:space="preserve"> </w:t>
      </w:r>
      <w:r>
        <w:rPr>
          <w:rFonts w:cs="Shruti"/>
          <w:cs/>
          <w:lang w:bidi="gu-IN"/>
        </w:rPr>
        <w:t>દરમિયાન</w:t>
      </w:r>
      <w:r>
        <w:t xml:space="preserve"> </w:t>
      </w:r>
      <w:r>
        <w:rPr>
          <w:rFonts w:cs="Shruti"/>
          <w:cs/>
          <w:lang w:bidi="gu-IN"/>
        </w:rPr>
        <w:t>કરવામાં</w:t>
      </w:r>
      <w:r>
        <w:t xml:space="preserve"> </w:t>
      </w:r>
      <w:r>
        <w:rPr>
          <w:rFonts w:cs="Shruti"/>
          <w:cs/>
          <w:lang w:bidi="gu-IN"/>
        </w:rPr>
        <w:t>આવેલ</w:t>
      </w:r>
      <w:r>
        <w:t xml:space="preserve"> </w:t>
      </w:r>
      <w:r>
        <w:rPr>
          <w:rFonts w:cs="Shruti"/>
          <w:cs/>
          <w:lang w:bidi="gu-IN"/>
        </w:rPr>
        <w:t>મુખ્ય</w:t>
      </w:r>
      <w:r>
        <w:t xml:space="preserve"> </w:t>
      </w:r>
      <w:r>
        <w:rPr>
          <w:rFonts w:cs="Shruti"/>
          <w:cs/>
          <w:lang w:bidi="gu-IN"/>
        </w:rPr>
        <w:t>પ્રવૃત્તિઓ</w:t>
      </w:r>
      <w:r>
        <w:t>:</w:t>
      </w:r>
    </w:p>
    <w:p w14:paraId="4F878DD0" w14:textId="77777777" w:rsidR="004B1693" w:rsidRPr="004B1693" w:rsidRDefault="004B1693" w:rsidP="00B65131">
      <w:pPr>
        <w:pStyle w:val="ListBullet"/>
        <w:spacing w:line="240" w:lineRule="auto"/>
        <w:rPr>
          <w:sz w:val="18"/>
          <w:szCs w:val="18"/>
        </w:rPr>
      </w:pPr>
      <w:r w:rsidRPr="004B1693">
        <w:rPr>
          <w:rFonts w:cs="Shruti"/>
          <w:sz w:val="18"/>
          <w:szCs w:val="18"/>
          <w:cs/>
          <w:lang w:bidi="gu-IN"/>
        </w:rPr>
        <w:t>ઇમરજન્સી</w:t>
      </w:r>
      <w:r w:rsidRPr="004B1693">
        <w:rPr>
          <w:sz w:val="18"/>
          <w:szCs w:val="18"/>
        </w:rPr>
        <w:t xml:space="preserve"> </w:t>
      </w:r>
      <w:r w:rsidRPr="004B1693">
        <w:rPr>
          <w:rFonts w:cs="Shruti"/>
          <w:sz w:val="18"/>
          <w:szCs w:val="18"/>
          <w:cs/>
          <w:lang w:bidi="gu-IN"/>
        </w:rPr>
        <w:t>સાયરન</w:t>
      </w:r>
      <w:r w:rsidRPr="004B1693">
        <w:rPr>
          <w:sz w:val="18"/>
          <w:szCs w:val="18"/>
        </w:rPr>
        <w:t xml:space="preserve"> </w:t>
      </w:r>
      <w:r w:rsidRPr="004B1693">
        <w:rPr>
          <w:rFonts w:cs="Shruti"/>
          <w:sz w:val="18"/>
          <w:szCs w:val="18"/>
          <w:cs/>
          <w:lang w:bidi="gu-IN"/>
        </w:rPr>
        <w:t>વગાડવું</w:t>
      </w:r>
      <w:r w:rsidRPr="004B1693">
        <w:rPr>
          <w:sz w:val="18"/>
          <w:szCs w:val="18"/>
        </w:rPr>
        <w:t xml:space="preserve"> </w:t>
      </w:r>
      <w:r w:rsidRPr="004B1693">
        <w:rPr>
          <w:rFonts w:cs="Shruti"/>
          <w:sz w:val="18"/>
          <w:szCs w:val="18"/>
          <w:cs/>
          <w:lang w:bidi="gu-IN"/>
        </w:rPr>
        <w:t>અને</w:t>
      </w:r>
      <w:r w:rsidRPr="004B1693">
        <w:rPr>
          <w:sz w:val="18"/>
          <w:szCs w:val="18"/>
        </w:rPr>
        <w:t xml:space="preserve"> </w:t>
      </w:r>
      <w:r w:rsidRPr="004B1693">
        <w:rPr>
          <w:rFonts w:cs="Shruti"/>
          <w:sz w:val="18"/>
          <w:szCs w:val="18"/>
          <w:cs/>
          <w:lang w:bidi="gu-IN"/>
        </w:rPr>
        <w:t>ઇવેક્યુએશન</w:t>
      </w:r>
      <w:r w:rsidRPr="004B1693">
        <w:rPr>
          <w:sz w:val="18"/>
          <w:szCs w:val="18"/>
        </w:rPr>
        <w:t xml:space="preserve"> (Evacuation) </w:t>
      </w:r>
      <w:r w:rsidRPr="004B1693">
        <w:rPr>
          <w:rFonts w:cs="Shruti"/>
          <w:sz w:val="18"/>
          <w:szCs w:val="18"/>
          <w:cs/>
          <w:lang w:bidi="gu-IN"/>
        </w:rPr>
        <w:t>પ્લાન</w:t>
      </w:r>
      <w:r w:rsidRPr="004B1693">
        <w:rPr>
          <w:sz w:val="18"/>
          <w:szCs w:val="18"/>
        </w:rPr>
        <w:t xml:space="preserve"> </w:t>
      </w:r>
      <w:r w:rsidRPr="004B1693">
        <w:rPr>
          <w:rFonts w:cs="Shruti"/>
          <w:sz w:val="18"/>
          <w:szCs w:val="18"/>
          <w:cs/>
          <w:lang w:bidi="gu-IN"/>
        </w:rPr>
        <w:t>મુજબ</w:t>
      </w:r>
      <w:r w:rsidRPr="004B1693">
        <w:rPr>
          <w:sz w:val="18"/>
          <w:szCs w:val="18"/>
        </w:rPr>
        <w:t xml:space="preserve"> </w:t>
      </w:r>
      <w:r w:rsidRPr="004B1693">
        <w:rPr>
          <w:rFonts w:cs="Shruti"/>
          <w:sz w:val="18"/>
          <w:szCs w:val="18"/>
          <w:cs/>
          <w:lang w:bidi="gu-IN"/>
        </w:rPr>
        <w:t>વિદ્યાર્થીઓને</w:t>
      </w:r>
      <w:r w:rsidRPr="004B1693">
        <w:rPr>
          <w:sz w:val="18"/>
          <w:szCs w:val="18"/>
        </w:rPr>
        <w:t xml:space="preserve"> </w:t>
      </w:r>
      <w:r w:rsidRPr="004B1693">
        <w:rPr>
          <w:rFonts w:cs="Shruti"/>
          <w:sz w:val="18"/>
          <w:szCs w:val="18"/>
          <w:cs/>
          <w:lang w:bidi="gu-IN"/>
        </w:rPr>
        <w:t>સુરક્ષિત</w:t>
      </w:r>
      <w:r w:rsidRPr="004B1693">
        <w:rPr>
          <w:sz w:val="18"/>
          <w:szCs w:val="18"/>
        </w:rPr>
        <w:t xml:space="preserve"> </w:t>
      </w:r>
      <w:r w:rsidRPr="004B1693">
        <w:rPr>
          <w:rFonts w:cs="Shruti"/>
          <w:sz w:val="18"/>
          <w:szCs w:val="18"/>
          <w:cs/>
          <w:lang w:bidi="gu-IN"/>
        </w:rPr>
        <w:t>રીતે</w:t>
      </w:r>
      <w:r w:rsidRPr="004B1693">
        <w:rPr>
          <w:sz w:val="18"/>
          <w:szCs w:val="18"/>
        </w:rPr>
        <w:t xml:space="preserve"> </w:t>
      </w:r>
      <w:r w:rsidRPr="004B1693">
        <w:rPr>
          <w:rFonts w:cs="Shruti"/>
          <w:sz w:val="18"/>
          <w:szCs w:val="18"/>
          <w:cs/>
          <w:lang w:bidi="gu-IN"/>
        </w:rPr>
        <w:t>વર્ગખંડમાંથી</w:t>
      </w:r>
      <w:r w:rsidRPr="004B1693">
        <w:rPr>
          <w:sz w:val="18"/>
          <w:szCs w:val="18"/>
        </w:rPr>
        <w:t xml:space="preserve"> </w:t>
      </w:r>
      <w:r w:rsidRPr="004B1693">
        <w:rPr>
          <w:rFonts w:cs="Shruti"/>
          <w:sz w:val="18"/>
          <w:szCs w:val="18"/>
          <w:cs/>
          <w:lang w:bidi="gu-IN"/>
        </w:rPr>
        <w:t>મેદાનમાં</w:t>
      </w:r>
      <w:r w:rsidRPr="004B1693">
        <w:rPr>
          <w:sz w:val="18"/>
          <w:szCs w:val="18"/>
        </w:rPr>
        <w:t xml:space="preserve"> </w:t>
      </w:r>
      <w:r w:rsidRPr="004B1693">
        <w:rPr>
          <w:rFonts w:cs="Shruti"/>
          <w:sz w:val="18"/>
          <w:szCs w:val="18"/>
          <w:cs/>
          <w:lang w:bidi="gu-IN"/>
        </w:rPr>
        <w:t>એકઠા</w:t>
      </w:r>
      <w:r w:rsidRPr="004B1693">
        <w:rPr>
          <w:sz w:val="18"/>
          <w:szCs w:val="18"/>
        </w:rPr>
        <w:t xml:space="preserve"> </w:t>
      </w:r>
      <w:r w:rsidRPr="004B1693">
        <w:rPr>
          <w:rFonts w:cs="Shruti"/>
          <w:sz w:val="18"/>
          <w:szCs w:val="18"/>
          <w:cs/>
          <w:lang w:bidi="gu-IN"/>
        </w:rPr>
        <w:t>કરવા</w:t>
      </w:r>
      <w:r w:rsidRPr="004B1693">
        <w:rPr>
          <w:sz w:val="18"/>
          <w:szCs w:val="18"/>
        </w:rPr>
        <w:t>.</w:t>
      </w:r>
    </w:p>
    <w:p w14:paraId="1E584FA3" w14:textId="77777777" w:rsidR="004B1693" w:rsidRPr="004B1693" w:rsidRDefault="004B1693" w:rsidP="00B65131">
      <w:pPr>
        <w:pStyle w:val="ListBullet"/>
        <w:spacing w:line="240" w:lineRule="auto"/>
        <w:rPr>
          <w:sz w:val="18"/>
          <w:szCs w:val="18"/>
        </w:rPr>
      </w:pPr>
      <w:r w:rsidRPr="004B1693">
        <w:rPr>
          <w:rFonts w:cs="Shruti"/>
          <w:sz w:val="18"/>
          <w:szCs w:val="18"/>
          <w:cs/>
          <w:lang w:bidi="gu-IN"/>
        </w:rPr>
        <w:t>શાળાના</w:t>
      </w:r>
      <w:r w:rsidRPr="004B1693">
        <w:rPr>
          <w:sz w:val="18"/>
          <w:szCs w:val="18"/>
        </w:rPr>
        <w:t xml:space="preserve"> </w:t>
      </w:r>
      <w:r w:rsidRPr="004B1693">
        <w:rPr>
          <w:rFonts w:cs="Shruti"/>
          <w:sz w:val="18"/>
          <w:szCs w:val="18"/>
          <w:cs/>
          <w:lang w:bidi="gu-IN"/>
        </w:rPr>
        <w:t>શિક્ષકો</w:t>
      </w:r>
      <w:r w:rsidRPr="004B1693">
        <w:rPr>
          <w:sz w:val="18"/>
          <w:szCs w:val="18"/>
        </w:rPr>
        <w:t xml:space="preserve"> </w:t>
      </w:r>
      <w:r w:rsidRPr="004B1693">
        <w:rPr>
          <w:rFonts w:cs="Shruti"/>
          <w:sz w:val="18"/>
          <w:szCs w:val="18"/>
          <w:cs/>
          <w:lang w:bidi="gu-IN"/>
        </w:rPr>
        <w:t>અને</w:t>
      </w:r>
      <w:r w:rsidRPr="004B1693">
        <w:rPr>
          <w:sz w:val="18"/>
          <w:szCs w:val="18"/>
        </w:rPr>
        <w:t xml:space="preserve"> </w:t>
      </w:r>
      <w:r w:rsidRPr="004B1693">
        <w:rPr>
          <w:rFonts w:cs="Shruti"/>
          <w:sz w:val="18"/>
          <w:szCs w:val="18"/>
          <w:cs/>
          <w:lang w:bidi="gu-IN"/>
        </w:rPr>
        <w:t>વિદ્યાર્થીઓને</w:t>
      </w:r>
      <w:r w:rsidRPr="004B1693">
        <w:rPr>
          <w:sz w:val="18"/>
          <w:szCs w:val="18"/>
        </w:rPr>
        <w:t xml:space="preserve"> </w:t>
      </w:r>
      <w:r w:rsidRPr="004B1693">
        <w:rPr>
          <w:rFonts w:cs="Shruti"/>
          <w:sz w:val="18"/>
          <w:szCs w:val="18"/>
          <w:cs/>
          <w:lang w:bidi="gu-IN"/>
        </w:rPr>
        <w:t>ફાયર</w:t>
      </w:r>
      <w:r w:rsidRPr="004B1693">
        <w:rPr>
          <w:sz w:val="18"/>
          <w:szCs w:val="18"/>
        </w:rPr>
        <w:t xml:space="preserve"> </w:t>
      </w:r>
      <w:r w:rsidRPr="004B1693">
        <w:rPr>
          <w:rFonts w:cs="Shruti"/>
          <w:sz w:val="18"/>
          <w:szCs w:val="18"/>
          <w:cs/>
          <w:lang w:bidi="gu-IN"/>
        </w:rPr>
        <w:t>એક્સટિંગ્વિશર</w:t>
      </w:r>
      <w:r w:rsidRPr="004B1693">
        <w:rPr>
          <w:sz w:val="18"/>
          <w:szCs w:val="18"/>
        </w:rPr>
        <w:t xml:space="preserve"> (Fire Extinguisher) </w:t>
      </w:r>
      <w:r w:rsidRPr="004B1693">
        <w:rPr>
          <w:rFonts w:cs="Shruti"/>
          <w:sz w:val="18"/>
          <w:szCs w:val="18"/>
          <w:cs/>
          <w:lang w:bidi="gu-IN"/>
        </w:rPr>
        <w:t>અને</w:t>
      </w:r>
      <w:r w:rsidRPr="004B1693">
        <w:rPr>
          <w:sz w:val="18"/>
          <w:szCs w:val="18"/>
        </w:rPr>
        <w:t xml:space="preserve"> </w:t>
      </w:r>
      <w:r w:rsidRPr="004B1693">
        <w:rPr>
          <w:rFonts w:cs="Shruti"/>
          <w:sz w:val="18"/>
          <w:szCs w:val="18"/>
          <w:cs/>
          <w:lang w:bidi="gu-IN"/>
        </w:rPr>
        <w:t>અન્ય</w:t>
      </w:r>
      <w:r w:rsidRPr="004B1693">
        <w:rPr>
          <w:sz w:val="18"/>
          <w:szCs w:val="18"/>
        </w:rPr>
        <w:t xml:space="preserve"> </w:t>
      </w:r>
      <w:r w:rsidRPr="004B1693">
        <w:rPr>
          <w:rFonts w:cs="Shruti"/>
          <w:sz w:val="18"/>
          <w:szCs w:val="18"/>
          <w:cs/>
          <w:lang w:bidi="gu-IN"/>
        </w:rPr>
        <w:t>ફાયર</w:t>
      </w:r>
      <w:r w:rsidRPr="004B1693">
        <w:rPr>
          <w:sz w:val="18"/>
          <w:szCs w:val="18"/>
        </w:rPr>
        <w:t xml:space="preserve"> </w:t>
      </w:r>
      <w:r w:rsidRPr="004B1693">
        <w:rPr>
          <w:rFonts w:cs="Shruti"/>
          <w:sz w:val="18"/>
          <w:szCs w:val="18"/>
          <w:cs/>
          <w:lang w:bidi="gu-IN"/>
        </w:rPr>
        <w:t>સેફ્ટી</w:t>
      </w:r>
      <w:r w:rsidRPr="004B1693">
        <w:rPr>
          <w:sz w:val="18"/>
          <w:szCs w:val="18"/>
        </w:rPr>
        <w:t xml:space="preserve"> </w:t>
      </w:r>
      <w:r w:rsidRPr="004B1693">
        <w:rPr>
          <w:rFonts w:cs="Shruti"/>
          <w:sz w:val="18"/>
          <w:szCs w:val="18"/>
          <w:cs/>
          <w:lang w:bidi="gu-IN"/>
        </w:rPr>
        <w:t>સાધનોના</w:t>
      </w:r>
      <w:r w:rsidRPr="004B1693">
        <w:rPr>
          <w:sz w:val="18"/>
          <w:szCs w:val="18"/>
        </w:rPr>
        <w:t xml:space="preserve"> </w:t>
      </w:r>
      <w:r w:rsidRPr="004B1693">
        <w:rPr>
          <w:rFonts w:cs="Shruti"/>
          <w:sz w:val="18"/>
          <w:szCs w:val="18"/>
          <w:cs/>
          <w:lang w:bidi="gu-IN"/>
        </w:rPr>
        <w:t>ઉપયોગનું</w:t>
      </w:r>
      <w:r w:rsidRPr="004B1693">
        <w:rPr>
          <w:sz w:val="18"/>
          <w:szCs w:val="18"/>
        </w:rPr>
        <w:t xml:space="preserve"> </w:t>
      </w:r>
      <w:r w:rsidRPr="004B1693">
        <w:rPr>
          <w:rFonts w:cs="Shruti"/>
          <w:sz w:val="18"/>
          <w:szCs w:val="18"/>
          <w:cs/>
          <w:lang w:bidi="gu-IN"/>
        </w:rPr>
        <w:t>જીવંત</w:t>
      </w:r>
      <w:r w:rsidRPr="004B1693">
        <w:rPr>
          <w:sz w:val="18"/>
          <w:szCs w:val="18"/>
        </w:rPr>
        <w:t xml:space="preserve"> </w:t>
      </w:r>
      <w:r w:rsidRPr="004B1693">
        <w:rPr>
          <w:rFonts w:cs="Shruti"/>
          <w:sz w:val="18"/>
          <w:szCs w:val="18"/>
          <w:cs/>
          <w:lang w:bidi="gu-IN"/>
        </w:rPr>
        <w:t>નિદર્શન</w:t>
      </w:r>
      <w:r w:rsidRPr="004B1693">
        <w:rPr>
          <w:sz w:val="18"/>
          <w:szCs w:val="18"/>
        </w:rPr>
        <w:t xml:space="preserve"> (Live Demo) </w:t>
      </w:r>
      <w:r w:rsidRPr="004B1693">
        <w:rPr>
          <w:rFonts w:cs="Shruti"/>
          <w:sz w:val="18"/>
          <w:szCs w:val="18"/>
          <w:cs/>
          <w:lang w:bidi="gu-IN"/>
        </w:rPr>
        <w:t>બતાવવું</w:t>
      </w:r>
      <w:r w:rsidRPr="004B1693">
        <w:rPr>
          <w:sz w:val="18"/>
          <w:szCs w:val="18"/>
        </w:rPr>
        <w:t>.</w:t>
      </w:r>
    </w:p>
    <w:p w14:paraId="3CF3E958" w14:textId="77777777" w:rsidR="004B1693" w:rsidRPr="004B1693" w:rsidRDefault="004B1693" w:rsidP="00B65131">
      <w:pPr>
        <w:pStyle w:val="ListBullet"/>
        <w:spacing w:line="240" w:lineRule="auto"/>
        <w:rPr>
          <w:sz w:val="18"/>
          <w:szCs w:val="18"/>
        </w:rPr>
      </w:pPr>
      <w:r w:rsidRPr="004B1693">
        <w:rPr>
          <w:rFonts w:cs="Shruti"/>
          <w:sz w:val="18"/>
          <w:szCs w:val="18"/>
          <w:cs/>
          <w:lang w:bidi="gu-IN"/>
        </w:rPr>
        <w:t>ઇમરજન્સી</w:t>
      </w:r>
      <w:r w:rsidRPr="004B1693">
        <w:rPr>
          <w:sz w:val="18"/>
          <w:szCs w:val="18"/>
        </w:rPr>
        <w:t xml:space="preserve"> </w:t>
      </w:r>
      <w:r w:rsidRPr="004B1693">
        <w:rPr>
          <w:rFonts w:cs="Shruti"/>
          <w:sz w:val="18"/>
          <w:szCs w:val="18"/>
          <w:cs/>
          <w:lang w:bidi="gu-IN"/>
        </w:rPr>
        <w:t>નંબરો</w:t>
      </w:r>
      <w:r w:rsidRPr="004B1693">
        <w:rPr>
          <w:sz w:val="18"/>
          <w:szCs w:val="18"/>
        </w:rPr>
        <w:t xml:space="preserve"> (</w:t>
      </w:r>
      <w:r w:rsidRPr="004B1693">
        <w:rPr>
          <w:rFonts w:cs="Shruti"/>
          <w:sz w:val="18"/>
          <w:szCs w:val="18"/>
          <w:cs/>
          <w:lang w:bidi="gu-IN"/>
        </w:rPr>
        <w:t>જેમ</w:t>
      </w:r>
      <w:r w:rsidRPr="004B1693">
        <w:rPr>
          <w:sz w:val="18"/>
          <w:szCs w:val="18"/>
        </w:rPr>
        <w:t xml:space="preserve"> </w:t>
      </w:r>
      <w:r w:rsidRPr="004B1693">
        <w:rPr>
          <w:rFonts w:cs="Shruti"/>
          <w:sz w:val="18"/>
          <w:szCs w:val="18"/>
          <w:cs/>
          <w:lang w:bidi="gu-IN"/>
        </w:rPr>
        <w:t>કે</w:t>
      </w:r>
      <w:r w:rsidRPr="004B1693">
        <w:rPr>
          <w:sz w:val="18"/>
          <w:szCs w:val="18"/>
        </w:rPr>
        <w:t xml:space="preserve"> 101, 108, 112) </w:t>
      </w:r>
      <w:r w:rsidRPr="004B1693">
        <w:rPr>
          <w:rFonts w:cs="Shruti"/>
          <w:sz w:val="18"/>
          <w:szCs w:val="18"/>
          <w:cs/>
          <w:lang w:bidi="gu-IN"/>
        </w:rPr>
        <w:t>ક્યારે</w:t>
      </w:r>
      <w:r w:rsidRPr="004B1693">
        <w:rPr>
          <w:sz w:val="18"/>
          <w:szCs w:val="18"/>
        </w:rPr>
        <w:t xml:space="preserve"> </w:t>
      </w:r>
      <w:r w:rsidRPr="004B1693">
        <w:rPr>
          <w:rFonts w:cs="Shruti"/>
          <w:sz w:val="18"/>
          <w:szCs w:val="18"/>
          <w:cs/>
          <w:lang w:bidi="gu-IN"/>
        </w:rPr>
        <w:t>અને</w:t>
      </w:r>
      <w:r w:rsidRPr="004B1693">
        <w:rPr>
          <w:sz w:val="18"/>
          <w:szCs w:val="18"/>
        </w:rPr>
        <w:t xml:space="preserve"> </w:t>
      </w:r>
      <w:r w:rsidRPr="004B1693">
        <w:rPr>
          <w:rFonts w:cs="Shruti"/>
          <w:sz w:val="18"/>
          <w:szCs w:val="18"/>
          <w:cs/>
          <w:lang w:bidi="gu-IN"/>
        </w:rPr>
        <w:t>કેવી</w:t>
      </w:r>
      <w:r w:rsidRPr="004B1693">
        <w:rPr>
          <w:sz w:val="18"/>
          <w:szCs w:val="18"/>
        </w:rPr>
        <w:t xml:space="preserve"> </w:t>
      </w:r>
      <w:r w:rsidRPr="004B1693">
        <w:rPr>
          <w:rFonts w:cs="Shruti"/>
          <w:sz w:val="18"/>
          <w:szCs w:val="18"/>
          <w:cs/>
          <w:lang w:bidi="gu-IN"/>
        </w:rPr>
        <w:t>રીતે</w:t>
      </w:r>
      <w:r w:rsidRPr="004B1693">
        <w:rPr>
          <w:sz w:val="18"/>
          <w:szCs w:val="18"/>
        </w:rPr>
        <w:t xml:space="preserve"> </w:t>
      </w:r>
      <w:r w:rsidRPr="004B1693">
        <w:rPr>
          <w:rFonts w:cs="Shruti"/>
          <w:sz w:val="18"/>
          <w:szCs w:val="18"/>
          <w:cs/>
          <w:lang w:bidi="gu-IN"/>
        </w:rPr>
        <w:t>ડાયલ</w:t>
      </w:r>
      <w:r w:rsidRPr="004B1693">
        <w:rPr>
          <w:sz w:val="18"/>
          <w:szCs w:val="18"/>
        </w:rPr>
        <w:t xml:space="preserve"> </w:t>
      </w:r>
      <w:r w:rsidRPr="004B1693">
        <w:rPr>
          <w:rFonts w:cs="Shruti"/>
          <w:sz w:val="18"/>
          <w:szCs w:val="18"/>
          <w:cs/>
          <w:lang w:bidi="gu-IN"/>
        </w:rPr>
        <w:t>કરવા</w:t>
      </w:r>
      <w:r w:rsidRPr="004B1693">
        <w:rPr>
          <w:sz w:val="18"/>
          <w:szCs w:val="18"/>
        </w:rPr>
        <w:t xml:space="preserve"> </w:t>
      </w:r>
      <w:r w:rsidRPr="004B1693">
        <w:rPr>
          <w:rFonts w:cs="Shruti"/>
          <w:sz w:val="18"/>
          <w:szCs w:val="18"/>
          <w:cs/>
          <w:lang w:bidi="gu-IN"/>
        </w:rPr>
        <w:t>તેની</w:t>
      </w:r>
      <w:r w:rsidRPr="004B1693">
        <w:rPr>
          <w:sz w:val="18"/>
          <w:szCs w:val="18"/>
        </w:rPr>
        <w:t xml:space="preserve"> </w:t>
      </w:r>
      <w:r w:rsidRPr="004B1693">
        <w:rPr>
          <w:rFonts w:cs="Shruti"/>
          <w:sz w:val="18"/>
          <w:szCs w:val="18"/>
          <w:cs/>
          <w:lang w:bidi="gu-IN"/>
        </w:rPr>
        <w:t>વિસ્તૃત</w:t>
      </w:r>
      <w:r w:rsidRPr="004B1693">
        <w:rPr>
          <w:sz w:val="18"/>
          <w:szCs w:val="18"/>
        </w:rPr>
        <w:t xml:space="preserve"> </w:t>
      </w:r>
      <w:r w:rsidRPr="004B1693">
        <w:rPr>
          <w:rFonts w:cs="Shruti"/>
          <w:sz w:val="18"/>
          <w:szCs w:val="18"/>
          <w:cs/>
          <w:lang w:bidi="gu-IN"/>
        </w:rPr>
        <w:t>સમજ</w:t>
      </w:r>
      <w:r w:rsidRPr="004B1693">
        <w:rPr>
          <w:sz w:val="18"/>
          <w:szCs w:val="18"/>
        </w:rPr>
        <w:t xml:space="preserve"> </w:t>
      </w:r>
      <w:r w:rsidRPr="004B1693">
        <w:rPr>
          <w:rFonts w:cs="Shruti"/>
          <w:sz w:val="18"/>
          <w:szCs w:val="18"/>
          <w:cs/>
          <w:lang w:bidi="gu-IN"/>
        </w:rPr>
        <w:t>આપવી</w:t>
      </w:r>
      <w:r w:rsidRPr="004B1693">
        <w:rPr>
          <w:sz w:val="18"/>
          <w:szCs w:val="18"/>
        </w:rPr>
        <w:t>.</w:t>
      </w:r>
    </w:p>
    <w:p w14:paraId="744BB998" w14:textId="77777777" w:rsidR="004B1693" w:rsidRPr="004B1693" w:rsidRDefault="004B1693" w:rsidP="00B65131">
      <w:pPr>
        <w:pStyle w:val="ListBullet"/>
        <w:spacing w:line="240" w:lineRule="auto"/>
        <w:rPr>
          <w:sz w:val="18"/>
          <w:szCs w:val="18"/>
        </w:rPr>
      </w:pPr>
      <w:r w:rsidRPr="004B1693">
        <w:rPr>
          <w:rFonts w:cs="Shruti"/>
          <w:sz w:val="18"/>
          <w:szCs w:val="18"/>
          <w:cs/>
          <w:lang w:bidi="gu-IN"/>
        </w:rPr>
        <w:t>આગ</w:t>
      </w:r>
      <w:r w:rsidRPr="004B1693">
        <w:rPr>
          <w:sz w:val="18"/>
          <w:szCs w:val="18"/>
        </w:rPr>
        <w:t xml:space="preserve">, </w:t>
      </w:r>
      <w:r w:rsidRPr="004B1693">
        <w:rPr>
          <w:rFonts w:cs="Shruti"/>
          <w:sz w:val="18"/>
          <w:szCs w:val="18"/>
          <w:cs/>
          <w:lang w:bidi="gu-IN"/>
        </w:rPr>
        <w:t>ભૂકંપ</w:t>
      </w:r>
      <w:r w:rsidRPr="004B1693">
        <w:rPr>
          <w:sz w:val="18"/>
          <w:szCs w:val="18"/>
        </w:rPr>
        <w:t xml:space="preserve"> </w:t>
      </w:r>
      <w:r w:rsidRPr="004B1693">
        <w:rPr>
          <w:rFonts w:cs="Shruti"/>
          <w:sz w:val="18"/>
          <w:szCs w:val="18"/>
          <w:cs/>
          <w:lang w:bidi="gu-IN"/>
        </w:rPr>
        <w:t>કે</w:t>
      </w:r>
      <w:r w:rsidRPr="004B1693">
        <w:rPr>
          <w:sz w:val="18"/>
          <w:szCs w:val="18"/>
        </w:rPr>
        <w:t xml:space="preserve"> </w:t>
      </w:r>
      <w:r w:rsidRPr="004B1693">
        <w:rPr>
          <w:rFonts w:cs="Shruti"/>
          <w:sz w:val="18"/>
          <w:szCs w:val="18"/>
          <w:cs/>
          <w:lang w:bidi="gu-IN"/>
        </w:rPr>
        <w:t>અન્ય</w:t>
      </w:r>
      <w:r w:rsidRPr="004B1693">
        <w:rPr>
          <w:sz w:val="18"/>
          <w:szCs w:val="18"/>
        </w:rPr>
        <w:t xml:space="preserve"> </w:t>
      </w:r>
      <w:r w:rsidRPr="004B1693">
        <w:rPr>
          <w:rFonts w:cs="Shruti"/>
          <w:sz w:val="18"/>
          <w:szCs w:val="18"/>
          <w:cs/>
          <w:lang w:bidi="gu-IN"/>
        </w:rPr>
        <w:t>આપત્તિ</w:t>
      </w:r>
      <w:r w:rsidRPr="004B1693">
        <w:rPr>
          <w:sz w:val="18"/>
          <w:szCs w:val="18"/>
        </w:rPr>
        <w:t xml:space="preserve"> </w:t>
      </w:r>
      <w:r w:rsidRPr="004B1693">
        <w:rPr>
          <w:rFonts w:cs="Shruti"/>
          <w:sz w:val="18"/>
          <w:szCs w:val="18"/>
          <w:cs/>
          <w:lang w:bidi="gu-IN"/>
        </w:rPr>
        <w:t>સમયે</w:t>
      </w:r>
      <w:r w:rsidRPr="004B1693">
        <w:rPr>
          <w:sz w:val="18"/>
          <w:szCs w:val="18"/>
        </w:rPr>
        <w:t xml:space="preserve"> </w:t>
      </w:r>
      <w:r w:rsidRPr="004B1693">
        <w:rPr>
          <w:rFonts w:cs="Shruti"/>
          <w:sz w:val="18"/>
          <w:szCs w:val="18"/>
          <w:cs/>
          <w:lang w:bidi="gu-IN"/>
        </w:rPr>
        <w:t>દાઝી</w:t>
      </w:r>
      <w:r w:rsidRPr="004B1693">
        <w:rPr>
          <w:sz w:val="18"/>
          <w:szCs w:val="18"/>
        </w:rPr>
        <w:t xml:space="preserve"> </w:t>
      </w:r>
      <w:r w:rsidRPr="004B1693">
        <w:rPr>
          <w:rFonts w:cs="Shruti"/>
          <w:sz w:val="18"/>
          <w:szCs w:val="18"/>
          <w:cs/>
          <w:lang w:bidi="gu-IN"/>
        </w:rPr>
        <w:t>જવા</w:t>
      </w:r>
      <w:r w:rsidRPr="004B1693">
        <w:rPr>
          <w:sz w:val="18"/>
          <w:szCs w:val="18"/>
        </w:rPr>
        <w:t xml:space="preserve"> </w:t>
      </w:r>
      <w:r w:rsidRPr="004B1693">
        <w:rPr>
          <w:rFonts w:cs="Shruti"/>
          <w:sz w:val="18"/>
          <w:szCs w:val="18"/>
          <w:cs/>
          <w:lang w:bidi="gu-IN"/>
        </w:rPr>
        <w:t>કે</w:t>
      </w:r>
      <w:r w:rsidRPr="004B1693">
        <w:rPr>
          <w:sz w:val="18"/>
          <w:szCs w:val="18"/>
        </w:rPr>
        <w:t xml:space="preserve"> </w:t>
      </w:r>
      <w:r w:rsidRPr="004B1693">
        <w:rPr>
          <w:rFonts w:cs="Shruti"/>
          <w:sz w:val="18"/>
          <w:szCs w:val="18"/>
          <w:cs/>
          <w:lang w:bidi="gu-IN"/>
        </w:rPr>
        <w:t>શ્વાસ</w:t>
      </w:r>
      <w:r w:rsidRPr="004B1693">
        <w:rPr>
          <w:sz w:val="18"/>
          <w:szCs w:val="18"/>
        </w:rPr>
        <w:t xml:space="preserve"> </w:t>
      </w:r>
      <w:r w:rsidRPr="004B1693">
        <w:rPr>
          <w:rFonts w:cs="Shruti"/>
          <w:sz w:val="18"/>
          <w:szCs w:val="18"/>
          <w:cs/>
          <w:lang w:bidi="gu-IN"/>
        </w:rPr>
        <w:t>રુંધાવા</w:t>
      </w:r>
      <w:r w:rsidRPr="004B1693">
        <w:rPr>
          <w:sz w:val="18"/>
          <w:szCs w:val="18"/>
        </w:rPr>
        <w:t xml:space="preserve"> </w:t>
      </w:r>
      <w:r w:rsidRPr="004B1693">
        <w:rPr>
          <w:rFonts w:cs="Shruti"/>
          <w:sz w:val="18"/>
          <w:szCs w:val="18"/>
          <w:cs/>
          <w:lang w:bidi="gu-IN"/>
        </w:rPr>
        <w:t>જેવી</w:t>
      </w:r>
      <w:r w:rsidRPr="004B1693">
        <w:rPr>
          <w:sz w:val="18"/>
          <w:szCs w:val="18"/>
        </w:rPr>
        <w:t xml:space="preserve"> </w:t>
      </w:r>
      <w:r w:rsidRPr="004B1693">
        <w:rPr>
          <w:rFonts w:cs="Shruti"/>
          <w:sz w:val="18"/>
          <w:szCs w:val="18"/>
          <w:cs/>
          <w:lang w:bidi="gu-IN"/>
        </w:rPr>
        <w:t>પરિસ્થિતિમાં</w:t>
      </w:r>
      <w:r w:rsidRPr="004B1693">
        <w:rPr>
          <w:sz w:val="18"/>
          <w:szCs w:val="18"/>
        </w:rPr>
        <w:t xml:space="preserve"> </w:t>
      </w:r>
      <w:r w:rsidRPr="004B1693">
        <w:rPr>
          <w:rFonts w:cs="Shruti"/>
          <w:sz w:val="18"/>
          <w:szCs w:val="18"/>
          <w:cs/>
          <w:lang w:bidi="gu-IN"/>
        </w:rPr>
        <w:t>બચાવની</w:t>
      </w:r>
      <w:r w:rsidRPr="004B1693">
        <w:rPr>
          <w:sz w:val="18"/>
          <w:szCs w:val="18"/>
        </w:rPr>
        <w:t xml:space="preserve"> </w:t>
      </w:r>
      <w:r w:rsidRPr="004B1693">
        <w:rPr>
          <w:rFonts w:cs="Shruti"/>
          <w:sz w:val="18"/>
          <w:szCs w:val="18"/>
          <w:cs/>
          <w:lang w:bidi="gu-IN"/>
        </w:rPr>
        <w:t>કામગીરી</w:t>
      </w:r>
      <w:r w:rsidRPr="004B1693">
        <w:rPr>
          <w:sz w:val="18"/>
          <w:szCs w:val="18"/>
        </w:rPr>
        <w:t xml:space="preserve"> </w:t>
      </w:r>
      <w:r w:rsidRPr="004B1693">
        <w:rPr>
          <w:rFonts w:cs="Shruti"/>
          <w:sz w:val="18"/>
          <w:szCs w:val="18"/>
          <w:cs/>
          <w:lang w:bidi="gu-IN"/>
        </w:rPr>
        <w:t>અને</w:t>
      </w:r>
      <w:r w:rsidRPr="004B1693">
        <w:rPr>
          <w:sz w:val="18"/>
          <w:szCs w:val="18"/>
        </w:rPr>
        <w:t xml:space="preserve"> </w:t>
      </w:r>
      <w:r w:rsidRPr="004B1693">
        <w:rPr>
          <w:rFonts w:cs="Shruti"/>
          <w:sz w:val="18"/>
          <w:szCs w:val="18"/>
          <w:cs/>
          <w:lang w:bidi="gu-IN"/>
        </w:rPr>
        <w:t>પ્રાથમિક</w:t>
      </w:r>
      <w:r w:rsidRPr="004B1693">
        <w:rPr>
          <w:sz w:val="18"/>
          <w:szCs w:val="18"/>
        </w:rPr>
        <w:t xml:space="preserve"> </w:t>
      </w:r>
      <w:r w:rsidRPr="004B1693">
        <w:rPr>
          <w:rFonts w:cs="Shruti"/>
          <w:sz w:val="18"/>
          <w:szCs w:val="18"/>
          <w:cs/>
          <w:lang w:bidi="gu-IN"/>
        </w:rPr>
        <w:t>સારવાર</w:t>
      </w:r>
      <w:r w:rsidRPr="004B1693">
        <w:rPr>
          <w:sz w:val="18"/>
          <w:szCs w:val="18"/>
        </w:rPr>
        <w:t xml:space="preserve"> (First Aid) </w:t>
      </w:r>
      <w:r w:rsidRPr="004B1693">
        <w:rPr>
          <w:rFonts w:cs="Shruti"/>
          <w:sz w:val="18"/>
          <w:szCs w:val="18"/>
          <w:cs/>
          <w:lang w:bidi="gu-IN"/>
        </w:rPr>
        <w:t>કઈ</w:t>
      </w:r>
      <w:r w:rsidRPr="004B1693">
        <w:rPr>
          <w:sz w:val="18"/>
          <w:szCs w:val="18"/>
        </w:rPr>
        <w:t xml:space="preserve"> </w:t>
      </w:r>
      <w:r w:rsidRPr="004B1693">
        <w:rPr>
          <w:rFonts w:cs="Shruti"/>
          <w:sz w:val="18"/>
          <w:szCs w:val="18"/>
          <w:cs/>
          <w:lang w:bidi="gu-IN"/>
        </w:rPr>
        <w:t>રીતે</w:t>
      </w:r>
      <w:r w:rsidRPr="004B1693">
        <w:rPr>
          <w:sz w:val="18"/>
          <w:szCs w:val="18"/>
        </w:rPr>
        <w:t xml:space="preserve"> </w:t>
      </w:r>
      <w:r w:rsidRPr="004B1693">
        <w:rPr>
          <w:rFonts w:cs="Shruti"/>
          <w:sz w:val="18"/>
          <w:szCs w:val="18"/>
          <w:cs/>
          <w:lang w:bidi="gu-IN"/>
        </w:rPr>
        <w:t>આપવી</w:t>
      </w:r>
      <w:r w:rsidRPr="004B1693">
        <w:rPr>
          <w:sz w:val="18"/>
          <w:szCs w:val="18"/>
        </w:rPr>
        <w:t xml:space="preserve"> </w:t>
      </w:r>
      <w:r w:rsidRPr="004B1693">
        <w:rPr>
          <w:rFonts w:cs="Shruti"/>
          <w:sz w:val="18"/>
          <w:szCs w:val="18"/>
          <w:cs/>
          <w:lang w:bidi="gu-IN"/>
        </w:rPr>
        <w:t>તેનું</w:t>
      </w:r>
      <w:r w:rsidRPr="004B1693">
        <w:rPr>
          <w:sz w:val="18"/>
          <w:szCs w:val="18"/>
        </w:rPr>
        <w:t xml:space="preserve"> </w:t>
      </w:r>
      <w:r w:rsidRPr="004B1693">
        <w:rPr>
          <w:rFonts w:cs="Shruti"/>
          <w:sz w:val="18"/>
          <w:szCs w:val="18"/>
          <w:cs/>
          <w:lang w:bidi="gu-IN"/>
        </w:rPr>
        <w:t>માર્ગદર્શન</w:t>
      </w:r>
      <w:r w:rsidRPr="004B1693">
        <w:rPr>
          <w:sz w:val="18"/>
          <w:szCs w:val="18"/>
        </w:rPr>
        <w:t xml:space="preserve"> </w:t>
      </w:r>
      <w:r w:rsidRPr="004B1693">
        <w:rPr>
          <w:rFonts w:cs="Shruti"/>
          <w:sz w:val="18"/>
          <w:szCs w:val="18"/>
          <w:cs/>
          <w:lang w:bidi="gu-IN"/>
        </w:rPr>
        <w:t>આપવું</w:t>
      </w:r>
      <w:r w:rsidRPr="004B1693">
        <w:rPr>
          <w:sz w:val="18"/>
          <w:szCs w:val="18"/>
        </w:rPr>
        <w:t>.</w:t>
      </w:r>
    </w:p>
    <w:p w14:paraId="181BFA40" w14:textId="77777777" w:rsidR="004B1693" w:rsidRPr="004B1693" w:rsidRDefault="004B1693" w:rsidP="00B65131">
      <w:pPr>
        <w:pStyle w:val="Heading2"/>
        <w:spacing w:line="240" w:lineRule="auto"/>
        <w:rPr>
          <w:sz w:val="18"/>
          <w:szCs w:val="18"/>
        </w:rPr>
      </w:pPr>
      <w:r w:rsidRPr="004B1693">
        <w:rPr>
          <w:rFonts w:cs="Shruti"/>
          <w:sz w:val="18"/>
          <w:szCs w:val="18"/>
          <w:cs/>
          <w:lang w:bidi="gu-IN"/>
        </w:rPr>
        <w:t>૩</w:t>
      </w:r>
      <w:r w:rsidRPr="004B1693">
        <w:rPr>
          <w:sz w:val="18"/>
          <w:szCs w:val="18"/>
        </w:rPr>
        <w:t xml:space="preserve">. </w:t>
      </w:r>
      <w:r w:rsidRPr="004B1693">
        <w:rPr>
          <w:rFonts w:cs="Shruti"/>
          <w:sz w:val="18"/>
          <w:szCs w:val="18"/>
          <w:cs/>
          <w:lang w:bidi="gu-IN"/>
        </w:rPr>
        <w:t>મોકડ્રીલ</w:t>
      </w:r>
      <w:r w:rsidRPr="004B1693">
        <w:rPr>
          <w:sz w:val="18"/>
          <w:szCs w:val="18"/>
        </w:rPr>
        <w:t xml:space="preserve"> </w:t>
      </w:r>
      <w:r w:rsidRPr="004B1693">
        <w:rPr>
          <w:rFonts w:cs="Shruti"/>
          <w:sz w:val="18"/>
          <w:szCs w:val="18"/>
          <w:cs/>
          <w:lang w:bidi="gu-IN"/>
        </w:rPr>
        <w:t>પ્રવૃત્તિના</w:t>
      </w:r>
      <w:r w:rsidRPr="004B1693">
        <w:rPr>
          <w:sz w:val="18"/>
          <w:szCs w:val="18"/>
        </w:rPr>
        <w:t xml:space="preserve"> </w:t>
      </w:r>
      <w:r w:rsidRPr="004B1693">
        <w:rPr>
          <w:rFonts w:cs="Shruti"/>
          <w:sz w:val="18"/>
          <w:szCs w:val="18"/>
          <w:cs/>
          <w:lang w:bidi="gu-IN"/>
        </w:rPr>
        <w:t>ફોટોગ્રાફ્સ</w:t>
      </w:r>
      <w:r w:rsidRPr="004B1693">
        <w:rPr>
          <w:sz w:val="18"/>
          <w:szCs w:val="18"/>
        </w:rPr>
        <w:t>:</w:t>
      </w:r>
    </w:p>
    <w:p w14:paraId="045C30CF" w14:textId="77777777" w:rsidR="004B1693" w:rsidRPr="004B1693" w:rsidRDefault="004B1693" w:rsidP="00B65131">
      <w:pPr>
        <w:spacing w:line="240" w:lineRule="auto"/>
        <w:rPr>
          <w:sz w:val="18"/>
          <w:szCs w:val="18"/>
        </w:rPr>
      </w:pPr>
      <w:r w:rsidRPr="004B1693">
        <w:rPr>
          <w:rFonts w:cs="Shruti"/>
          <w:i/>
          <w:iCs/>
          <w:sz w:val="18"/>
          <w:szCs w:val="18"/>
          <w:cs/>
          <w:lang w:bidi="gu-IN"/>
        </w:rPr>
        <w:t>નોંધ</w:t>
      </w:r>
      <w:r w:rsidRPr="004B1693">
        <w:rPr>
          <w:i/>
          <w:sz w:val="18"/>
          <w:szCs w:val="18"/>
        </w:rPr>
        <w:t xml:space="preserve">: </w:t>
      </w:r>
      <w:r w:rsidRPr="004B1693">
        <w:rPr>
          <w:rFonts w:cs="Shruti"/>
          <w:i/>
          <w:iCs/>
          <w:sz w:val="18"/>
          <w:szCs w:val="18"/>
          <w:cs/>
          <w:lang w:bidi="gu-IN"/>
        </w:rPr>
        <w:t>કૃપા</w:t>
      </w:r>
      <w:r w:rsidRPr="004B1693">
        <w:rPr>
          <w:i/>
          <w:sz w:val="18"/>
          <w:szCs w:val="18"/>
        </w:rPr>
        <w:t xml:space="preserve"> </w:t>
      </w:r>
      <w:r w:rsidRPr="004B1693">
        <w:rPr>
          <w:rFonts w:cs="Shruti"/>
          <w:i/>
          <w:iCs/>
          <w:sz w:val="18"/>
          <w:szCs w:val="18"/>
          <w:cs/>
          <w:lang w:bidi="gu-IN"/>
        </w:rPr>
        <w:t>કરીને</w:t>
      </w:r>
      <w:r w:rsidRPr="004B1693">
        <w:rPr>
          <w:i/>
          <w:sz w:val="18"/>
          <w:szCs w:val="18"/>
        </w:rPr>
        <w:t xml:space="preserve"> </w:t>
      </w:r>
      <w:r w:rsidRPr="004B1693">
        <w:rPr>
          <w:rFonts w:cs="Shruti"/>
          <w:i/>
          <w:iCs/>
          <w:sz w:val="18"/>
          <w:szCs w:val="18"/>
          <w:cs/>
          <w:lang w:bidi="gu-IN"/>
        </w:rPr>
        <w:t>અહી</w:t>
      </w:r>
      <w:r w:rsidRPr="004B1693">
        <w:rPr>
          <w:i/>
          <w:sz w:val="18"/>
          <w:szCs w:val="18"/>
        </w:rPr>
        <w:t xml:space="preserve"> </w:t>
      </w:r>
      <w:r w:rsidRPr="004B1693">
        <w:rPr>
          <w:rFonts w:cs="Shruti"/>
          <w:i/>
          <w:iCs/>
          <w:sz w:val="18"/>
          <w:szCs w:val="18"/>
          <w:cs/>
          <w:lang w:bidi="gu-IN"/>
        </w:rPr>
        <w:t>મોકડ્રીલ</w:t>
      </w:r>
      <w:r w:rsidRPr="004B1693">
        <w:rPr>
          <w:i/>
          <w:sz w:val="18"/>
          <w:szCs w:val="18"/>
        </w:rPr>
        <w:t xml:space="preserve"> </w:t>
      </w:r>
      <w:r w:rsidRPr="004B1693">
        <w:rPr>
          <w:rFonts w:cs="Shruti"/>
          <w:i/>
          <w:iCs/>
          <w:sz w:val="18"/>
          <w:szCs w:val="18"/>
          <w:cs/>
          <w:lang w:bidi="gu-IN"/>
        </w:rPr>
        <w:t>પ્રવૃત્તિના</w:t>
      </w:r>
      <w:r w:rsidRPr="004B1693">
        <w:rPr>
          <w:i/>
          <w:sz w:val="18"/>
          <w:szCs w:val="18"/>
        </w:rPr>
        <w:t xml:space="preserve"> </w:t>
      </w:r>
      <w:r w:rsidRPr="004B1693">
        <w:rPr>
          <w:rFonts w:cs="Shruti"/>
          <w:i/>
          <w:iCs/>
          <w:sz w:val="18"/>
          <w:szCs w:val="18"/>
          <w:cs/>
          <w:lang w:bidi="gu-IN"/>
        </w:rPr>
        <w:t>જીઓ</w:t>
      </w:r>
      <w:r w:rsidRPr="004B1693">
        <w:rPr>
          <w:i/>
          <w:sz w:val="18"/>
          <w:szCs w:val="18"/>
        </w:rPr>
        <w:t>-</w:t>
      </w:r>
      <w:r w:rsidRPr="004B1693">
        <w:rPr>
          <w:rFonts w:cs="Shruti"/>
          <w:i/>
          <w:iCs/>
          <w:sz w:val="18"/>
          <w:szCs w:val="18"/>
          <w:cs/>
          <w:lang w:bidi="gu-IN"/>
        </w:rPr>
        <w:t>ટેગ</w:t>
      </w:r>
      <w:r w:rsidRPr="004B1693">
        <w:rPr>
          <w:i/>
          <w:sz w:val="18"/>
          <w:szCs w:val="18"/>
        </w:rPr>
        <w:t xml:space="preserve"> (Geo-tag) </w:t>
      </w:r>
      <w:r w:rsidRPr="004B1693">
        <w:rPr>
          <w:rFonts w:cs="Shruti"/>
          <w:i/>
          <w:iCs/>
          <w:sz w:val="18"/>
          <w:szCs w:val="18"/>
          <w:cs/>
          <w:lang w:bidi="gu-IN"/>
        </w:rPr>
        <w:t>વાળા</w:t>
      </w:r>
      <w:r w:rsidRPr="004B1693">
        <w:rPr>
          <w:i/>
          <w:sz w:val="18"/>
          <w:szCs w:val="18"/>
        </w:rPr>
        <w:t xml:space="preserve"> </w:t>
      </w:r>
      <w:r w:rsidRPr="004B1693">
        <w:rPr>
          <w:rFonts w:cs="Shruti"/>
          <w:i/>
          <w:iCs/>
          <w:sz w:val="18"/>
          <w:szCs w:val="18"/>
          <w:cs/>
          <w:lang w:bidi="gu-IN"/>
        </w:rPr>
        <w:t>૨</w:t>
      </w:r>
      <w:r w:rsidRPr="004B1693">
        <w:rPr>
          <w:i/>
          <w:sz w:val="18"/>
          <w:szCs w:val="18"/>
        </w:rPr>
        <w:t xml:space="preserve"> </w:t>
      </w:r>
      <w:r w:rsidRPr="004B1693">
        <w:rPr>
          <w:rFonts w:cs="Shruti"/>
          <w:i/>
          <w:iCs/>
          <w:sz w:val="18"/>
          <w:szCs w:val="18"/>
          <w:cs/>
          <w:lang w:bidi="gu-IN"/>
        </w:rPr>
        <w:t>થી</w:t>
      </w:r>
      <w:r w:rsidRPr="004B1693">
        <w:rPr>
          <w:i/>
          <w:sz w:val="18"/>
          <w:szCs w:val="18"/>
        </w:rPr>
        <w:t xml:space="preserve"> </w:t>
      </w:r>
      <w:r w:rsidRPr="004B1693">
        <w:rPr>
          <w:rFonts w:cs="Shruti"/>
          <w:i/>
          <w:iCs/>
          <w:sz w:val="18"/>
          <w:szCs w:val="18"/>
          <w:cs/>
          <w:lang w:bidi="gu-IN"/>
        </w:rPr>
        <w:t>૩</w:t>
      </w:r>
      <w:r w:rsidRPr="004B1693">
        <w:rPr>
          <w:i/>
          <w:sz w:val="18"/>
          <w:szCs w:val="18"/>
        </w:rPr>
        <w:t xml:space="preserve"> </w:t>
      </w:r>
      <w:r w:rsidRPr="004B1693">
        <w:rPr>
          <w:rFonts w:cs="Shruti"/>
          <w:i/>
          <w:iCs/>
          <w:sz w:val="18"/>
          <w:szCs w:val="18"/>
          <w:cs/>
          <w:lang w:bidi="gu-IN"/>
        </w:rPr>
        <w:t>સ્પષ્ટ</w:t>
      </w:r>
      <w:r w:rsidRPr="004B1693">
        <w:rPr>
          <w:i/>
          <w:sz w:val="18"/>
          <w:szCs w:val="18"/>
        </w:rPr>
        <w:t xml:space="preserve"> </w:t>
      </w:r>
      <w:r w:rsidRPr="004B1693">
        <w:rPr>
          <w:rFonts w:cs="Shruti"/>
          <w:i/>
          <w:iCs/>
          <w:sz w:val="18"/>
          <w:szCs w:val="18"/>
          <w:cs/>
          <w:lang w:bidi="gu-IN"/>
        </w:rPr>
        <w:t>ફોટોગ્રાફ્સ</w:t>
      </w:r>
      <w:r w:rsidRPr="004B1693">
        <w:rPr>
          <w:i/>
          <w:sz w:val="18"/>
          <w:szCs w:val="18"/>
        </w:rPr>
        <w:t xml:space="preserve"> </w:t>
      </w:r>
      <w:r w:rsidRPr="004B1693">
        <w:rPr>
          <w:rFonts w:cs="Shruti"/>
          <w:i/>
          <w:iCs/>
          <w:sz w:val="18"/>
          <w:szCs w:val="18"/>
          <w:cs/>
          <w:lang w:bidi="gu-IN"/>
        </w:rPr>
        <w:t>સોફ્ટ</w:t>
      </w:r>
      <w:r w:rsidRPr="004B1693">
        <w:rPr>
          <w:i/>
          <w:sz w:val="18"/>
          <w:szCs w:val="18"/>
        </w:rPr>
        <w:t xml:space="preserve"> </w:t>
      </w:r>
      <w:r w:rsidRPr="004B1693">
        <w:rPr>
          <w:rFonts w:cs="Shruti"/>
          <w:i/>
          <w:iCs/>
          <w:sz w:val="18"/>
          <w:szCs w:val="18"/>
          <w:cs/>
          <w:lang w:bidi="gu-IN"/>
        </w:rPr>
        <w:t>કોપીમાં</w:t>
      </w:r>
      <w:r w:rsidRPr="004B1693">
        <w:rPr>
          <w:i/>
          <w:sz w:val="18"/>
          <w:szCs w:val="18"/>
        </w:rPr>
        <w:t xml:space="preserve"> </w:t>
      </w:r>
      <w:r w:rsidRPr="004B1693">
        <w:rPr>
          <w:rFonts w:cs="Shruti"/>
          <w:i/>
          <w:iCs/>
          <w:sz w:val="18"/>
          <w:szCs w:val="18"/>
          <w:cs/>
          <w:lang w:bidi="gu-IN"/>
        </w:rPr>
        <w:t>ઇન્સર્ટ</w:t>
      </w:r>
      <w:r w:rsidRPr="004B1693">
        <w:rPr>
          <w:i/>
          <w:sz w:val="18"/>
          <w:szCs w:val="18"/>
        </w:rPr>
        <w:t xml:space="preserve"> </w:t>
      </w:r>
      <w:r w:rsidRPr="004B1693">
        <w:rPr>
          <w:rFonts w:cs="Shruti"/>
          <w:i/>
          <w:iCs/>
          <w:sz w:val="18"/>
          <w:szCs w:val="18"/>
          <w:cs/>
          <w:lang w:bidi="gu-IN"/>
        </w:rPr>
        <w:t>કરવા</w:t>
      </w:r>
      <w:r w:rsidRPr="004B1693">
        <w:rPr>
          <w:i/>
          <w:sz w:val="18"/>
          <w:szCs w:val="18"/>
        </w:rPr>
        <w:t xml:space="preserve"> </w:t>
      </w:r>
      <w:r w:rsidRPr="004B1693">
        <w:rPr>
          <w:rFonts w:cs="Shruti"/>
          <w:i/>
          <w:iCs/>
          <w:sz w:val="18"/>
          <w:szCs w:val="18"/>
          <w:cs/>
          <w:lang w:bidi="gu-IN"/>
        </w:rPr>
        <w:t>અથવા</w:t>
      </w:r>
      <w:r w:rsidRPr="004B1693">
        <w:rPr>
          <w:i/>
          <w:sz w:val="18"/>
          <w:szCs w:val="18"/>
        </w:rPr>
        <w:t xml:space="preserve"> </w:t>
      </w:r>
      <w:r w:rsidRPr="004B1693">
        <w:rPr>
          <w:rFonts w:cs="Shruti"/>
          <w:i/>
          <w:iCs/>
          <w:sz w:val="18"/>
          <w:szCs w:val="18"/>
          <w:cs/>
          <w:lang w:bidi="gu-IN"/>
        </w:rPr>
        <w:t>પ્રિન્ટ</w:t>
      </w:r>
      <w:r w:rsidRPr="004B1693">
        <w:rPr>
          <w:i/>
          <w:sz w:val="18"/>
          <w:szCs w:val="18"/>
        </w:rPr>
        <w:t xml:space="preserve"> </w:t>
      </w:r>
      <w:r w:rsidRPr="004B1693">
        <w:rPr>
          <w:rFonts w:cs="Shruti"/>
          <w:i/>
          <w:iCs/>
          <w:sz w:val="18"/>
          <w:szCs w:val="18"/>
          <w:cs/>
          <w:lang w:bidi="gu-IN"/>
        </w:rPr>
        <w:t>કાઢીને</w:t>
      </w:r>
      <w:r w:rsidRPr="004B1693">
        <w:rPr>
          <w:i/>
          <w:sz w:val="18"/>
          <w:szCs w:val="18"/>
        </w:rPr>
        <w:t xml:space="preserve"> </w:t>
      </w:r>
      <w:r w:rsidRPr="004B1693">
        <w:rPr>
          <w:rFonts w:cs="Shruti"/>
          <w:i/>
          <w:iCs/>
          <w:sz w:val="18"/>
          <w:szCs w:val="18"/>
          <w:cs/>
          <w:lang w:bidi="gu-IN"/>
        </w:rPr>
        <w:t>ચોંટાડવા</w:t>
      </w:r>
      <w:r w:rsidRPr="004B1693">
        <w:rPr>
          <w:i/>
          <w:sz w:val="18"/>
          <w:szCs w:val="18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4B1693" w14:paraId="3B9D1193" w14:textId="77777777" w:rsidTr="00E237D3">
        <w:trPr>
          <w:trHeight w:val="3600"/>
        </w:trPr>
        <w:tc>
          <w:tcPr>
            <w:tcW w:w="4320" w:type="dxa"/>
          </w:tcPr>
          <w:p w14:paraId="5FC93A95" w14:textId="77777777" w:rsidR="004B1693" w:rsidRDefault="004B1693" w:rsidP="00E237D3">
            <w:pPr>
              <w:jc w:val="center"/>
            </w:pPr>
            <w:r>
              <w:br/>
            </w:r>
            <w:r>
              <w:br/>
              <w:t xml:space="preserve">[ </w:t>
            </w:r>
            <w:r>
              <w:rPr>
                <w:rFonts w:cs="Shruti"/>
                <w:cs/>
                <w:lang w:bidi="gu-IN"/>
              </w:rPr>
              <w:t>ફોટોગ્રાફ</w:t>
            </w:r>
            <w:r>
              <w:t xml:space="preserve"> - </w:t>
            </w:r>
            <w:r>
              <w:rPr>
                <w:rFonts w:cs="Shruti"/>
                <w:cs/>
                <w:lang w:bidi="gu-IN"/>
              </w:rPr>
              <w:t>૧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અહી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મૂકો</w:t>
            </w:r>
            <w:r>
              <w:t xml:space="preserve"> ]</w:t>
            </w:r>
          </w:p>
        </w:tc>
        <w:tc>
          <w:tcPr>
            <w:tcW w:w="4320" w:type="dxa"/>
          </w:tcPr>
          <w:p w14:paraId="45D9479C" w14:textId="77777777" w:rsidR="004B1693" w:rsidRDefault="004B1693" w:rsidP="00E237D3">
            <w:pPr>
              <w:jc w:val="center"/>
            </w:pPr>
            <w:r>
              <w:br/>
            </w:r>
            <w:r>
              <w:br/>
              <w:t xml:space="preserve">[ </w:t>
            </w:r>
            <w:r>
              <w:rPr>
                <w:rFonts w:cs="Shruti"/>
                <w:cs/>
                <w:lang w:bidi="gu-IN"/>
              </w:rPr>
              <w:t>ફોટોગ્રાફ</w:t>
            </w:r>
            <w:r>
              <w:t xml:space="preserve"> - </w:t>
            </w:r>
            <w:r>
              <w:rPr>
                <w:rFonts w:cs="Shruti"/>
                <w:cs/>
                <w:lang w:bidi="gu-IN"/>
              </w:rPr>
              <w:t>૨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અહી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મૂકો</w:t>
            </w:r>
            <w:r>
              <w:t xml:space="preserve"> ]</w:t>
            </w:r>
          </w:p>
        </w:tc>
      </w:tr>
    </w:tbl>
    <w:p w14:paraId="13B80F71" w14:textId="77777777" w:rsidR="004B1693" w:rsidRPr="00B65131" w:rsidRDefault="004B1693" w:rsidP="004B1693">
      <w:pPr>
        <w:rPr>
          <w:rFonts w:cs="Shruti"/>
          <w:lang w:bidi="gu-I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4B1693" w14:paraId="68205738" w14:textId="77777777" w:rsidTr="00E237D3">
        <w:tc>
          <w:tcPr>
            <w:tcW w:w="4320" w:type="dxa"/>
          </w:tcPr>
          <w:p w14:paraId="17353021" w14:textId="77777777" w:rsidR="004B1693" w:rsidRDefault="004B1693" w:rsidP="005B138C">
            <w:pPr>
              <w:spacing w:after="0" w:line="240" w:lineRule="auto"/>
            </w:pPr>
            <w:r>
              <w:rPr>
                <w:rFonts w:cs="Shruti"/>
                <w:cs/>
                <w:lang w:bidi="gu-IN"/>
              </w:rPr>
              <w:t>તાલીમ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આપનાર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અધિકારીની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સહી</w:t>
            </w:r>
            <w:r w:rsidR="0072787C">
              <w:rPr>
                <w:rFonts w:cs="Shruti"/>
                <w:cs/>
                <w:lang w:bidi="gu-IN"/>
              </w:rPr>
              <w:t>...........</w:t>
            </w:r>
            <w:r>
              <w:br/>
            </w:r>
            <w:r>
              <w:br/>
            </w:r>
          </w:p>
        </w:tc>
        <w:tc>
          <w:tcPr>
            <w:tcW w:w="4320" w:type="dxa"/>
          </w:tcPr>
          <w:p w14:paraId="6E841FCD" w14:textId="77777777" w:rsidR="00B65131" w:rsidRDefault="004B1693" w:rsidP="00B65131">
            <w:pPr>
              <w:spacing w:line="240" w:lineRule="auto"/>
              <w:jc w:val="right"/>
              <w:rPr>
                <w:rFonts w:cs="Shruti"/>
                <w:lang w:bidi="gu-IN"/>
              </w:rPr>
            </w:pPr>
            <w:r>
              <w:rPr>
                <w:rFonts w:cs="Shruti"/>
                <w:cs/>
                <w:lang w:bidi="gu-IN"/>
              </w:rPr>
              <w:t>આચાર્યશ્રીની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સહી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અને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સિક્કો</w:t>
            </w:r>
          </w:p>
          <w:p w14:paraId="5DC4F60E" w14:textId="77777777" w:rsidR="004B1693" w:rsidRPr="00B65131" w:rsidRDefault="004B1693" w:rsidP="00B65131">
            <w:pPr>
              <w:jc w:val="center"/>
              <w:rPr>
                <w:rFonts w:cs="Shruti"/>
                <w:lang w:bidi="gu-IN"/>
              </w:rPr>
            </w:pPr>
          </w:p>
        </w:tc>
      </w:tr>
    </w:tbl>
    <w:p w14:paraId="41AA6729" w14:textId="196994BD" w:rsidR="00502A5D" w:rsidRDefault="002546D1" w:rsidP="004D7029">
      <w:pPr>
        <w:spacing w:after="0" w:line="240" w:lineRule="auto"/>
        <w:rPr>
          <w:rFonts w:cs="Shruti"/>
          <w:b/>
          <w:u w:val="single"/>
          <w:lang w:val="en-IN" w:bidi="gu-IN"/>
        </w:rPr>
      </w:pPr>
      <w:r>
        <w:rPr>
          <w:rFonts w:cs="Shruti" w:hint="cs"/>
          <w:sz w:val="28"/>
          <w:szCs w:val="28"/>
          <w:u w:val="single"/>
          <w:cs/>
          <w:lang w:bidi="gu-IN"/>
        </w:rPr>
        <w:lastRenderedPageBreak/>
        <w:t>ઢાકણ્રીયાવાસ પ્રાથમિક શાળા તા- લાખણી જિલ્લો - વાવ-થરાદ ડાયસ કોડ: 24021300207</w:t>
      </w:r>
    </w:p>
    <w:p w14:paraId="1C2C662F" w14:textId="77777777" w:rsidR="004B1693" w:rsidRDefault="00B527B0" w:rsidP="005D7E8D">
      <w:pPr>
        <w:tabs>
          <w:tab w:val="left" w:pos="2835"/>
        </w:tabs>
        <w:spacing w:line="240" w:lineRule="auto"/>
        <w:jc w:val="center"/>
        <w:rPr>
          <w:rFonts w:cs="Shruti"/>
          <w:sz w:val="28"/>
          <w:szCs w:val="28"/>
          <w:lang w:bidi="gu-IN"/>
        </w:rPr>
      </w:pPr>
      <w:r w:rsidRPr="00B527B0">
        <w:rPr>
          <w:rFonts w:cs="Shruti"/>
          <w:sz w:val="28"/>
          <w:szCs w:val="28"/>
          <w:cs/>
          <w:lang w:bidi="gu-IN"/>
        </w:rPr>
        <w:t>શાળાના વિવિધ હિતધારકોના પ્રતિભાવ એકત્રિત કરવા માટેની શાળાની વ્યવસ્થાની માહિતી આપતો દસ્તાવેજ/ અહેવાલ</w:t>
      </w:r>
    </w:p>
    <w:p w14:paraId="6E58E08E" w14:textId="77777777" w:rsidR="00B527B0" w:rsidRDefault="00B527B0" w:rsidP="00B527B0">
      <w:pPr>
        <w:pStyle w:val="Heading1"/>
        <w:spacing w:line="240" w:lineRule="auto"/>
      </w:pPr>
      <w:r w:rsidRPr="00947F08">
        <w:rPr>
          <w:rFonts w:cs="Shruti"/>
          <w:sz w:val="22"/>
          <w:szCs w:val="22"/>
          <w:cs/>
          <w:lang w:bidi="gu-IN"/>
        </w:rPr>
        <w:t>શાળાના</w:t>
      </w:r>
      <w:r w:rsidRPr="00947F08">
        <w:rPr>
          <w:sz w:val="22"/>
          <w:szCs w:val="22"/>
        </w:rPr>
        <w:t xml:space="preserve"> </w:t>
      </w:r>
      <w:r w:rsidRPr="00947F08">
        <w:rPr>
          <w:rFonts w:cs="Shruti"/>
          <w:sz w:val="22"/>
          <w:szCs w:val="22"/>
          <w:cs/>
          <w:lang w:bidi="gu-IN"/>
        </w:rPr>
        <w:t>વિવિધ</w:t>
      </w:r>
      <w:r w:rsidRPr="00947F08">
        <w:rPr>
          <w:sz w:val="22"/>
          <w:szCs w:val="22"/>
        </w:rPr>
        <w:t xml:space="preserve"> </w:t>
      </w:r>
      <w:r w:rsidRPr="00947F08">
        <w:rPr>
          <w:rFonts w:cs="Shruti"/>
          <w:sz w:val="22"/>
          <w:szCs w:val="22"/>
          <w:cs/>
          <w:lang w:bidi="gu-IN"/>
        </w:rPr>
        <w:t>હિતધારકોના</w:t>
      </w:r>
      <w:r w:rsidRPr="00947F08">
        <w:rPr>
          <w:sz w:val="22"/>
          <w:szCs w:val="22"/>
        </w:rPr>
        <w:t xml:space="preserve"> </w:t>
      </w:r>
      <w:r w:rsidRPr="00947F08">
        <w:rPr>
          <w:rFonts w:cs="Shruti"/>
          <w:sz w:val="22"/>
          <w:szCs w:val="22"/>
          <w:cs/>
          <w:lang w:bidi="gu-IN"/>
        </w:rPr>
        <w:t>પ્રતિભાવ</w:t>
      </w:r>
      <w:r w:rsidRPr="00947F08">
        <w:rPr>
          <w:sz w:val="22"/>
          <w:szCs w:val="22"/>
        </w:rPr>
        <w:t xml:space="preserve"> </w:t>
      </w:r>
      <w:r w:rsidRPr="00947F08">
        <w:rPr>
          <w:rFonts w:cs="Shruti"/>
          <w:sz w:val="22"/>
          <w:szCs w:val="22"/>
          <w:cs/>
          <w:lang w:bidi="gu-IN"/>
        </w:rPr>
        <w:t>એકત્રિત</w:t>
      </w:r>
      <w:r w:rsidRPr="00947F08">
        <w:rPr>
          <w:sz w:val="22"/>
          <w:szCs w:val="22"/>
        </w:rPr>
        <w:t xml:space="preserve"> </w:t>
      </w:r>
      <w:r w:rsidRPr="00947F08">
        <w:rPr>
          <w:rFonts w:cs="Shruti"/>
          <w:sz w:val="22"/>
          <w:szCs w:val="22"/>
          <w:cs/>
          <w:lang w:bidi="gu-IN"/>
        </w:rPr>
        <w:t>કરવા</w:t>
      </w:r>
      <w:r w:rsidRPr="00947F08">
        <w:rPr>
          <w:sz w:val="22"/>
          <w:szCs w:val="22"/>
        </w:rPr>
        <w:t xml:space="preserve"> </w:t>
      </w:r>
      <w:r w:rsidRPr="00947F08">
        <w:rPr>
          <w:rFonts w:cs="Shruti"/>
          <w:sz w:val="22"/>
          <w:szCs w:val="22"/>
          <w:cs/>
          <w:lang w:bidi="gu-IN"/>
        </w:rPr>
        <w:t>માટેની</w:t>
      </w:r>
      <w:r w:rsidRPr="00947F08">
        <w:rPr>
          <w:sz w:val="22"/>
          <w:szCs w:val="22"/>
        </w:rPr>
        <w:t xml:space="preserve"> </w:t>
      </w:r>
      <w:r w:rsidRPr="00947F08">
        <w:rPr>
          <w:rFonts w:cs="Shruti"/>
          <w:sz w:val="22"/>
          <w:szCs w:val="22"/>
          <w:cs/>
          <w:lang w:bidi="gu-IN"/>
        </w:rPr>
        <w:t>વ્યવસ્થાનો</w:t>
      </w:r>
      <w:r w:rsidRPr="00947F08">
        <w:rPr>
          <w:sz w:val="22"/>
          <w:szCs w:val="22"/>
        </w:rPr>
        <w:t xml:space="preserve"> </w:t>
      </w:r>
      <w:r w:rsidRPr="00947F08">
        <w:rPr>
          <w:rFonts w:cs="Shruti"/>
          <w:sz w:val="22"/>
          <w:szCs w:val="22"/>
          <w:cs/>
          <w:lang w:bidi="gu-IN"/>
        </w:rPr>
        <w:t>અહેવાલ</w:t>
      </w:r>
      <w:r w:rsidRPr="00947F08">
        <w:rPr>
          <w:sz w:val="22"/>
          <w:szCs w:val="22"/>
        </w:rPr>
        <w:br/>
      </w:r>
      <w:r>
        <w:rPr>
          <w:rFonts w:cs="Shruti"/>
          <w:cs/>
          <w:lang w:bidi="gu-IN"/>
        </w:rPr>
        <w:t>પ્રસ્તાવના</w:t>
      </w:r>
      <w:r>
        <w:t>:</w:t>
      </w:r>
    </w:p>
    <w:p w14:paraId="62ABA35E" w14:textId="77777777" w:rsidR="00B527B0" w:rsidRPr="00B527B0" w:rsidRDefault="00B527B0" w:rsidP="00947F08">
      <w:pPr>
        <w:spacing w:after="0" w:line="240" w:lineRule="auto"/>
        <w:rPr>
          <w:rFonts w:cs="Shruti"/>
          <w:sz w:val="20"/>
          <w:szCs w:val="20"/>
          <w:lang w:bidi="gu-IN"/>
        </w:rPr>
      </w:pPr>
      <w:r w:rsidRPr="00B527B0">
        <w:rPr>
          <w:rFonts w:cs="Shruti"/>
          <w:sz w:val="20"/>
          <w:szCs w:val="20"/>
          <w:cs/>
          <w:lang w:bidi="gu-IN"/>
        </w:rPr>
        <w:t>શાળાના</w:t>
      </w:r>
      <w:r w:rsidRPr="00B527B0">
        <w:rPr>
          <w:sz w:val="20"/>
          <w:szCs w:val="20"/>
        </w:rPr>
        <w:t xml:space="preserve"> </w:t>
      </w:r>
      <w:r w:rsidRPr="00B527B0">
        <w:rPr>
          <w:rFonts w:cs="Shruti"/>
          <w:sz w:val="20"/>
          <w:szCs w:val="20"/>
          <w:cs/>
          <w:lang w:bidi="gu-IN"/>
        </w:rPr>
        <w:t>સતત</w:t>
      </w:r>
      <w:r w:rsidRPr="00B527B0">
        <w:rPr>
          <w:sz w:val="20"/>
          <w:szCs w:val="20"/>
        </w:rPr>
        <w:t xml:space="preserve"> </w:t>
      </w:r>
      <w:r w:rsidRPr="00B527B0">
        <w:rPr>
          <w:rFonts w:cs="Shruti"/>
          <w:sz w:val="20"/>
          <w:szCs w:val="20"/>
          <w:cs/>
          <w:lang w:bidi="gu-IN"/>
        </w:rPr>
        <w:t>વિકાસ</w:t>
      </w:r>
      <w:r w:rsidRPr="00B527B0">
        <w:rPr>
          <w:sz w:val="20"/>
          <w:szCs w:val="20"/>
        </w:rPr>
        <w:t xml:space="preserve">, </w:t>
      </w:r>
      <w:r w:rsidRPr="00B527B0">
        <w:rPr>
          <w:rFonts w:cs="Shruti"/>
          <w:sz w:val="20"/>
          <w:szCs w:val="20"/>
          <w:cs/>
          <w:lang w:bidi="gu-IN"/>
        </w:rPr>
        <w:t>શૈક્ષણિક</w:t>
      </w:r>
      <w:r w:rsidRPr="00B527B0">
        <w:rPr>
          <w:sz w:val="20"/>
          <w:szCs w:val="20"/>
        </w:rPr>
        <w:t xml:space="preserve"> </w:t>
      </w:r>
      <w:r w:rsidRPr="00B527B0">
        <w:rPr>
          <w:rFonts w:cs="Shruti"/>
          <w:sz w:val="20"/>
          <w:szCs w:val="20"/>
          <w:cs/>
          <w:lang w:bidi="gu-IN"/>
        </w:rPr>
        <w:t>ગુણવત્તા</w:t>
      </w:r>
      <w:r w:rsidRPr="00B527B0">
        <w:rPr>
          <w:sz w:val="20"/>
          <w:szCs w:val="20"/>
        </w:rPr>
        <w:t xml:space="preserve"> </w:t>
      </w:r>
      <w:r w:rsidRPr="00B527B0">
        <w:rPr>
          <w:rFonts w:cs="Shruti"/>
          <w:sz w:val="20"/>
          <w:szCs w:val="20"/>
          <w:cs/>
          <w:lang w:bidi="gu-IN"/>
        </w:rPr>
        <w:t>સુધારણા</w:t>
      </w:r>
      <w:r w:rsidRPr="00B527B0">
        <w:rPr>
          <w:sz w:val="20"/>
          <w:szCs w:val="20"/>
        </w:rPr>
        <w:t xml:space="preserve"> </w:t>
      </w:r>
      <w:r w:rsidRPr="00B527B0">
        <w:rPr>
          <w:rFonts w:cs="Shruti"/>
          <w:sz w:val="20"/>
          <w:szCs w:val="20"/>
          <w:cs/>
          <w:lang w:bidi="gu-IN"/>
        </w:rPr>
        <w:t>અને</w:t>
      </w:r>
      <w:r w:rsidRPr="00B527B0">
        <w:rPr>
          <w:sz w:val="20"/>
          <w:szCs w:val="20"/>
        </w:rPr>
        <w:t xml:space="preserve"> </w:t>
      </w:r>
      <w:r w:rsidRPr="00B527B0">
        <w:rPr>
          <w:rFonts w:cs="Shruti"/>
          <w:sz w:val="20"/>
          <w:szCs w:val="20"/>
          <w:cs/>
          <w:lang w:bidi="gu-IN"/>
        </w:rPr>
        <w:t>પારદર્શક</w:t>
      </w:r>
      <w:r w:rsidRPr="00B527B0">
        <w:rPr>
          <w:sz w:val="20"/>
          <w:szCs w:val="20"/>
        </w:rPr>
        <w:t xml:space="preserve"> </w:t>
      </w:r>
      <w:r w:rsidRPr="00B527B0">
        <w:rPr>
          <w:rFonts w:cs="Shruti"/>
          <w:sz w:val="20"/>
          <w:szCs w:val="20"/>
          <w:cs/>
          <w:lang w:bidi="gu-IN"/>
        </w:rPr>
        <w:t>વહીવટ</w:t>
      </w:r>
      <w:r w:rsidRPr="00B527B0">
        <w:rPr>
          <w:sz w:val="20"/>
          <w:szCs w:val="20"/>
        </w:rPr>
        <w:t xml:space="preserve"> </w:t>
      </w:r>
      <w:r w:rsidRPr="00B527B0">
        <w:rPr>
          <w:rFonts w:cs="Shruti"/>
          <w:sz w:val="20"/>
          <w:szCs w:val="20"/>
          <w:cs/>
          <w:lang w:bidi="gu-IN"/>
        </w:rPr>
        <w:t>માટે</w:t>
      </w:r>
      <w:r w:rsidRPr="00B527B0">
        <w:rPr>
          <w:sz w:val="20"/>
          <w:szCs w:val="20"/>
        </w:rPr>
        <w:t xml:space="preserve"> </w:t>
      </w:r>
      <w:r w:rsidRPr="00B527B0">
        <w:rPr>
          <w:rFonts w:cs="Shruti"/>
          <w:sz w:val="20"/>
          <w:szCs w:val="20"/>
          <w:cs/>
          <w:lang w:bidi="gu-IN"/>
        </w:rPr>
        <w:t>શાળા</w:t>
      </w:r>
      <w:r w:rsidRPr="00B527B0">
        <w:rPr>
          <w:sz w:val="20"/>
          <w:szCs w:val="20"/>
        </w:rPr>
        <w:t xml:space="preserve"> </w:t>
      </w:r>
      <w:r w:rsidRPr="00B527B0">
        <w:rPr>
          <w:rFonts w:cs="Shruti"/>
          <w:sz w:val="20"/>
          <w:szCs w:val="20"/>
          <w:cs/>
          <w:lang w:bidi="gu-IN"/>
        </w:rPr>
        <w:t>સાથે</w:t>
      </w:r>
      <w:r w:rsidRPr="00B527B0">
        <w:rPr>
          <w:sz w:val="20"/>
          <w:szCs w:val="20"/>
        </w:rPr>
        <w:t xml:space="preserve"> </w:t>
      </w:r>
      <w:r w:rsidRPr="00B527B0">
        <w:rPr>
          <w:rFonts w:cs="Shruti"/>
          <w:sz w:val="20"/>
          <w:szCs w:val="20"/>
          <w:cs/>
          <w:lang w:bidi="gu-IN"/>
        </w:rPr>
        <w:t>જોડાયેલા</w:t>
      </w:r>
      <w:r w:rsidRPr="00B527B0">
        <w:rPr>
          <w:sz w:val="20"/>
          <w:szCs w:val="20"/>
        </w:rPr>
        <w:t xml:space="preserve"> </w:t>
      </w:r>
      <w:r w:rsidRPr="00B527B0">
        <w:rPr>
          <w:rFonts w:cs="Shruti"/>
          <w:sz w:val="20"/>
          <w:szCs w:val="20"/>
          <w:cs/>
          <w:lang w:bidi="gu-IN"/>
        </w:rPr>
        <w:t>તમામ</w:t>
      </w:r>
      <w:r w:rsidRPr="00B527B0">
        <w:rPr>
          <w:sz w:val="20"/>
          <w:szCs w:val="20"/>
        </w:rPr>
        <w:t xml:space="preserve"> </w:t>
      </w:r>
      <w:r w:rsidRPr="00B527B0">
        <w:rPr>
          <w:rFonts w:cs="Shruti"/>
          <w:sz w:val="20"/>
          <w:szCs w:val="20"/>
          <w:cs/>
          <w:lang w:bidi="gu-IN"/>
        </w:rPr>
        <w:t>હિતધારકો</w:t>
      </w:r>
      <w:r w:rsidRPr="00B527B0">
        <w:rPr>
          <w:sz w:val="20"/>
          <w:szCs w:val="20"/>
        </w:rPr>
        <w:t xml:space="preserve"> (Stakeholders - </w:t>
      </w:r>
      <w:r w:rsidRPr="00B527B0">
        <w:rPr>
          <w:rFonts w:cs="Shruti"/>
          <w:sz w:val="20"/>
          <w:szCs w:val="20"/>
          <w:cs/>
          <w:lang w:bidi="gu-IN"/>
        </w:rPr>
        <w:t>વિદ્યાર્થીઓ</w:t>
      </w:r>
      <w:r w:rsidRPr="00B527B0">
        <w:rPr>
          <w:sz w:val="20"/>
          <w:szCs w:val="20"/>
        </w:rPr>
        <w:t xml:space="preserve">, </w:t>
      </w:r>
      <w:r w:rsidRPr="00B527B0">
        <w:rPr>
          <w:rFonts w:cs="Shruti"/>
          <w:sz w:val="20"/>
          <w:szCs w:val="20"/>
          <w:cs/>
          <w:lang w:bidi="gu-IN"/>
        </w:rPr>
        <w:t>વાલીઓ</w:t>
      </w:r>
      <w:r w:rsidRPr="00B527B0">
        <w:rPr>
          <w:sz w:val="20"/>
          <w:szCs w:val="20"/>
        </w:rPr>
        <w:t xml:space="preserve">, </w:t>
      </w:r>
      <w:r w:rsidRPr="00B527B0">
        <w:rPr>
          <w:rFonts w:cs="Shruti"/>
          <w:sz w:val="20"/>
          <w:szCs w:val="20"/>
          <w:cs/>
          <w:lang w:bidi="gu-IN"/>
        </w:rPr>
        <w:t>શિક્ષકો</w:t>
      </w:r>
      <w:r w:rsidRPr="00B527B0">
        <w:rPr>
          <w:sz w:val="20"/>
          <w:szCs w:val="20"/>
        </w:rPr>
        <w:t xml:space="preserve">, SMC </w:t>
      </w:r>
      <w:r w:rsidRPr="00B527B0">
        <w:rPr>
          <w:rFonts w:cs="Shruti"/>
          <w:sz w:val="20"/>
          <w:szCs w:val="20"/>
          <w:cs/>
          <w:lang w:bidi="gu-IN"/>
        </w:rPr>
        <w:t>સભ્યો</w:t>
      </w:r>
      <w:r w:rsidRPr="00B527B0">
        <w:rPr>
          <w:sz w:val="20"/>
          <w:szCs w:val="20"/>
        </w:rPr>
        <w:t xml:space="preserve"> </w:t>
      </w:r>
      <w:r w:rsidRPr="00B527B0">
        <w:rPr>
          <w:rFonts w:cs="Shruti"/>
          <w:sz w:val="20"/>
          <w:szCs w:val="20"/>
          <w:cs/>
          <w:lang w:bidi="gu-IN"/>
        </w:rPr>
        <w:t>અને</w:t>
      </w:r>
      <w:r w:rsidRPr="00B527B0">
        <w:rPr>
          <w:sz w:val="20"/>
          <w:szCs w:val="20"/>
        </w:rPr>
        <w:t xml:space="preserve"> </w:t>
      </w:r>
      <w:r w:rsidRPr="00B527B0">
        <w:rPr>
          <w:rFonts w:cs="Shruti"/>
          <w:sz w:val="20"/>
          <w:szCs w:val="20"/>
          <w:cs/>
          <w:lang w:bidi="gu-IN"/>
        </w:rPr>
        <w:t>સ્થાનિક</w:t>
      </w:r>
      <w:r w:rsidRPr="00B527B0">
        <w:rPr>
          <w:sz w:val="20"/>
          <w:szCs w:val="20"/>
        </w:rPr>
        <w:t xml:space="preserve"> </w:t>
      </w:r>
      <w:r w:rsidRPr="00B527B0">
        <w:rPr>
          <w:rFonts w:cs="Shruti"/>
          <w:sz w:val="20"/>
          <w:szCs w:val="20"/>
          <w:cs/>
          <w:lang w:bidi="gu-IN"/>
        </w:rPr>
        <w:t>સમુદાય</w:t>
      </w:r>
      <w:r w:rsidRPr="00B527B0">
        <w:rPr>
          <w:sz w:val="20"/>
          <w:szCs w:val="20"/>
        </w:rPr>
        <w:t xml:space="preserve">) </w:t>
      </w:r>
      <w:r w:rsidRPr="00B527B0">
        <w:rPr>
          <w:rFonts w:cs="Shruti"/>
          <w:sz w:val="20"/>
          <w:szCs w:val="20"/>
          <w:cs/>
          <w:lang w:bidi="gu-IN"/>
        </w:rPr>
        <w:t>ના</w:t>
      </w:r>
      <w:r w:rsidRPr="00B527B0">
        <w:rPr>
          <w:sz w:val="20"/>
          <w:szCs w:val="20"/>
        </w:rPr>
        <w:t xml:space="preserve"> </w:t>
      </w:r>
      <w:r w:rsidRPr="00B527B0">
        <w:rPr>
          <w:rFonts w:cs="Shruti"/>
          <w:sz w:val="20"/>
          <w:szCs w:val="20"/>
          <w:cs/>
          <w:lang w:bidi="gu-IN"/>
        </w:rPr>
        <w:t>મંતવ્યો</w:t>
      </w:r>
      <w:r w:rsidRPr="00B527B0">
        <w:rPr>
          <w:sz w:val="20"/>
          <w:szCs w:val="20"/>
        </w:rPr>
        <w:t xml:space="preserve"> </w:t>
      </w:r>
      <w:r w:rsidRPr="00B527B0">
        <w:rPr>
          <w:rFonts w:cs="Shruti"/>
          <w:sz w:val="20"/>
          <w:szCs w:val="20"/>
          <w:cs/>
          <w:lang w:bidi="gu-IN"/>
        </w:rPr>
        <w:t>અને</w:t>
      </w:r>
      <w:r w:rsidRPr="00B527B0">
        <w:rPr>
          <w:sz w:val="20"/>
          <w:szCs w:val="20"/>
        </w:rPr>
        <w:t xml:space="preserve"> </w:t>
      </w:r>
      <w:r w:rsidRPr="00B527B0">
        <w:rPr>
          <w:rFonts w:cs="Shruti"/>
          <w:sz w:val="20"/>
          <w:szCs w:val="20"/>
          <w:cs/>
          <w:lang w:bidi="gu-IN"/>
        </w:rPr>
        <w:t>પ્રતિભાવો</w:t>
      </w:r>
      <w:r w:rsidRPr="00B527B0">
        <w:rPr>
          <w:sz w:val="20"/>
          <w:szCs w:val="20"/>
        </w:rPr>
        <w:t xml:space="preserve"> </w:t>
      </w:r>
      <w:r w:rsidRPr="00B527B0">
        <w:rPr>
          <w:rFonts w:cs="Shruti"/>
          <w:sz w:val="20"/>
          <w:szCs w:val="20"/>
          <w:cs/>
          <w:lang w:bidi="gu-IN"/>
        </w:rPr>
        <w:t>ખૂબ</w:t>
      </w:r>
      <w:r w:rsidRPr="00B527B0">
        <w:rPr>
          <w:sz w:val="20"/>
          <w:szCs w:val="20"/>
        </w:rPr>
        <w:t xml:space="preserve"> </w:t>
      </w:r>
      <w:r w:rsidRPr="00B527B0">
        <w:rPr>
          <w:rFonts w:cs="Shruti"/>
          <w:sz w:val="20"/>
          <w:szCs w:val="20"/>
          <w:cs/>
          <w:lang w:bidi="gu-IN"/>
        </w:rPr>
        <w:t>જ</w:t>
      </w:r>
      <w:r w:rsidRPr="00B527B0">
        <w:rPr>
          <w:sz w:val="20"/>
          <w:szCs w:val="20"/>
        </w:rPr>
        <w:t xml:space="preserve"> </w:t>
      </w:r>
      <w:r w:rsidRPr="00B527B0">
        <w:rPr>
          <w:rFonts w:cs="Shruti"/>
          <w:sz w:val="20"/>
          <w:szCs w:val="20"/>
          <w:cs/>
          <w:lang w:bidi="gu-IN"/>
        </w:rPr>
        <w:t>અગત્યના</w:t>
      </w:r>
      <w:r w:rsidRPr="00B527B0">
        <w:rPr>
          <w:sz w:val="20"/>
          <w:szCs w:val="20"/>
        </w:rPr>
        <w:t xml:space="preserve"> </w:t>
      </w:r>
      <w:r w:rsidRPr="00B527B0">
        <w:rPr>
          <w:rFonts w:cs="Shruti"/>
          <w:sz w:val="20"/>
          <w:szCs w:val="20"/>
          <w:cs/>
          <w:lang w:bidi="gu-IN"/>
        </w:rPr>
        <w:t>છે</w:t>
      </w:r>
      <w:r w:rsidRPr="00B527B0">
        <w:rPr>
          <w:sz w:val="20"/>
          <w:szCs w:val="20"/>
        </w:rPr>
        <w:t xml:space="preserve">. </w:t>
      </w:r>
      <w:r w:rsidRPr="00B527B0">
        <w:rPr>
          <w:rFonts w:cs="Shruti"/>
          <w:sz w:val="20"/>
          <w:szCs w:val="20"/>
          <w:cs/>
          <w:lang w:bidi="gu-IN"/>
        </w:rPr>
        <w:t>લીંબડ</w:t>
      </w:r>
      <w:r w:rsidRPr="00B527B0">
        <w:rPr>
          <w:sz w:val="20"/>
          <w:szCs w:val="20"/>
        </w:rPr>
        <w:t xml:space="preserve"> </w:t>
      </w:r>
      <w:r w:rsidRPr="00B527B0">
        <w:rPr>
          <w:rFonts w:cs="Shruti"/>
          <w:sz w:val="20"/>
          <w:szCs w:val="20"/>
          <w:cs/>
          <w:lang w:bidi="gu-IN"/>
        </w:rPr>
        <w:t>પ્રાથમિક</w:t>
      </w:r>
      <w:r w:rsidRPr="00B527B0">
        <w:rPr>
          <w:sz w:val="20"/>
          <w:szCs w:val="20"/>
        </w:rPr>
        <w:t xml:space="preserve"> </w:t>
      </w:r>
      <w:r w:rsidRPr="00B527B0">
        <w:rPr>
          <w:rFonts w:cs="Shruti"/>
          <w:sz w:val="20"/>
          <w:szCs w:val="20"/>
          <w:cs/>
          <w:lang w:bidi="gu-IN"/>
        </w:rPr>
        <w:t>શાળા</w:t>
      </w:r>
      <w:r w:rsidRPr="00B527B0">
        <w:rPr>
          <w:sz w:val="20"/>
          <w:szCs w:val="20"/>
        </w:rPr>
        <w:t xml:space="preserve"> </w:t>
      </w:r>
      <w:r w:rsidRPr="00B527B0">
        <w:rPr>
          <w:rFonts w:cs="Shruti"/>
          <w:sz w:val="20"/>
          <w:szCs w:val="20"/>
          <w:cs/>
          <w:lang w:bidi="gu-IN"/>
        </w:rPr>
        <w:t>દ્વારા</w:t>
      </w:r>
      <w:r w:rsidRPr="00B527B0">
        <w:rPr>
          <w:sz w:val="20"/>
          <w:szCs w:val="20"/>
        </w:rPr>
        <w:t xml:space="preserve"> </w:t>
      </w:r>
      <w:r w:rsidRPr="00B527B0">
        <w:rPr>
          <w:rFonts w:cs="Shruti"/>
          <w:sz w:val="20"/>
          <w:szCs w:val="20"/>
          <w:cs/>
          <w:lang w:bidi="gu-IN"/>
        </w:rPr>
        <w:t>આ</w:t>
      </w:r>
      <w:r w:rsidRPr="00B527B0">
        <w:rPr>
          <w:sz w:val="20"/>
          <w:szCs w:val="20"/>
        </w:rPr>
        <w:t xml:space="preserve"> </w:t>
      </w:r>
      <w:r w:rsidRPr="00B527B0">
        <w:rPr>
          <w:rFonts w:cs="Shruti"/>
          <w:sz w:val="20"/>
          <w:szCs w:val="20"/>
          <w:cs/>
          <w:lang w:bidi="gu-IN"/>
        </w:rPr>
        <w:t>તમામ</w:t>
      </w:r>
      <w:r w:rsidRPr="00B527B0">
        <w:rPr>
          <w:sz w:val="20"/>
          <w:szCs w:val="20"/>
        </w:rPr>
        <w:t xml:space="preserve"> </w:t>
      </w:r>
      <w:r w:rsidRPr="00B527B0">
        <w:rPr>
          <w:rFonts w:cs="Shruti"/>
          <w:sz w:val="20"/>
          <w:szCs w:val="20"/>
          <w:cs/>
          <w:lang w:bidi="gu-IN"/>
        </w:rPr>
        <w:t>હિતધારકોના</w:t>
      </w:r>
      <w:r w:rsidRPr="00B527B0">
        <w:rPr>
          <w:sz w:val="20"/>
          <w:szCs w:val="20"/>
        </w:rPr>
        <w:t xml:space="preserve"> </w:t>
      </w:r>
      <w:r w:rsidRPr="00B527B0">
        <w:rPr>
          <w:rFonts w:cs="Shruti"/>
          <w:sz w:val="20"/>
          <w:szCs w:val="20"/>
          <w:cs/>
          <w:lang w:bidi="gu-IN"/>
        </w:rPr>
        <w:t>પ્રતિભાવો</w:t>
      </w:r>
      <w:r w:rsidRPr="00B527B0">
        <w:rPr>
          <w:sz w:val="20"/>
          <w:szCs w:val="20"/>
        </w:rPr>
        <w:t xml:space="preserve"> </w:t>
      </w:r>
      <w:r w:rsidRPr="00B527B0">
        <w:rPr>
          <w:rFonts w:cs="Shruti"/>
          <w:sz w:val="20"/>
          <w:szCs w:val="20"/>
          <w:cs/>
          <w:lang w:bidi="gu-IN"/>
        </w:rPr>
        <w:t>એકત્રિત</w:t>
      </w:r>
      <w:r w:rsidRPr="00B527B0">
        <w:rPr>
          <w:sz w:val="20"/>
          <w:szCs w:val="20"/>
        </w:rPr>
        <w:t xml:space="preserve"> </w:t>
      </w:r>
      <w:r w:rsidRPr="00B527B0">
        <w:rPr>
          <w:rFonts w:cs="Shruti"/>
          <w:sz w:val="20"/>
          <w:szCs w:val="20"/>
          <w:cs/>
          <w:lang w:bidi="gu-IN"/>
        </w:rPr>
        <w:t>કરવા</w:t>
      </w:r>
      <w:r w:rsidRPr="00B527B0">
        <w:rPr>
          <w:sz w:val="20"/>
          <w:szCs w:val="20"/>
        </w:rPr>
        <w:t xml:space="preserve"> </w:t>
      </w:r>
      <w:r w:rsidRPr="00B527B0">
        <w:rPr>
          <w:rFonts w:cs="Shruti"/>
          <w:sz w:val="20"/>
          <w:szCs w:val="20"/>
          <w:cs/>
          <w:lang w:bidi="gu-IN"/>
        </w:rPr>
        <w:t>માટે</w:t>
      </w:r>
      <w:r w:rsidRPr="00B527B0">
        <w:rPr>
          <w:sz w:val="20"/>
          <w:szCs w:val="20"/>
        </w:rPr>
        <w:t xml:space="preserve"> </w:t>
      </w:r>
      <w:r w:rsidRPr="00B527B0">
        <w:rPr>
          <w:rFonts w:cs="Shruti"/>
          <w:sz w:val="20"/>
          <w:szCs w:val="20"/>
          <w:cs/>
          <w:lang w:bidi="gu-IN"/>
        </w:rPr>
        <w:t>નીચે</w:t>
      </w:r>
      <w:r w:rsidRPr="00B527B0">
        <w:rPr>
          <w:sz w:val="20"/>
          <w:szCs w:val="20"/>
        </w:rPr>
        <w:t xml:space="preserve"> </w:t>
      </w:r>
      <w:r w:rsidRPr="00B527B0">
        <w:rPr>
          <w:rFonts w:cs="Shruti"/>
          <w:sz w:val="20"/>
          <w:szCs w:val="20"/>
          <w:cs/>
          <w:lang w:bidi="gu-IN"/>
        </w:rPr>
        <w:t>મુજબની</w:t>
      </w:r>
      <w:r w:rsidRPr="00B527B0">
        <w:rPr>
          <w:sz w:val="20"/>
          <w:szCs w:val="20"/>
        </w:rPr>
        <w:t xml:space="preserve"> </w:t>
      </w:r>
      <w:r w:rsidRPr="00B527B0">
        <w:rPr>
          <w:rFonts w:cs="Shruti"/>
          <w:sz w:val="20"/>
          <w:szCs w:val="20"/>
          <w:cs/>
          <w:lang w:bidi="gu-IN"/>
        </w:rPr>
        <w:t>સુદઢ</w:t>
      </w:r>
      <w:r w:rsidRPr="00B527B0">
        <w:rPr>
          <w:sz w:val="20"/>
          <w:szCs w:val="20"/>
        </w:rPr>
        <w:t xml:space="preserve"> </w:t>
      </w:r>
      <w:r w:rsidRPr="00B527B0">
        <w:rPr>
          <w:rFonts w:cs="Shruti"/>
          <w:sz w:val="20"/>
          <w:szCs w:val="20"/>
          <w:cs/>
          <w:lang w:bidi="gu-IN"/>
        </w:rPr>
        <w:t>વ્યવસ્થા</w:t>
      </w:r>
      <w:r w:rsidRPr="00B527B0">
        <w:rPr>
          <w:sz w:val="20"/>
          <w:szCs w:val="20"/>
        </w:rPr>
        <w:t xml:space="preserve"> </w:t>
      </w:r>
      <w:r w:rsidRPr="00B527B0">
        <w:rPr>
          <w:rFonts w:cs="Shruti"/>
          <w:sz w:val="20"/>
          <w:szCs w:val="20"/>
          <w:cs/>
          <w:lang w:bidi="gu-IN"/>
        </w:rPr>
        <w:t>અમલમાં</w:t>
      </w:r>
      <w:r w:rsidRPr="00B527B0">
        <w:rPr>
          <w:sz w:val="20"/>
          <w:szCs w:val="20"/>
        </w:rPr>
        <w:t xml:space="preserve"> </w:t>
      </w:r>
      <w:r w:rsidRPr="00B527B0">
        <w:rPr>
          <w:rFonts w:cs="Shruti"/>
          <w:sz w:val="20"/>
          <w:szCs w:val="20"/>
          <w:cs/>
          <w:lang w:bidi="gu-IN"/>
        </w:rPr>
        <w:t>મૂકવામાં</w:t>
      </w:r>
      <w:r w:rsidRPr="00B527B0">
        <w:rPr>
          <w:sz w:val="20"/>
          <w:szCs w:val="20"/>
        </w:rPr>
        <w:t xml:space="preserve"> </w:t>
      </w:r>
      <w:r w:rsidRPr="00B527B0">
        <w:rPr>
          <w:rFonts w:cs="Shruti"/>
          <w:sz w:val="20"/>
          <w:szCs w:val="20"/>
          <w:cs/>
          <w:lang w:bidi="gu-IN"/>
        </w:rPr>
        <w:t>આવી</w:t>
      </w:r>
      <w:r w:rsidRPr="00B527B0">
        <w:rPr>
          <w:sz w:val="20"/>
          <w:szCs w:val="20"/>
        </w:rPr>
        <w:t xml:space="preserve"> </w:t>
      </w:r>
      <w:r w:rsidRPr="00B527B0">
        <w:rPr>
          <w:rFonts w:cs="Shruti"/>
          <w:sz w:val="20"/>
          <w:szCs w:val="20"/>
          <w:cs/>
          <w:lang w:bidi="gu-IN"/>
        </w:rPr>
        <w:t>છે</w:t>
      </w:r>
      <w:r>
        <w:rPr>
          <w:sz w:val="20"/>
          <w:szCs w:val="20"/>
        </w:rPr>
        <w:t>:</w:t>
      </w:r>
    </w:p>
    <w:p w14:paraId="6DA729AF" w14:textId="77777777" w:rsidR="00B527B0" w:rsidRDefault="00B527B0" w:rsidP="00B527B0">
      <w:pPr>
        <w:pStyle w:val="Heading2"/>
      </w:pPr>
      <w:r>
        <w:rPr>
          <w:rFonts w:cs="Shruti"/>
          <w:cs/>
          <w:lang w:bidi="gu-IN"/>
        </w:rPr>
        <w:t>૧</w:t>
      </w:r>
      <w:r>
        <w:t xml:space="preserve">. </w:t>
      </w:r>
      <w:r>
        <w:rPr>
          <w:rFonts w:cs="Shruti"/>
          <w:cs/>
          <w:lang w:bidi="gu-IN"/>
        </w:rPr>
        <w:t>પ્રતિભાવ</w:t>
      </w:r>
      <w:r>
        <w:t xml:space="preserve"> </w:t>
      </w:r>
      <w:r>
        <w:rPr>
          <w:rFonts w:cs="Shruti"/>
          <w:cs/>
          <w:lang w:bidi="gu-IN"/>
        </w:rPr>
        <w:t>એકત્રિત</w:t>
      </w:r>
      <w:r>
        <w:t xml:space="preserve"> </w:t>
      </w:r>
      <w:r>
        <w:rPr>
          <w:rFonts w:cs="Shruti"/>
          <w:cs/>
          <w:lang w:bidi="gu-IN"/>
        </w:rPr>
        <w:t>કરવાની</w:t>
      </w:r>
      <w:r>
        <w:t xml:space="preserve"> </w:t>
      </w:r>
      <w:r>
        <w:rPr>
          <w:rFonts w:cs="Shruti"/>
          <w:cs/>
          <w:lang w:bidi="gu-IN"/>
        </w:rPr>
        <w:t>પદ્ધતિઓ</w:t>
      </w:r>
      <w:r>
        <w:t xml:space="preserve"> (Feedback Collection Mechanisms):</w:t>
      </w:r>
    </w:p>
    <w:p w14:paraId="40F704ED" w14:textId="77777777" w:rsidR="00B527B0" w:rsidRPr="00B527B0" w:rsidRDefault="00B527B0" w:rsidP="00B527B0">
      <w:pPr>
        <w:spacing w:after="0" w:line="240" w:lineRule="auto"/>
        <w:rPr>
          <w:sz w:val="18"/>
          <w:szCs w:val="18"/>
        </w:rPr>
      </w:pPr>
      <w:r w:rsidRPr="00B527B0">
        <w:rPr>
          <w:rFonts w:cs="Shruti"/>
          <w:b/>
          <w:bCs/>
          <w:sz w:val="18"/>
          <w:szCs w:val="18"/>
          <w:cs/>
          <w:lang w:bidi="gu-IN"/>
        </w:rPr>
        <w:t>૧</w:t>
      </w:r>
      <w:r w:rsidRPr="00B527B0">
        <w:rPr>
          <w:b/>
          <w:sz w:val="18"/>
          <w:szCs w:val="18"/>
        </w:rPr>
        <w:t xml:space="preserve">. </w:t>
      </w:r>
      <w:r w:rsidRPr="00B527B0">
        <w:rPr>
          <w:rFonts w:cs="Shruti"/>
          <w:b/>
          <w:bCs/>
          <w:sz w:val="18"/>
          <w:szCs w:val="18"/>
          <w:cs/>
          <w:lang w:bidi="gu-IN"/>
        </w:rPr>
        <w:t>સૂચન</w:t>
      </w:r>
      <w:r w:rsidRPr="00B527B0">
        <w:rPr>
          <w:b/>
          <w:sz w:val="18"/>
          <w:szCs w:val="18"/>
        </w:rPr>
        <w:t xml:space="preserve"> </w:t>
      </w:r>
      <w:r w:rsidRPr="00B527B0">
        <w:rPr>
          <w:rFonts w:cs="Shruti"/>
          <w:b/>
          <w:bCs/>
          <w:sz w:val="18"/>
          <w:szCs w:val="18"/>
          <w:cs/>
          <w:lang w:bidi="gu-IN"/>
        </w:rPr>
        <w:t>પેટી</w:t>
      </w:r>
      <w:r w:rsidRPr="00B527B0">
        <w:rPr>
          <w:b/>
          <w:sz w:val="18"/>
          <w:szCs w:val="18"/>
        </w:rPr>
        <w:t xml:space="preserve"> (Suggestion Box): </w:t>
      </w:r>
      <w:r w:rsidRPr="00B527B0">
        <w:rPr>
          <w:rFonts w:cs="Shruti"/>
          <w:sz w:val="18"/>
          <w:szCs w:val="18"/>
          <w:cs/>
          <w:lang w:bidi="gu-IN"/>
        </w:rPr>
        <w:t>શાળાના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કેમ્પસમાં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સરળતાથી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પહોંચી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શકાય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તેવી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જગ્યાએ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એક</w:t>
      </w:r>
      <w:r w:rsidRPr="00B527B0">
        <w:rPr>
          <w:sz w:val="18"/>
          <w:szCs w:val="18"/>
        </w:rPr>
        <w:t xml:space="preserve"> "</w:t>
      </w:r>
      <w:r w:rsidRPr="00B527B0">
        <w:rPr>
          <w:rFonts w:cs="Shruti"/>
          <w:sz w:val="18"/>
          <w:szCs w:val="18"/>
          <w:cs/>
          <w:lang w:bidi="gu-IN"/>
        </w:rPr>
        <w:t>સૂચન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પેટી</w:t>
      </w:r>
      <w:r w:rsidRPr="00B527B0">
        <w:rPr>
          <w:sz w:val="18"/>
          <w:szCs w:val="18"/>
        </w:rPr>
        <w:t xml:space="preserve">" </w:t>
      </w:r>
      <w:r w:rsidRPr="00B527B0">
        <w:rPr>
          <w:rFonts w:cs="Shruti"/>
          <w:sz w:val="18"/>
          <w:szCs w:val="18"/>
          <w:cs/>
          <w:lang w:bidi="gu-IN"/>
        </w:rPr>
        <w:t>મૂકવામાં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આવી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છે</w:t>
      </w:r>
      <w:r w:rsidRPr="00B527B0">
        <w:rPr>
          <w:sz w:val="18"/>
          <w:szCs w:val="18"/>
        </w:rPr>
        <w:t xml:space="preserve">. </w:t>
      </w:r>
      <w:r w:rsidRPr="00B527B0">
        <w:rPr>
          <w:rFonts w:cs="Shruti"/>
          <w:sz w:val="18"/>
          <w:szCs w:val="18"/>
          <w:cs/>
          <w:lang w:bidi="gu-IN"/>
        </w:rPr>
        <w:t>કોઈપણ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વિદ્યાર્થી</w:t>
      </w:r>
      <w:r w:rsidRPr="00B527B0">
        <w:rPr>
          <w:sz w:val="18"/>
          <w:szCs w:val="18"/>
        </w:rPr>
        <w:t xml:space="preserve">, </w:t>
      </w:r>
      <w:r w:rsidRPr="00B527B0">
        <w:rPr>
          <w:rFonts w:cs="Shruti"/>
          <w:sz w:val="18"/>
          <w:szCs w:val="18"/>
          <w:cs/>
          <w:lang w:bidi="gu-IN"/>
        </w:rPr>
        <w:t>વાલી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કે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મુલાકાતી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તેમાં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પોતાના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સૂચનો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કે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પ્રતિભાવો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લેખિતમાં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મૂકી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શકે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છે</w:t>
      </w:r>
      <w:r w:rsidRPr="00B527B0">
        <w:rPr>
          <w:sz w:val="18"/>
          <w:szCs w:val="18"/>
        </w:rPr>
        <w:t xml:space="preserve">. </w:t>
      </w:r>
      <w:r w:rsidRPr="00B527B0">
        <w:rPr>
          <w:rFonts w:cs="Shruti"/>
          <w:sz w:val="18"/>
          <w:szCs w:val="18"/>
          <w:cs/>
          <w:lang w:bidi="gu-IN"/>
        </w:rPr>
        <w:t>આ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પેટી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દર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અઠવાડિયે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આચાર્યશ્રી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અને</w:t>
      </w:r>
      <w:r w:rsidRPr="00B527B0">
        <w:rPr>
          <w:sz w:val="18"/>
          <w:szCs w:val="18"/>
        </w:rPr>
        <w:t xml:space="preserve"> SMC </w:t>
      </w:r>
      <w:r w:rsidRPr="00B527B0">
        <w:rPr>
          <w:rFonts w:cs="Shruti"/>
          <w:sz w:val="18"/>
          <w:szCs w:val="18"/>
          <w:cs/>
          <w:lang w:bidi="gu-IN"/>
        </w:rPr>
        <w:t>સભ્યની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હાજરીમાં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ખોલવામાં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આવે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છે</w:t>
      </w:r>
      <w:r w:rsidRPr="00B527B0">
        <w:rPr>
          <w:sz w:val="18"/>
          <w:szCs w:val="18"/>
        </w:rPr>
        <w:t>.</w:t>
      </w:r>
    </w:p>
    <w:p w14:paraId="5F84D6BB" w14:textId="77777777" w:rsidR="00B527B0" w:rsidRPr="00B527B0" w:rsidRDefault="00B527B0" w:rsidP="00B527B0">
      <w:pPr>
        <w:spacing w:after="0" w:line="240" w:lineRule="auto"/>
        <w:rPr>
          <w:sz w:val="18"/>
          <w:szCs w:val="18"/>
        </w:rPr>
      </w:pPr>
      <w:r w:rsidRPr="00B527B0">
        <w:rPr>
          <w:rFonts w:cs="Shruti"/>
          <w:b/>
          <w:bCs/>
          <w:sz w:val="18"/>
          <w:szCs w:val="18"/>
          <w:cs/>
          <w:lang w:bidi="gu-IN"/>
        </w:rPr>
        <w:t>૨</w:t>
      </w:r>
      <w:r w:rsidRPr="00B527B0">
        <w:rPr>
          <w:b/>
          <w:sz w:val="18"/>
          <w:szCs w:val="18"/>
        </w:rPr>
        <w:t xml:space="preserve">. </w:t>
      </w:r>
      <w:r w:rsidRPr="00B527B0">
        <w:rPr>
          <w:rFonts w:cs="Shruti"/>
          <w:b/>
          <w:bCs/>
          <w:sz w:val="18"/>
          <w:szCs w:val="18"/>
          <w:cs/>
          <w:lang w:bidi="gu-IN"/>
        </w:rPr>
        <w:t>વાલી</w:t>
      </w:r>
      <w:r w:rsidRPr="00B527B0">
        <w:rPr>
          <w:b/>
          <w:sz w:val="18"/>
          <w:szCs w:val="18"/>
        </w:rPr>
        <w:t xml:space="preserve"> </w:t>
      </w:r>
      <w:r w:rsidRPr="00B527B0">
        <w:rPr>
          <w:rFonts w:cs="Shruti"/>
          <w:b/>
          <w:bCs/>
          <w:sz w:val="18"/>
          <w:szCs w:val="18"/>
          <w:cs/>
          <w:lang w:bidi="gu-IN"/>
        </w:rPr>
        <w:t>સંપર્ક</w:t>
      </w:r>
      <w:r w:rsidRPr="00B527B0">
        <w:rPr>
          <w:b/>
          <w:sz w:val="18"/>
          <w:szCs w:val="18"/>
        </w:rPr>
        <w:t xml:space="preserve"> </w:t>
      </w:r>
      <w:r w:rsidRPr="00B527B0">
        <w:rPr>
          <w:rFonts w:cs="Shruti"/>
          <w:b/>
          <w:bCs/>
          <w:sz w:val="18"/>
          <w:szCs w:val="18"/>
          <w:cs/>
          <w:lang w:bidi="gu-IN"/>
        </w:rPr>
        <w:t>અને</w:t>
      </w:r>
      <w:r w:rsidRPr="00B527B0">
        <w:rPr>
          <w:b/>
          <w:sz w:val="18"/>
          <w:szCs w:val="18"/>
        </w:rPr>
        <w:t xml:space="preserve"> SMC </w:t>
      </w:r>
      <w:r w:rsidRPr="00B527B0">
        <w:rPr>
          <w:rFonts w:cs="Shruti"/>
          <w:b/>
          <w:bCs/>
          <w:sz w:val="18"/>
          <w:szCs w:val="18"/>
          <w:cs/>
          <w:lang w:bidi="gu-IN"/>
        </w:rPr>
        <w:t>બેઠકો</w:t>
      </w:r>
      <w:r w:rsidRPr="00B527B0">
        <w:rPr>
          <w:b/>
          <w:sz w:val="18"/>
          <w:szCs w:val="18"/>
        </w:rPr>
        <w:t xml:space="preserve">: </w:t>
      </w:r>
      <w:r w:rsidRPr="00B527B0">
        <w:rPr>
          <w:rFonts w:cs="Shruti"/>
          <w:sz w:val="18"/>
          <w:szCs w:val="18"/>
          <w:cs/>
          <w:lang w:bidi="gu-IN"/>
        </w:rPr>
        <w:t>દર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મહિને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યોજાતી</w:t>
      </w:r>
      <w:r w:rsidRPr="00B527B0">
        <w:rPr>
          <w:sz w:val="18"/>
          <w:szCs w:val="18"/>
        </w:rPr>
        <w:t xml:space="preserve"> SMC </w:t>
      </w:r>
      <w:r w:rsidRPr="00B527B0">
        <w:rPr>
          <w:rFonts w:cs="Shruti"/>
          <w:sz w:val="18"/>
          <w:szCs w:val="18"/>
          <w:cs/>
          <w:lang w:bidi="gu-IN"/>
        </w:rPr>
        <w:t>ની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બેઠક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અને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સમયાંતરે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યોજાતી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વાલી</w:t>
      </w:r>
      <w:r w:rsidRPr="00B527B0">
        <w:rPr>
          <w:sz w:val="18"/>
          <w:szCs w:val="18"/>
        </w:rPr>
        <w:t>-</w:t>
      </w:r>
      <w:r w:rsidRPr="00B527B0">
        <w:rPr>
          <w:rFonts w:cs="Shruti"/>
          <w:sz w:val="18"/>
          <w:szCs w:val="18"/>
          <w:cs/>
          <w:lang w:bidi="gu-IN"/>
        </w:rPr>
        <w:t>શિક્ષક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મીટિંગ</w:t>
      </w:r>
      <w:r w:rsidRPr="00B527B0">
        <w:rPr>
          <w:sz w:val="18"/>
          <w:szCs w:val="18"/>
        </w:rPr>
        <w:t xml:space="preserve"> (PTM) </w:t>
      </w:r>
      <w:r w:rsidRPr="00B527B0">
        <w:rPr>
          <w:rFonts w:cs="Shruti"/>
          <w:sz w:val="18"/>
          <w:szCs w:val="18"/>
          <w:cs/>
          <w:lang w:bidi="gu-IN"/>
        </w:rPr>
        <w:t>માં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વાલીઓ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અને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સમુદાયના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આગેવાનો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સાથે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સીધો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સંવાદ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કરી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મૌખિક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પ્રતિભાવો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નોંધવામાં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આવે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છે</w:t>
      </w:r>
      <w:r w:rsidRPr="00B527B0">
        <w:rPr>
          <w:sz w:val="18"/>
          <w:szCs w:val="18"/>
        </w:rPr>
        <w:t>.</w:t>
      </w:r>
    </w:p>
    <w:p w14:paraId="062EAD96" w14:textId="77777777" w:rsidR="00B527B0" w:rsidRPr="00B527B0" w:rsidRDefault="00B527B0" w:rsidP="00B527B0">
      <w:pPr>
        <w:spacing w:after="0" w:line="240" w:lineRule="auto"/>
        <w:rPr>
          <w:sz w:val="18"/>
          <w:szCs w:val="18"/>
        </w:rPr>
      </w:pPr>
      <w:r w:rsidRPr="00B527B0">
        <w:rPr>
          <w:rFonts w:cs="Shruti"/>
          <w:b/>
          <w:bCs/>
          <w:sz w:val="18"/>
          <w:szCs w:val="18"/>
          <w:cs/>
          <w:lang w:bidi="gu-IN"/>
        </w:rPr>
        <w:t>૩</w:t>
      </w:r>
      <w:r w:rsidRPr="00B527B0">
        <w:rPr>
          <w:b/>
          <w:sz w:val="18"/>
          <w:szCs w:val="18"/>
        </w:rPr>
        <w:t xml:space="preserve">. </w:t>
      </w:r>
      <w:r w:rsidRPr="00B527B0">
        <w:rPr>
          <w:rFonts w:cs="Shruti"/>
          <w:b/>
          <w:bCs/>
          <w:sz w:val="18"/>
          <w:szCs w:val="18"/>
          <w:cs/>
          <w:lang w:bidi="gu-IN"/>
        </w:rPr>
        <w:t>બાલ</w:t>
      </w:r>
      <w:r w:rsidRPr="00B527B0">
        <w:rPr>
          <w:b/>
          <w:sz w:val="18"/>
          <w:szCs w:val="18"/>
        </w:rPr>
        <w:t xml:space="preserve"> </w:t>
      </w:r>
      <w:r w:rsidRPr="00B527B0">
        <w:rPr>
          <w:rFonts w:cs="Shruti"/>
          <w:b/>
          <w:bCs/>
          <w:sz w:val="18"/>
          <w:szCs w:val="18"/>
          <w:cs/>
          <w:lang w:bidi="gu-IN"/>
        </w:rPr>
        <w:t>સંસદ</w:t>
      </w:r>
      <w:r w:rsidRPr="00B527B0">
        <w:rPr>
          <w:b/>
          <w:sz w:val="18"/>
          <w:szCs w:val="18"/>
        </w:rPr>
        <w:t xml:space="preserve"> </w:t>
      </w:r>
      <w:r w:rsidRPr="00B527B0">
        <w:rPr>
          <w:rFonts w:cs="Shruti"/>
          <w:b/>
          <w:bCs/>
          <w:sz w:val="18"/>
          <w:szCs w:val="18"/>
          <w:cs/>
          <w:lang w:bidi="gu-IN"/>
        </w:rPr>
        <w:t>અને</w:t>
      </w:r>
      <w:r w:rsidRPr="00B527B0">
        <w:rPr>
          <w:b/>
          <w:sz w:val="18"/>
          <w:szCs w:val="18"/>
        </w:rPr>
        <w:t xml:space="preserve"> </w:t>
      </w:r>
      <w:r w:rsidRPr="00B527B0">
        <w:rPr>
          <w:rFonts w:cs="Shruti"/>
          <w:b/>
          <w:bCs/>
          <w:sz w:val="18"/>
          <w:szCs w:val="18"/>
          <w:cs/>
          <w:lang w:bidi="gu-IN"/>
        </w:rPr>
        <w:t>વિદ્યાર્થી</w:t>
      </w:r>
      <w:r w:rsidRPr="00B527B0">
        <w:rPr>
          <w:b/>
          <w:sz w:val="18"/>
          <w:szCs w:val="18"/>
        </w:rPr>
        <w:t xml:space="preserve"> </w:t>
      </w:r>
      <w:r w:rsidRPr="00B527B0">
        <w:rPr>
          <w:rFonts w:cs="Shruti"/>
          <w:b/>
          <w:bCs/>
          <w:sz w:val="18"/>
          <w:szCs w:val="18"/>
          <w:cs/>
          <w:lang w:bidi="gu-IN"/>
        </w:rPr>
        <w:t>સંવાદ</w:t>
      </w:r>
      <w:r w:rsidRPr="00B527B0">
        <w:rPr>
          <w:b/>
          <w:sz w:val="18"/>
          <w:szCs w:val="18"/>
        </w:rPr>
        <w:t xml:space="preserve">: </w:t>
      </w:r>
      <w:r w:rsidRPr="00B527B0">
        <w:rPr>
          <w:rFonts w:cs="Shruti"/>
          <w:sz w:val="18"/>
          <w:szCs w:val="18"/>
          <w:cs/>
          <w:lang w:bidi="gu-IN"/>
        </w:rPr>
        <w:t>વિદ્યાર્થીઓના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પ્રશ્નો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અને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પ્રતિભાવો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જાણવા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માટે</w:t>
      </w:r>
      <w:r w:rsidRPr="00B527B0">
        <w:rPr>
          <w:sz w:val="18"/>
          <w:szCs w:val="18"/>
        </w:rPr>
        <w:t xml:space="preserve"> "</w:t>
      </w:r>
      <w:r w:rsidRPr="00B527B0">
        <w:rPr>
          <w:rFonts w:cs="Shruti"/>
          <w:sz w:val="18"/>
          <w:szCs w:val="18"/>
          <w:cs/>
          <w:lang w:bidi="gu-IN"/>
        </w:rPr>
        <w:t>બાલ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સંસદ</w:t>
      </w:r>
      <w:r w:rsidRPr="00B527B0">
        <w:rPr>
          <w:sz w:val="18"/>
          <w:szCs w:val="18"/>
        </w:rPr>
        <w:t xml:space="preserve">" </w:t>
      </w:r>
      <w:r w:rsidRPr="00B527B0">
        <w:rPr>
          <w:rFonts w:cs="Shruti"/>
          <w:sz w:val="18"/>
          <w:szCs w:val="18"/>
          <w:cs/>
          <w:lang w:bidi="gu-IN"/>
        </w:rPr>
        <w:t>ની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રચના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કરવામાં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આવી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છે</w:t>
      </w:r>
      <w:r w:rsidRPr="00B527B0">
        <w:rPr>
          <w:sz w:val="18"/>
          <w:szCs w:val="18"/>
        </w:rPr>
        <w:t xml:space="preserve">. </w:t>
      </w:r>
      <w:r w:rsidRPr="00B527B0">
        <w:rPr>
          <w:rFonts w:cs="Shruti"/>
          <w:sz w:val="18"/>
          <w:szCs w:val="18"/>
          <w:cs/>
          <w:lang w:bidi="gu-IN"/>
        </w:rPr>
        <w:t>બાલ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સંસદના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મંત્રીઓ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મારફતે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વિદ્યાર્થીઓના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સૂચનો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આચાર્યશ્રી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સુધી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પહોંચાડવામાં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આવે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છે</w:t>
      </w:r>
      <w:r w:rsidRPr="00B527B0">
        <w:rPr>
          <w:sz w:val="18"/>
          <w:szCs w:val="18"/>
        </w:rPr>
        <w:t>.</w:t>
      </w:r>
    </w:p>
    <w:p w14:paraId="47C60B50" w14:textId="77777777" w:rsidR="00B527B0" w:rsidRPr="00B527B0" w:rsidRDefault="00B527B0" w:rsidP="00B527B0">
      <w:pPr>
        <w:spacing w:after="0" w:line="240" w:lineRule="auto"/>
        <w:rPr>
          <w:sz w:val="18"/>
          <w:szCs w:val="18"/>
        </w:rPr>
      </w:pPr>
      <w:r w:rsidRPr="00B527B0">
        <w:rPr>
          <w:rFonts w:cs="Shruti"/>
          <w:b/>
          <w:bCs/>
          <w:sz w:val="18"/>
          <w:szCs w:val="18"/>
          <w:cs/>
          <w:lang w:bidi="gu-IN"/>
        </w:rPr>
        <w:t>૪</w:t>
      </w:r>
      <w:r w:rsidRPr="00B527B0">
        <w:rPr>
          <w:b/>
          <w:sz w:val="18"/>
          <w:szCs w:val="18"/>
        </w:rPr>
        <w:t xml:space="preserve">. </w:t>
      </w:r>
      <w:r w:rsidRPr="00B527B0">
        <w:rPr>
          <w:rFonts w:cs="Shruti"/>
          <w:b/>
          <w:bCs/>
          <w:sz w:val="18"/>
          <w:szCs w:val="18"/>
          <w:cs/>
          <w:lang w:bidi="gu-IN"/>
        </w:rPr>
        <w:t>શિક્ષક</w:t>
      </w:r>
      <w:r w:rsidRPr="00B527B0">
        <w:rPr>
          <w:b/>
          <w:sz w:val="18"/>
          <w:szCs w:val="18"/>
        </w:rPr>
        <w:t xml:space="preserve"> </w:t>
      </w:r>
      <w:r w:rsidRPr="00B527B0">
        <w:rPr>
          <w:rFonts w:cs="Shruti"/>
          <w:b/>
          <w:bCs/>
          <w:sz w:val="18"/>
          <w:szCs w:val="18"/>
          <w:cs/>
          <w:lang w:bidi="gu-IN"/>
        </w:rPr>
        <w:t>સમીક્ષા</w:t>
      </w:r>
      <w:r w:rsidRPr="00B527B0">
        <w:rPr>
          <w:b/>
          <w:sz w:val="18"/>
          <w:szCs w:val="18"/>
        </w:rPr>
        <w:t xml:space="preserve"> </w:t>
      </w:r>
      <w:r w:rsidRPr="00B527B0">
        <w:rPr>
          <w:rFonts w:cs="Shruti"/>
          <w:b/>
          <w:bCs/>
          <w:sz w:val="18"/>
          <w:szCs w:val="18"/>
          <w:cs/>
          <w:lang w:bidi="gu-IN"/>
        </w:rPr>
        <w:t>બેઠક</w:t>
      </w:r>
      <w:r w:rsidRPr="00B527B0">
        <w:rPr>
          <w:b/>
          <w:sz w:val="18"/>
          <w:szCs w:val="18"/>
        </w:rPr>
        <w:t xml:space="preserve"> (Staff Meeting): </w:t>
      </w:r>
      <w:r w:rsidRPr="00B527B0">
        <w:rPr>
          <w:rFonts w:cs="Shruti"/>
          <w:sz w:val="18"/>
          <w:szCs w:val="18"/>
          <w:cs/>
          <w:lang w:bidi="gu-IN"/>
        </w:rPr>
        <w:t>શાળાના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આંતરિક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વહીવટ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અને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શૈક્ષણિક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પ્રક્રિયા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અંગે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શિક્ષકોના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પ્રતિભાવો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મેળવવા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માટે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દર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અઠવાડિયે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શૈક્ષણિક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સ્ટાફ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મીટિંગનું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આયોજન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કરવામાં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આવે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છે</w:t>
      </w:r>
      <w:r w:rsidRPr="00B527B0">
        <w:rPr>
          <w:sz w:val="18"/>
          <w:szCs w:val="18"/>
        </w:rPr>
        <w:t>.</w:t>
      </w:r>
    </w:p>
    <w:p w14:paraId="13ACE245" w14:textId="77777777" w:rsidR="00B527B0" w:rsidRPr="00B527B0" w:rsidRDefault="00B527B0" w:rsidP="00B527B0">
      <w:pPr>
        <w:spacing w:after="0" w:line="240" w:lineRule="auto"/>
        <w:rPr>
          <w:rFonts w:cs="Shruti"/>
          <w:sz w:val="18"/>
          <w:szCs w:val="18"/>
          <w:cs/>
          <w:lang w:bidi="gu-IN"/>
        </w:rPr>
      </w:pPr>
      <w:r w:rsidRPr="00B527B0">
        <w:rPr>
          <w:rFonts w:cs="Shruti"/>
          <w:b/>
          <w:bCs/>
          <w:sz w:val="18"/>
          <w:szCs w:val="18"/>
          <w:cs/>
          <w:lang w:bidi="gu-IN"/>
        </w:rPr>
        <w:t>૫</w:t>
      </w:r>
      <w:r w:rsidRPr="00B527B0">
        <w:rPr>
          <w:b/>
          <w:sz w:val="18"/>
          <w:szCs w:val="18"/>
        </w:rPr>
        <w:t xml:space="preserve">. </w:t>
      </w:r>
      <w:r w:rsidRPr="00B527B0">
        <w:rPr>
          <w:rFonts w:cs="Shruti"/>
          <w:b/>
          <w:bCs/>
          <w:sz w:val="18"/>
          <w:szCs w:val="18"/>
          <w:cs/>
          <w:lang w:bidi="gu-IN"/>
        </w:rPr>
        <w:t>પ્રતિભાવ</w:t>
      </w:r>
      <w:r w:rsidRPr="00B527B0">
        <w:rPr>
          <w:b/>
          <w:sz w:val="18"/>
          <w:szCs w:val="18"/>
        </w:rPr>
        <w:t xml:space="preserve"> </w:t>
      </w:r>
      <w:r w:rsidRPr="00B527B0">
        <w:rPr>
          <w:rFonts w:cs="Shruti"/>
          <w:b/>
          <w:bCs/>
          <w:sz w:val="18"/>
          <w:szCs w:val="18"/>
          <w:cs/>
          <w:lang w:bidi="gu-IN"/>
        </w:rPr>
        <w:t>રજીસ્ટર</w:t>
      </w:r>
      <w:r w:rsidRPr="00B527B0">
        <w:rPr>
          <w:b/>
          <w:sz w:val="18"/>
          <w:szCs w:val="18"/>
        </w:rPr>
        <w:t xml:space="preserve"> (Feedback Register): </w:t>
      </w:r>
      <w:r w:rsidRPr="00B527B0">
        <w:rPr>
          <w:rFonts w:cs="Shruti"/>
          <w:sz w:val="18"/>
          <w:szCs w:val="18"/>
          <w:cs/>
          <w:lang w:bidi="gu-IN"/>
        </w:rPr>
        <w:t>શાળામાં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આવતા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વિશેષ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મુલાકાતીઓ</w:t>
      </w:r>
      <w:r w:rsidRPr="00B527B0">
        <w:rPr>
          <w:sz w:val="18"/>
          <w:szCs w:val="18"/>
        </w:rPr>
        <w:t xml:space="preserve">, </w:t>
      </w:r>
      <w:r w:rsidRPr="00B527B0">
        <w:rPr>
          <w:rFonts w:cs="Shruti"/>
          <w:sz w:val="18"/>
          <w:szCs w:val="18"/>
          <w:cs/>
          <w:lang w:bidi="gu-IN"/>
        </w:rPr>
        <w:t>અધિકારીઓ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અને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વાલીઓ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માટે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એક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અલાયદું</w:t>
      </w:r>
      <w:r w:rsidRPr="00B527B0">
        <w:rPr>
          <w:sz w:val="18"/>
          <w:szCs w:val="18"/>
        </w:rPr>
        <w:t xml:space="preserve"> "</w:t>
      </w:r>
      <w:r w:rsidRPr="00B527B0">
        <w:rPr>
          <w:rFonts w:cs="Shruti"/>
          <w:sz w:val="18"/>
          <w:szCs w:val="18"/>
          <w:cs/>
          <w:lang w:bidi="gu-IN"/>
        </w:rPr>
        <w:t>મુલાકાતી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અને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પ્રતિભાવ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રજીસ્ટર</w:t>
      </w:r>
      <w:r w:rsidRPr="00B527B0">
        <w:rPr>
          <w:sz w:val="18"/>
          <w:szCs w:val="18"/>
        </w:rPr>
        <w:t xml:space="preserve">" </w:t>
      </w:r>
      <w:r w:rsidRPr="00B527B0">
        <w:rPr>
          <w:rFonts w:cs="Shruti"/>
          <w:sz w:val="18"/>
          <w:szCs w:val="18"/>
          <w:cs/>
          <w:lang w:bidi="gu-IN"/>
        </w:rPr>
        <w:t>નિભાવવામાં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આવે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છે</w:t>
      </w:r>
      <w:r w:rsidRPr="00B527B0">
        <w:rPr>
          <w:sz w:val="18"/>
          <w:szCs w:val="18"/>
        </w:rPr>
        <w:t>.</w:t>
      </w:r>
    </w:p>
    <w:p w14:paraId="6A711B40" w14:textId="77777777" w:rsidR="00B527B0" w:rsidRPr="00B527B0" w:rsidRDefault="00B527B0" w:rsidP="00B527B0">
      <w:pPr>
        <w:pStyle w:val="Heading2"/>
        <w:spacing w:line="240" w:lineRule="auto"/>
        <w:rPr>
          <w:sz w:val="18"/>
          <w:szCs w:val="18"/>
        </w:rPr>
      </w:pPr>
      <w:r w:rsidRPr="00B527B0">
        <w:rPr>
          <w:rFonts w:cs="Shruti"/>
          <w:sz w:val="18"/>
          <w:szCs w:val="18"/>
          <w:cs/>
          <w:lang w:bidi="gu-IN"/>
        </w:rPr>
        <w:t>૨</w:t>
      </w:r>
      <w:r w:rsidRPr="00B527B0">
        <w:rPr>
          <w:sz w:val="18"/>
          <w:szCs w:val="18"/>
        </w:rPr>
        <w:t xml:space="preserve">. </w:t>
      </w:r>
      <w:r w:rsidRPr="00B527B0">
        <w:rPr>
          <w:rFonts w:cs="Shruti"/>
          <w:sz w:val="18"/>
          <w:szCs w:val="18"/>
          <w:cs/>
          <w:lang w:bidi="gu-IN"/>
        </w:rPr>
        <w:t>પ્રતિભાવ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રજીસ્ટર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અને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કાર્યવાહીનો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નમૂનો</w:t>
      </w:r>
      <w:r w:rsidRPr="00B527B0">
        <w:rPr>
          <w:sz w:val="18"/>
          <w:szCs w:val="18"/>
        </w:rPr>
        <w:t>:</w:t>
      </w:r>
    </w:p>
    <w:p w14:paraId="102F4A35" w14:textId="77777777" w:rsidR="00B527B0" w:rsidRPr="00B527B0" w:rsidRDefault="00B527B0" w:rsidP="00B527B0">
      <w:pPr>
        <w:spacing w:line="240" w:lineRule="auto"/>
        <w:rPr>
          <w:sz w:val="18"/>
          <w:szCs w:val="18"/>
        </w:rPr>
      </w:pPr>
      <w:r w:rsidRPr="00B527B0">
        <w:rPr>
          <w:rFonts w:cs="Shruti"/>
          <w:sz w:val="18"/>
          <w:szCs w:val="18"/>
          <w:cs/>
          <w:lang w:bidi="gu-IN"/>
        </w:rPr>
        <w:t>મેળવેલા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પ્રતિભાવો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પર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શાળા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દ્વારા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શું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કાર્યવાહી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કરવામાં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આવી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છે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તે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દર્શાવવા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નીચે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મુજબનું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પત્રક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નિભાવવામાં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આવે</w:t>
      </w:r>
      <w:r w:rsidRPr="00B527B0">
        <w:rPr>
          <w:sz w:val="18"/>
          <w:szCs w:val="18"/>
        </w:rPr>
        <w:t xml:space="preserve"> </w:t>
      </w:r>
      <w:r w:rsidRPr="00B527B0">
        <w:rPr>
          <w:rFonts w:cs="Shruti"/>
          <w:sz w:val="18"/>
          <w:szCs w:val="18"/>
          <w:cs/>
          <w:lang w:bidi="gu-IN"/>
        </w:rPr>
        <w:t>છે</w:t>
      </w:r>
      <w:r w:rsidRPr="00B527B0">
        <w:rPr>
          <w:sz w:val="18"/>
          <w:szCs w:val="18"/>
        </w:rPr>
        <w:t>:</w:t>
      </w: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534"/>
        <w:gridCol w:w="2551"/>
        <w:gridCol w:w="1701"/>
        <w:gridCol w:w="2835"/>
        <w:gridCol w:w="1843"/>
      </w:tblGrid>
      <w:tr w:rsidR="00B527B0" w14:paraId="147C989E" w14:textId="77777777" w:rsidTr="00BB1193">
        <w:tc>
          <w:tcPr>
            <w:tcW w:w="534" w:type="dxa"/>
          </w:tcPr>
          <w:p w14:paraId="013E9293" w14:textId="77777777" w:rsidR="00B527B0" w:rsidRDefault="00B527B0" w:rsidP="00E237D3">
            <w:r>
              <w:rPr>
                <w:rFonts w:cs="Shruti"/>
                <w:b/>
                <w:bCs/>
                <w:cs/>
                <w:lang w:bidi="gu-IN"/>
              </w:rPr>
              <w:t>ક્રમ</w:t>
            </w:r>
          </w:p>
        </w:tc>
        <w:tc>
          <w:tcPr>
            <w:tcW w:w="2551" w:type="dxa"/>
          </w:tcPr>
          <w:p w14:paraId="5889B12C" w14:textId="77777777" w:rsidR="00B527B0" w:rsidRDefault="00B527B0" w:rsidP="00E237D3">
            <w:r>
              <w:rPr>
                <w:rFonts w:cs="Shruti"/>
                <w:b/>
                <w:bCs/>
                <w:cs/>
                <w:lang w:bidi="gu-IN"/>
              </w:rPr>
              <w:t>હિતધારકનું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નામ</w:t>
            </w:r>
            <w:r>
              <w:rPr>
                <w:b/>
              </w:rPr>
              <w:t xml:space="preserve"> / </w:t>
            </w:r>
            <w:r>
              <w:rPr>
                <w:rFonts w:cs="Shruti"/>
                <w:b/>
                <w:bCs/>
                <w:cs/>
                <w:lang w:bidi="gu-IN"/>
              </w:rPr>
              <w:t>વર્ગ</w:t>
            </w:r>
          </w:p>
        </w:tc>
        <w:tc>
          <w:tcPr>
            <w:tcW w:w="1701" w:type="dxa"/>
          </w:tcPr>
          <w:p w14:paraId="355EBF6D" w14:textId="77777777" w:rsidR="00B527B0" w:rsidRDefault="00B527B0" w:rsidP="00E237D3">
            <w:r>
              <w:rPr>
                <w:rFonts w:cs="Shruti"/>
                <w:b/>
                <w:bCs/>
                <w:cs/>
                <w:lang w:bidi="gu-IN"/>
              </w:rPr>
              <w:t>પ્રતિભાવ</w:t>
            </w:r>
            <w:r>
              <w:rPr>
                <w:b/>
              </w:rPr>
              <w:t xml:space="preserve"> / </w:t>
            </w:r>
            <w:r>
              <w:rPr>
                <w:rFonts w:cs="Shruti"/>
                <w:b/>
                <w:bCs/>
                <w:cs/>
                <w:lang w:bidi="gu-IN"/>
              </w:rPr>
              <w:t>સૂચનની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વિગત</w:t>
            </w:r>
          </w:p>
        </w:tc>
        <w:tc>
          <w:tcPr>
            <w:tcW w:w="2835" w:type="dxa"/>
          </w:tcPr>
          <w:p w14:paraId="0EE280C2" w14:textId="77777777" w:rsidR="00B527B0" w:rsidRDefault="00B527B0" w:rsidP="00E237D3">
            <w:r>
              <w:rPr>
                <w:rFonts w:cs="Shruti"/>
                <w:b/>
                <w:bCs/>
                <w:cs/>
                <w:lang w:bidi="gu-IN"/>
              </w:rPr>
              <w:t>પ્રતિભાવનું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માધ્યમ</w:t>
            </w:r>
            <w:r>
              <w:rPr>
                <w:b/>
              </w:rPr>
              <w:t xml:space="preserve"> (</w:t>
            </w:r>
            <w:r>
              <w:rPr>
                <w:rFonts w:cs="Shruti"/>
                <w:b/>
                <w:bCs/>
                <w:cs/>
                <w:lang w:bidi="gu-IN"/>
              </w:rPr>
              <w:t>સૂચન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પેટી</w:t>
            </w:r>
            <w:r>
              <w:rPr>
                <w:b/>
              </w:rPr>
              <w:t>/</w:t>
            </w:r>
            <w:r>
              <w:rPr>
                <w:rFonts w:cs="Shruti"/>
                <w:b/>
                <w:bCs/>
                <w:cs/>
                <w:lang w:bidi="gu-IN"/>
              </w:rPr>
              <w:t>મીટિંગ</w:t>
            </w:r>
            <w:r>
              <w:rPr>
                <w:b/>
              </w:rPr>
              <w:t>/</w:t>
            </w:r>
            <w:r>
              <w:rPr>
                <w:rFonts w:cs="Shruti"/>
                <w:b/>
                <w:bCs/>
                <w:cs/>
                <w:lang w:bidi="gu-IN"/>
              </w:rPr>
              <w:t>રજીસ્ટર</w:t>
            </w:r>
            <w:r>
              <w:rPr>
                <w:b/>
              </w:rPr>
              <w:t>)</w:t>
            </w:r>
          </w:p>
        </w:tc>
        <w:tc>
          <w:tcPr>
            <w:tcW w:w="1843" w:type="dxa"/>
          </w:tcPr>
          <w:p w14:paraId="227242E2" w14:textId="77777777" w:rsidR="00B527B0" w:rsidRDefault="00B527B0" w:rsidP="00E237D3">
            <w:r>
              <w:rPr>
                <w:rFonts w:cs="Shruti"/>
                <w:b/>
                <w:bCs/>
                <w:cs/>
                <w:lang w:bidi="gu-IN"/>
              </w:rPr>
              <w:t>લેવાયેલ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પગલાં</w:t>
            </w:r>
            <w:r>
              <w:rPr>
                <w:b/>
              </w:rPr>
              <w:t xml:space="preserve"> / </w:t>
            </w:r>
            <w:r>
              <w:rPr>
                <w:rFonts w:cs="Shruti"/>
                <w:b/>
                <w:bCs/>
                <w:cs/>
                <w:lang w:bidi="gu-IN"/>
              </w:rPr>
              <w:t>નિકાલની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વિગત</w:t>
            </w:r>
          </w:p>
        </w:tc>
      </w:tr>
      <w:tr w:rsidR="00B527B0" w14:paraId="79638492" w14:textId="77777777" w:rsidTr="00BB1193">
        <w:tc>
          <w:tcPr>
            <w:tcW w:w="534" w:type="dxa"/>
          </w:tcPr>
          <w:p w14:paraId="0AF7A7F0" w14:textId="77777777" w:rsidR="00B527B0" w:rsidRDefault="00B527B0" w:rsidP="00BB1193">
            <w:pPr>
              <w:jc w:val="center"/>
            </w:pPr>
            <w:r>
              <w:t>1</w:t>
            </w:r>
          </w:p>
        </w:tc>
        <w:tc>
          <w:tcPr>
            <w:tcW w:w="2551" w:type="dxa"/>
          </w:tcPr>
          <w:p w14:paraId="59F2610D" w14:textId="77777777" w:rsidR="00B527B0" w:rsidRDefault="00B527B0" w:rsidP="00E237D3"/>
        </w:tc>
        <w:tc>
          <w:tcPr>
            <w:tcW w:w="1701" w:type="dxa"/>
          </w:tcPr>
          <w:p w14:paraId="428218C6" w14:textId="77777777" w:rsidR="00B527B0" w:rsidRDefault="00B527B0" w:rsidP="00E237D3"/>
        </w:tc>
        <w:tc>
          <w:tcPr>
            <w:tcW w:w="2835" w:type="dxa"/>
          </w:tcPr>
          <w:p w14:paraId="13FD30BC" w14:textId="77777777" w:rsidR="00B527B0" w:rsidRDefault="00B527B0" w:rsidP="00E237D3"/>
        </w:tc>
        <w:tc>
          <w:tcPr>
            <w:tcW w:w="1843" w:type="dxa"/>
          </w:tcPr>
          <w:p w14:paraId="734356BD" w14:textId="77777777" w:rsidR="00B527B0" w:rsidRDefault="00B527B0" w:rsidP="00E237D3"/>
        </w:tc>
      </w:tr>
      <w:tr w:rsidR="00B527B0" w14:paraId="44190EFA" w14:textId="77777777" w:rsidTr="00BB1193">
        <w:tc>
          <w:tcPr>
            <w:tcW w:w="534" w:type="dxa"/>
          </w:tcPr>
          <w:p w14:paraId="79E1D53D" w14:textId="77777777" w:rsidR="00B527B0" w:rsidRDefault="00B527B0" w:rsidP="00BB1193">
            <w:pPr>
              <w:jc w:val="center"/>
            </w:pPr>
            <w:r>
              <w:t>2</w:t>
            </w:r>
          </w:p>
        </w:tc>
        <w:tc>
          <w:tcPr>
            <w:tcW w:w="2551" w:type="dxa"/>
          </w:tcPr>
          <w:p w14:paraId="67BE7D45" w14:textId="77777777" w:rsidR="00B527B0" w:rsidRDefault="00B527B0" w:rsidP="00E237D3"/>
        </w:tc>
        <w:tc>
          <w:tcPr>
            <w:tcW w:w="1701" w:type="dxa"/>
          </w:tcPr>
          <w:p w14:paraId="11D8A081" w14:textId="77777777" w:rsidR="00B527B0" w:rsidRDefault="00B527B0" w:rsidP="00E237D3"/>
        </w:tc>
        <w:tc>
          <w:tcPr>
            <w:tcW w:w="2835" w:type="dxa"/>
          </w:tcPr>
          <w:p w14:paraId="3E921F93" w14:textId="77777777" w:rsidR="00B527B0" w:rsidRDefault="00B527B0" w:rsidP="00E237D3"/>
        </w:tc>
        <w:tc>
          <w:tcPr>
            <w:tcW w:w="1843" w:type="dxa"/>
          </w:tcPr>
          <w:p w14:paraId="06D2126A" w14:textId="77777777" w:rsidR="00B527B0" w:rsidRDefault="00B527B0" w:rsidP="00E237D3"/>
        </w:tc>
      </w:tr>
      <w:tr w:rsidR="00B527B0" w14:paraId="06C984CC" w14:textId="77777777" w:rsidTr="00BB1193">
        <w:tc>
          <w:tcPr>
            <w:tcW w:w="534" w:type="dxa"/>
          </w:tcPr>
          <w:p w14:paraId="10605594" w14:textId="77777777" w:rsidR="00B527B0" w:rsidRDefault="00B527B0" w:rsidP="00BB1193">
            <w:pPr>
              <w:jc w:val="center"/>
            </w:pPr>
            <w:r>
              <w:t>3</w:t>
            </w:r>
          </w:p>
        </w:tc>
        <w:tc>
          <w:tcPr>
            <w:tcW w:w="2551" w:type="dxa"/>
          </w:tcPr>
          <w:p w14:paraId="5ABFD08D" w14:textId="77777777" w:rsidR="00B527B0" w:rsidRDefault="00B527B0" w:rsidP="00E237D3"/>
        </w:tc>
        <w:tc>
          <w:tcPr>
            <w:tcW w:w="1701" w:type="dxa"/>
          </w:tcPr>
          <w:p w14:paraId="0BB09D7F" w14:textId="77777777" w:rsidR="00B527B0" w:rsidRDefault="00B527B0" w:rsidP="00E237D3"/>
        </w:tc>
        <w:tc>
          <w:tcPr>
            <w:tcW w:w="2835" w:type="dxa"/>
          </w:tcPr>
          <w:p w14:paraId="1196D6AC" w14:textId="77777777" w:rsidR="00B527B0" w:rsidRDefault="00B527B0" w:rsidP="00E237D3"/>
        </w:tc>
        <w:tc>
          <w:tcPr>
            <w:tcW w:w="1843" w:type="dxa"/>
          </w:tcPr>
          <w:p w14:paraId="62B64D8A" w14:textId="77777777" w:rsidR="00B527B0" w:rsidRDefault="00B527B0" w:rsidP="00E237D3"/>
        </w:tc>
      </w:tr>
      <w:tr w:rsidR="00B527B0" w14:paraId="6F10A254" w14:textId="77777777" w:rsidTr="00BB1193">
        <w:tc>
          <w:tcPr>
            <w:tcW w:w="534" w:type="dxa"/>
          </w:tcPr>
          <w:p w14:paraId="7BF83B88" w14:textId="77777777" w:rsidR="00B527B0" w:rsidRDefault="00B527B0" w:rsidP="00BB1193">
            <w:pPr>
              <w:jc w:val="center"/>
            </w:pPr>
            <w:r>
              <w:t>4</w:t>
            </w:r>
          </w:p>
        </w:tc>
        <w:tc>
          <w:tcPr>
            <w:tcW w:w="2551" w:type="dxa"/>
          </w:tcPr>
          <w:p w14:paraId="7D10BDCC" w14:textId="77777777" w:rsidR="00B527B0" w:rsidRDefault="00B527B0" w:rsidP="00E237D3"/>
        </w:tc>
        <w:tc>
          <w:tcPr>
            <w:tcW w:w="1701" w:type="dxa"/>
          </w:tcPr>
          <w:p w14:paraId="064E42CF" w14:textId="77777777" w:rsidR="00B527B0" w:rsidRDefault="00B527B0" w:rsidP="00E237D3"/>
        </w:tc>
        <w:tc>
          <w:tcPr>
            <w:tcW w:w="2835" w:type="dxa"/>
          </w:tcPr>
          <w:p w14:paraId="0365B0E1" w14:textId="77777777" w:rsidR="00B527B0" w:rsidRDefault="00B527B0" w:rsidP="00E237D3"/>
        </w:tc>
        <w:tc>
          <w:tcPr>
            <w:tcW w:w="1843" w:type="dxa"/>
          </w:tcPr>
          <w:p w14:paraId="6F3F6B9F" w14:textId="77777777" w:rsidR="00B527B0" w:rsidRDefault="00B527B0" w:rsidP="00E237D3"/>
        </w:tc>
      </w:tr>
      <w:tr w:rsidR="00B527B0" w14:paraId="7A84FA8D" w14:textId="77777777" w:rsidTr="00BB1193">
        <w:tc>
          <w:tcPr>
            <w:tcW w:w="534" w:type="dxa"/>
          </w:tcPr>
          <w:p w14:paraId="6C305C2F" w14:textId="77777777" w:rsidR="00B527B0" w:rsidRDefault="00B527B0" w:rsidP="00BB1193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14:paraId="164D7807" w14:textId="77777777" w:rsidR="00B527B0" w:rsidRDefault="00B527B0" w:rsidP="00E237D3"/>
        </w:tc>
        <w:tc>
          <w:tcPr>
            <w:tcW w:w="1701" w:type="dxa"/>
          </w:tcPr>
          <w:p w14:paraId="35026F3F" w14:textId="77777777" w:rsidR="00B527B0" w:rsidRDefault="00B527B0" w:rsidP="00E237D3"/>
        </w:tc>
        <w:tc>
          <w:tcPr>
            <w:tcW w:w="2835" w:type="dxa"/>
          </w:tcPr>
          <w:p w14:paraId="3972A166" w14:textId="77777777" w:rsidR="00B527B0" w:rsidRDefault="00B527B0" w:rsidP="00E237D3"/>
        </w:tc>
        <w:tc>
          <w:tcPr>
            <w:tcW w:w="1843" w:type="dxa"/>
          </w:tcPr>
          <w:p w14:paraId="7DA693E7" w14:textId="77777777" w:rsidR="00B527B0" w:rsidRDefault="00B527B0" w:rsidP="00E237D3"/>
        </w:tc>
      </w:tr>
    </w:tbl>
    <w:p w14:paraId="5A8CFA51" w14:textId="77777777" w:rsidR="00B527B0" w:rsidRPr="00B527B0" w:rsidRDefault="00B527B0" w:rsidP="00B527B0">
      <w:pPr>
        <w:rPr>
          <w:rFonts w:cs="Shruti"/>
          <w:sz w:val="16"/>
          <w:szCs w:val="16"/>
          <w:lang w:bidi="gu-IN"/>
        </w:rPr>
      </w:pPr>
      <w:r w:rsidRPr="00B527B0">
        <w:rPr>
          <w:rFonts w:cs="Shruti"/>
          <w:b/>
          <w:bCs/>
          <w:sz w:val="16"/>
          <w:szCs w:val="16"/>
          <w:cs/>
          <w:lang w:bidi="gu-IN"/>
        </w:rPr>
        <w:t>નિષ્કર્ષ</w:t>
      </w:r>
      <w:r w:rsidRPr="00B527B0">
        <w:rPr>
          <w:b/>
          <w:sz w:val="16"/>
          <w:szCs w:val="16"/>
        </w:rPr>
        <w:t xml:space="preserve">: </w:t>
      </w:r>
      <w:r w:rsidRPr="00B527B0">
        <w:rPr>
          <w:rFonts w:cs="Shruti"/>
          <w:b/>
          <w:bCs/>
          <w:sz w:val="16"/>
          <w:szCs w:val="16"/>
          <w:cs/>
          <w:lang w:bidi="gu-IN"/>
        </w:rPr>
        <w:t>આ</w:t>
      </w:r>
      <w:r w:rsidRPr="00B527B0">
        <w:rPr>
          <w:b/>
          <w:sz w:val="16"/>
          <w:szCs w:val="16"/>
        </w:rPr>
        <w:t xml:space="preserve"> </w:t>
      </w:r>
      <w:r w:rsidRPr="00B527B0">
        <w:rPr>
          <w:rFonts w:cs="Shruti"/>
          <w:b/>
          <w:bCs/>
          <w:sz w:val="16"/>
          <w:szCs w:val="16"/>
          <w:cs/>
          <w:lang w:bidi="gu-IN"/>
        </w:rPr>
        <w:t>વ્યવસ્થા</w:t>
      </w:r>
      <w:r w:rsidRPr="00B527B0">
        <w:rPr>
          <w:b/>
          <w:sz w:val="16"/>
          <w:szCs w:val="16"/>
        </w:rPr>
        <w:t xml:space="preserve"> </w:t>
      </w:r>
      <w:r w:rsidRPr="00B527B0">
        <w:rPr>
          <w:rFonts w:cs="Shruti"/>
          <w:b/>
          <w:bCs/>
          <w:sz w:val="16"/>
          <w:szCs w:val="16"/>
          <w:cs/>
          <w:lang w:bidi="gu-IN"/>
        </w:rPr>
        <w:t>થકી</w:t>
      </w:r>
      <w:r w:rsidRPr="00B527B0">
        <w:rPr>
          <w:b/>
          <w:sz w:val="16"/>
          <w:szCs w:val="16"/>
        </w:rPr>
        <w:t xml:space="preserve"> </w:t>
      </w:r>
      <w:r w:rsidRPr="00B527B0">
        <w:rPr>
          <w:rFonts w:cs="Shruti"/>
          <w:b/>
          <w:bCs/>
          <w:sz w:val="16"/>
          <w:szCs w:val="16"/>
          <w:cs/>
          <w:lang w:bidi="gu-IN"/>
        </w:rPr>
        <w:t>શાળાના</w:t>
      </w:r>
      <w:r w:rsidRPr="00B527B0">
        <w:rPr>
          <w:b/>
          <w:sz w:val="16"/>
          <w:szCs w:val="16"/>
        </w:rPr>
        <w:t xml:space="preserve"> </w:t>
      </w:r>
      <w:r w:rsidRPr="00B527B0">
        <w:rPr>
          <w:rFonts w:cs="Shruti"/>
          <w:b/>
          <w:bCs/>
          <w:sz w:val="16"/>
          <w:szCs w:val="16"/>
          <w:cs/>
          <w:lang w:bidi="gu-IN"/>
        </w:rPr>
        <w:t>વહીવટમાં</w:t>
      </w:r>
      <w:r w:rsidRPr="00B527B0">
        <w:rPr>
          <w:b/>
          <w:sz w:val="16"/>
          <w:szCs w:val="16"/>
        </w:rPr>
        <w:t xml:space="preserve"> </w:t>
      </w:r>
      <w:r w:rsidRPr="00B527B0">
        <w:rPr>
          <w:rFonts w:cs="Shruti"/>
          <w:b/>
          <w:bCs/>
          <w:sz w:val="16"/>
          <w:szCs w:val="16"/>
          <w:cs/>
          <w:lang w:bidi="gu-IN"/>
        </w:rPr>
        <w:t>પારદર્શિતા</w:t>
      </w:r>
      <w:r w:rsidRPr="00B527B0">
        <w:rPr>
          <w:b/>
          <w:sz w:val="16"/>
          <w:szCs w:val="16"/>
        </w:rPr>
        <w:t xml:space="preserve"> </w:t>
      </w:r>
      <w:r w:rsidRPr="00B527B0">
        <w:rPr>
          <w:rFonts w:cs="Shruti"/>
          <w:b/>
          <w:bCs/>
          <w:sz w:val="16"/>
          <w:szCs w:val="16"/>
          <w:cs/>
          <w:lang w:bidi="gu-IN"/>
        </w:rPr>
        <w:t>આવે</w:t>
      </w:r>
      <w:r w:rsidRPr="00B527B0">
        <w:rPr>
          <w:b/>
          <w:sz w:val="16"/>
          <w:szCs w:val="16"/>
        </w:rPr>
        <w:t xml:space="preserve"> </w:t>
      </w:r>
      <w:r w:rsidRPr="00B527B0">
        <w:rPr>
          <w:rFonts w:cs="Shruti"/>
          <w:b/>
          <w:bCs/>
          <w:sz w:val="16"/>
          <w:szCs w:val="16"/>
          <w:cs/>
          <w:lang w:bidi="gu-IN"/>
        </w:rPr>
        <w:t>છે</w:t>
      </w:r>
      <w:r w:rsidRPr="00B527B0">
        <w:rPr>
          <w:b/>
          <w:sz w:val="16"/>
          <w:szCs w:val="16"/>
        </w:rPr>
        <w:t xml:space="preserve">, </w:t>
      </w:r>
      <w:r w:rsidRPr="00B527B0">
        <w:rPr>
          <w:rFonts w:cs="Shruti"/>
          <w:b/>
          <w:bCs/>
          <w:sz w:val="16"/>
          <w:szCs w:val="16"/>
          <w:cs/>
          <w:lang w:bidi="gu-IN"/>
        </w:rPr>
        <w:t>સમસ્યાઓનું</w:t>
      </w:r>
      <w:r w:rsidRPr="00B527B0">
        <w:rPr>
          <w:b/>
          <w:sz w:val="16"/>
          <w:szCs w:val="16"/>
        </w:rPr>
        <w:t xml:space="preserve"> </w:t>
      </w:r>
      <w:r w:rsidRPr="00B527B0">
        <w:rPr>
          <w:rFonts w:cs="Shruti"/>
          <w:b/>
          <w:bCs/>
          <w:sz w:val="16"/>
          <w:szCs w:val="16"/>
          <w:cs/>
          <w:lang w:bidi="gu-IN"/>
        </w:rPr>
        <w:t>ઝડપી</w:t>
      </w:r>
      <w:r w:rsidRPr="00B527B0">
        <w:rPr>
          <w:b/>
          <w:sz w:val="16"/>
          <w:szCs w:val="16"/>
        </w:rPr>
        <w:t xml:space="preserve"> </w:t>
      </w:r>
      <w:r w:rsidRPr="00B527B0">
        <w:rPr>
          <w:rFonts w:cs="Shruti"/>
          <w:b/>
          <w:bCs/>
          <w:sz w:val="16"/>
          <w:szCs w:val="16"/>
          <w:cs/>
          <w:lang w:bidi="gu-IN"/>
        </w:rPr>
        <w:t>નિરાકરણ</w:t>
      </w:r>
      <w:r w:rsidRPr="00B527B0">
        <w:rPr>
          <w:b/>
          <w:sz w:val="16"/>
          <w:szCs w:val="16"/>
        </w:rPr>
        <w:t xml:space="preserve"> </w:t>
      </w:r>
      <w:r w:rsidRPr="00B527B0">
        <w:rPr>
          <w:rFonts w:cs="Shruti"/>
          <w:b/>
          <w:bCs/>
          <w:sz w:val="16"/>
          <w:szCs w:val="16"/>
          <w:cs/>
          <w:lang w:bidi="gu-IN"/>
        </w:rPr>
        <w:t>થાય</w:t>
      </w:r>
      <w:r w:rsidRPr="00B527B0">
        <w:rPr>
          <w:b/>
          <w:sz w:val="16"/>
          <w:szCs w:val="16"/>
        </w:rPr>
        <w:t xml:space="preserve"> </w:t>
      </w:r>
      <w:r w:rsidRPr="00B527B0">
        <w:rPr>
          <w:rFonts w:cs="Shruti"/>
          <w:b/>
          <w:bCs/>
          <w:sz w:val="16"/>
          <w:szCs w:val="16"/>
          <w:cs/>
          <w:lang w:bidi="gu-IN"/>
        </w:rPr>
        <w:t>છે</w:t>
      </w:r>
      <w:r w:rsidRPr="00B527B0">
        <w:rPr>
          <w:b/>
          <w:sz w:val="16"/>
          <w:szCs w:val="16"/>
        </w:rPr>
        <w:t xml:space="preserve"> </w:t>
      </w:r>
      <w:r w:rsidRPr="00B527B0">
        <w:rPr>
          <w:rFonts w:cs="Shruti"/>
          <w:b/>
          <w:bCs/>
          <w:sz w:val="16"/>
          <w:szCs w:val="16"/>
          <w:cs/>
          <w:lang w:bidi="gu-IN"/>
        </w:rPr>
        <w:t>અને</w:t>
      </w:r>
      <w:r w:rsidRPr="00B527B0">
        <w:rPr>
          <w:b/>
          <w:sz w:val="16"/>
          <w:szCs w:val="16"/>
        </w:rPr>
        <w:t xml:space="preserve"> </w:t>
      </w:r>
      <w:r w:rsidRPr="00B527B0">
        <w:rPr>
          <w:rFonts w:cs="Shruti"/>
          <w:b/>
          <w:bCs/>
          <w:sz w:val="16"/>
          <w:szCs w:val="16"/>
          <w:cs/>
          <w:lang w:bidi="gu-IN"/>
        </w:rPr>
        <w:t>હિતધારકોનો</w:t>
      </w:r>
      <w:r w:rsidRPr="00B527B0">
        <w:rPr>
          <w:b/>
          <w:sz w:val="16"/>
          <w:szCs w:val="16"/>
        </w:rPr>
        <w:t xml:space="preserve"> </w:t>
      </w:r>
      <w:r w:rsidRPr="00B527B0">
        <w:rPr>
          <w:rFonts w:cs="Shruti"/>
          <w:b/>
          <w:bCs/>
          <w:sz w:val="16"/>
          <w:szCs w:val="16"/>
          <w:cs/>
          <w:lang w:bidi="gu-IN"/>
        </w:rPr>
        <w:t>શાળા</w:t>
      </w:r>
      <w:r w:rsidRPr="00B527B0">
        <w:rPr>
          <w:b/>
          <w:sz w:val="16"/>
          <w:szCs w:val="16"/>
        </w:rPr>
        <w:t xml:space="preserve"> </w:t>
      </w:r>
      <w:r w:rsidRPr="00B527B0">
        <w:rPr>
          <w:rFonts w:cs="Shruti"/>
          <w:b/>
          <w:bCs/>
          <w:sz w:val="16"/>
          <w:szCs w:val="16"/>
          <w:cs/>
          <w:lang w:bidi="gu-IN"/>
        </w:rPr>
        <w:t>પ્રત્યેનો</w:t>
      </w:r>
      <w:r w:rsidRPr="00B527B0">
        <w:rPr>
          <w:b/>
          <w:sz w:val="16"/>
          <w:szCs w:val="16"/>
        </w:rPr>
        <w:t xml:space="preserve"> </w:t>
      </w:r>
      <w:r w:rsidRPr="00B527B0">
        <w:rPr>
          <w:rFonts w:cs="Shruti"/>
          <w:b/>
          <w:bCs/>
          <w:sz w:val="16"/>
          <w:szCs w:val="16"/>
          <w:cs/>
          <w:lang w:bidi="gu-IN"/>
        </w:rPr>
        <w:t>વિશ્વાસ</w:t>
      </w:r>
      <w:r w:rsidRPr="00B527B0">
        <w:rPr>
          <w:b/>
          <w:sz w:val="16"/>
          <w:szCs w:val="16"/>
        </w:rPr>
        <w:t xml:space="preserve"> </w:t>
      </w:r>
      <w:r w:rsidRPr="00B527B0">
        <w:rPr>
          <w:rFonts w:cs="Shruti"/>
          <w:b/>
          <w:bCs/>
          <w:sz w:val="16"/>
          <w:szCs w:val="16"/>
          <w:cs/>
          <w:lang w:bidi="gu-IN"/>
        </w:rPr>
        <w:t>વધે</w:t>
      </w:r>
      <w:r w:rsidRPr="00B527B0">
        <w:rPr>
          <w:b/>
          <w:sz w:val="16"/>
          <w:szCs w:val="16"/>
        </w:rPr>
        <w:t xml:space="preserve"> </w:t>
      </w:r>
      <w:r w:rsidRPr="00B527B0">
        <w:rPr>
          <w:rFonts w:cs="Shruti"/>
          <w:b/>
          <w:bCs/>
          <w:sz w:val="16"/>
          <w:szCs w:val="16"/>
          <w:cs/>
          <w:lang w:bidi="gu-IN"/>
        </w:rPr>
        <w:t>છે</w:t>
      </w:r>
      <w:r w:rsidRPr="00B527B0">
        <w:rPr>
          <w:b/>
          <w:sz w:val="16"/>
          <w:szCs w:val="16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B527B0" w14:paraId="15A5616D" w14:textId="77777777" w:rsidTr="00E237D3">
        <w:tc>
          <w:tcPr>
            <w:tcW w:w="4320" w:type="dxa"/>
          </w:tcPr>
          <w:p w14:paraId="6D6BE272" w14:textId="4ED5A944" w:rsidR="00B527B0" w:rsidRDefault="00B527B0" w:rsidP="00BB1193">
            <w:pPr>
              <w:spacing w:after="0" w:line="240" w:lineRule="auto"/>
            </w:pPr>
            <w:r>
              <w:rPr>
                <w:rFonts w:cs="Shruti"/>
                <w:cs/>
                <w:lang w:bidi="gu-IN"/>
              </w:rPr>
              <w:t>એસ</w:t>
            </w:r>
            <w:r>
              <w:t>.</w:t>
            </w:r>
            <w:r>
              <w:rPr>
                <w:rFonts w:cs="Shruti"/>
                <w:cs/>
                <w:lang w:bidi="gu-IN"/>
              </w:rPr>
              <w:t>એમ</w:t>
            </w:r>
            <w:r>
              <w:t>.</w:t>
            </w:r>
            <w:r>
              <w:rPr>
                <w:rFonts w:cs="Shruti"/>
                <w:cs/>
                <w:lang w:bidi="gu-IN"/>
              </w:rPr>
              <w:t>સી</w:t>
            </w:r>
            <w:r>
              <w:t xml:space="preserve">. (SMC) </w:t>
            </w:r>
            <w:r>
              <w:rPr>
                <w:rFonts w:cs="Shruti"/>
                <w:cs/>
                <w:lang w:bidi="gu-IN"/>
              </w:rPr>
              <w:t>અધ્યક્ષની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સહી</w:t>
            </w:r>
            <w:r>
              <w:br/>
            </w:r>
            <w:r>
              <w:br/>
            </w:r>
            <w:r w:rsidRPr="00B527B0">
              <w:rPr>
                <w:rFonts w:ascii="Shruti" w:hAnsi="Shruti" w:cs="Shruti" w:hint="cs"/>
                <w:cs/>
                <w:lang w:bidi="gu-IN"/>
              </w:rPr>
              <w:t>સ્થળ</w:t>
            </w:r>
            <w:r w:rsidRPr="00B527B0">
              <w:t xml:space="preserve">: </w:t>
            </w:r>
            <w:r w:rsidR="008E13CA">
              <w:rPr>
                <w:rFonts w:cs="Shruti" w:hint="cs"/>
                <w:cs/>
                <w:lang w:bidi="gu-IN"/>
              </w:rPr>
              <w:t xml:space="preserve">ઢાંકણ્રીયાવાસ પ્રાથમિક શાળા </w:t>
            </w:r>
            <w:r w:rsidRPr="00B527B0">
              <w:t xml:space="preserve">, </w:t>
            </w:r>
            <w:r w:rsidRPr="00B527B0">
              <w:rPr>
                <w:rFonts w:ascii="Shruti" w:hAnsi="Shruti" w:cs="Shruti" w:hint="cs"/>
                <w:cs/>
                <w:lang w:bidi="gu-IN"/>
              </w:rPr>
              <w:t>પાટડી</w:t>
            </w:r>
          </w:p>
        </w:tc>
        <w:tc>
          <w:tcPr>
            <w:tcW w:w="4320" w:type="dxa"/>
          </w:tcPr>
          <w:p w14:paraId="5EDB1444" w14:textId="77777777" w:rsidR="00B527B0" w:rsidRDefault="00B527B0" w:rsidP="00B527B0">
            <w:pPr>
              <w:jc w:val="right"/>
            </w:pPr>
            <w:r>
              <w:rPr>
                <w:rFonts w:cs="Shruti"/>
                <w:cs/>
                <w:lang w:bidi="gu-IN"/>
              </w:rPr>
              <w:t>આચાર્યશ્રીની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સહી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અને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સિક્કો</w:t>
            </w:r>
            <w:r>
              <w:br/>
            </w:r>
            <w:r>
              <w:br/>
            </w:r>
            <w:r>
              <w:br/>
            </w:r>
          </w:p>
        </w:tc>
      </w:tr>
    </w:tbl>
    <w:p w14:paraId="41447340" w14:textId="6CDF743C" w:rsidR="00502A5D" w:rsidRDefault="002546D1" w:rsidP="004D7029">
      <w:pPr>
        <w:spacing w:after="0" w:line="240" w:lineRule="auto"/>
        <w:rPr>
          <w:rFonts w:cs="Shruti"/>
          <w:b/>
          <w:u w:val="single"/>
          <w:lang w:val="en-IN" w:bidi="gu-IN"/>
        </w:rPr>
      </w:pPr>
      <w:r>
        <w:rPr>
          <w:rFonts w:cs="Shruti" w:hint="cs"/>
          <w:sz w:val="28"/>
          <w:szCs w:val="28"/>
          <w:u w:val="single"/>
          <w:cs/>
          <w:lang w:bidi="gu-IN"/>
        </w:rPr>
        <w:lastRenderedPageBreak/>
        <w:t>ઢાંકણ્રીયાવાસ પ્રાથમિક શાળા તા- લાખણી જિલ્લો - વાવ-થરાદ ડાયસ કોડ: 24021300207</w:t>
      </w:r>
    </w:p>
    <w:p w14:paraId="3F379C1D" w14:textId="77777777" w:rsidR="004C2EC9" w:rsidRPr="00501590" w:rsidRDefault="00E237D3" w:rsidP="00501590">
      <w:pPr>
        <w:spacing w:after="0" w:line="240" w:lineRule="auto"/>
        <w:jc w:val="center"/>
        <w:rPr>
          <w:rFonts w:cs="Shruti"/>
          <w:bCs/>
          <w:sz w:val="24"/>
          <w:szCs w:val="24"/>
          <w:u w:val="single"/>
          <w:lang w:bidi="gu-IN"/>
        </w:rPr>
      </w:pPr>
      <w:r w:rsidRPr="00E237D3">
        <w:rPr>
          <w:rFonts w:cs="Shruti"/>
          <w:bCs/>
          <w:sz w:val="24"/>
          <w:szCs w:val="24"/>
          <w:u w:val="single"/>
          <w:cs/>
          <w:lang w:bidi="gu-IN"/>
        </w:rPr>
        <w:t>શાળાએ જુદાજુદા હિતધારકો પાસેથી મેળવેલ પ્રતિભાવોના નમૂના</w:t>
      </w:r>
    </w:p>
    <w:p w14:paraId="536CCAE4" w14:textId="77777777" w:rsidR="00501590" w:rsidRPr="00501590" w:rsidRDefault="00501590" w:rsidP="00501590">
      <w:pPr>
        <w:pStyle w:val="Heading1"/>
        <w:spacing w:line="240" w:lineRule="auto"/>
        <w:rPr>
          <w:sz w:val="18"/>
          <w:szCs w:val="18"/>
        </w:rPr>
      </w:pPr>
      <w:r w:rsidRPr="00501590">
        <w:rPr>
          <w:rFonts w:cs="Shruti"/>
          <w:sz w:val="18"/>
          <w:szCs w:val="18"/>
          <w:cs/>
          <w:lang w:bidi="gu-IN"/>
        </w:rPr>
        <w:t>પ્રસ્તાવના</w:t>
      </w:r>
      <w:r w:rsidRPr="00501590">
        <w:rPr>
          <w:sz w:val="18"/>
          <w:szCs w:val="18"/>
        </w:rPr>
        <w:t>:</w:t>
      </w:r>
    </w:p>
    <w:p w14:paraId="0FB07C2D" w14:textId="77777777" w:rsidR="00501590" w:rsidRPr="00501590" w:rsidRDefault="00501590" w:rsidP="00501590">
      <w:pPr>
        <w:spacing w:line="240" w:lineRule="auto"/>
        <w:rPr>
          <w:rFonts w:cs="Shruti"/>
          <w:sz w:val="16"/>
          <w:szCs w:val="16"/>
          <w:lang w:bidi="gu-IN"/>
        </w:rPr>
      </w:pPr>
      <w:r w:rsidRPr="00501590">
        <w:rPr>
          <w:rFonts w:cs="Shruti"/>
          <w:sz w:val="16"/>
          <w:szCs w:val="16"/>
          <w:cs/>
          <w:lang w:bidi="gu-IN"/>
        </w:rPr>
        <w:t>શાળાના</w:t>
      </w:r>
      <w:r w:rsidRPr="00501590">
        <w:rPr>
          <w:sz w:val="16"/>
          <w:szCs w:val="16"/>
        </w:rPr>
        <w:t xml:space="preserve"> </w:t>
      </w:r>
      <w:r w:rsidRPr="00501590">
        <w:rPr>
          <w:rFonts w:cs="Shruti"/>
          <w:sz w:val="16"/>
          <w:szCs w:val="16"/>
          <w:cs/>
          <w:lang w:bidi="gu-IN"/>
        </w:rPr>
        <w:t>સર્વાંગી</w:t>
      </w:r>
      <w:r w:rsidRPr="00501590">
        <w:rPr>
          <w:sz w:val="16"/>
          <w:szCs w:val="16"/>
        </w:rPr>
        <w:t xml:space="preserve"> </w:t>
      </w:r>
      <w:r w:rsidRPr="00501590">
        <w:rPr>
          <w:rFonts w:cs="Shruti"/>
          <w:sz w:val="16"/>
          <w:szCs w:val="16"/>
          <w:cs/>
          <w:lang w:bidi="gu-IN"/>
        </w:rPr>
        <w:t>વિકાસ</w:t>
      </w:r>
      <w:r w:rsidRPr="00501590">
        <w:rPr>
          <w:sz w:val="16"/>
          <w:szCs w:val="16"/>
        </w:rPr>
        <w:t xml:space="preserve"> </w:t>
      </w:r>
      <w:r w:rsidRPr="00501590">
        <w:rPr>
          <w:rFonts w:cs="Shruti"/>
          <w:sz w:val="16"/>
          <w:szCs w:val="16"/>
          <w:cs/>
          <w:lang w:bidi="gu-IN"/>
        </w:rPr>
        <w:t>અને</w:t>
      </w:r>
      <w:r w:rsidRPr="00501590">
        <w:rPr>
          <w:sz w:val="16"/>
          <w:szCs w:val="16"/>
        </w:rPr>
        <w:t xml:space="preserve"> </w:t>
      </w:r>
      <w:r w:rsidRPr="00501590">
        <w:rPr>
          <w:rFonts w:cs="Shruti"/>
          <w:sz w:val="16"/>
          <w:szCs w:val="16"/>
          <w:cs/>
          <w:lang w:bidi="gu-IN"/>
        </w:rPr>
        <w:t>ગુણવત્તા</w:t>
      </w:r>
      <w:r w:rsidRPr="00501590">
        <w:rPr>
          <w:sz w:val="16"/>
          <w:szCs w:val="16"/>
        </w:rPr>
        <w:t xml:space="preserve"> </w:t>
      </w:r>
      <w:r w:rsidRPr="00501590">
        <w:rPr>
          <w:rFonts w:cs="Shruti"/>
          <w:sz w:val="16"/>
          <w:szCs w:val="16"/>
          <w:cs/>
          <w:lang w:bidi="gu-IN"/>
        </w:rPr>
        <w:t>સુધારણા</w:t>
      </w:r>
      <w:r w:rsidRPr="00501590">
        <w:rPr>
          <w:sz w:val="16"/>
          <w:szCs w:val="16"/>
        </w:rPr>
        <w:t xml:space="preserve"> </w:t>
      </w:r>
      <w:r w:rsidRPr="00501590">
        <w:rPr>
          <w:rFonts w:cs="Shruti"/>
          <w:sz w:val="16"/>
          <w:szCs w:val="16"/>
          <w:cs/>
          <w:lang w:bidi="gu-IN"/>
        </w:rPr>
        <w:t>માટે</w:t>
      </w:r>
      <w:r w:rsidRPr="00501590">
        <w:rPr>
          <w:sz w:val="16"/>
          <w:szCs w:val="16"/>
        </w:rPr>
        <w:t xml:space="preserve"> </w:t>
      </w:r>
      <w:r w:rsidRPr="00501590">
        <w:rPr>
          <w:rFonts w:cs="Shruti"/>
          <w:sz w:val="16"/>
          <w:szCs w:val="16"/>
          <w:cs/>
          <w:lang w:bidi="gu-IN"/>
        </w:rPr>
        <w:t>શાળાના</w:t>
      </w:r>
      <w:r w:rsidRPr="00501590">
        <w:rPr>
          <w:sz w:val="16"/>
          <w:szCs w:val="16"/>
        </w:rPr>
        <w:t xml:space="preserve"> </w:t>
      </w:r>
      <w:r w:rsidRPr="00501590">
        <w:rPr>
          <w:rFonts w:cs="Shruti"/>
          <w:sz w:val="16"/>
          <w:szCs w:val="16"/>
          <w:cs/>
          <w:lang w:bidi="gu-IN"/>
        </w:rPr>
        <w:t>વિવિધ</w:t>
      </w:r>
      <w:r w:rsidRPr="00501590">
        <w:rPr>
          <w:sz w:val="16"/>
          <w:szCs w:val="16"/>
        </w:rPr>
        <w:t xml:space="preserve"> </w:t>
      </w:r>
      <w:r w:rsidRPr="00501590">
        <w:rPr>
          <w:rFonts w:cs="Shruti"/>
          <w:sz w:val="16"/>
          <w:szCs w:val="16"/>
          <w:cs/>
          <w:lang w:bidi="gu-IN"/>
        </w:rPr>
        <w:t>હિતધારકો</w:t>
      </w:r>
      <w:r w:rsidRPr="00501590">
        <w:rPr>
          <w:sz w:val="16"/>
          <w:szCs w:val="16"/>
        </w:rPr>
        <w:t xml:space="preserve"> (</w:t>
      </w:r>
      <w:r w:rsidRPr="00501590">
        <w:rPr>
          <w:rFonts w:cs="Shruti"/>
          <w:sz w:val="16"/>
          <w:szCs w:val="16"/>
          <w:cs/>
          <w:lang w:bidi="gu-IN"/>
        </w:rPr>
        <w:t>જેમ</w:t>
      </w:r>
      <w:r w:rsidRPr="00501590">
        <w:rPr>
          <w:sz w:val="16"/>
          <w:szCs w:val="16"/>
        </w:rPr>
        <w:t xml:space="preserve"> </w:t>
      </w:r>
      <w:r w:rsidRPr="00501590">
        <w:rPr>
          <w:rFonts w:cs="Shruti"/>
          <w:sz w:val="16"/>
          <w:szCs w:val="16"/>
          <w:cs/>
          <w:lang w:bidi="gu-IN"/>
        </w:rPr>
        <w:t>કે</w:t>
      </w:r>
      <w:r w:rsidRPr="00501590">
        <w:rPr>
          <w:sz w:val="16"/>
          <w:szCs w:val="16"/>
        </w:rPr>
        <w:t xml:space="preserve"> </w:t>
      </w:r>
      <w:r w:rsidRPr="00501590">
        <w:rPr>
          <w:rFonts w:cs="Shruti"/>
          <w:sz w:val="16"/>
          <w:szCs w:val="16"/>
          <w:cs/>
          <w:lang w:bidi="gu-IN"/>
        </w:rPr>
        <w:t>વિદ્યાર્થીઓ</w:t>
      </w:r>
      <w:r w:rsidRPr="00501590">
        <w:rPr>
          <w:sz w:val="16"/>
          <w:szCs w:val="16"/>
        </w:rPr>
        <w:t xml:space="preserve">, </w:t>
      </w:r>
      <w:r w:rsidRPr="00501590">
        <w:rPr>
          <w:rFonts w:cs="Shruti"/>
          <w:sz w:val="16"/>
          <w:szCs w:val="16"/>
          <w:cs/>
          <w:lang w:bidi="gu-IN"/>
        </w:rPr>
        <w:t>વાલીઓ</w:t>
      </w:r>
      <w:r w:rsidRPr="00501590">
        <w:rPr>
          <w:sz w:val="16"/>
          <w:szCs w:val="16"/>
        </w:rPr>
        <w:t xml:space="preserve">, </w:t>
      </w:r>
      <w:r w:rsidRPr="00501590">
        <w:rPr>
          <w:rFonts w:cs="Shruti"/>
          <w:sz w:val="16"/>
          <w:szCs w:val="16"/>
          <w:cs/>
          <w:lang w:bidi="gu-IN"/>
        </w:rPr>
        <w:t>શિક્ષકો</w:t>
      </w:r>
      <w:r w:rsidRPr="00501590">
        <w:rPr>
          <w:sz w:val="16"/>
          <w:szCs w:val="16"/>
        </w:rPr>
        <w:t xml:space="preserve"> </w:t>
      </w:r>
      <w:r w:rsidRPr="00501590">
        <w:rPr>
          <w:rFonts w:cs="Shruti"/>
          <w:sz w:val="16"/>
          <w:szCs w:val="16"/>
          <w:cs/>
          <w:lang w:bidi="gu-IN"/>
        </w:rPr>
        <w:t>અને</w:t>
      </w:r>
      <w:r w:rsidRPr="00501590">
        <w:rPr>
          <w:sz w:val="16"/>
          <w:szCs w:val="16"/>
        </w:rPr>
        <w:t xml:space="preserve"> SMC </w:t>
      </w:r>
      <w:r w:rsidRPr="00501590">
        <w:rPr>
          <w:rFonts w:cs="Shruti"/>
          <w:sz w:val="16"/>
          <w:szCs w:val="16"/>
          <w:cs/>
          <w:lang w:bidi="gu-IN"/>
        </w:rPr>
        <w:t>સભ્યો</w:t>
      </w:r>
      <w:r w:rsidRPr="00501590">
        <w:rPr>
          <w:sz w:val="16"/>
          <w:szCs w:val="16"/>
        </w:rPr>
        <w:t xml:space="preserve">) </w:t>
      </w:r>
      <w:r w:rsidRPr="00501590">
        <w:rPr>
          <w:rFonts w:cs="Shruti"/>
          <w:sz w:val="16"/>
          <w:szCs w:val="16"/>
          <w:cs/>
          <w:lang w:bidi="gu-IN"/>
        </w:rPr>
        <w:t>પાસેથી</w:t>
      </w:r>
      <w:r w:rsidRPr="00501590">
        <w:rPr>
          <w:sz w:val="16"/>
          <w:szCs w:val="16"/>
        </w:rPr>
        <w:t xml:space="preserve"> </w:t>
      </w:r>
      <w:r w:rsidRPr="00501590">
        <w:rPr>
          <w:rFonts w:cs="Shruti"/>
          <w:sz w:val="16"/>
          <w:szCs w:val="16"/>
          <w:cs/>
          <w:lang w:bidi="gu-IN"/>
        </w:rPr>
        <w:t>લેખિત</w:t>
      </w:r>
      <w:r w:rsidRPr="00501590">
        <w:rPr>
          <w:sz w:val="16"/>
          <w:szCs w:val="16"/>
        </w:rPr>
        <w:t xml:space="preserve"> </w:t>
      </w:r>
      <w:r w:rsidRPr="00501590">
        <w:rPr>
          <w:rFonts w:cs="Shruti"/>
          <w:sz w:val="16"/>
          <w:szCs w:val="16"/>
          <w:cs/>
          <w:lang w:bidi="gu-IN"/>
        </w:rPr>
        <w:t>અને</w:t>
      </w:r>
      <w:r w:rsidRPr="00501590">
        <w:rPr>
          <w:sz w:val="16"/>
          <w:szCs w:val="16"/>
        </w:rPr>
        <w:t xml:space="preserve"> </w:t>
      </w:r>
      <w:r w:rsidRPr="00501590">
        <w:rPr>
          <w:rFonts w:cs="Shruti"/>
          <w:sz w:val="16"/>
          <w:szCs w:val="16"/>
          <w:cs/>
          <w:lang w:bidi="gu-IN"/>
        </w:rPr>
        <w:t>મૌખિક</w:t>
      </w:r>
      <w:r w:rsidRPr="00501590">
        <w:rPr>
          <w:sz w:val="16"/>
          <w:szCs w:val="16"/>
        </w:rPr>
        <w:t xml:space="preserve"> </w:t>
      </w:r>
      <w:r w:rsidRPr="00501590">
        <w:rPr>
          <w:rFonts w:cs="Shruti"/>
          <w:sz w:val="16"/>
          <w:szCs w:val="16"/>
          <w:cs/>
          <w:lang w:bidi="gu-IN"/>
        </w:rPr>
        <w:t>પ્રતિભાવો</w:t>
      </w:r>
      <w:r w:rsidRPr="00501590">
        <w:rPr>
          <w:sz w:val="16"/>
          <w:szCs w:val="16"/>
        </w:rPr>
        <w:t xml:space="preserve"> </w:t>
      </w:r>
      <w:r w:rsidRPr="00501590">
        <w:rPr>
          <w:rFonts w:cs="Shruti"/>
          <w:sz w:val="16"/>
          <w:szCs w:val="16"/>
          <w:cs/>
          <w:lang w:bidi="gu-IN"/>
        </w:rPr>
        <w:t>મેળવવામાં</w:t>
      </w:r>
      <w:r w:rsidRPr="00501590">
        <w:rPr>
          <w:sz w:val="16"/>
          <w:szCs w:val="16"/>
        </w:rPr>
        <w:t xml:space="preserve"> </w:t>
      </w:r>
      <w:r w:rsidRPr="00501590">
        <w:rPr>
          <w:rFonts w:cs="Shruti"/>
          <w:sz w:val="16"/>
          <w:szCs w:val="16"/>
          <w:cs/>
          <w:lang w:bidi="gu-IN"/>
        </w:rPr>
        <w:t>આવે</w:t>
      </w:r>
      <w:r w:rsidRPr="00501590">
        <w:rPr>
          <w:sz w:val="16"/>
          <w:szCs w:val="16"/>
        </w:rPr>
        <w:t xml:space="preserve"> </w:t>
      </w:r>
      <w:r w:rsidRPr="00501590">
        <w:rPr>
          <w:rFonts w:cs="Shruti"/>
          <w:sz w:val="16"/>
          <w:szCs w:val="16"/>
          <w:cs/>
          <w:lang w:bidi="gu-IN"/>
        </w:rPr>
        <w:t>છે</w:t>
      </w:r>
      <w:r w:rsidRPr="00501590">
        <w:rPr>
          <w:sz w:val="16"/>
          <w:szCs w:val="16"/>
        </w:rPr>
        <w:t xml:space="preserve">. </w:t>
      </w:r>
      <w:r w:rsidRPr="00501590">
        <w:rPr>
          <w:rFonts w:cs="Shruti"/>
          <w:sz w:val="16"/>
          <w:szCs w:val="16"/>
          <w:cs/>
          <w:lang w:bidi="gu-IN"/>
        </w:rPr>
        <w:t>નીચે</w:t>
      </w:r>
      <w:r w:rsidRPr="00501590">
        <w:rPr>
          <w:sz w:val="16"/>
          <w:szCs w:val="16"/>
        </w:rPr>
        <w:t xml:space="preserve"> </w:t>
      </w:r>
      <w:r w:rsidRPr="00501590">
        <w:rPr>
          <w:rFonts w:cs="Shruti"/>
          <w:sz w:val="16"/>
          <w:szCs w:val="16"/>
          <w:cs/>
          <w:lang w:bidi="gu-IN"/>
        </w:rPr>
        <w:t>જુદાજુદા</w:t>
      </w:r>
      <w:r w:rsidRPr="00501590">
        <w:rPr>
          <w:sz w:val="16"/>
          <w:szCs w:val="16"/>
        </w:rPr>
        <w:t xml:space="preserve"> </w:t>
      </w:r>
      <w:r w:rsidRPr="00501590">
        <w:rPr>
          <w:rFonts w:cs="Shruti"/>
          <w:sz w:val="16"/>
          <w:szCs w:val="16"/>
          <w:cs/>
          <w:lang w:bidi="gu-IN"/>
        </w:rPr>
        <w:t>હિતધારકો</w:t>
      </w:r>
      <w:r w:rsidRPr="00501590">
        <w:rPr>
          <w:sz w:val="16"/>
          <w:szCs w:val="16"/>
        </w:rPr>
        <w:t xml:space="preserve"> </w:t>
      </w:r>
      <w:r w:rsidRPr="00501590">
        <w:rPr>
          <w:rFonts w:cs="Shruti"/>
          <w:sz w:val="16"/>
          <w:szCs w:val="16"/>
          <w:cs/>
          <w:lang w:bidi="gu-IN"/>
        </w:rPr>
        <w:t>દ્વારા</w:t>
      </w:r>
      <w:r w:rsidRPr="00501590">
        <w:rPr>
          <w:sz w:val="16"/>
          <w:szCs w:val="16"/>
        </w:rPr>
        <w:t xml:space="preserve"> </w:t>
      </w:r>
      <w:r w:rsidRPr="00501590">
        <w:rPr>
          <w:rFonts w:cs="Shruti"/>
          <w:sz w:val="16"/>
          <w:szCs w:val="16"/>
          <w:cs/>
          <w:lang w:bidi="gu-IN"/>
        </w:rPr>
        <w:t>આપવામાં</w:t>
      </w:r>
      <w:r w:rsidRPr="00501590">
        <w:rPr>
          <w:sz w:val="16"/>
          <w:szCs w:val="16"/>
        </w:rPr>
        <w:t xml:space="preserve"> </w:t>
      </w:r>
      <w:r w:rsidRPr="00501590">
        <w:rPr>
          <w:rFonts w:cs="Shruti"/>
          <w:sz w:val="16"/>
          <w:szCs w:val="16"/>
          <w:cs/>
          <w:lang w:bidi="gu-IN"/>
        </w:rPr>
        <w:t>આવેલ</w:t>
      </w:r>
      <w:r w:rsidRPr="00501590">
        <w:rPr>
          <w:sz w:val="16"/>
          <w:szCs w:val="16"/>
        </w:rPr>
        <w:t xml:space="preserve"> </w:t>
      </w:r>
      <w:r w:rsidRPr="00501590">
        <w:rPr>
          <w:rFonts w:cs="Shruti"/>
          <w:sz w:val="16"/>
          <w:szCs w:val="16"/>
          <w:cs/>
          <w:lang w:bidi="gu-IN"/>
        </w:rPr>
        <w:t>પ્રતિભાવોના</w:t>
      </w:r>
      <w:r w:rsidRPr="00501590">
        <w:rPr>
          <w:sz w:val="16"/>
          <w:szCs w:val="16"/>
        </w:rPr>
        <w:t xml:space="preserve"> </w:t>
      </w:r>
      <w:r w:rsidRPr="00501590">
        <w:rPr>
          <w:rFonts w:cs="Shruti"/>
          <w:sz w:val="16"/>
          <w:szCs w:val="16"/>
          <w:cs/>
          <w:lang w:bidi="gu-IN"/>
        </w:rPr>
        <w:t>કેટલાક</w:t>
      </w:r>
      <w:r w:rsidRPr="00501590">
        <w:rPr>
          <w:sz w:val="16"/>
          <w:szCs w:val="16"/>
        </w:rPr>
        <w:t xml:space="preserve"> </w:t>
      </w:r>
      <w:r w:rsidRPr="00501590">
        <w:rPr>
          <w:rFonts w:cs="Shruti"/>
          <w:sz w:val="16"/>
          <w:szCs w:val="16"/>
          <w:cs/>
          <w:lang w:bidi="gu-IN"/>
        </w:rPr>
        <w:t>નમૂનાઓ</w:t>
      </w:r>
      <w:r w:rsidRPr="00501590">
        <w:rPr>
          <w:sz w:val="16"/>
          <w:szCs w:val="16"/>
        </w:rPr>
        <w:t xml:space="preserve"> (Samples) </w:t>
      </w:r>
      <w:r w:rsidRPr="00501590">
        <w:rPr>
          <w:rFonts w:cs="Shruti"/>
          <w:sz w:val="16"/>
          <w:szCs w:val="16"/>
          <w:cs/>
          <w:lang w:bidi="gu-IN"/>
        </w:rPr>
        <w:t>દર્શાવેલ</w:t>
      </w:r>
      <w:r w:rsidRPr="00501590">
        <w:rPr>
          <w:sz w:val="16"/>
          <w:szCs w:val="16"/>
        </w:rPr>
        <w:t xml:space="preserve"> </w:t>
      </w:r>
      <w:r w:rsidRPr="00501590">
        <w:rPr>
          <w:rFonts w:cs="Shruti"/>
          <w:sz w:val="16"/>
          <w:szCs w:val="16"/>
          <w:cs/>
          <w:lang w:bidi="gu-IN"/>
        </w:rPr>
        <w:t>છે</w:t>
      </w:r>
      <w:r w:rsidRPr="00501590">
        <w:rPr>
          <w:sz w:val="16"/>
          <w:szCs w:val="16"/>
        </w:rPr>
        <w:t>:</w:t>
      </w:r>
    </w:p>
    <w:p w14:paraId="00987AAE" w14:textId="77777777" w:rsidR="00501590" w:rsidRPr="00501590" w:rsidRDefault="00501590" w:rsidP="00501590">
      <w:pPr>
        <w:pStyle w:val="Heading2"/>
        <w:spacing w:line="240" w:lineRule="auto"/>
        <w:rPr>
          <w:sz w:val="18"/>
          <w:szCs w:val="18"/>
        </w:rPr>
      </w:pPr>
      <w:r w:rsidRPr="00501590">
        <w:rPr>
          <w:rFonts w:cs="Shruti"/>
          <w:sz w:val="18"/>
          <w:szCs w:val="18"/>
          <w:cs/>
          <w:lang w:bidi="gu-IN"/>
        </w:rPr>
        <w:t>૧</w:t>
      </w:r>
      <w:r w:rsidRPr="00501590">
        <w:rPr>
          <w:sz w:val="18"/>
          <w:szCs w:val="18"/>
        </w:rPr>
        <w:t xml:space="preserve">. </w:t>
      </w:r>
      <w:r w:rsidRPr="00501590">
        <w:rPr>
          <w:rFonts w:cs="Shruti"/>
          <w:sz w:val="18"/>
          <w:szCs w:val="18"/>
          <w:cs/>
          <w:lang w:bidi="gu-IN"/>
        </w:rPr>
        <w:t>વિદ્યાર્થીનો</w:t>
      </w:r>
      <w:r w:rsidRPr="00501590">
        <w:rPr>
          <w:sz w:val="18"/>
          <w:szCs w:val="18"/>
        </w:rPr>
        <w:t xml:space="preserve"> </w:t>
      </w:r>
      <w:r w:rsidRPr="00501590">
        <w:rPr>
          <w:rFonts w:cs="Shruti"/>
          <w:sz w:val="18"/>
          <w:szCs w:val="18"/>
          <w:cs/>
          <w:lang w:bidi="gu-IN"/>
        </w:rPr>
        <w:t>પ્રતિભાવ</w:t>
      </w:r>
      <w:r w:rsidRPr="00501590">
        <w:rPr>
          <w:sz w:val="18"/>
          <w:szCs w:val="18"/>
        </w:rPr>
        <w:t xml:space="preserve"> (Student Feedback)</w:t>
      </w:r>
    </w:p>
    <w:p w14:paraId="74A71EC1" w14:textId="77777777" w:rsidR="00501590" w:rsidRPr="00501590" w:rsidRDefault="00501590" w:rsidP="00501590">
      <w:pPr>
        <w:spacing w:line="240" w:lineRule="auto"/>
        <w:rPr>
          <w:sz w:val="18"/>
          <w:szCs w:val="18"/>
        </w:rPr>
      </w:pPr>
      <w:r w:rsidRPr="00501590">
        <w:rPr>
          <w:rFonts w:cs="Shruti"/>
          <w:sz w:val="18"/>
          <w:szCs w:val="18"/>
          <w:cs/>
          <w:lang w:bidi="gu-IN"/>
        </w:rPr>
        <w:t>નામ</w:t>
      </w:r>
      <w:r w:rsidRPr="00501590">
        <w:rPr>
          <w:sz w:val="18"/>
          <w:szCs w:val="18"/>
        </w:rPr>
        <w:t>: ____________________ (</w:t>
      </w:r>
      <w:r w:rsidRPr="00501590">
        <w:rPr>
          <w:rFonts w:cs="Shruti"/>
          <w:sz w:val="18"/>
          <w:szCs w:val="18"/>
          <w:cs/>
          <w:lang w:bidi="gu-IN"/>
        </w:rPr>
        <w:t>ધોરણ</w:t>
      </w:r>
      <w:r w:rsidRPr="00501590">
        <w:rPr>
          <w:sz w:val="18"/>
          <w:szCs w:val="18"/>
        </w:rPr>
        <w:t>: ___)</w:t>
      </w:r>
      <w:r w:rsidRPr="00501590">
        <w:rPr>
          <w:sz w:val="18"/>
          <w:szCs w:val="18"/>
        </w:rPr>
        <w:br/>
      </w:r>
      <w:r w:rsidRPr="00501590">
        <w:rPr>
          <w:rFonts w:cs="Shruti"/>
          <w:sz w:val="18"/>
          <w:szCs w:val="18"/>
          <w:cs/>
          <w:lang w:bidi="gu-IN"/>
        </w:rPr>
        <w:t>તારીખ</w:t>
      </w:r>
      <w:r w:rsidRPr="00501590">
        <w:rPr>
          <w:sz w:val="18"/>
          <w:szCs w:val="18"/>
        </w:rPr>
        <w:t>: ___/___/</w:t>
      </w:r>
      <w:r w:rsidRPr="00501590">
        <w:rPr>
          <w:rFonts w:cs="Shruti"/>
          <w:sz w:val="18"/>
          <w:szCs w:val="18"/>
          <w:cs/>
          <w:lang w:bidi="gu-IN"/>
        </w:rPr>
        <w:t>૨૦૨</w:t>
      </w:r>
      <w:r>
        <w:rPr>
          <w:sz w:val="18"/>
          <w:szCs w:val="18"/>
        </w:rPr>
        <w:t>__</w:t>
      </w:r>
      <w:r w:rsidRPr="00501590">
        <w:rPr>
          <w:sz w:val="18"/>
          <w:szCs w:val="18"/>
        </w:rPr>
        <w:br/>
      </w:r>
      <w:r w:rsidRPr="00501590">
        <w:rPr>
          <w:rFonts w:cs="Shruti"/>
          <w:sz w:val="18"/>
          <w:szCs w:val="18"/>
          <w:cs/>
          <w:lang w:bidi="gu-IN"/>
        </w:rPr>
        <w:t>પ્રતિભાવ</w:t>
      </w:r>
      <w:r w:rsidRPr="00501590">
        <w:rPr>
          <w:sz w:val="18"/>
          <w:szCs w:val="18"/>
        </w:rPr>
        <w:t>:</w:t>
      </w:r>
      <w:r w:rsidRPr="00501590">
        <w:rPr>
          <w:sz w:val="18"/>
          <w:szCs w:val="18"/>
        </w:rPr>
        <w:br/>
      </w:r>
      <w:r w:rsidRPr="00CB6121">
        <w:rPr>
          <w:sz w:val="16"/>
          <w:szCs w:val="16"/>
        </w:rPr>
        <w:t>"</w:t>
      </w:r>
      <w:r w:rsidRPr="00CB6121">
        <w:rPr>
          <w:rFonts w:cs="Shruti"/>
          <w:sz w:val="16"/>
          <w:szCs w:val="16"/>
          <w:cs/>
          <w:lang w:bidi="gu-IN"/>
        </w:rPr>
        <w:t>અમને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શાળામાં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સ્માર્ટ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ક્લાસમાં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ભણવાની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ખૂબ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મજા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આવે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છે</w:t>
      </w:r>
      <w:r w:rsidRPr="00CB6121">
        <w:rPr>
          <w:sz w:val="16"/>
          <w:szCs w:val="16"/>
        </w:rPr>
        <w:t xml:space="preserve">. </w:t>
      </w:r>
      <w:r w:rsidRPr="00CB6121">
        <w:rPr>
          <w:rFonts w:cs="Shruti"/>
          <w:sz w:val="16"/>
          <w:szCs w:val="16"/>
          <w:cs/>
          <w:lang w:bidi="gu-IN"/>
        </w:rPr>
        <w:t>શિક્ષકો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અમને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વાર્તા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અને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રમતો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દ્વારા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ભણાવે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છે</w:t>
      </w:r>
      <w:r w:rsidRPr="00CB6121">
        <w:rPr>
          <w:sz w:val="16"/>
          <w:szCs w:val="16"/>
        </w:rPr>
        <w:t xml:space="preserve">. </w:t>
      </w:r>
      <w:r w:rsidRPr="00CB6121">
        <w:rPr>
          <w:rFonts w:cs="Shruti"/>
          <w:sz w:val="16"/>
          <w:szCs w:val="16"/>
          <w:cs/>
          <w:lang w:bidi="gu-IN"/>
        </w:rPr>
        <w:t>શાળાના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મેદાનમાં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નવી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રમતોના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સાધનો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લાવવામાં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આવે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તેવી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મારી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વિનંતી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છે</w:t>
      </w:r>
      <w:r w:rsidRPr="00CB6121">
        <w:rPr>
          <w:sz w:val="16"/>
          <w:szCs w:val="16"/>
        </w:rPr>
        <w:t>."</w:t>
      </w:r>
      <w:r w:rsidRPr="00CB6121">
        <w:rPr>
          <w:rFonts w:cs="Shruti"/>
          <w:sz w:val="18"/>
          <w:szCs w:val="18"/>
          <w:lang w:bidi="gu-IN"/>
        </w:rPr>
        <w:br/>
      </w:r>
      <w:r w:rsidRPr="00501590">
        <w:rPr>
          <w:rFonts w:cs="Shruti"/>
          <w:sz w:val="18"/>
          <w:szCs w:val="18"/>
          <w:cs/>
          <w:lang w:bidi="gu-IN"/>
        </w:rPr>
        <w:t>સહી</w:t>
      </w:r>
      <w:r w:rsidRPr="00501590">
        <w:rPr>
          <w:sz w:val="18"/>
          <w:szCs w:val="18"/>
        </w:rPr>
        <w:t>: _______________</w:t>
      </w:r>
    </w:p>
    <w:p w14:paraId="4A53BF23" w14:textId="77777777" w:rsidR="00501590" w:rsidRPr="00501590" w:rsidRDefault="00501590" w:rsidP="00501590">
      <w:pPr>
        <w:pStyle w:val="Heading2"/>
        <w:spacing w:line="240" w:lineRule="auto"/>
        <w:rPr>
          <w:sz w:val="18"/>
          <w:szCs w:val="18"/>
        </w:rPr>
      </w:pPr>
      <w:r w:rsidRPr="00501590">
        <w:rPr>
          <w:rFonts w:cs="Shruti"/>
          <w:sz w:val="18"/>
          <w:szCs w:val="18"/>
          <w:cs/>
          <w:lang w:bidi="gu-IN"/>
        </w:rPr>
        <w:t>૨</w:t>
      </w:r>
      <w:r w:rsidRPr="00501590">
        <w:rPr>
          <w:sz w:val="18"/>
          <w:szCs w:val="18"/>
        </w:rPr>
        <w:t xml:space="preserve">. </w:t>
      </w:r>
      <w:r w:rsidRPr="00501590">
        <w:rPr>
          <w:rFonts w:cs="Shruti"/>
          <w:sz w:val="18"/>
          <w:szCs w:val="18"/>
          <w:cs/>
          <w:lang w:bidi="gu-IN"/>
        </w:rPr>
        <w:t>વાલીનો</w:t>
      </w:r>
      <w:r w:rsidRPr="00501590">
        <w:rPr>
          <w:sz w:val="18"/>
          <w:szCs w:val="18"/>
        </w:rPr>
        <w:t xml:space="preserve"> </w:t>
      </w:r>
      <w:r w:rsidRPr="00501590">
        <w:rPr>
          <w:rFonts w:cs="Shruti"/>
          <w:sz w:val="18"/>
          <w:szCs w:val="18"/>
          <w:cs/>
          <w:lang w:bidi="gu-IN"/>
        </w:rPr>
        <w:t>પ્રતિભાવ</w:t>
      </w:r>
      <w:r w:rsidRPr="00501590">
        <w:rPr>
          <w:sz w:val="18"/>
          <w:szCs w:val="18"/>
        </w:rPr>
        <w:t xml:space="preserve"> (Parent Feedback)</w:t>
      </w:r>
    </w:p>
    <w:p w14:paraId="09D86BD3" w14:textId="77777777" w:rsidR="00501590" w:rsidRPr="00501590" w:rsidRDefault="00501590" w:rsidP="00501590">
      <w:pPr>
        <w:spacing w:line="240" w:lineRule="auto"/>
        <w:rPr>
          <w:sz w:val="18"/>
          <w:szCs w:val="18"/>
        </w:rPr>
      </w:pPr>
      <w:r w:rsidRPr="00501590">
        <w:rPr>
          <w:rFonts w:cs="Shruti"/>
          <w:sz w:val="18"/>
          <w:szCs w:val="18"/>
          <w:cs/>
          <w:lang w:bidi="gu-IN"/>
        </w:rPr>
        <w:t>નામ</w:t>
      </w:r>
      <w:r w:rsidRPr="00501590">
        <w:rPr>
          <w:sz w:val="18"/>
          <w:szCs w:val="18"/>
        </w:rPr>
        <w:t>: ____________________ (</w:t>
      </w:r>
      <w:r w:rsidRPr="00501590">
        <w:rPr>
          <w:rFonts w:cs="Shruti"/>
          <w:sz w:val="18"/>
          <w:szCs w:val="18"/>
          <w:cs/>
          <w:lang w:bidi="gu-IN"/>
        </w:rPr>
        <w:t>વિદ્યાર્થીના</w:t>
      </w:r>
      <w:r w:rsidRPr="00501590">
        <w:rPr>
          <w:sz w:val="18"/>
          <w:szCs w:val="18"/>
        </w:rPr>
        <w:t xml:space="preserve"> </w:t>
      </w:r>
      <w:r w:rsidRPr="00501590">
        <w:rPr>
          <w:rFonts w:cs="Shruti"/>
          <w:sz w:val="18"/>
          <w:szCs w:val="18"/>
          <w:cs/>
          <w:lang w:bidi="gu-IN"/>
        </w:rPr>
        <w:t>પિતા</w:t>
      </w:r>
      <w:r w:rsidRPr="00501590">
        <w:rPr>
          <w:sz w:val="18"/>
          <w:szCs w:val="18"/>
        </w:rPr>
        <w:t>/</w:t>
      </w:r>
      <w:r w:rsidRPr="00501590">
        <w:rPr>
          <w:rFonts w:cs="Shruti"/>
          <w:sz w:val="18"/>
          <w:szCs w:val="18"/>
          <w:cs/>
          <w:lang w:bidi="gu-IN"/>
        </w:rPr>
        <w:t>માતા</w:t>
      </w:r>
      <w:r w:rsidRPr="00501590">
        <w:rPr>
          <w:sz w:val="18"/>
          <w:szCs w:val="18"/>
        </w:rPr>
        <w:t>)</w:t>
      </w:r>
      <w:r w:rsidRPr="00501590">
        <w:rPr>
          <w:sz w:val="18"/>
          <w:szCs w:val="18"/>
        </w:rPr>
        <w:br/>
      </w:r>
      <w:r w:rsidRPr="00501590">
        <w:rPr>
          <w:rFonts w:cs="Shruti"/>
          <w:sz w:val="18"/>
          <w:szCs w:val="18"/>
          <w:cs/>
          <w:lang w:bidi="gu-IN"/>
        </w:rPr>
        <w:t>તારીખ</w:t>
      </w:r>
      <w:r w:rsidRPr="00501590">
        <w:rPr>
          <w:sz w:val="18"/>
          <w:szCs w:val="18"/>
        </w:rPr>
        <w:t>: ___/___/</w:t>
      </w:r>
      <w:r w:rsidRPr="00501590">
        <w:rPr>
          <w:rFonts w:cs="Shruti"/>
          <w:sz w:val="18"/>
          <w:szCs w:val="18"/>
          <w:cs/>
          <w:lang w:bidi="gu-IN"/>
        </w:rPr>
        <w:t>૨૦૨</w:t>
      </w:r>
      <w:r>
        <w:rPr>
          <w:sz w:val="18"/>
          <w:szCs w:val="18"/>
        </w:rPr>
        <w:t>__</w:t>
      </w:r>
      <w:r w:rsidRPr="00501590">
        <w:rPr>
          <w:sz w:val="18"/>
          <w:szCs w:val="18"/>
        </w:rPr>
        <w:br/>
      </w:r>
      <w:r w:rsidRPr="00501590">
        <w:rPr>
          <w:rFonts w:cs="Shruti"/>
          <w:sz w:val="18"/>
          <w:szCs w:val="18"/>
          <w:cs/>
          <w:lang w:bidi="gu-IN"/>
        </w:rPr>
        <w:t>પ્રતિભાવ</w:t>
      </w:r>
      <w:r w:rsidRPr="00501590">
        <w:rPr>
          <w:sz w:val="18"/>
          <w:szCs w:val="18"/>
        </w:rPr>
        <w:t>:</w:t>
      </w:r>
      <w:r w:rsidRPr="00501590">
        <w:rPr>
          <w:sz w:val="18"/>
          <w:szCs w:val="18"/>
        </w:rPr>
        <w:br/>
      </w:r>
      <w:r w:rsidRPr="00CB6121">
        <w:rPr>
          <w:sz w:val="16"/>
          <w:szCs w:val="16"/>
        </w:rPr>
        <w:t>"</w:t>
      </w:r>
      <w:r w:rsidRPr="00CB6121">
        <w:rPr>
          <w:rFonts w:cs="Shruti"/>
          <w:sz w:val="16"/>
          <w:szCs w:val="16"/>
          <w:cs/>
          <w:lang w:bidi="gu-IN"/>
        </w:rPr>
        <w:t>મારી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દીકરીના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વાંચન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અને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લેખનમાં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ઘણો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સુધારો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જોવા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મળ્યો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છે</w:t>
      </w:r>
      <w:r w:rsidRPr="00CB6121">
        <w:rPr>
          <w:sz w:val="16"/>
          <w:szCs w:val="16"/>
        </w:rPr>
        <w:t xml:space="preserve">. </w:t>
      </w:r>
      <w:r w:rsidRPr="00CB6121">
        <w:rPr>
          <w:rFonts w:cs="Shruti"/>
          <w:sz w:val="16"/>
          <w:szCs w:val="16"/>
          <w:cs/>
          <w:lang w:bidi="gu-IN"/>
        </w:rPr>
        <w:t>શાળામાં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પીવાના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પાણીની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અને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શૌચાલયની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સ્વચ્છતા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ખૂબ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સારી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છે</w:t>
      </w:r>
      <w:r w:rsidRPr="00CB6121">
        <w:rPr>
          <w:sz w:val="16"/>
          <w:szCs w:val="16"/>
        </w:rPr>
        <w:t xml:space="preserve">. </w:t>
      </w:r>
      <w:r w:rsidRPr="00CB6121">
        <w:rPr>
          <w:rFonts w:cs="Shruti"/>
          <w:sz w:val="16"/>
          <w:szCs w:val="16"/>
          <w:cs/>
          <w:lang w:bidi="gu-IN"/>
        </w:rPr>
        <w:t>શાળા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દ્વારા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લેવાતા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નિયમિત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ટેસ્ટની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જાણ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અમને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સમયસર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કરવામાં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આવે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છે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જે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ખૂબ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જ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સારી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બાબત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છે</w:t>
      </w:r>
      <w:r w:rsidRPr="00CB6121">
        <w:rPr>
          <w:sz w:val="16"/>
          <w:szCs w:val="16"/>
        </w:rPr>
        <w:t xml:space="preserve">. </w:t>
      </w:r>
      <w:r w:rsidRPr="00CB6121">
        <w:rPr>
          <w:rFonts w:cs="Shruti"/>
          <w:sz w:val="16"/>
          <w:szCs w:val="16"/>
          <w:cs/>
          <w:lang w:bidi="gu-IN"/>
        </w:rPr>
        <w:t>અમે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શાળાના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કામથી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સંતુષ્ટ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છીએ</w:t>
      </w:r>
      <w:r w:rsidRPr="00CB6121">
        <w:rPr>
          <w:sz w:val="16"/>
          <w:szCs w:val="16"/>
        </w:rPr>
        <w:t>."</w:t>
      </w:r>
      <w:r w:rsidRPr="00CB6121">
        <w:rPr>
          <w:sz w:val="16"/>
          <w:szCs w:val="16"/>
        </w:rPr>
        <w:br/>
      </w:r>
      <w:r w:rsidRPr="00501590">
        <w:rPr>
          <w:rFonts w:cs="Shruti"/>
          <w:sz w:val="18"/>
          <w:szCs w:val="18"/>
          <w:cs/>
          <w:lang w:bidi="gu-IN"/>
        </w:rPr>
        <w:t>સહી</w:t>
      </w:r>
      <w:r w:rsidRPr="00501590">
        <w:rPr>
          <w:sz w:val="18"/>
          <w:szCs w:val="18"/>
        </w:rPr>
        <w:t>: _______________</w:t>
      </w:r>
    </w:p>
    <w:p w14:paraId="4EAD236A" w14:textId="77777777" w:rsidR="00501590" w:rsidRPr="00501590" w:rsidRDefault="00501590" w:rsidP="00501590">
      <w:pPr>
        <w:pStyle w:val="Heading2"/>
        <w:spacing w:line="240" w:lineRule="auto"/>
        <w:rPr>
          <w:sz w:val="18"/>
          <w:szCs w:val="18"/>
        </w:rPr>
      </w:pPr>
      <w:r w:rsidRPr="00501590">
        <w:rPr>
          <w:rFonts w:cs="Shruti"/>
          <w:sz w:val="18"/>
          <w:szCs w:val="18"/>
          <w:cs/>
          <w:lang w:bidi="gu-IN"/>
        </w:rPr>
        <w:t>૩</w:t>
      </w:r>
      <w:r w:rsidRPr="00501590">
        <w:rPr>
          <w:sz w:val="18"/>
          <w:szCs w:val="18"/>
        </w:rPr>
        <w:t xml:space="preserve">. </w:t>
      </w:r>
      <w:r w:rsidRPr="00501590">
        <w:rPr>
          <w:rFonts w:cs="Shruti"/>
          <w:sz w:val="18"/>
          <w:szCs w:val="18"/>
          <w:cs/>
          <w:lang w:bidi="gu-IN"/>
        </w:rPr>
        <w:t>શિક્ષકનો</w:t>
      </w:r>
      <w:r w:rsidRPr="00501590">
        <w:rPr>
          <w:sz w:val="18"/>
          <w:szCs w:val="18"/>
        </w:rPr>
        <w:t xml:space="preserve"> </w:t>
      </w:r>
      <w:r w:rsidRPr="00501590">
        <w:rPr>
          <w:rFonts w:cs="Shruti"/>
          <w:sz w:val="18"/>
          <w:szCs w:val="18"/>
          <w:cs/>
          <w:lang w:bidi="gu-IN"/>
        </w:rPr>
        <w:t>પ્રતિભાવ</w:t>
      </w:r>
      <w:r w:rsidRPr="00501590">
        <w:rPr>
          <w:sz w:val="18"/>
          <w:szCs w:val="18"/>
        </w:rPr>
        <w:t xml:space="preserve"> (Teacher Feedback)</w:t>
      </w:r>
    </w:p>
    <w:p w14:paraId="63348853" w14:textId="77777777" w:rsidR="00501590" w:rsidRPr="00501590" w:rsidRDefault="00501590" w:rsidP="00501590">
      <w:pPr>
        <w:spacing w:line="240" w:lineRule="auto"/>
        <w:rPr>
          <w:rFonts w:cs="Shruti"/>
          <w:sz w:val="18"/>
          <w:szCs w:val="18"/>
          <w:cs/>
          <w:lang w:bidi="gu-IN"/>
        </w:rPr>
      </w:pPr>
      <w:r w:rsidRPr="00501590">
        <w:rPr>
          <w:rFonts w:cs="Shruti"/>
          <w:sz w:val="18"/>
          <w:szCs w:val="18"/>
          <w:cs/>
          <w:lang w:bidi="gu-IN"/>
        </w:rPr>
        <w:t>નામ</w:t>
      </w:r>
      <w:r w:rsidRPr="00501590">
        <w:rPr>
          <w:sz w:val="18"/>
          <w:szCs w:val="18"/>
        </w:rPr>
        <w:t>: ____________________ (</w:t>
      </w:r>
      <w:r w:rsidRPr="00501590">
        <w:rPr>
          <w:rFonts w:cs="Shruti"/>
          <w:sz w:val="18"/>
          <w:szCs w:val="18"/>
          <w:cs/>
          <w:lang w:bidi="gu-IN"/>
        </w:rPr>
        <w:t>મદદનીશ</w:t>
      </w:r>
      <w:r w:rsidRPr="00501590">
        <w:rPr>
          <w:sz w:val="18"/>
          <w:szCs w:val="18"/>
        </w:rPr>
        <w:t xml:space="preserve"> </w:t>
      </w:r>
      <w:r w:rsidRPr="00501590">
        <w:rPr>
          <w:rFonts w:cs="Shruti"/>
          <w:sz w:val="18"/>
          <w:szCs w:val="18"/>
          <w:cs/>
          <w:lang w:bidi="gu-IN"/>
        </w:rPr>
        <w:t>શિક્ષક</w:t>
      </w:r>
      <w:r w:rsidRPr="00501590">
        <w:rPr>
          <w:sz w:val="18"/>
          <w:szCs w:val="18"/>
        </w:rPr>
        <w:t>)</w:t>
      </w:r>
      <w:r w:rsidRPr="00501590">
        <w:rPr>
          <w:sz w:val="18"/>
          <w:szCs w:val="18"/>
        </w:rPr>
        <w:br/>
      </w:r>
      <w:r w:rsidRPr="00501590">
        <w:rPr>
          <w:rFonts w:cs="Shruti"/>
          <w:sz w:val="18"/>
          <w:szCs w:val="18"/>
          <w:cs/>
          <w:lang w:bidi="gu-IN"/>
        </w:rPr>
        <w:t>તારીખ</w:t>
      </w:r>
      <w:r w:rsidRPr="00501590">
        <w:rPr>
          <w:sz w:val="18"/>
          <w:szCs w:val="18"/>
        </w:rPr>
        <w:t>: ___/___/</w:t>
      </w:r>
      <w:r w:rsidRPr="00501590">
        <w:rPr>
          <w:rFonts w:cs="Shruti"/>
          <w:sz w:val="18"/>
          <w:szCs w:val="18"/>
          <w:cs/>
          <w:lang w:bidi="gu-IN"/>
        </w:rPr>
        <w:t>૨૦૨</w:t>
      </w:r>
      <w:r>
        <w:rPr>
          <w:sz w:val="18"/>
          <w:szCs w:val="18"/>
        </w:rPr>
        <w:t>__</w:t>
      </w:r>
      <w:r w:rsidRPr="00501590">
        <w:rPr>
          <w:sz w:val="18"/>
          <w:szCs w:val="18"/>
        </w:rPr>
        <w:br/>
      </w:r>
      <w:r w:rsidRPr="00501590">
        <w:rPr>
          <w:rFonts w:cs="Shruti"/>
          <w:sz w:val="18"/>
          <w:szCs w:val="18"/>
          <w:cs/>
          <w:lang w:bidi="gu-IN"/>
        </w:rPr>
        <w:t>પ્રતિભાવ</w:t>
      </w:r>
      <w:r w:rsidRPr="00501590">
        <w:rPr>
          <w:sz w:val="18"/>
          <w:szCs w:val="18"/>
        </w:rPr>
        <w:t>:</w:t>
      </w:r>
      <w:r w:rsidRPr="00501590">
        <w:rPr>
          <w:sz w:val="18"/>
          <w:szCs w:val="18"/>
        </w:rPr>
        <w:br/>
        <w:t>"</w:t>
      </w:r>
      <w:r w:rsidRPr="00CB6121">
        <w:rPr>
          <w:rFonts w:cs="Shruti"/>
          <w:sz w:val="16"/>
          <w:szCs w:val="16"/>
          <w:cs/>
          <w:lang w:bidi="gu-IN"/>
        </w:rPr>
        <w:t>શાળામાં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શૈક્ષણિક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કાર્ય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માટે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પૂરતા</w:t>
      </w:r>
      <w:r w:rsidRPr="00CB6121">
        <w:rPr>
          <w:sz w:val="16"/>
          <w:szCs w:val="16"/>
        </w:rPr>
        <w:t xml:space="preserve"> TLM (</w:t>
      </w:r>
      <w:r w:rsidRPr="00CB6121">
        <w:rPr>
          <w:rFonts w:cs="Shruti"/>
          <w:sz w:val="16"/>
          <w:szCs w:val="16"/>
          <w:cs/>
          <w:lang w:bidi="gu-IN"/>
        </w:rPr>
        <w:t>ટીચિંગ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લર્નિંગ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મટિરિયલ</w:t>
      </w:r>
      <w:r w:rsidRPr="00CB6121">
        <w:rPr>
          <w:sz w:val="16"/>
          <w:szCs w:val="16"/>
        </w:rPr>
        <w:t xml:space="preserve">) </w:t>
      </w:r>
      <w:r w:rsidRPr="00CB6121">
        <w:rPr>
          <w:rFonts w:cs="Shruti"/>
          <w:sz w:val="16"/>
          <w:szCs w:val="16"/>
          <w:cs/>
          <w:lang w:bidi="gu-IN"/>
        </w:rPr>
        <w:t>ઉપલબ્ધ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છે</w:t>
      </w:r>
      <w:r w:rsidRPr="00CB6121">
        <w:rPr>
          <w:sz w:val="16"/>
          <w:szCs w:val="16"/>
        </w:rPr>
        <w:t xml:space="preserve">. </w:t>
      </w:r>
      <w:r w:rsidRPr="00CB6121">
        <w:rPr>
          <w:rFonts w:cs="Shruti"/>
          <w:sz w:val="16"/>
          <w:szCs w:val="16"/>
          <w:cs/>
          <w:lang w:bidi="gu-IN"/>
        </w:rPr>
        <w:t>નવી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શિક્ષણ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નીતિ</w:t>
      </w:r>
      <w:r w:rsidRPr="00CB6121">
        <w:rPr>
          <w:sz w:val="16"/>
          <w:szCs w:val="16"/>
        </w:rPr>
        <w:t xml:space="preserve"> (NEP-2020) </w:t>
      </w:r>
      <w:r w:rsidRPr="00CB6121">
        <w:rPr>
          <w:rFonts w:cs="Shruti"/>
          <w:sz w:val="16"/>
          <w:szCs w:val="16"/>
          <w:cs/>
          <w:lang w:bidi="gu-IN"/>
        </w:rPr>
        <w:t>અંગેની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તાજેતરની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સ્ટાફ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મીટિંગ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ખૂબ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જ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માર્ગદર્શક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રહી</w:t>
      </w:r>
      <w:r w:rsidRPr="00CB6121">
        <w:rPr>
          <w:sz w:val="16"/>
          <w:szCs w:val="16"/>
        </w:rPr>
        <w:t xml:space="preserve">. </w:t>
      </w:r>
      <w:r w:rsidRPr="00CB6121">
        <w:rPr>
          <w:rFonts w:cs="Shruti"/>
          <w:sz w:val="16"/>
          <w:szCs w:val="16"/>
          <w:cs/>
          <w:lang w:bidi="gu-IN"/>
        </w:rPr>
        <w:t>શાળામાં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ઇન્ટરનેટ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કનેક્ટિવિટી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થોડી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વધુ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ઝડપી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બનાવવામાં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આવે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તો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ડિજિટલ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શિક્ષણમાં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વધુ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અનુકૂળતા</w:t>
      </w:r>
      <w:r w:rsidRPr="00CB6121">
        <w:rPr>
          <w:sz w:val="16"/>
          <w:szCs w:val="16"/>
        </w:rPr>
        <w:t xml:space="preserve"> </w:t>
      </w:r>
      <w:r w:rsidRPr="00CB6121">
        <w:rPr>
          <w:rFonts w:cs="Shruti"/>
          <w:sz w:val="16"/>
          <w:szCs w:val="16"/>
          <w:cs/>
          <w:lang w:bidi="gu-IN"/>
        </w:rPr>
        <w:t>રહે</w:t>
      </w:r>
      <w:r w:rsidRPr="00CB6121">
        <w:rPr>
          <w:sz w:val="16"/>
          <w:szCs w:val="16"/>
        </w:rPr>
        <w:t>."</w:t>
      </w:r>
      <w:r w:rsidRPr="00CB6121">
        <w:rPr>
          <w:sz w:val="16"/>
          <w:szCs w:val="16"/>
        </w:rPr>
        <w:br/>
      </w:r>
      <w:r w:rsidRPr="00501590">
        <w:rPr>
          <w:rFonts w:cs="Shruti"/>
          <w:sz w:val="18"/>
          <w:szCs w:val="18"/>
          <w:cs/>
          <w:lang w:bidi="gu-IN"/>
        </w:rPr>
        <w:t>સહી</w:t>
      </w:r>
      <w:r w:rsidRPr="00501590">
        <w:rPr>
          <w:sz w:val="18"/>
          <w:szCs w:val="18"/>
        </w:rPr>
        <w:t>: _______________</w:t>
      </w:r>
    </w:p>
    <w:p w14:paraId="715ECACA" w14:textId="77777777" w:rsidR="00501590" w:rsidRPr="00501590" w:rsidRDefault="00501590" w:rsidP="00501590">
      <w:pPr>
        <w:pStyle w:val="Heading2"/>
        <w:spacing w:line="240" w:lineRule="auto"/>
        <w:rPr>
          <w:sz w:val="18"/>
          <w:szCs w:val="18"/>
        </w:rPr>
      </w:pPr>
      <w:r w:rsidRPr="00501590">
        <w:rPr>
          <w:rFonts w:cs="Shruti"/>
          <w:sz w:val="18"/>
          <w:szCs w:val="18"/>
          <w:cs/>
          <w:lang w:bidi="gu-IN"/>
        </w:rPr>
        <w:t>૪</w:t>
      </w:r>
      <w:r w:rsidRPr="00501590">
        <w:rPr>
          <w:sz w:val="18"/>
          <w:szCs w:val="18"/>
        </w:rPr>
        <w:t xml:space="preserve">. SMC </w:t>
      </w:r>
      <w:r w:rsidRPr="00501590">
        <w:rPr>
          <w:rFonts w:cs="Shruti"/>
          <w:sz w:val="18"/>
          <w:szCs w:val="18"/>
          <w:cs/>
          <w:lang w:bidi="gu-IN"/>
        </w:rPr>
        <w:t>સભ્ય</w:t>
      </w:r>
      <w:r w:rsidRPr="00501590">
        <w:rPr>
          <w:sz w:val="18"/>
          <w:szCs w:val="18"/>
        </w:rPr>
        <w:t xml:space="preserve"> / </w:t>
      </w:r>
      <w:r w:rsidRPr="00501590">
        <w:rPr>
          <w:rFonts w:cs="Shruti"/>
          <w:sz w:val="18"/>
          <w:szCs w:val="18"/>
          <w:cs/>
          <w:lang w:bidi="gu-IN"/>
        </w:rPr>
        <w:t>સમુદાયનો</w:t>
      </w:r>
      <w:r w:rsidRPr="00501590">
        <w:rPr>
          <w:sz w:val="18"/>
          <w:szCs w:val="18"/>
        </w:rPr>
        <w:t xml:space="preserve"> </w:t>
      </w:r>
      <w:r w:rsidRPr="00501590">
        <w:rPr>
          <w:rFonts w:cs="Shruti"/>
          <w:sz w:val="18"/>
          <w:szCs w:val="18"/>
          <w:cs/>
          <w:lang w:bidi="gu-IN"/>
        </w:rPr>
        <w:t>પ્રતિભાવ</w:t>
      </w:r>
      <w:r w:rsidRPr="00501590">
        <w:rPr>
          <w:sz w:val="18"/>
          <w:szCs w:val="18"/>
        </w:rPr>
        <w:t xml:space="preserve"> (SMC Member Feedback)</w:t>
      </w:r>
    </w:p>
    <w:p w14:paraId="5C96A423" w14:textId="77777777" w:rsidR="00501590" w:rsidRDefault="00501590" w:rsidP="00501590">
      <w:pPr>
        <w:spacing w:line="240" w:lineRule="auto"/>
        <w:rPr>
          <w:rFonts w:cs="Shruti"/>
          <w:sz w:val="18"/>
          <w:szCs w:val="18"/>
          <w:lang w:bidi="gu-IN"/>
        </w:rPr>
      </w:pPr>
      <w:r w:rsidRPr="00501590">
        <w:rPr>
          <w:rFonts w:cs="Shruti"/>
          <w:sz w:val="18"/>
          <w:szCs w:val="18"/>
          <w:cs/>
          <w:lang w:bidi="gu-IN"/>
        </w:rPr>
        <w:t>નામ</w:t>
      </w:r>
      <w:r w:rsidRPr="00501590">
        <w:rPr>
          <w:sz w:val="18"/>
          <w:szCs w:val="18"/>
        </w:rPr>
        <w:t xml:space="preserve">: ____________________ (SMC </w:t>
      </w:r>
      <w:r w:rsidRPr="00501590">
        <w:rPr>
          <w:rFonts w:cs="Shruti"/>
          <w:sz w:val="18"/>
          <w:szCs w:val="18"/>
          <w:cs/>
          <w:lang w:bidi="gu-IN"/>
        </w:rPr>
        <w:t>સભ્ય</w:t>
      </w:r>
      <w:r w:rsidRPr="00501590">
        <w:rPr>
          <w:sz w:val="18"/>
          <w:szCs w:val="18"/>
        </w:rPr>
        <w:t>)</w:t>
      </w:r>
      <w:r w:rsidRPr="00501590">
        <w:rPr>
          <w:sz w:val="18"/>
          <w:szCs w:val="18"/>
        </w:rPr>
        <w:br/>
      </w:r>
      <w:r w:rsidRPr="00501590">
        <w:rPr>
          <w:rFonts w:cs="Shruti"/>
          <w:sz w:val="18"/>
          <w:szCs w:val="18"/>
          <w:cs/>
          <w:lang w:bidi="gu-IN"/>
        </w:rPr>
        <w:t>તારીખ</w:t>
      </w:r>
      <w:r w:rsidRPr="00501590">
        <w:rPr>
          <w:sz w:val="18"/>
          <w:szCs w:val="18"/>
        </w:rPr>
        <w:t>: ___/___/</w:t>
      </w:r>
      <w:r w:rsidRPr="00501590">
        <w:rPr>
          <w:rFonts w:cs="Shruti"/>
          <w:sz w:val="18"/>
          <w:szCs w:val="18"/>
          <w:cs/>
          <w:lang w:bidi="gu-IN"/>
        </w:rPr>
        <w:t>૨૦૨</w:t>
      </w:r>
      <w:r>
        <w:rPr>
          <w:sz w:val="18"/>
          <w:szCs w:val="18"/>
        </w:rPr>
        <w:t>__</w:t>
      </w:r>
      <w:r w:rsidRPr="00501590">
        <w:rPr>
          <w:sz w:val="18"/>
          <w:szCs w:val="18"/>
        </w:rPr>
        <w:br/>
      </w:r>
      <w:r w:rsidRPr="00501590">
        <w:rPr>
          <w:rFonts w:cs="Shruti"/>
          <w:sz w:val="18"/>
          <w:szCs w:val="18"/>
          <w:cs/>
          <w:lang w:bidi="gu-IN"/>
        </w:rPr>
        <w:t>પ્રતિભાવ</w:t>
      </w:r>
      <w:r w:rsidRPr="00501590">
        <w:rPr>
          <w:sz w:val="18"/>
          <w:szCs w:val="18"/>
        </w:rPr>
        <w:t>:</w:t>
      </w:r>
      <w:r w:rsidRPr="00501590">
        <w:rPr>
          <w:sz w:val="18"/>
          <w:szCs w:val="18"/>
        </w:rPr>
        <w:br/>
        <w:t>"</w:t>
      </w:r>
      <w:r w:rsidRPr="00501590">
        <w:rPr>
          <w:rFonts w:cs="Shruti"/>
          <w:sz w:val="18"/>
          <w:szCs w:val="18"/>
          <w:cs/>
          <w:lang w:bidi="gu-IN"/>
        </w:rPr>
        <w:t>શાળાના</w:t>
      </w:r>
      <w:r w:rsidRPr="00501590">
        <w:rPr>
          <w:sz w:val="18"/>
          <w:szCs w:val="18"/>
        </w:rPr>
        <w:t xml:space="preserve"> </w:t>
      </w:r>
      <w:r w:rsidRPr="00501590">
        <w:rPr>
          <w:rFonts w:cs="Shruti"/>
          <w:sz w:val="18"/>
          <w:szCs w:val="18"/>
          <w:cs/>
          <w:lang w:bidi="gu-IN"/>
        </w:rPr>
        <w:t>આચાર્યશ્રી</w:t>
      </w:r>
      <w:r w:rsidRPr="00501590">
        <w:rPr>
          <w:sz w:val="18"/>
          <w:szCs w:val="18"/>
        </w:rPr>
        <w:t xml:space="preserve"> </w:t>
      </w:r>
      <w:r w:rsidRPr="00501590">
        <w:rPr>
          <w:rFonts w:cs="Shruti"/>
          <w:sz w:val="18"/>
          <w:szCs w:val="18"/>
          <w:cs/>
          <w:lang w:bidi="gu-IN"/>
        </w:rPr>
        <w:t>અને</w:t>
      </w:r>
      <w:r w:rsidRPr="00501590">
        <w:rPr>
          <w:sz w:val="18"/>
          <w:szCs w:val="18"/>
        </w:rPr>
        <w:t xml:space="preserve"> </w:t>
      </w:r>
      <w:r w:rsidRPr="00501590">
        <w:rPr>
          <w:rFonts w:cs="Shruti"/>
          <w:sz w:val="18"/>
          <w:szCs w:val="18"/>
          <w:cs/>
          <w:lang w:bidi="gu-IN"/>
        </w:rPr>
        <w:t>શિક્ષકોનો</w:t>
      </w:r>
      <w:r w:rsidRPr="00501590">
        <w:rPr>
          <w:sz w:val="18"/>
          <w:szCs w:val="18"/>
        </w:rPr>
        <w:t xml:space="preserve"> </w:t>
      </w:r>
      <w:r w:rsidRPr="00501590">
        <w:rPr>
          <w:rFonts w:cs="Shruti"/>
          <w:sz w:val="18"/>
          <w:szCs w:val="18"/>
          <w:cs/>
          <w:lang w:bidi="gu-IN"/>
        </w:rPr>
        <w:t>સ્વભાવ</w:t>
      </w:r>
      <w:r w:rsidRPr="00501590">
        <w:rPr>
          <w:sz w:val="18"/>
          <w:szCs w:val="18"/>
        </w:rPr>
        <w:t xml:space="preserve"> </w:t>
      </w:r>
      <w:r w:rsidRPr="00501590">
        <w:rPr>
          <w:rFonts w:cs="Shruti"/>
          <w:sz w:val="18"/>
          <w:szCs w:val="18"/>
          <w:cs/>
          <w:lang w:bidi="gu-IN"/>
        </w:rPr>
        <w:t>ખૂબ</w:t>
      </w:r>
      <w:r w:rsidRPr="00501590">
        <w:rPr>
          <w:sz w:val="18"/>
          <w:szCs w:val="18"/>
        </w:rPr>
        <w:t xml:space="preserve"> </w:t>
      </w:r>
      <w:r w:rsidRPr="00501590">
        <w:rPr>
          <w:rFonts w:cs="Shruti"/>
          <w:sz w:val="18"/>
          <w:szCs w:val="18"/>
          <w:cs/>
          <w:lang w:bidi="gu-IN"/>
        </w:rPr>
        <w:t>જ</w:t>
      </w:r>
      <w:r w:rsidRPr="00501590">
        <w:rPr>
          <w:sz w:val="18"/>
          <w:szCs w:val="18"/>
        </w:rPr>
        <w:t xml:space="preserve"> </w:t>
      </w:r>
      <w:r w:rsidRPr="00501590">
        <w:rPr>
          <w:rFonts w:cs="Shruti"/>
          <w:sz w:val="18"/>
          <w:szCs w:val="18"/>
          <w:cs/>
          <w:lang w:bidi="gu-IN"/>
        </w:rPr>
        <w:t>સહકારભર્યો</w:t>
      </w:r>
      <w:r w:rsidRPr="00501590">
        <w:rPr>
          <w:sz w:val="18"/>
          <w:szCs w:val="18"/>
        </w:rPr>
        <w:t xml:space="preserve"> </w:t>
      </w:r>
      <w:r w:rsidRPr="00501590">
        <w:rPr>
          <w:rFonts w:cs="Shruti"/>
          <w:sz w:val="18"/>
          <w:szCs w:val="18"/>
          <w:cs/>
          <w:lang w:bidi="gu-IN"/>
        </w:rPr>
        <w:t>છે</w:t>
      </w:r>
      <w:r w:rsidRPr="00501590">
        <w:rPr>
          <w:sz w:val="18"/>
          <w:szCs w:val="18"/>
        </w:rPr>
        <w:t xml:space="preserve">. </w:t>
      </w:r>
      <w:r w:rsidRPr="00501590">
        <w:rPr>
          <w:rFonts w:cs="Shruti"/>
          <w:sz w:val="18"/>
          <w:szCs w:val="18"/>
          <w:cs/>
          <w:lang w:bidi="gu-IN"/>
        </w:rPr>
        <w:t>શાળા</w:t>
      </w:r>
      <w:r w:rsidRPr="00501590">
        <w:rPr>
          <w:sz w:val="18"/>
          <w:szCs w:val="18"/>
        </w:rPr>
        <w:t xml:space="preserve"> </w:t>
      </w:r>
      <w:r w:rsidRPr="00501590">
        <w:rPr>
          <w:rFonts w:cs="Shruti"/>
          <w:sz w:val="18"/>
          <w:szCs w:val="18"/>
          <w:cs/>
          <w:lang w:bidi="gu-IN"/>
        </w:rPr>
        <w:t>વિકાસ</w:t>
      </w:r>
      <w:r w:rsidRPr="00501590">
        <w:rPr>
          <w:sz w:val="18"/>
          <w:szCs w:val="18"/>
        </w:rPr>
        <w:t xml:space="preserve"> </w:t>
      </w:r>
      <w:r w:rsidRPr="00501590">
        <w:rPr>
          <w:rFonts w:cs="Shruti"/>
          <w:sz w:val="18"/>
          <w:szCs w:val="18"/>
          <w:cs/>
          <w:lang w:bidi="gu-IN"/>
        </w:rPr>
        <w:t>યોજના</w:t>
      </w:r>
      <w:r w:rsidRPr="00501590">
        <w:rPr>
          <w:sz w:val="18"/>
          <w:szCs w:val="18"/>
        </w:rPr>
        <w:t xml:space="preserve"> (SDP) </w:t>
      </w:r>
      <w:r w:rsidRPr="00501590">
        <w:rPr>
          <w:rFonts w:cs="Shruti"/>
          <w:sz w:val="18"/>
          <w:szCs w:val="18"/>
          <w:cs/>
          <w:lang w:bidi="gu-IN"/>
        </w:rPr>
        <w:t>અંતર્ગત</w:t>
      </w:r>
      <w:r w:rsidRPr="00501590">
        <w:rPr>
          <w:sz w:val="18"/>
          <w:szCs w:val="18"/>
        </w:rPr>
        <w:t xml:space="preserve"> </w:t>
      </w:r>
      <w:r w:rsidRPr="00501590">
        <w:rPr>
          <w:rFonts w:cs="Shruti"/>
          <w:sz w:val="18"/>
          <w:szCs w:val="18"/>
          <w:cs/>
          <w:lang w:bidi="gu-IN"/>
        </w:rPr>
        <w:t>થયેલ</w:t>
      </w:r>
      <w:r w:rsidRPr="00501590">
        <w:rPr>
          <w:sz w:val="18"/>
          <w:szCs w:val="18"/>
        </w:rPr>
        <w:t xml:space="preserve"> </w:t>
      </w:r>
      <w:r w:rsidRPr="00501590">
        <w:rPr>
          <w:rFonts w:cs="Shruti"/>
          <w:sz w:val="18"/>
          <w:szCs w:val="18"/>
          <w:cs/>
          <w:lang w:bidi="gu-IN"/>
        </w:rPr>
        <w:t>કામગીરી</w:t>
      </w:r>
      <w:r w:rsidRPr="00501590">
        <w:rPr>
          <w:sz w:val="18"/>
          <w:szCs w:val="18"/>
        </w:rPr>
        <w:t xml:space="preserve"> </w:t>
      </w:r>
      <w:r w:rsidRPr="00501590">
        <w:rPr>
          <w:rFonts w:cs="Shruti"/>
          <w:sz w:val="18"/>
          <w:szCs w:val="18"/>
          <w:cs/>
          <w:lang w:bidi="gu-IN"/>
        </w:rPr>
        <w:t>સંતોષકારક</w:t>
      </w:r>
      <w:r w:rsidRPr="00501590">
        <w:rPr>
          <w:sz w:val="18"/>
          <w:szCs w:val="18"/>
        </w:rPr>
        <w:t xml:space="preserve"> </w:t>
      </w:r>
      <w:r w:rsidRPr="00501590">
        <w:rPr>
          <w:rFonts w:cs="Shruti"/>
          <w:sz w:val="18"/>
          <w:szCs w:val="18"/>
          <w:cs/>
          <w:lang w:bidi="gu-IN"/>
        </w:rPr>
        <w:t>છે</w:t>
      </w:r>
      <w:r w:rsidRPr="00501590">
        <w:rPr>
          <w:sz w:val="18"/>
          <w:szCs w:val="18"/>
        </w:rPr>
        <w:t xml:space="preserve">. </w:t>
      </w:r>
      <w:r w:rsidRPr="00501590">
        <w:rPr>
          <w:rFonts w:cs="Shruti"/>
          <w:sz w:val="18"/>
          <w:szCs w:val="18"/>
          <w:cs/>
          <w:lang w:bidi="gu-IN"/>
        </w:rPr>
        <w:t>આગામી</w:t>
      </w:r>
      <w:r w:rsidRPr="00501590">
        <w:rPr>
          <w:sz w:val="18"/>
          <w:szCs w:val="18"/>
        </w:rPr>
        <w:t xml:space="preserve"> </w:t>
      </w:r>
      <w:r w:rsidRPr="00501590">
        <w:rPr>
          <w:rFonts w:cs="Shruti"/>
          <w:sz w:val="18"/>
          <w:szCs w:val="18"/>
          <w:cs/>
          <w:lang w:bidi="gu-IN"/>
        </w:rPr>
        <w:t>સમયમાં</w:t>
      </w:r>
      <w:r w:rsidRPr="00501590">
        <w:rPr>
          <w:sz w:val="18"/>
          <w:szCs w:val="18"/>
        </w:rPr>
        <w:t xml:space="preserve"> </w:t>
      </w:r>
      <w:r w:rsidRPr="00501590">
        <w:rPr>
          <w:rFonts w:cs="Shruti"/>
          <w:sz w:val="18"/>
          <w:szCs w:val="18"/>
          <w:cs/>
          <w:lang w:bidi="gu-IN"/>
        </w:rPr>
        <w:t>શાળામાં</w:t>
      </w:r>
      <w:r w:rsidRPr="00501590">
        <w:rPr>
          <w:sz w:val="18"/>
          <w:szCs w:val="18"/>
        </w:rPr>
        <w:t xml:space="preserve"> </w:t>
      </w:r>
      <w:r w:rsidRPr="00501590">
        <w:rPr>
          <w:rFonts w:cs="Shruti"/>
          <w:sz w:val="18"/>
          <w:szCs w:val="18"/>
          <w:cs/>
          <w:lang w:bidi="gu-IN"/>
        </w:rPr>
        <w:t>બાળકો</w:t>
      </w:r>
      <w:r w:rsidRPr="00501590">
        <w:rPr>
          <w:sz w:val="18"/>
          <w:szCs w:val="18"/>
        </w:rPr>
        <w:t xml:space="preserve"> </w:t>
      </w:r>
      <w:r w:rsidRPr="00501590">
        <w:rPr>
          <w:rFonts w:cs="Shruti"/>
          <w:sz w:val="18"/>
          <w:szCs w:val="18"/>
          <w:cs/>
          <w:lang w:bidi="gu-IN"/>
        </w:rPr>
        <w:t>માટે</w:t>
      </w:r>
      <w:r w:rsidRPr="00501590">
        <w:rPr>
          <w:sz w:val="18"/>
          <w:szCs w:val="18"/>
        </w:rPr>
        <w:t xml:space="preserve"> </w:t>
      </w:r>
      <w:r w:rsidRPr="00501590">
        <w:rPr>
          <w:rFonts w:cs="Shruti"/>
          <w:sz w:val="18"/>
          <w:szCs w:val="18"/>
          <w:cs/>
          <w:lang w:bidi="gu-IN"/>
        </w:rPr>
        <w:t>વધુ</w:t>
      </w:r>
      <w:r w:rsidRPr="00501590">
        <w:rPr>
          <w:sz w:val="18"/>
          <w:szCs w:val="18"/>
        </w:rPr>
        <w:t xml:space="preserve"> </w:t>
      </w:r>
      <w:r w:rsidRPr="00501590">
        <w:rPr>
          <w:rFonts w:cs="Shruti"/>
          <w:sz w:val="18"/>
          <w:szCs w:val="18"/>
          <w:cs/>
          <w:lang w:bidi="gu-IN"/>
        </w:rPr>
        <w:t>વૃક્ષારોપણ</w:t>
      </w:r>
      <w:r w:rsidRPr="00501590">
        <w:rPr>
          <w:sz w:val="18"/>
          <w:szCs w:val="18"/>
        </w:rPr>
        <w:t xml:space="preserve"> </w:t>
      </w:r>
      <w:r w:rsidRPr="00501590">
        <w:rPr>
          <w:rFonts w:cs="Shruti"/>
          <w:sz w:val="18"/>
          <w:szCs w:val="18"/>
          <w:cs/>
          <w:lang w:bidi="gu-IN"/>
        </w:rPr>
        <w:t>કરવામાં</w:t>
      </w:r>
      <w:r w:rsidRPr="00501590">
        <w:rPr>
          <w:sz w:val="18"/>
          <w:szCs w:val="18"/>
        </w:rPr>
        <w:t xml:space="preserve"> </w:t>
      </w:r>
      <w:r w:rsidRPr="00501590">
        <w:rPr>
          <w:rFonts w:cs="Shruti"/>
          <w:sz w:val="18"/>
          <w:szCs w:val="18"/>
          <w:cs/>
          <w:lang w:bidi="gu-IN"/>
        </w:rPr>
        <w:t>આવે</w:t>
      </w:r>
      <w:r w:rsidRPr="00501590">
        <w:rPr>
          <w:sz w:val="18"/>
          <w:szCs w:val="18"/>
        </w:rPr>
        <w:t xml:space="preserve"> </w:t>
      </w:r>
      <w:r w:rsidRPr="00501590">
        <w:rPr>
          <w:rFonts w:cs="Shruti"/>
          <w:sz w:val="18"/>
          <w:szCs w:val="18"/>
          <w:cs/>
          <w:lang w:bidi="gu-IN"/>
        </w:rPr>
        <w:t>અને</w:t>
      </w:r>
      <w:r w:rsidRPr="00501590">
        <w:rPr>
          <w:sz w:val="18"/>
          <w:szCs w:val="18"/>
        </w:rPr>
        <w:t xml:space="preserve"> </w:t>
      </w:r>
      <w:r w:rsidRPr="00501590">
        <w:rPr>
          <w:rFonts w:cs="Shruti"/>
          <w:sz w:val="18"/>
          <w:szCs w:val="18"/>
          <w:cs/>
          <w:lang w:bidi="gu-IN"/>
        </w:rPr>
        <w:t>સાંસ્કૃતિક</w:t>
      </w:r>
      <w:r w:rsidRPr="00501590">
        <w:rPr>
          <w:sz w:val="18"/>
          <w:szCs w:val="18"/>
        </w:rPr>
        <w:t xml:space="preserve"> </w:t>
      </w:r>
      <w:r w:rsidRPr="00501590">
        <w:rPr>
          <w:rFonts w:cs="Shruti"/>
          <w:sz w:val="18"/>
          <w:szCs w:val="18"/>
          <w:cs/>
          <w:lang w:bidi="gu-IN"/>
        </w:rPr>
        <w:t>કાર્યક્રમો</w:t>
      </w:r>
      <w:r w:rsidRPr="00501590">
        <w:rPr>
          <w:sz w:val="18"/>
          <w:szCs w:val="18"/>
        </w:rPr>
        <w:t xml:space="preserve"> </w:t>
      </w:r>
      <w:r w:rsidRPr="00501590">
        <w:rPr>
          <w:rFonts w:cs="Shruti"/>
          <w:sz w:val="18"/>
          <w:szCs w:val="18"/>
          <w:cs/>
          <w:lang w:bidi="gu-IN"/>
        </w:rPr>
        <w:t>વધારવામાં</w:t>
      </w:r>
      <w:r w:rsidRPr="00501590">
        <w:rPr>
          <w:sz w:val="18"/>
          <w:szCs w:val="18"/>
        </w:rPr>
        <w:t xml:space="preserve"> </w:t>
      </w:r>
      <w:r w:rsidRPr="00501590">
        <w:rPr>
          <w:rFonts w:cs="Shruti"/>
          <w:sz w:val="18"/>
          <w:szCs w:val="18"/>
          <w:cs/>
          <w:lang w:bidi="gu-IN"/>
        </w:rPr>
        <w:t>આવે</w:t>
      </w:r>
      <w:r w:rsidRPr="00501590">
        <w:rPr>
          <w:sz w:val="18"/>
          <w:szCs w:val="18"/>
        </w:rPr>
        <w:t xml:space="preserve"> </w:t>
      </w:r>
      <w:r w:rsidRPr="00501590">
        <w:rPr>
          <w:rFonts w:cs="Shruti"/>
          <w:sz w:val="18"/>
          <w:szCs w:val="18"/>
          <w:cs/>
          <w:lang w:bidi="gu-IN"/>
        </w:rPr>
        <w:t>તેવું</w:t>
      </w:r>
      <w:r w:rsidRPr="00501590">
        <w:rPr>
          <w:sz w:val="18"/>
          <w:szCs w:val="18"/>
        </w:rPr>
        <w:t xml:space="preserve"> </w:t>
      </w:r>
      <w:r w:rsidRPr="00501590">
        <w:rPr>
          <w:rFonts w:cs="Shruti"/>
          <w:sz w:val="18"/>
          <w:szCs w:val="18"/>
          <w:cs/>
          <w:lang w:bidi="gu-IN"/>
        </w:rPr>
        <w:t>મારું</w:t>
      </w:r>
      <w:r w:rsidRPr="00501590">
        <w:rPr>
          <w:sz w:val="18"/>
          <w:szCs w:val="18"/>
        </w:rPr>
        <w:t xml:space="preserve"> </w:t>
      </w:r>
      <w:r w:rsidRPr="00501590">
        <w:rPr>
          <w:rFonts w:cs="Shruti"/>
          <w:sz w:val="18"/>
          <w:szCs w:val="18"/>
          <w:cs/>
          <w:lang w:bidi="gu-IN"/>
        </w:rPr>
        <w:t>સૂચન</w:t>
      </w:r>
      <w:r w:rsidRPr="00501590">
        <w:rPr>
          <w:sz w:val="18"/>
          <w:szCs w:val="18"/>
        </w:rPr>
        <w:t xml:space="preserve"> </w:t>
      </w:r>
      <w:r w:rsidRPr="00501590">
        <w:rPr>
          <w:rFonts w:cs="Shruti"/>
          <w:sz w:val="18"/>
          <w:szCs w:val="18"/>
          <w:cs/>
          <w:lang w:bidi="gu-IN"/>
        </w:rPr>
        <w:t>છે</w:t>
      </w:r>
      <w:r>
        <w:rPr>
          <w:sz w:val="18"/>
          <w:szCs w:val="18"/>
        </w:rPr>
        <w:t>."</w:t>
      </w:r>
      <w:r w:rsidRPr="00501590">
        <w:rPr>
          <w:sz w:val="18"/>
          <w:szCs w:val="18"/>
        </w:rPr>
        <w:br/>
      </w:r>
      <w:r w:rsidRPr="00501590">
        <w:rPr>
          <w:rFonts w:cs="Shruti"/>
          <w:sz w:val="18"/>
          <w:szCs w:val="18"/>
          <w:cs/>
          <w:lang w:bidi="gu-IN"/>
        </w:rPr>
        <w:t>સહી</w:t>
      </w:r>
      <w:r w:rsidRPr="00501590">
        <w:rPr>
          <w:sz w:val="18"/>
          <w:szCs w:val="18"/>
        </w:rPr>
        <w:t>: _______________</w:t>
      </w:r>
    </w:p>
    <w:p w14:paraId="1A23BD31" w14:textId="77777777" w:rsidR="00501590" w:rsidRPr="00501590" w:rsidRDefault="00501590" w:rsidP="00501590">
      <w:pPr>
        <w:spacing w:line="240" w:lineRule="auto"/>
        <w:rPr>
          <w:rFonts w:cs="Shruti"/>
          <w:sz w:val="18"/>
          <w:szCs w:val="18"/>
          <w:lang w:bidi="gu-IN"/>
        </w:rPr>
      </w:pPr>
      <w:r w:rsidRPr="00501590">
        <w:rPr>
          <w:rFonts w:cs="Shruti"/>
          <w:i/>
          <w:iCs/>
          <w:sz w:val="16"/>
          <w:szCs w:val="16"/>
          <w:cs/>
          <w:lang w:bidi="gu-IN"/>
        </w:rPr>
        <w:t>નોંધ</w:t>
      </w:r>
      <w:r w:rsidRPr="00501590">
        <w:rPr>
          <w:i/>
          <w:sz w:val="16"/>
          <w:szCs w:val="16"/>
        </w:rPr>
        <w:t xml:space="preserve">: </w:t>
      </w:r>
      <w:r w:rsidRPr="00501590">
        <w:rPr>
          <w:rFonts w:cs="Shruti"/>
          <w:i/>
          <w:iCs/>
          <w:sz w:val="16"/>
          <w:szCs w:val="16"/>
          <w:cs/>
          <w:lang w:bidi="gu-IN"/>
        </w:rPr>
        <w:t>ઉપર</w:t>
      </w:r>
      <w:r w:rsidRPr="00501590">
        <w:rPr>
          <w:i/>
          <w:sz w:val="16"/>
          <w:szCs w:val="16"/>
        </w:rPr>
        <w:t xml:space="preserve"> </w:t>
      </w:r>
      <w:r w:rsidRPr="00501590">
        <w:rPr>
          <w:rFonts w:cs="Shruti"/>
          <w:i/>
          <w:iCs/>
          <w:sz w:val="16"/>
          <w:szCs w:val="16"/>
          <w:cs/>
          <w:lang w:bidi="gu-IN"/>
        </w:rPr>
        <w:t>દર્શાવેલ</w:t>
      </w:r>
      <w:r w:rsidRPr="00501590">
        <w:rPr>
          <w:i/>
          <w:sz w:val="16"/>
          <w:szCs w:val="16"/>
        </w:rPr>
        <w:t xml:space="preserve"> </w:t>
      </w:r>
      <w:r w:rsidRPr="00501590">
        <w:rPr>
          <w:rFonts w:cs="Shruti"/>
          <w:i/>
          <w:iCs/>
          <w:sz w:val="16"/>
          <w:szCs w:val="16"/>
          <w:cs/>
          <w:lang w:bidi="gu-IN"/>
        </w:rPr>
        <w:t>પ્રતિભાવો</w:t>
      </w:r>
      <w:r w:rsidRPr="00501590">
        <w:rPr>
          <w:i/>
          <w:sz w:val="16"/>
          <w:szCs w:val="16"/>
        </w:rPr>
        <w:t xml:space="preserve"> </w:t>
      </w:r>
      <w:r w:rsidRPr="00501590">
        <w:rPr>
          <w:rFonts w:cs="Shruti"/>
          <w:i/>
          <w:iCs/>
          <w:sz w:val="16"/>
          <w:szCs w:val="16"/>
          <w:cs/>
          <w:lang w:bidi="gu-IN"/>
        </w:rPr>
        <w:t>શાળાના</w:t>
      </w:r>
      <w:r w:rsidRPr="00501590">
        <w:rPr>
          <w:i/>
          <w:sz w:val="16"/>
          <w:szCs w:val="16"/>
        </w:rPr>
        <w:t xml:space="preserve"> </w:t>
      </w:r>
      <w:r w:rsidRPr="00501590">
        <w:rPr>
          <w:rFonts w:cs="Shruti"/>
          <w:i/>
          <w:iCs/>
          <w:sz w:val="16"/>
          <w:szCs w:val="16"/>
          <w:cs/>
          <w:lang w:bidi="gu-IN"/>
        </w:rPr>
        <w:t>વાસ્તવિક</w:t>
      </w:r>
      <w:r w:rsidRPr="00501590">
        <w:rPr>
          <w:i/>
          <w:sz w:val="16"/>
          <w:szCs w:val="16"/>
        </w:rPr>
        <w:t xml:space="preserve"> </w:t>
      </w:r>
      <w:r w:rsidRPr="00501590">
        <w:rPr>
          <w:rFonts w:cs="Shruti"/>
          <w:i/>
          <w:iCs/>
          <w:sz w:val="16"/>
          <w:szCs w:val="16"/>
          <w:cs/>
          <w:lang w:bidi="gu-IN"/>
        </w:rPr>
        <w:t>પ્રતિભાવ</w:t>
      </w:r>
      <w:r w:rsidRPr="00501590">
        <w:rPr>
          <w:i/>
          <w:sz w:val="16"/>
          <w:szCs w:val="16"/>
        </w:rPr>
        <w:t xml:space="preserve"> </w:t>
      </w:r>
      <w:r w:rsidRPr="00501590">
        <w:rPr>
          <w:rFonts w:cs="Shruti"/>
          <w:i/>
          <w:iCs/>
          <w:sz w:val="16"/>
          <w:szCs w:val="16"/>
          <w:cs/>
          <w:lang w:bidi="gu-IN"/>
        </w:rPr>
        <w:t>રજીસ્ટર</w:t>
      </w:r>
      <w:r w:rsidRPr="00501590">
        <w:rPr>
          <w:i/>
          <w:sz w:val="16"/>
          <w:szCs w:val="16"/>
        </w:rPr>
        <w:t xml:space="preserve">, </w:t>
      </w:r>
      <w:r w:rsidRPr="00501590">
        <w:rPr>
          <w:rFonts w:cs="Shruti"/>
          <w:i/>
          <w:iCs/>
          <w:sz w:val="16"/>
          <w:szCs w:val="16"/>
          <w:cs/>
          <w:lang w:bidi="gu-IN"/>
        </w:rPr>
        <w:t>વાલી</w:t>
      </w:r>
      <w:r w:rsidRPr="00501590">
        <w:rPr>
          <w:i/>
          <w:sz w:val="16"/>
          <w:szCs w:val="16"/>
        </w:rPr>
        <w:t xml:space="preserve"> </w:t>
      </w:r>
      <w:r w:rsidRPr="00501590">
        <w:rPr>
          <w:rFonts w:cs="Shruti"/>
          <w:i/>
          <w:iCs/>
          <w:sz w:val="16"/>
          <w:szCs w:val="16"/>
          <w:cs/>
          <w:lang w:bidi="gu-IN"/>
        </w:rPr>
        <w:t>સંપર્ક</w:t>
      </w:r>
      <w:r w:rsidRPr="00501590">
        <w:rPr>
          <w:i/>
          <w:sz w:val="16"/>
          <w:szCs w:val="16"/>
        </w:rPr>
        <w:t xml:space="preserve"> </w:t>
      </w:r>
      <w:r w:rsidRPr="00501590">
        <w:rPr>
          <w:rFonts w:cs="Shruti"/>
          <w:i/>
          <w:iCs/>
          <w:sz w:val="16"/>
          <w:szCs w:val="16"/>
          <w:cs/>
          <w:lang w:bidi="gu-IN"/>
        </w:rPr>
        <w:t>અને</w:t>
      </w:r>
      <w:r w:rsidRPr="00501590">
        <w:rPr>
          <w:i/>
          <w:sz w:val="16"/>
          <w:szCs w:val="16"/>
        </w:rPr>
        <w:t xml:space="preserve"> </w:t>
      </w:r>
      <w:r w:rsidRPr="00501590">
        <w:rPr>
          <w:rFonts w:cs="Shruti"/>
          <w:i/>
          <w:iCs/>
          <w:sz w:val="16"/>
          <w:szCs w:val="16"/>
          <w:cs/>
          <w:lang w:bidi="gu-IN"/>
        </w:rPr>
        <w:t>સૂચન</w:t>
      </w:r>
      <w:r w:rsidRPr="00501590">
        <w:rPr>
          <w:i/>
          <w:sz w:val="16"/>
          <w:szCs w:val="16"/>
        </w:rPr>
        <w:t xml:space="preserve"> </w:t>
      </w:r>
      <w:r w:rsidRPr="00501590">
        <w:rPr>
          <w:rFonts w:cs="Shruti"/>
          <w:i/>
          <w:iCs/>
          <w:sz w:val="16"/>
          <w:szCs w:val="16"/>
          <w:cs/>
          <w:lang w:bidi="gu-IN"/>
        </w:rPr>
        <w:t>પેટીમાંથી</w:t>
      </w:r>
      <w:r w:rsidRPr="00501590">
        <w:rPr>
          <w:i/>
          <w:sz w:val="16"/>
          <w:szCs w:val="16"/>
        </w:rPr>
        <w:t xml:space="preserve"> </w:t>
      </w:r>
      <w:r w:rsidRPr="00501590">
        <w:rPr>
          <w:rFonts w:cs="Shruti"/>
          <w:i/>
          <w:iCs/>
          <w:sz w:val="16"/>
          <w:szCs w:val="16"/>
          <w:cs/>
          <w:lang w:bidi="gu-IN"/>
        </w:rPr>
        <w:t>લેવામાં</w:t>
      </w:r>
      <w:r w:rsidRPr="00501590">
        <w:rPr>
          <w:i/>
          <w:sz w:val="16"/>
          <w:szCs w:val="16"/>
        </w:rPr>
        <w:t xml:space="preserve"> </w:t>
      </w:r>
      <w:r w:rsidRPr="00501590">
        <w:rPr>
          <w:rFonts w:cs="Shruti"/>
          <w:i/>
          <w:iCs/>
          <w:sz w:val="16"/>
          <w:szCs w:val="16"/>
          <w:cs/>
          <w:lang w:bidi="gu-IN"/>
        </w:rPr>
        <w:t>આવેલ</w:t>
      </w:r>
      <w:r w:rsidRPr="00501590">
        <w:rPr>
          <w:i/>
          <w:sz w:val="16"/>
          <w:szCs w:val="16"/>
        </w:rPr>
        <w:t xml:space="preserve"> </w:t>
      </w:r>
      <w:r w:rsidRPr="00501590">
        <w:rPr>
          <w:rFonts w:cs="Shruti"/>
          <w:i/>
          <w:iCs/>
          <w:sz w:val="16"/>
          <w:szCs w:val="16"/>
          <w:cs/>
          <w:lang w:bidi="gu-IN"/>
        </w:rPr>
        <w:t>નમૂનારૂપ</w:t>
      </w:r>
      <w:r w:rsidRPr="00501590">
        <w:rPr>
          <w:i/>
          <w:sz w:val="16"/>
          <w:szCs w:val="16"/>
        </w:rPr>
        <w:t xml:space="preserve"> (Sample) </w:t>
      </w:r>
      <w:r w:rsidRPr="00501590">
        <w:rPr>
          <w:rFonts w:cs="Shruti"/>
          <w:i/>
          <w:iCs/>
          <w:sz w:val="16"/>
          <w:szCs w:val="16"/>
          <w:cs/>
          <w:lang w:bidi="gu-IN"/>
        </w:rPr>
        <w:t>આધાર</w:t>
      </w:r>
      <w:r w:rsidRPr="00501590">
        <w:rPr>
          <w:i/>
          <w:sz w:val="16"/>
          <w:szCs w:val="16"/>
        </w:rPr>
        <w:t xml:space="preserve"> </w:t>
      </w:r>
      <w:r w:rsidRPr="00501590">
        <w:rPr>
          <w:rFonts w:cs="Shruti"/>
          <w:i/>
          <w:iCs/>
          <w:sz w:val="16"/>
          <w:szCs w:val="16"/>
          <w:cs/>
          <w:lang w:bidi="gu-IN"/>
        </w:rPr>
        <w:t>છે</w:t>
      </w:r>
      <w:r w:rsidRPr="00501590">
        <w:rPr>
          <w:i/>
          <w:sz w:val="16"/>
          <w:szCs w:val="16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501590" w:rsidRPr="00501590" w14:paraId="74E61763" w14:textId="77777777" w:rsidTr="00307841">
        <w:tc>
          <w:tcPr>
            <w:tcW w:w="4320" w:type="dxa"/>
          </w:tcPr>
          <w:p w14:paraId="681DB88C" w14:textId="178324AE" w:rsidR="00501590" w:rsidRPr="00501590" w:rsidRDefault="00501590" w:rsidP="00501590">
            <w:pPr>
              <w:spacing w:line="240" w:lineRule="auto"/>
              <w:rPr>
                <w:sz w:val="18"/>
                <w:szCs w:val="18"/>
              </w:rPr>
            </w:pPr>
            <w:r w:rsidRPr="00501590">
              <w:rPr>
                <w:rFonts w:cs="Shruti"/>
                <w:sz w:val="18"/>
                <w:szCs w:val="18"/>
                <w:cs/>
                <w:lang w:bidi="gu-IN"/>
              </w:rPr>
              <w:t>સ્થળ</w:t>
            </w:r>
            <w:r w:rsidRPr="00501590">
              <w:rPr>
                <w:sz w:val="18"/>
                <w:szCs w:val="18"/>
              </w:rPr>
              <w:t>:</w:t>
            </w:r>
            <w:r w:rsidR="002644CA">
              <w:rPr>
                <w:rFonts w:cs="Shruti" w:hint="cs"/>
                <w:cs/>
                <w:lang w:bidi="gu-IN"/>
              </w:rPr>
              <w:t xml:space="preserve"> </w:t>
            </w:r>
            <w:r w:rsidR="008E13CA">
              <w:rPr>
                <w:rFonts w:cs="Shruti" w:hint="cs"/>
                <w:sz w:val="18"/>
                <w:szCs w:val="18"/>
                <w:cs/>
                <w:lang w:bidi="gu-IN"/>
              </w:rPr>
              <w:t xml:space="preserve">ઢાંકણ્રીયાવાસ પ્રાથમિક શાળા </w:t>
            </w:r>
            <w:r w:rsidRPr="00501590">
              <w:rPr>
                <w:sz w:val="18"/>
                <w:szCs w:val="18"/>
              </w:rPr>
              <w:br/>
            </w:r>
          </w:p>
        </w:tc>
        <w:tc>
          <w:tcPr>
            <w:tcW w:w="4320" w:type="dxa"/>
          </w:tcPr>
          <w:p w14:paraId="573DB218" w14:textId="77777777" w:rsidR="00501590" w:rsidRPr="00501590" w:rsidRDefault="00501590" w:rsidP="00501590">
            <w:pPr>
              <w:spacing w:line="240" w:lineRule="auto"/>
              <w:jc w:val="right"/>
              <w:rPr>
                <w:rFonts w:cs="Shruti"/>
                <w:sz w:val="18"/>
                <w:szCs w:val="18"/>
                <w:lang w:bidi="gu-IN"/>
              </w:rPr>
            </w:pPr>
            <w:r w:rsidRPr="00501590">
              <w:rPr>
                <w:rFonts w:cs="Shruti"/>
                <w:sz w:val="18"/>
                <w:szCs w:val="18"/>
                <w:cs/>
                <w:lang w:bidi="gu-IN"/>
              </w:rPr>
              <w:t>આચાર્યશ્રીની</w:t>
            </w:r>
            <w:r w:rsidRPr="00501590">
              <w:rPr>
                <w:sz w:val="18"/>
                <w:szCs w:val="18"/>
              </w:rPr>
              <w:t xml:space="preserve"> </w:t>
            </w:r>
            <w:r w:rsidRPr="00501590">
              <w:rPr>
                <w:rFonts w:cs="Shruti"/>
                <w:sz w:val="18"/>
                <w:szCs w:val="18"/>
                <w:cs/>
                <w:lang w:bidi="gu-IN"/>
              </w:rPr>
              <w:t>સહી</w:t>
            </w:r>
            <w:r w:rsidRPr="00501590">
              <w:rPr>
                <w:sz w:val="18"/>
                <w:szCs w:val="18"/>
              </w:rPr>
              <w:t xml:space="preserve"> </w:t>
            </w:r>
            <w:r w:rsidRPr="00501590">
              <w:rPr>
                <w:rFonts w:cs="Shruti"/>
                <w:sz w:val="18"/>
                <w:szCs w:val="18"/>
                <w:cs/>
                <w:lang w:bidi="gu-IN"/>
              </w:rPr>
              <w:t>અને</w:t>
            </w:r>
            <w:r w:rsidRPr="00501590">
              <w:rPr>
                <w:sz w:val="18"/>
                <w:szCs w:val="18"/>
              </w:rPr>
              <w:t xml:space="preserve"> </w:t>
            </w:r>
            <w:r w:rsidRPr="00501590">
              <w:rPr>
                <w:rFonts w:cs="Shruti"/>
                <w:sz w:val="18"/>
                <w:szCs w:val="18"/>
                <w:cs/>
                <w:lang w:bidi="gu-IN"/>
              </w:rPr>
              <w:t>સિક્કો</w:t>
            </w:r>
            <w:r w:rsidRPr="00501590">
              <w:rPr>
                <w:sz w:val="18"/>
                <w:szCs w:val="18"/>
              </w:rPr>
              <w:br/>
            </w:r>
            <w:r w:rsidRPr="00501590">
              <w:rPr>
                <w:sz w:val="18"/>
                <w:szCs w:val="18"/>
              </w:rPr>
              <w:br/>
            </w:r>
          </w:p>
        </w:tc>
      </w:tr>
    </w:tbl>
    <w:p w14:paraId="6597C1DA" w14:textId="77777777" w:rsidR="003D3E34" w:rsidRDefault="003D3E34" w:rsidP="00CA1AC1">
      <w:pPr>
        <w:spacing w:after="0" w:line="240" w:lineRule="auto"/>
        <w:rPr>
          <w:rFonts w:cs="Shruti"/>
          <w:sz w:val="28"/>
          <w:szCs w:val="28"/>
          <w:u w:val="single"/>
          <w:lang w:bidi="gu-IN"/>
        </w:rPr>
      </w:pPr>
    </w:p>
    <w:p w14:paraId="0C23A07A" w14:textId="77777777" w:rsidR="003D3E34" w:rsidRDefault="003D3E34" w:rsidP="00502A5D">
      <w:pPr>
        <w:spacing w:after="0" w:line="240" w:lineRule="auto"/>
        <w:jc w:val="center"/>
        <w:rPr>
          <w:rFonts w:cs="Shruti"/>
          <w:sz w:val="28"/>
          <w:szCs w:val="28"/>
          <w:u w:val="single"/>
          <w:lang w:bidi="gu-IN"/>
        </w:rPr>
      </w:pPr>
    </w:p>
    <w:p w14:paraId="7A06328B" w14:textId="346CDBFD" w:rsidR="00502A5D" w:rsidRDefault="002546D1" w:rsidP="00502A5D">
      <w:pPr>
        <w:spacing w:after="0" w:line="240" w:lineRule="auto"/>
        <w:jc w:val="center"/>
        <w:rPr>
          <w:rFonts w:cs="Shruti"/>
          <w:b/>
          <w:u w:val="single"/>
          <w:lang w:val="en-IN" w:bidi="gu-IN"/>
        </w:rPr>
      </w:pPr>
      <w:r>
        <w:rPr>
          <w:rFonts w:cs="Shruti" w:hint="cs"/>
          <w:sz w:val="28"/>
          <w:szCs w:val="28"/>
          <w:u w:val="single"/>
          <w:cs/>
          <w:lang w:bidi="gu-IN"/>
        </w:rPr>
        <w:t>ઢાંકણ્રીયાવાસ પ્રાથમિક શાળા તા- લાખણી જિલ્લો - વાવ-થરાદ ડાયસ કોડ: 24021300207</w:t>
      </w:r>
    </w:p>
    <w:p w14:paraId="0BFB85E1" w14:textId="77777777" w:rsidR="00307841" w:rsidRPr="00307841" w:rsidRDefault="00307841" w:rsidP="00307841">
      <w:pPr>
        <w:spacing w:after="0" w:line="240" w:lineRule="auto"/>
        <w:jc w:val="center"/>
        <w:rPr>
          <w:rFonts w:cs="Shruti"/>
          <w:bCs/>
          <w:u w:val="single"/>
          <w:lang w:bidi="gu-IN"/>
        </w:rPr>
      </w:pPr>
      <w:r w:rsidRPr="00307841">
        <w:rPr>
          <w:rFonts w:cs="Shruti"/>
          <w:bCs/>
          <w:u w:val="single"/>
          <w:cs/>
          <w:lang w:bidi="gu-IN"/>
        </w:rPr>
        <w:t xml:space="preserve">હિતધારકોના પ્રતિભાવોને આધારે શાળાએ તેની પ્રણાલી </w:t>
      </w:r>
      <w:r w:rsidRPr="00307841">
        <w:rPr>
          <w:rFonts w:cs="Shruti"/>
          <w:bCs/>
          <w:u w:val="single"/>
        </w:rPr>
        <w:t xml:space="preserve">– </w:t>
      </w:r>
      <w:r w:rsidRPr="00307841">
        <w:rPr>
          <w:rFonts w:cs="Shruti"/>
          <w:bCs/>
          <w:u w:val="single"/>
          <w:cs/>
          <w:lang w:bidi="gu-IN"/>
        </w:rPr>
        <w:t xml:space="preserve">વ્યવસ્થામાં કરેલ સુધારા </w:t>
      </w:r>
      <w:r w:rsidRPr="00307841">
        <w:rPr>
          <w:rFonts w:cs="Shruti"/>
          <w:bCs/>
          <w:u w:val="single"/>
        </w:rPr>
        <w:t xml:space="preserve">– </w:t>
      </w:r>
      <w:r w:rsidRPr="00307841">
        <w:rPr>
          <w:rFonts w:cs="Shruti"/>
          <w:bCs/>
          <w:u w:val="single"/>
          <w:cs/>
          <w:lang w:bidi="gu-IN"/>
        </w:rPr>
        <w:t>ફેરફારની વિગતો/ અહેવાલ</w:t>
      </w:r>
      <w:r>
        <w:br/>
      </w:r>
      <w:r>
        <w:rPr>
          <w:rFonts w:cs="Shruti"/>
          <w:cs/>
          <w:lang w:bidi="gu-IN"/>
        </w:rPr>
        <w:t>પ્રસ્તાવના</w:t>
      </w:r>
      <w:r>
        <w:t>:</w:t>
      </w:r>
    </w:p>
    <w:p w14:paraId="4B4BB10D" w14:textId="77777777" w:rsidR="00307841" w:rsidRPr="00307841" w:rsidRDefault="00307841" w:rsidP="00307841">
      <w:pPr>
        <w:rPr>
          <w:rFonts w:cs="Shruti"/>
          <w:sz w:val="16"/>
          <w:szCs w:val="16"/>
          <w:lang w:bidi="gu-IN"/>
        </w:rPr>
      </w:pPr>
      <w:r w:rsidRPr="00307841">
        <w:rPr>
          <w:rFonts w:cs="Shruti"/>
          <w:sz w:val="16"/>
          <w:szCs w:val="16"/>
          <w:cs/>
          <w:lang w:bidi="gu-IN"/>
        </w:rPr>
        <w:t>શાળાના</w:t>
      </w:r>
      <w:r w:rsidRPr="00307841">
        <w:rPr>
          <w:sz w:val="16"/>
          <w:szCs w:val="16"/>
        </w:rPr>
        <w:t xml:space="preserve"> </w:t>
      </w:r>
      <w:r w:rsidRPr="00307841">
        <w:rPr>
          <w:rFonts w:cs="Shruti"/>
          <w:sz w:val="16"/>
          <w:szCs w:val="16"/>
          <w:cs/>
          <w:lang w:bidi="gu-IN"/>
        </w:rPr>
        <w:t>સર્વાંગી</w:t>
      </w:r>
      <w:r w:rsidRPr="00307841">
        <w:rPr>
          <w:sz w:val="16"/>
          <w:szCs w:val="16"/>
        </w:rPr>
        <w:t xml:space="preserve"> </w:t>
      </w:r>
      <w:r w:rsidRPr="00307841">
        <w:rPr>
          <w:rFonts w:cs="Shruti"/>
          <w:sz w:val="16"/>
          <w:szCs w:val="16"/>
          <w:cs/>
          <w:lang w:bidi="gu-IN"/>
        </w:rPr>
        <w:t>વિકાસ</w:t>
      </w:r>
      <w:r w:rsidRPr="00307841">
        <w:rPr>
          <w:sz w:val="16"/>
          <w:szCs w:val="16"/>
        </w:rPr>
        <w:t xml:space="preserve"> </w:t>
      </w:r>
      <w:r w:rsidRPr="00307841">
        <w:rPr>
          <w:rFonts w:cs="Shruti"/>
          <w:sz w:val="16"/>
          <w:szCs w:val="16"/>
          <w:cs/>
          <w:lang w:bidi="gu-IN"/>
        </w:rPr>
        <w:t>અને</w:t>
      </w:r>
      <w:r w:rsidRPr="00307841">
        <w:rPr>
          <w:sz w:val="16"/>
          <w:szCs w:val="16"/>
        </w:rPr>
        <w:t xml:space="preserve"> </w:t>
      </w:r>
      <w:r w:rsidRPr="00307841">
        <w:rPr>
          <w:rFonts w:cs="Shruti"/>
          <w:sz w:val="16"/>
          <w:szCs w:val="16"/>
          <w:cs/>
          <w:lang w:bidi="gu-IN"/>
        </w:rPr>
        <w:t>ગુણવત્તા</w:t>
      </w:r>
      <w:r w:rsidRPr="00307841">
        <w:rPr>
          <w:sz w:val="16"/>
          <w:szCs w:val="16"/>
        </w:rPr>
        <w:t xml:space="preserve"> </w:t>
      </w:r>
      <w:r w:rsidRPr="00307841">
        <w:rPr>
          <w:rFonts w:cs="Shruti"/>
          <w:sz w:val="16"/>
          <w:szCs w:val="16"/>
          <w:cs/>
          <w:lang w:bidi="gu-IN"/>
        </w:rPr>
        <w:t>સુધારણા</w:t>
      </w:r>
      <w:r w:rsidRPr="00307841">
        <w:rPr>
          <w:sz w:val="16"/>
          <w:szCs w:val="16"/>
        </w:rPr>
        <w:t xml:space="preserve"> </w:t>
      </w:r>
      <w:r w:rsidRPr="00307841">
        <w:rPr>
          <w:rFonts w:cs="Shruti"/>
          <w:sz w:val="16"/>
          <w:szCs w:val="16"/>
          <w:cs/>
          <w:lang w:bidi="gu-IN"/>
        </w:rPr>
        <w:t>માટે</w:t>
      </w:r>
      <w:r w:rsidRPr="00307841">
        <w:rPr>
          <w:sz w:val="16"/>
          <w:szCs w:val="16"/>
        </w:rPr>
        <w:t xml:space="preserve"> </w:t>
      </w:r>
      <w:r w:rsidRPr="00307841">
        <w:rPr>
          <w:rFonts w:cs="Shruti"/>
          <w:sz w:val="16"/>
          <w:szCs w:val="16"/>
          <w:cs/>
          <w:lang w:bidi="gu-IN"/>
        </w:rPr>
        <w:t>શાળાના</w:t>
      </w:r>
      <w:r w:rsidRPr="00307841">
        <w:rPr>
          <w:sz w:val="16"/>
          <w:szCs w:val="16"/>
        </w:rPr>
        <w:t xml:space="preserve"> </w:t>
      </w:r>
      <w:r w:rsidRPr="00307841">
        <w:rPr>
          <w:rFonts w:cs="Shruti"/>
          <w:sz w:val="16"/>
          <w:szCs w:val="16"/>
          <w:cs/>
          <w:lang w:bidi="gu-IN"/>
        </w:rPr>
        <w:t>વિવિધ</w:t>
      </w:r>
      <w:r w:rsidRPr="00307841">
        <w:rPr>
          <w:sz w:val="16"/>
          <w:szCs w:val="16"/>
        </w:rPr>
        <w:t xml:space="preserve"> </w:t>
      </w:r>
      <w:r w:rsidRPr="00307841">
        <w:rPr>
          <w:rFonts w:cs="Shruti"/>
          <w:sz w:val="16"/>
          <w:szCs w:val="16"/>
          <w:cs/>
          <w:lang w:bidi="gu-IN"/>
        </w:rPr>
        <w:t>હિતધારકો</w:t>
      </w:r>
      <w:r w:rsidRPr="00307841">
        <w:rPr>
          <w:sz w:val="16"/>
          <w:szCs w:val="16"/>
        </w:rPr>
        <w:t xml:space="preserve"> (</w:t>
      </w:r>
      <w:r w:rsidRPr="00307841">
        <w:rPr>
          <w:rFonts w:cs="Shruti"/>
          <w:sz w:val="16"/>
          <w:szCs w:val="16"/>
          <w:cs/>
          <w:lang w:bidi="gu-IN"/>
        </w:rPr>
        <w:t>વિદ્યાર્થીઓ</w:t>
      </w:r>
      <w:r w:rsidRPr="00307841">
        <w:rPr>
          <w:sz w:val="16"/>
          <w:szCs w:val="16"/>
        </w:rPr>
        <w:t xml:space="preserve">, </w:t>
      </w:r>
      <w:r w:rsidRPr="00307841">
        <w:rPr>
          <w:rFonts w:cs="Shruti"/>
          <w:sz w:val="16"/>
          <w:szCs w:val="16"/>
          <w:cs/>
          <w:lang w:bidi="gu-IN"/>
        </w:rPr>
        <w:t>વાલીઓ</w:t>
      </w:r>
      <w:r w:rsidRPr="00307841">
        <w:rPr>
          <w:sz w:val="16"/>
          <w:szCs w:val="16"/>
        </w:rPr>
        <w:t xml:space="preserve">, </w:t>
      </w:r>
      <w:r w:rsidRPr="00307841">
        <w:rPr>
          <w:rFonts w:cs="Shruti"/>
          <w:sz w:val="16"/>
          <w:szCs w:val="16"/>
          <w:cs/>
          <w:lang w:bidi="gu-IN"/>
        </w:rPr>
        <w:t>શિક્ષકો</w:t>
      </w:r>
      <w:r w:rsidRPr="00307841">
        <w:rPr>
          <w:sz w:val="16"/>
          <w:szCs w:val="16"/>
        </w:rPr>
        <w:t xml:space="preserve"> </w:t>
      </w:r>
      <w:r w:rsidRPr="00307841">
        <w:rPr>
          <w:rFonts w:cs="Shruti"/>
          <w:sz w:val="16"/>
          <w:szCs w:val="16"/>
          <w:cs/>
          <w:lang w:bidi="gu-IN"/>
        </w:rPr>
        <w:t>અને</w:t>
      </w:r>
      <w:r w:rsidRPr="00307841">
        <w:rPr>
          <w:sz w:val="16"/>
          <w:szCs w:val="16"/>
        </w:rPr>
        <w:t xml:space="preserve"> SMC </w:t>
      </w:r>
      <w:r w:rsidRPr="00307841">
        <w:rPr>
          <w:rFonts w:cs="Shruti"/>
          <w:sz w:val="16"/>
          <w:szCs w:val="16"/>
          <w:cs/>
          <w:lang w:bidi="gu-IN"/>
        </w:rPr>
        <w:t>સભ્યો</w:t>
      </w:r>
      <w:r w:rsidRPr="00307841">
        <w:rPr>
          <w:sz w:val="16"/>
          <w:szCs w:val="16"/>
        </w:rPr>
        <w:t xml:space="preserve">) </w:t>
      </w:r>
      <w:r w:rsidRPr="00307841">
        <w:rPr>
          <w:rFonts w:cs="Shruti"/>
          <w:sz w:val="16"/>
          <w:szCs w:val="16"/>
          <w:cs/>
          <w:lang w:bidi="gu-IN"/>
        </w:rPr>
        <w:t>પાસેથી</w:t>
      </w:r>
      <w:r w:rsidRPr="00307841">
        <w:rPr>
          <w:sz w:val="16"/>
          <w:szCs w:val="16"/>
        </w:rPr>
        <w:t xml:space="preserve"> </w:t>
      </w:r>
      <w:r w:rsidRPr="00307841">
        <w:rPr>
          <w:rFonts w:cs="Shruti"/>
          <w:sz w:val="16"/>
          <w:szCs w:val="16"/>
          <w:cs/>
          <w:lang w:bidi="gu-IN"/>
        </w:rPr>
        <w:t>નિયમિતપણે</w:t>
      </w:r>
      <w:r w:rsidRPr="00307841">
        <w:rPr>
          <w:sz w:val="16"/>
          <w:szCs w:val="16"/>
        </w:rPr>
        <w:t xml:space="preserve"> </w:t>
      </w:r>
      <w:r w:rsidRPr="00307841">
        <w:rPr>
          <w:rFonts w:cs="Shruti"/>
          <w:sz w:val="16"/>
          <w:szCs w:val="16"/>
          <w:cs/>
          <w:lang w:bidi="gu-IN"/>
        </w:rPr>
        <w:t>પ્રતિભાવો</w:t>
      </w:r>
      <w:r w:rsidRPr="00307841">
        <w:rPr>
          <w:sz w:val="16"/>
          <w:szCs w:val="16"/>
        </w:rPr>
        <w:t xml:space="preserve"> </w:t>
      </w:r>
      <w:r w:rsidRPr="00307841">
        <w:rPr>
          <w:rFonts w:cs="Shruti"/>
          <w:sz w:val="16"/>
          <w:szCs w:val="16"/>
          <w:cs/>
          <w:lang w:bidi="gu-IN"/>
        </w:rPr>
        <w:t>મેળવવામાં</w:t>
      </w:r>
      <w:r w:rsidRPr="00307841">
        <w:rPr>
          <w:sz w:val="16"/>
          <w:szCs w:val="16"/>
        </w:rPr>
        <w:t xml:space="preserve"> </w:t>
      </w:r>
      <w:r w:rsidRPr="00307841">
        <w:rPr>
          <w:rFonts w:cs="Shruti"/>
          <w:sz w:val="16"/>
          <w:szCs w:val="16"/>
          <w:cs/>
          <w:lang w:bidi="gu-IN"/>
        </w:rPr>
        <w:t>આવે</w:t>
      </w:r>
      <w:r w:rsidRPr="00307841">
        <w:rPr>
          <w:sz w:val="16"/>
          <w:szCs w:val="16"/>
        </w:rPr>
        <w:t xml:space="preserve"> </w:t>
      </w:r>
      <w:r w:rsidRPr="00307841">
        <w:rPr>
          <w:rFonts w:cs="Shruti"/>
          <w:sz w:val="16"/>
          <w:szCs w:val="16"/>
          <w:cs/>
          <w:lang w:bidi="gu-IN"/>
        </w:rPr>
        <w:t>છે</w:t>
      </w:r>
      <w:r w:rsidRPr="00307841">
        <w:rPr>
          <w:sz w:val="16"/>
          <w:szCs w:val="16"/>
        </w:rPr>
        <w:t xml:space="preserve">. </w:t>
      </w:r>
      <w:r w:rsidRPr="00307841">
        <w:rPr>
          <w:rFonts w:cs="Shruti"/>
          <w:sz w:val="16"/>
          <w:szCs w:val="16"/>
          <w:cs/>
          <w:lang w:bidi="gu-IN"/>
        </w:rPr>
        <w:t>આ</w:t>
      </w:r>
      <w:r w:rsidRPr="00307841">
        <w:rPr>
          <w:sz w:val="16"/>
          <w:szCs w:val="16"/>
        </w:rPr>
        <w:t xml:space="preserve"> </w:t>
      </w:r>
      <w:r w:rsidRPr="00307841">
        <w:rPr>
          <w:rFonts w:cs="Shruti"/>
          <w:sz w:val="16"/>
          <w:szCs w:val="16"/>
          <w:cs/>
          <w:lang w:bidi="gu-IN"/>
        </w:rPr>
        <w:t>પ્રતિભાવો</w:t>
      </w:r>
      <w:r w:rsidRPr="00307841">
        <w:rPr>
          <w:sz w:val="16"/>
          <w:szCs w:val="16"/>
        </w:rPr>
        <w:t xml:space="preserve"> </w:t>
      </w:r>
      <w:r w:rsidRPr="00307841">
        <w:rPr>
          <w:rFonts w:cs="Shruti"/>
          <w:sz w:val="16"/>
          <w:szCs w:val="16"/>
          <w:cs/>
          <w:lang w:bidi="gu-IN"/>
        </w:rPr>
        <w:t>અને</w:t>
      </w:r>
      <w:r w:rsidRPr="00307841">
        <w:rPr>
          <w:sz w:val="16"/>
          <w:szCs w:val="16"/>
        </w:rPr>
        <w:t xml:space="preserve"> </w:t>
      </w:r>
      <w:r w:rsidRPr="00307841">
        <w:rPr>
          <w:rFonts w:cs="Shruti"/>
          <w:sz w:val="16"/>
          <w:szCs w:val="16"/>
          <w:cs/>
          <w:lang w:bidi="gu-IN"/>
        </w:rPr>
        <w:t>સૂચનોને</w:t>
      </w:r>
      <w:r w:rsidRPr="00307841">
        <w:rPr>
          <w:sz w:val="16"/>
          <w:szCs w:val="16"/>
        </w:rPr>
        <w:t xml:space="preserve"> </w:t>
      </w:r>
      <w:r w:rsidRPr="00307841">
        <w:rPr>
          <w:rFonts w:cs="Shruti"/>
          <w:sz w:val="16"/>
          <w:szCs w:val="16"/>
          <w:cs/>
          <w:lang w:bidi="gu-IN"/>
        </w:rPr>
        <w:t>ગંભીરતાથી</w:t>
      </w:r>
      <w:r w:rsidRPr="00307841">
        <w:rPr>
          <w:sz w:val="16"/>
          <w:szCs w:val="16"/>
        </w:rPr>
        <w:t xml:space="preserve"> </w:t>
      </w:r>
      <w:r w:rsidRPr="00307841">
        <w:rPr>
          <w:rFonts w:cs="Shruti"/>
          <w:sz w:val="16"/>
          <w:szCs w:val="16"/>
          <w:cs/>
          <w:lang w:bidi="gu-IN"/>
        </w:rPr>
        <w:t>લઈ</w:t>
      </w:r>
      <w:r w:rsidRPr="00307841">
        <w:rPr>
          <w:sz w:val="16"/>
          <w:szCs w:val="16"/>
        </w:rPr>
        <w:t xml:space="preserve">, </w:t>
      </w:r>
      <w:r w:rsidRPr="00307841">
        <w:rPr>
          <w:rFonts w:cs="Shruti"/>
          <w:sz w:val="16"/>
          <w:szCs w:val="16"/>
          <w:cs/>
          <w:lang w:bidi="gu-IN"/>
        </w:rPr>
        <w:t>શાળાના</w:t>
      </w:r>
      <w:r w:rsidRPr="00307841">
        <w:rPr>
          <w:sz w:val="16"/>
          <w:szCs w:val="16"/>
        </w:rPr>
        <w:t xml:space="preserve"> </w:t>
      </w:r>
      <w:r w:rsidRPr="00307841">
        <w:rPr>
          <w:rFonts w:cs="Shruti"/>
          <w:sz w:val="16"/>
          <w:szCs w:val="16"/>
          <w:cs/>
          <w:lang w:bidi="gu-IN"/>
        </w:rPr>
        <w:t>વહીવટ</w:t>
      </w:r>
      <w:r w:rsidRPr="00307841">
        <w:rPr>
          <w:sz w:val="16"/>
          <w:szCs w:val="16"/>
        </w:rPr>
        <w:t xml:space="preserve"> </w:t>
      </w:r>
      <w:r w:rsidRPr="00307841">
        <w:rPr>
          <w:rFonts w:cs="Shruti"/>
          <w:sz w:val="16"/>
          <w:szCs w:val="16"/>
          <w:cs/>
          <w:lang w:bidi="gu-IN"/>
        </w:rPr>
        <w:t>અને</w:t>
      </w:r>
      <w:r w:rsidRPr="00307841">
        <w:rPr>
          <w:sz w:val="16"/>
          <w:szCs w:val="16"/>
        </w:rPr>
        <w:t xml:space="preserve"> </w:t>
      </w:r>
      <w:r w:rsidRPr="00307841">
        <w:rPr>
          <w:rFonts w:cs="Shruti"/>
          <w:sz w:val="16"/>
          <w:szCs w:val="16"/>
          <w:cs/>
          <w:lang w:bidi="gu-IN"/>
        </w:rPr>
        <w:t>શૈક્ષણિક</w:t>
      </w:r>
      <w:r w:rsidRPr="00307841">
        <w:rPr>
          <w:sz w:val="16"/>
          <w:szCs w:val="16"/>
        </w:rPr>
        <w:t xml:space="preserve"> </w:t>
      </w:r>
      <w:r w:rsidRPr="00307841">
        <w:rPr>
          <w:rFonts w:cs="Shruti"/>
          <w:sz w:val="16"/>
          <w:szCs w:val="16"/>
          <w:cs/>
          <w:lang w:bidi="gu-IN"/>
        </w:rPr>
        <w:t>પ્રણાલીમાં</w:t>
      </w:r>
      <w:r w:rsidRPr="00307841">
        <w:rPr>
          <w:sz w:val="16"/>
          <w:szCs w:val="16"/>
        </w:rPr>
        <w:t xml:space="preserve"> </w:t>
      </w:r>
      <w:r w:rsidRPr="00307841">
        <w:rPr>
          <w:rFonts w:cs="Shruti"/>
          <w:sz w:val="16"/>
          <w:szCs w:val="16"/>
          <w:cs/>
          <w:lang w:bidi="gu-IN"/>
        </w:rPr>
        <w:t>નીચે</w:t>
      </w:r>
      <w:r w:rsidRPr="00307841">
        <w:rPr>
          <w:sz w:val="16"/>
          <w:szCs w:val="16"/>
        </w:rPr>
        <w:t xml:space="preserve"> </w:t>
      </w:r>
      <w:r w:rsidRPr="00307841">
        <w:rPr>
          <w:rFonts w:cs="Shruti"/>
          <w:sz w:val="16"/>
          <w:szCs w:val="16"/>
          <w:cs/>
          <w:lang w:bidi="gu-IN"/>
        </w:rPr>
        <w:t>મુજબના</w:t>
      </w:r>
      <w:r w:rsidRPr="00307841">
        <w:rPr>
          <w:sz w:val="16"/>
          <w:szCs w:val="16"/>
        </w:rPr>
        <w:t xml:space="preserve"> </w:t>
      </w:r>
      <w:r w:rsidRPr="00307841">
        <w:rPr>
          <w:rFonts w:cs="Shruti"/>
          <w:sz w:val="16"/>
          <w:szCs w:val="16"/>
          <w:cs/>
          <w:lang w:bidi="gu-IN"/>
        </w:rPr>
        <w:t>હકારાત્મક</w:t>
      </w:r>
      <w:r w:rsidRPr="00307841">
        <w:rPr>
          <w:sz w:val="16"/>
          <w:szCs w:val="16"/>
        </w:rPr>
        <w:t xml:space="preserve"> </w:t>
      </w:r>
      <w:r w:rsidRPr="00307841">
        <w:rPr>
          <w:rFonts w:cs="Shruti"/>
          <w:sz w:val="16"/>
          <w:szCs w:val="16"/>
          <w:cs/>
          <w:lang w:bidi="gu-IN"/>
        </w:rPr>
        <w:t>સુધારાઓ</w:t>
      </w:r>
      <w:r w:rsidRPr="00307841">
        <w:rPr>
          <w:sz w:val="16"/>
          <w:szCs w:val="16"/>
        </w:rPr>
        <w:t xml:space="preserve"> </w:t>
      </w:r>
      <w:r w:rsidRPr="00307841">
        <w:rPr>
          <w:rFonts w:cs="Shruti"/>
          <w:sz w:val="16"/>
          <w:szCs w:val="16"/>
          <w:cs/>
          <w:lang w:bidi="gu-IN"/>
        </w:rPr>
        <w:t>અને</w:t>
      </w:r>
      <w:r w:rsidRPr="00307841">
        <w:rPr>
          <w:sz w:val="16"/>
          <w:szCs w:val="16"/>
        </w:rPr>
        <w:t xml:space="preserve"> </w:t>
      </w:r>
      <w:r w:rsidRPr="00307841">
        <w:rPr>
          <w:rFonts w:cs="Shruti"/>
          <w:sz w:val="16"/>
          <w:szCs w:val="16"/>
          <w:cs/>
          <w:lang w:bidi="gu-IN"/>
        </w:rPr>
        <w:t>ફેરફારો</w:t>
      </w:r>
      <w:r w:rsidRPr="00307841">
        <w:rPr>
          <w:sz w:val="16"/>
          <w:szCs w:val="16"/>
        </w:rPr>
        <w:t xml:space="preserve"> </w:t>
      </w:r>
      <w:r w:rsidRPr="00307841">
        <w:rPr>
          <w:rFonts w:cs="Shruti"/>
          <w:sz w:val="16"/>
          <w:szCs w:val="16"/>
          <w:cs/>
          <w:lang w:bidi="gu-IN"/>
        </w:rPr>
        <w:t>કરવામાં</w:t>
      </w:r>
      <w:r w:rsidRPr="00307841">
        <w:rPr>
          <w:sz w:val="16"/>
          <w:szCs w:val="16"/>
        </w:rPr>
        <w:t xml:space="preserve"> </w:t>
      </w:r>
      <w:r w:rsidRPr="00307841">
        <w:rPr>
          <w:rFonts w:cs="Shruti"/>
          <w:sz w:val="16"/>
          <w:szCs w:val="16"/>
          <w:cs/>
          <w:lang w:bidi="gu-IN"/>
        </w:rPr>
        <w:t>આવ્યા</w:t>
      </w:r>
      <w:r w:rsidRPr="00307841">
        <w:rPr>
          <w:sz w:val="16"/>
          <w:szCs w:val="16"/>
        </w:rPr>
        <w:t xml:space="preserve"> </w:t>
      </w:r>
      <w:r w:rsidRPr="00307841">
        <w:rPr>
          <w:rFonts w:cs="Shruti"/>
          <w:sz w:val="16"/>
          <w:szCs w:val="16"/>
          <w:cs/>
          <w:lang w:bidi="gu-IN"/>
        </w:rPr>
        <w:t>છે</w:t>
      </w:r>
      <w:r>
        <w:rPr>
          <w:sz w:val="16"/>
          <w:szCs w:val="16"/>
        </w:rPr>
        <w:t>:</w:t>
      </w: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534"/>
        <w:gridCol w:w="1842"/>
        <w:gridCol w:w="2694"/>
        <w:gridCol w:w="2268"/>
        <w:gridCol w:w="2126"/>
      </w:tblGrid>
      <w:tr w:rsidR="00307841" w:rsidRPr="00307841" w14:paraId="08A4429C" w14:textId="77777777" w:rsidTr="00307841">
        <w:tc>
          <w:tcPr>
            <w:tcW w:w="534" w:type="dxa"/>
          </w:tcPr>
          <w:p w14:paraId="31D40EEC" w14:textId="77777777" w:rsidR="00307841" w:rsidRPr="006D2E23" w:rsidRDefault="00307841" w:rsidP="006D2E23">
            <w:pPr>
              <w:jc w:val="center"/>
              <w:rPr>
                <w:b/>
                <w:bCs/>
                <w:sz w:val="18"/>
                <w:szCs w:val="18"/>
              </w:rPr>
            </w:pPr>
            <w:r w:rsidRPr="006D2E23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ક્રમ</w:t>
            </w:r>
          </w:p>
        </w:tc>
        <w:tc>
          <w:tcPr>
            <w:tcW w:w="1842" w:type="dxa"/>
          </w:tcPr>
          <w:p w14:paraId="2F4D4D5A" w14:textId="77777777" w:rsidR="00307841" w:rsidRPr="006D2E23" w:rsidRDefault="00307841" w:rsidP="006D2E23">
            <w:pPr>
              <w:jc w:val="center"/>
              <w:rPr>
                <w:b/>
                <w:bCs/>
                <w:sz w:val="18"/>
                <w:szCs w:val="18"/>
              </w:rPr>
            </w:pPr>
            <w:r w:rsidRPr="006D2E23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હિતધારક</w:t>
            </w:r>
            <w:r w:rsidRPr="006D2E23">
              <w:rPr>
                <w:b/>
                <w:bCs/>
                <w:sz w:val="18"/>
                <w:szCs w:val="18"/>
              </w:rPr>
              <w:t xml:space="preserve"> (Stakeholder)</w:t>
            </w:r>
          </w:p>
        </w:tc>
        <w:tc>
          <w:tcPr>
            <w:tcW w:w="2694" w:type="dxa"/>
          </w:tcPr>
          <w:p w14:paraId="439D3276" w14:textId="77777777" w:rsidR="00307841" w:rsidRPr="006D2E23" w:rsidRDefault="00307841" w:rsidP="006D2E23">
            <w:pPr>
              <w:jc w:val="center"/>
              <w:rPr>
                <w:b/>
                <w:bCs/>
                <w:sz w:val="18"/>
                <w:szCs w:val="18"/>
              </w:rPr>
            </w:pPr>
            <w:r w:rsidRPr="006D2E23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મેળવેલ</w:t>
            </w:r>
            <w:r w:rsidRPr="006D2E23">
              <w:rPr>
                <w:b/>
                <w:bCs/>
                <w:sz w:val="18"/>
                <w:szCs w:val="18"/>
              </w:rPr>
              <w:t xml:space="preserve"> </w:t>
            </w:r>
            <w:r w:rsidRPr="006D2E23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પ્રતિભાવ</w:t>
            </w:r>
            <w:r w:rsidRPr="006D2E23">
              <w:rPr>
                <w:b/>
                <w:bCs/>
                <w:sz w:val="18"/>
                <w:szCs w:val="18"/>
              </w:rPr>
              <w:t xml:space="preserve"> / </w:t>
            </w:r>
            <w:r w:rsidRPr="006D2E23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સૂચન</w:t>
            </w:r>
          </w:p>
        </w:tc>
        <w:tc>
          <w:tcPr>
            <w:tcW w:w="2268" w:type="dxa"/>
          </w:tcPr>
          <w:p w14:paraId="00A5BEA0" w14:textId="77777777" w:rsidR="00307841" w:rsidRPr="006D2E23" w:rsidRDefault="00307841" w:rsidP="006D2E23">
            <w:pPr>
              <w:jc w:val="center"/>
              <w:rPr>
                <w:b/>
                <w:bCs/>
                <w:sz w:val="18"/>
                <w:szCs w:val="18"/>
              </w:rPr>
            </w:pPr>
            <w:r w:rsidRPr="006D2E23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શાળા</w:t>
            </w:r>
            <w:r w:rsidRPr="006D2E23">
              <w:rPr>
                <w:b/>
                <w:bCs/>
                <w:sz w:val="18"/>
                <w:szCs w:val="18"/>
              </w:rPr>
              <w:t xml:space="preserve"> </w:t>
            </w:r>
            <w:r w:rsidRPr="006D2E23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દ્વારા</w:t>
            </w:r>
            <w:r w:rsidRPr="006D2E23">
              <w:rPr>
                <w:b/>
                <w:bCs/>
                <w:sz w:val="18"/>
                <w:szCs w:val="18"/>
              </w:rPr>
              <w:t xml:space="preserve"> </w:t>
            </w:r>
            <w:r w:rsidRPr="006D2E23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કરાયેલ</w:t>
            </w:r>
            <w:r w:rsidRPr="006D2E23">
              <w:rPr>
                <w:b/>
                <w:bCs/>
                <w:sz w:val="18"/>
                <w:szCs w:val="18"/>
              </w:rPr>
              <w:t xml:space="preserve"> </w:t>
            </w:r>
            <w:r w:rsidRPr="006D2E23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સુધારો</w:t>
            </w:r>
            <w:r w:rsidRPr="006D2E23">
              <w:rPr>
                <w:b/>
                <w:bCs/>
                <w:sz w:val="18"/>
                <w:szCs w:val="18"/>
              </w:rPr>
              <w:t xml:space="preserve"> / </w:t>
            </w:r>
            <w:r w:rsidRPr="006D2E23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ફેરફાર</w:t>
            </w:r>
            <w:r w:rsidRPr="006D2E23">
              <w:rPr>
                <w:b/>
                <w:bCs/>
                <w:sz w:val="18"/>
                <w:szCs w:val="18"/>
              </w:rPr>
              <w:t xml:space="preserve"> (Action Taken)</w:t>
            </w:r>
          </w:p>
        </w:tc>
        <w:tc>
          <w:tcPr>
            <w:tcW w:w="2126" w:type="dxa"/>
          </w:tcPr>
          <w:p w14:paraId="718EA6DC" w14:textId="77777777" w:rsidR="00307841" w:rsidRPr="006D2E23" w:rsidRDefault="00307841" w:rsidP="006D2E23">
            <w:pPr>
              <w:jc w:val="center"/>
              <w:rPr>
                <w:b/>
                <w:bCs/>
                <w:sz w:val="18"/>
                <w:szCs w:val="18"/>
              </w:rPr>
            </w:pPr>
            <w:r w:rsidRPr="006D2E23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પરિણામ</w:t>
            </w:r>
            <w:r w:rsidRPr="006D2E23">
              <w:rPr>
                <w:b/>
                <w:bCs/>
                <w:sz w:val="18"/>
                <w:szCs w:val="18"/>
              </w:rPr>
              <w:t xml:space="preserve"> / </w:t>
            </w:r>
            <w:r w:rsidRPr="006D2E23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અસર</w:t>
            </w:r>
          </w:p>
        </w:tc>
      </w:tr>
      <w:tr w:rsidR="00307841" w:rsidRPr="00307841" w14:paraId="602CD9B4" w14:textId="77777777" w:rsidTr="00307841">
        <w:tc>
          <w:tcPr>
            <w:tcW w:w="534" w:type="dxa"/>
          </w:tcPr>
          <w:p w14:paraId="209BFCEB" w14:textId="77777777" w:rsidR="00307841" w:rsidRPr="00307841" w:rsidRDefault="00307841" w:rsidP="00307841">
            <w:pPr>
              <w:rPr>
                <w:sz w:val="16"/>
                <w:szCs w:val="16"/>
              </w:rPr>
            </w:pP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૧</w:t>
            </w:r>
          </w:p>
        </w:tc>
        <w:tc>
          <w:tcPr>
            <w:tcW w:w="1842" w:type="dxa"/>
          </w:tcPr>
          <w:p w14:paraId="1B427739" w14:textId="77777777" w:rsidR="00307841" w:rsidRPr="00307841" w:rsidRDefault="00307841" w:rsidP="00307841">
            <w:pPr>
              <w:rPr>
                <w:sz w:val="16"/>
                <w:szCs w:val="16"/>
              </w:rPr>
            </w:pP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વાલીઓ</w:t>
            </w:r>
          </w:p>
        </w:tc>
        <w:tc>
          <w:tcPr>
            <w:tcW w:w="2694" w:type="dxa"/>
          </w:tcPr>
          <w:p w14:paraId="5FE493DB" w14:textId="77777777" w:rsidR="00307841" w:rsidRPr="00307841" w:rsidRDefault="00307841" w:rsidP="00307841">
            <w:pPr>
              <w:rPr>
                <w:sz w:val="16"/>
                <w:szCs w:val="16"/>
              </w:rPr>
            </w:pP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પીવાના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પાણીની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સુવિધા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અને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શૌચાલયની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સ્વચ્છતા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બાબતે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સુધારો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કરવા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સૂચન</w:t>
            </w:r>
            <w:r w:rsidRPr="00307841">
              <w:rPr>
                <w:sz w:val="16"/>
                <w:szCs w:val="16"/>
              </w:rPr>
              <w:t>.</w:t>
            </w:r>
          </w:p>
        </w:tc>
        <w:tc>
          <w:tcPr>
            <w:tcW w:w="2268" w:type="dxa"/>
          </w:tcPr>
          <w:p w14:paraId="5F0923B4" w14:textId="77777777" w:rsidR="00307841" w:rsidRPr="00307841" w:rsidRDefault="00307841" w:rsidP="00307841">
            <w:pPr>
              <w:rPr>
                <w:sz w:val="16"/>
                <w:szCs w:val="16"/>
              </w:rPr>
            </w:pPr>
            <w:r w:rsidRPr="00307841">
              <w:rPr>
                <w:sz w:val="16"/>
                <w:szCs w:val="16"/>
              </w:rPr>
              <w:t xml:space="preserve">SMC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ગ્રાન્ટમાંથી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પાણીની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ટાંકી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સાફ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કરાવી</w:t>
            </w:r>
            <w:r w:rsidRPr="00307841">
              <w:rPr>
                <w:sz w:val="16"/>
                <w:szCs w:val="16"/>
              </w:rPr>
              <w:t xml:space="preserve">, RO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ફિલ્ટર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રીપેર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કરાવ્યું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અને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સફાઈ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કામદારને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નિયમિત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સફાઈ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માટે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સૂચના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આપી</w:t>
            </w:r>
            <w:r w:rsidRPr="00307841">
              <w:rPr>
                <w:sz w:val="16"/>
                <w:szCs w:val="16"/>
              </w:rPr>
              <w:t>.</w:t>
            </w:r>
          </w:p>
        </w:tc>
        <w:tc>
          <w:tcPr>
            <w:tcW w:w="2126" w:type="dxa"/>
          </w:tcPr>
          <w:p w14:paraId="7CABA6D9" w14:textId="77777777" w:rsidR="00307841" w:rsidRPr="00307841" w:rsidRDefault="00307841" w:rsidP="00307841">
            <w:pPr>
              <w:rPr>
                <w:sz w:val="16"/>
                <w:szCs w:val="16"/>
              </w:rPr>
            </w:pP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વિદ્યાર્થીઓને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સ્વચ્છ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વાતાવરણ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મળ્યું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અને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બીમારીનું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પ્રમાણ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ઘટ્યું</w:t>
            </w:r>
            <w:r w:rsidRPr="00307841">
              <w:rPr>
                <w:sz w:val="16"/>
                <w:szCs w:val="16"/>
              </w:rPr>
              <w:t>.</w:t>
            </w:r>
          </w:p>
        </w:tc>
      </w:tr>
      <w:tr w:rsidR="00307841" w:rsidRPr="00307841" w14:paraId="158EC1E0" w14:textId="77777777" w:rsidTr="00307841">
        <w:tc>
          <w:tcPr>
            <w:tcW w:w="534" w:type="dxa"/>
          </w:tcPr>
          <w:p w14:paraId="33A8A66F" w14:textId="77777777" w:rsidR="00307841" w:rsidRPr="00307841" w:rsidRDefault="00307841" w:rsidP="00307841">
            <w:pPr>
              <w:rPr>
                <w:sz w:val="16"/>
                <w:szCs w:val="16"/>
              </w:rPr>
            </w:pP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૨</w:t>
            </w:r>
          </w:p>
        </w:tc>
        <w:tc>
          <w:tcPr>
            <w:tcW w:w="1842" w:type="dxa"/>
          </w:tcPr>
          <w:p w14:paraId="6805B435" w14:textId="77777777" w:rsidR="00307841" w:rsidRPr="00307841" w:rsidRDefault="00307841" w:rsidP="00307841">
            <w:pPr>
              <w:rPr>
                <w:sz w:val="16"/>
                <w:szCs w:val="16"/>
              </w:rPr>
            </w:pP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વિદ્યાર્થીઓ</w:t>
            </w:r>
          </w:p>
        </w:tc>
        <w:tc>
          <w:tcPr>
            <w:tcW w:w="2694" w:type="dxa"/>
          </w:tcPr>
          <w:p w14:paraId="3DDF44D3" w14:textId="77777777" w:rsidR="00307841" w:rsidRPr="00307841" w:rsidRDefault="00307841" w:rsidP="00307841">
            <w:pPr>
              <w:rPr>
                <w:sz w:val="16"/>
                <w:szCs w:val="16"/>
              </w:rPr>
            </w:pP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શાળાના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મેદાનમાં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રમતગમતના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નવા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સાધનોની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માંગણી</w:t>
            </w:r>
            <w:r w:rsidRPr="00307841">
              <w:rPr>
                <w:sz w:val="16"/>
                <w:szCs w:val="16"/>
              </w:rPr>
              <w:t>.</w:t>
            </w:r>
          </w:p>
        </w:tc>
        <w:tc>
          <w:tcPr>
            <w:tcW w:w="2268" w:type="dxa"/>
          </w:tcPr>
          <w:p w14:paraId="396017E3" w14:textId="77777777" w:rsidR="00307841" w:rsidRPr="00307841" w:rsidRDefault="00307841" w:rsidP="00307841">
            <w:pPr>
              <w:rPr>
                <w:sz w:val="16"/>
                <w:szCs w:val="16"/>
              </w:rPr>
            </w:pP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રમતગમત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ગ્રાન્ટમાંથી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ક્રિકેટ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કિટ</w:t>
            </w:r>
            <w:r w:rsidRPr="00307841">
              <w:rPr>
                <w:sz w:val="16"/>
                <w:szCs w:val="16"/>
              </w:rPr>
              <w:t xml:space="preserve">,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વોલીબોલ</w:t>
            </w:r>
            <w:r w:rsidRPr="00307841">
              <w:rPr>
                <w:sz w:val="16"/>
                <w:szCs w:val="16"/>
              </w:rPr>
              <w:t xml:space="preserve">,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રિંગ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વગેરે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નવા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સાધનો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ખરીદવામાં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આવ્યા</w:t>
            </w:r>
            <w:r w:rsidRPr="00307841">
              <w:rPr>
                <w:sz w:val="16"/>
                <w:szCs w:val="16"/>
              </w:rPr>
              <w:t>.</w:t>
            </w:r>
          </w:p>
        </w:tc>
        <w:tc>
          <w:tcPr>
            <w:tcW w:w="2126" w:type="dxa"/>
          </w:tcPr>
          <w:p w14:paraId="36813303" w14:textId="77777777" w:rsidR="00307841" w:rsidRPr="00307841" w:rsidRDefault="00307841" w:rsidP="00307841">
            <w:pPr>
              <w:rPr>
                <w:sz w:val="16"/>
                <w:szCs w:val="16"/>
              </w:rPr>
            </w:pP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બાળકોની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રમતગમતમાં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ભાગીદારી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વધી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અને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શારીરિક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વિકાસમાં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મદદ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મળી</w:t>
            </w:r>
            <w:r w:rsidRPr="00307841">
              <w:rPr>
                <w:sz w:val="16"/>
                <w:szCs w:val="16"/>
              </w:rPr>
              <w:t>.</w:t>
            </w:r>
          </w:p>
        </w:tc>
      </w:tr>
      <w:tr w:rsidR="00307841" w:rsidRPr="00307841" w14:paraId="37143544" w14:textId="77777777" w:rsidTr="00307841">
        <w:tc>
          <w:tcPr>
            <w:tcW w:w="534" w:type="dxa"/>
          </w:tcPr>
          <w:p w14:paraId="20B0624D" w14:textId="77777777" w:rsidR="00307841" w:rsidRPr="00307841" w:rsidRDefault="00307841" w:rsidP="00307841">
            <w:pPr>
              <w:rPr>
                <w:sz w:val="16"/>
                <w:szCs w:val="16"/>
              </w:rPr>
            </w:pP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૩</w:t>
            </w:r>
          </w:p>
        </w:tc>
        <w:tc>
          <w:tcPr>
            <w:tcW w:w="1842" w:type="dxa"/>
          </w:tcPr>
          <w:p w14:paraId="29B7F918" w14:textId="77777777" w:rsidR="00307841" w:rsidRPr="00307841" w:rsidRDefault="00307841" w:rsidP="00307841">
            <w:pPr>
              <w:rPr>
                <w:sz w:val="16"/>
                <w:szCs w:val="16"/>
              </w:rPr>
            </w:pP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શિક્ષકો</w:t>
            </w:r>
          </w:p>
        </w:tc>
        <w:tc>
          <w:tcPr>
            <w:tcW w:w="2694" w:type="dxa"/>
          </w:tcPr>
          <w:p w14:paraId="11DBCE63" w14:textId="77777777" w:rsidR="00307841" w:rsidRPr="00307841" w:rsidRDefault="00307841" w:rsidP="00307841">
            <w:pPr>
              <w:rPr>
                <w:sz w:val="16"/>
                <w:szCs w:val="16"/>
              </w:rPr>
            </w:pP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સ્માર્ટ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ક્લાસમાં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ઇન્ટરનેટ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કનેક્ટિવિટી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ધીમી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હોવાથી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શૈક્ષણિક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કાર્યમાં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મુશ્કેલી</w:t>
            </w:r>
            <w:r w:rsidRPr="00307841">
              <w:rPr>
                <w:sz w:val="16"/>
                <w:szCs w:val="16"/>
              </w:rPr>
              <w:t>.</w:t>
            </w:r>
          </w:p>
        </w:tc>
        <w:tc>
          <w:tcPr>
            <w:tcW w:w="2268" w:type="dxa"/>
          </w:tcPr>
          <w:p w14:paraId="38895613" w14:textId="77777777" w:rsidR="00307841" w:rsidRPr="00307841" w:rsidRDefault="00307841" w:rsidP="00307841">
            <w:pPr>
              <w:rPr>
                <w:sz w:val="16"/>
                <w:szCs w:val="16"/>
              </w:rPr>
            </w:pP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શાળાના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ઇન્ટરનેટ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પ્લાનનું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અપગ્રેડેશન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કરવામાં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આવ્યું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અને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રાઉટરની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જગ્યા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બદલવામાં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આવી</w:t>
            </w:r>
            <w:r w:rsidRPr="00307841">
              <w:rPr>
                <w:sz w:val="16"/>
                <w:szCs w:val="16"/>
              </w:rPr>
              <w:t>.</w:t>
            </w:r>
          </w:p>
        </w:tc>
        <w:tc>
          <w:tcPr>
            <w:tcW w:w="2126" w:type="dxa"/>
          </w:tcPr>
          <w:p w14:paraId="07B7F3E4" w14:textId="77777777" w:rsidR="00307841" w:rsidRPr="00307841" w:rsidRDefault="00307841" w:rsidP="00307841">
            <w:pPr>
              <w:rPr>
                <w:sz w:val="16"/>
                <w:szCs w:val="16"/>
              </w:rPr>
            </w:pP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દીક્ષા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પોર્ટલ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અને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ડિજિટલ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કન્ટેન્ટનો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ઉપયોગ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સરળ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અને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ઝડપી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બન્યો</w:t>
            </w:r>
            <w:r w:rsidRPr="00307841">
              <w:rPr>
                <w:sz w:val="16"/>
                <w:szCs w:val="16"/>
              </w:rPr>
              <w:t>.</w:t>
            </w:r>
          </w:p>
        </w:tc>
      </w:tr>
      <w:tr w:rsidR="00307841" w:rsidRPr="00307841" w14:paraId="5CE3EDC3" w14:textId="77777777" w:rsidTr="00307841">
        <w:tc>
          <w:tcPr>
            <w:tcW w:w="534" w:type="dxa"/>
          </w:tcPr>
          <w:p w14:paraId="1D4C3777" w14:textId="77777777" w:rsidR="00307841" w:rsidRPr="00307841" w:rsidRDefault="00307841" w:rsidP="00307841">
            <w:pPr>
              <w:rPr>
                <w:sz w:val="16"/>
                <w:szCs w:val="16"/>
              </w:rPr>
            </w:pP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૪</w:t>
            </w:r>
          </w:p>
        </w:tc>
        <w:tc>
          <w:tcPr>
            <w:tcW w:w="1842" w:type="dxa"/>
          </w:tcPr>
          <w:p w14:paraId="0FF887D5" w14:textId="77777777" w:rsidR="00307841" w:rsidRPr="00307841" w:rsidRDefault="00307841" w:rsidP="00307841">
            <w:pPr>
              <w:rPr>
                <w:sz w:val="16"/>
                <w:szCs w:val="16"/>
              </w:rPr>
            </w:pPr>
            <w:r w:rsidRPr="00307841">
              <w:rPr>
                <w:sz w:val="16"/>
                <w:szCs w:val="16"/>
              </w:rPr>
              <w:t xml:space="preserve">SMC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સભ્યો</w:t>
            </w:r>
            <w:r w:rsidRPr="00307841">
              <w:rPr>
                <w:sz w:val="16"/>
                <w:szCs w:val="16"/>
              </w:rPr>
              <w:t xml:space="preserve"> /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સમુદાય</w:t>
            </w:r>
          </w:p>
        </w:tc>
        <w:tc>
          <w:tcPr>
            <w:tcW w:w="2694" w:type="dxa"/>
          </w:tcPr>
          <w:p w14:paraId="4C7FA150" w14:textId="77777777" w:rsidR="00307841" w:rsidRPr="00307841" w:rsidRDefault="00307841" w:rsidP="00307841">
            <w:pPr>
              <w:rPr>
                <w:sz w:val="16"/>
                <w:szCs w:val="16"/>
              </w:rPr>
            </w:pP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નબળા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વિદ્યાર્થીઓના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વાંચન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અને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લેખન</w:t>
            </w:r>
            <w:r w:rsidRPr="00307841">
              <w:rPr>
                <w:sz w:val="16"/>
                <w:szCs w:val="16"/>
              </w:rPr>
              <w:t xml:space="preserve"> (FLN)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પર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વધુ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ધ્યાન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આપવા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રજૂઆત</w:t>
            </w:r>
            <w:r w:rsidRPr="00307841">
              <w:rPr>
                <w:sz w:val="16"/>
                <w:szCs w:val="16"/>
              </w:rPr>
              <w:t>.</w:t>
            </w:r>
          </w:p>
        </w:tc>
        <w:tc>
          <w:tcPr>
            <w:tcW w:w="2268" w:type="dxa"/>
          </w:tcPr>
          <w:p w14:paraId="575C56F9" w14:textId="77777777" w:rsidR="00307841" w:rsidRPr="00307841" w:rsidRDefault="00307841" w:rsidP="00307841">
            <w:pPr>
              <w:rPr>
                <w:sz w:val="16"/>
                <w:szCs w:val="16"/>
              </w:rPr>
            </w:pP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શાળા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સમય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બાદ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વિશેષ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ઉપચારાત્મક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વર્ગો</w:t>
            </w:r>
            <w:r w:rsidRPr="00307841">
              <w:rPr>
                <w:sz w:val="16"/>
                <w:szCs w:val="16"/>
              </w:rPr>
              <w:t xml:space="preserve"> (Remedial Classes)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શરૂ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કરવામાં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આવ્યા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અને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પીઅર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લર્નિંગ</w:t>
            </w:r>
            <w:r w:rsidRPr="00307841">
              <w:rPr>
                <w:sz w:val="16"/>
                <w:szCs w:val="16"/>
              </w:rPr>
              <w:t xml:space="preserve"> (Peer Learning)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પદ્ધતિ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અપનાવી</w:t>
            </w:r>
            <w:r w:rsidRPr="00307841">
              <w:rPr>
                <w:sz w:val="16"/>
                <w:szCs w:val="16"/>
              </w:rPr>
              <w:t>.</w:t>
            </w:r>
          </w:p>
        </w:tc>
        <w:tc>
          <w:tcPr>
            <w:tcW w:w="2126" w:type="dxa"/>
          </w:tcPr>
          <w:p w14:paraId="0C81714A" w14:textId="77777777" w:rsidR="00307841" w:rsidRPr="00307841" w:rsidRDefault="00307841" w:rsidP="00307841">
            <w:pPr>
              <w:rPr>
                <w:sz w:val="16"/>
                <w:szCs w:val="16"/>
              </w:rPr>
            </w:pP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વિદ્યાર્થીઓના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પાયાના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જ્ઞાન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અને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એકમ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કસોટીના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પરિણામમાં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સંતોષકારક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સુધારો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જોવા</w:t>
            </w:r>
            <w:r w:rsidRPr="00307841">
              <w:rPr>
                <w:sz w:val="16"/>
                <w:szCs w:val="16"/>
              </w:rPr>
              <w:t xml:space="preserve"> </w:t>
            </w:r>
            <w:r w:rsidRPr="00307841">
              <w:rPr>
                <w:rFonts w:cs="Shruti"/>
                <w:sz w:val="16"/>
                <w:szCs w:val="16"/>
                <w:cs/>
                <w:lang w:bidi="gu-IN"/>
              </w:rPr>
              <w:t>મળ્યો</w:t>
            </w:r>
            <w:r w:rsidRPr="00307841">
              <w:rPr>
                <w:sz w:val="16"/>
                <w:szCs w:val="16"/>
              </w:rPr>
              <w:t>.</w:t>
            </w:r>
          </w:p>
        </w:tc>
      </w:tr>
    </w:tbl>
    <w:p w14:paraId="2F252F6D" w14:textId="77777777" w:rsidR="00307841" w:rsidRPr="00307841" w:rsidRDefault="00307841" w:rsidP="00307841">
      <w:pPr>
        <w:rPr>
          <w:rFonts w:cs="Shruti"/>
          <w:sz w:val="18"/>
          <w:szCs w:val="18"/>
          <w:lang w:bidi="gu-IN"/>
        </w:rPr>
      </w:pPr>
      <w:r w:rsidRPr="00307841">
        <w:rPr>
          <w:rFonts w:cs="Shruti"/>
          <w:b/>
          <w:bCs/>
          <w:sz w:val="18"/>
          <w:szCs w:val="18"/>
          <w:cs/>
          <w:lang w:bidi="gu-IN"/>
        </w:rPr>
        <w:t>નિષ્કર્ષ</w:t>
      </w:r>
      <w:r w:rsidRPr="00307841">
        <w:rPr>
          <w:b/>
          <w:sz w:val="18"/>
          <w:szCs w:val="18"/>
        </w:rPr>
        <w:t xml:space="preserve">: </w:t>
      </w:r>
      <w:r w:rsidRPr="00307841">
        <w:rPr>
          <w:rFonts w:cs="Shruti"/>
          <w:b/>
          <w:bCs/>
          <w:sz w:val="18"/>
          <w:szCs w:val="18"/>
          <w:cs/>
          <w:lang w:bidi="gu-IN"/>
        </w:rPr>
        <w:t>હિતધારકોના</w:t>
      </w:r>
      <w:r w:rsidRPr="00307841">
        <w:rPr>
          <w:b/>
          <w:sz w:val="18"/>
          <w:szCs w:val="18"/>
        </w:rPr>
        <w:t xml:space="preserve"> </w:t>
      </w:r>
      <w:r w:rsidRPr="00307841">
        <w:rPr>
          <w:rFonts w:cs="Shruti"/>
          <w:b/>
          <w:bCs/>
          <w:sz w:val="18"/>
          <w:szCs w:val="18"/>
          <w:cs/>
          <w:lang w:bidi="gu-IN"/>
        </w:rPr>
        <w:t>સૂચનોને</w:t>
      </w:r>
      <w:r w:rsidRPr="00307841">
        <w:rPr>
          <w:b/>
          <w:sz w:val="18"/>
          <w:szCs w:val="18"/>
        </w:rPr>
        <w:t xml:space="preserve"> </w:t>
      </w:r>
      <w:r w:rsidRPr="00307841">
        <w:rPr>
          <w:rFonts w:cs="Shruti"/>
          <w:b/>
          <w:bCs/>
          <w:sz w:val="18"/>
          <w:szCs w:val="18"/>
          <w:cs/>
          <w:lang w:bidi="gu-IN"/>
        </w:rPr>
        <w:t>આવકારી</w:t>
      </w:r>
      <w:r w:rsidRPr="00307841">
        <w:rPr>
          <w:b/>
          <w:sz w:val="18"/>
          <w:szCs w:val="18"/>
        </w:rPr>
        <w:t xml:space="preserve"> </w:t>
      </w:r>
      <w:r w:rsidRPr="00307841">
        <w:rPr>
          <w:rFonts w:cs="Shruti"/>
          <w:b/>
          <w:bCs/>
          <w:sz w:val="18"/>
          <w:szCs w:val="18"/>
          <w:cs/>
          <w:lang w:bidi="gu-IN"/>
        </w:rPr>
        <w:t>તેના</w:t>
      </w:r>
      <w:r w:rsidRPr="00307841">
        <w:rPr>
          <w:b/>
          <w:sz w:val="18"/>
          <w:szCs w:val="18"/>
        </w:rPr>
        <w:t xml:space="preserve"> </w:t>
      </w:r>
      <w:r w:rsidRPr="00307841">
        <w:rPr>
          <w:rFonts w:cs="Shruti"/>
          <w:b/>
          <w:bCs/>
          <w:sz w:val="18"/>
          <w:szCs w:val="18"/>
          <w:cs/>
          <w:lang w:bidi="gu-IN"/>
        </w:rPr>
        <w:t>પર</w:t>
      </w:r>
      <w:r w:rsidRPr="00307841">
        <w:rPr>
          <w:b/>
          <w:sz w:val="18"/>
          <w:szCs w:val="18"/>
        </w:rPr>
        <w:t xml:space="preserve"> </w:t>
      </w:r>
      <w:r w:rsidRPr="00307841">
        <w:rPr>
          <w:rFonts w:cs="Shruti"/>
          <w:b/>
          <w:bCs/>
          <w:sz w:val="18"/>
          <w:szCs w:val="18"/>
          <w:cs/>
          <w:lang w:bidi="gu-IN"/>
        </w:rPr>
        <w:t>યોગ્ય</w:t>
      </w:r>
      <w:r w:rsidRPr="00307841">
        <w:rPr>
          <w:b/>
          <w:sz w:val="18"/>
          <w:szCs w:val="18"/>
        </w:rPr>
        <w:t xml:space="preserve"> </w:t>
      </w:r>
      <w:r w:rsidRPr="00307841">
        <w:rPr>
          <w:rFonts w:cs="Shruti"/>
          <w:b/>
          <w:bCs/>
          <w:sz w:val="18"/>
          <w:szCs w:val="18"/>
          <w:cs/>
          <w:lang w:bidi="gu-IN"/>
        </w:rPr>
        <w:t>કાર્યવાહી</w:t>
      </w:r>
      <w:r w:rsidRPr="00307841">
        <w:rPr>
          <w:b/>
          <w:sz w:val="18"/>
          <w:szCs w:val="18"/>
        </w:rPr>
        <w:t xml:space="preserve"> </w:t>
      </w:r>
      <w:r w:rsidRPr="00307841">
        <w:rPr>
          <w:rFonts w:cs="Shruti"/>
          <w:b/>
          <w:bCs/>
          <w:sz w:val="18"/>
          <w:szCs w:val="18"/>
          <w:cs/>
          <w:lang w:bidi="gu-IN"/>
        </w:rPr>
        <w:t>કરવાથી</w:t>
      </w:r>
      <w:r w:rsidRPr="00307841">
        <w:rPr>
          <w:b/>
          <w:sz w:val="18"/>
          <w:szCs w:val="18"/>
        </w:rPr>
        <w:t xml:space="preserve"> </w:t>
      </w:r>
      <w:r w:rsidRPr="00307841">
        <w:rPr>
          <w:rFonts w:cs="Shruti"/>
          <w:b/>
          <w:bCs/>
          <w:sz w:val="18"/>
          <w:szCs w:val="18"/>
          <w:cs/>
          <w:lang w:bidi="gu-IN"/>
        </w:rPr>
        <w:t>શાળા</w:t>
      </w:r>
      <w:r w:rsidRPr="00307841">
        <w:rPr>
          <w:b/>
          <w:sz w:val="18"/>
          <w:szCs w:val="18"/>
        </w:rPr>
        <w:t xml:space="preserve"> </w:t>
      </w:r>
      <w:r w:rsidRPr="00307841">
        <w:rPr>
          <w:rFonts w:cs="Shruti"/>
          <w:b/>
          <w:bCs/>
          <w:sz w:val="18"/>
          <w:szCs w:val="18"/>
          <w:cs/>
          <w:lang w:bidi="gu-IN"/>
        </w:rPr>
        <w:t>પ્રત્યે</w:t>
      </w:r>
      <w:r w:rsidRPr="00307841">
        <w:rPr>
          <w:b/>
          <w:sz w:val="18"/>
          <w:szCs w:val="18"/>
        </w:rPr>
        <w:t xml:space="preserve"> </w:t>
      </w:r>
      <w:r w:rsidRPr="00307841">
        <w:rPr>
          <w:rFonts w:cs="Shruti"/>
          <w:b/>
          <w:bCs/>
          <w:sz w:val="18"/>
          <w:szCs w:val="18"/>
          <w:cs/>
          <w:lang w:bidi="gu-IN"/>
        </w:rPr>
        <w:t>સમુદાયનો</w:t>
      </w:r>
      <w:r w:rsidRPr="00307841">
        <w:rPr>
          <w:b/>
          <w:sz w:val="18"/>
          <w:szCs w:val="18"/>
        </w:rPr>
        <w:t xml:space="preserve"> </w:t>
      </w:r>
      <w:r w:rsidRPr="00307841">
        <w:rPr>
          <w:rFonts w:cs="Shruti"/>
          <w:b/>
          <w:bCs/>
          <w:sz w:val="18"/>
          <w:szCs w:val="18"/>
          <w:cs/>
          <w:lang w:bidi="gu-IN"/>
        </w:rPr>
        <w:t>વિશ્વાસ</w:t>
      </w:r>
      <w:r w:rsidRPr="00307841">
        <w:rPr>
          <w:b/>
          <w:sz w:val="18"/>
          <w:szCs w:val="18"/>
        </w:rPr>
        <w:t xml:space="preserve"> </w:t>
      </w:r>
      <w:r w:rsidRPr="00307841">
        <w:rPr>
          <w:rFonts w:cs="Shruti"/>
          <w:b/>
          <w:bCs/>
          <w:sz w:val="18"/>
          <w:szCs w:val="18"/>
          <w:cs/>
          <w:lang w:bidi="gu-IN"/>
        </w:rPr>
        <w:t>વધ્યો</w:t>
      </w:r>
      <w:r w:rsidRPr="00307841">
        <w:rPr>
          <w:b/>
          <w:sz w:val="18"/>
          <w:szCs w:val="18"/>
        </w:rPr>
        <w:t xml:space="preserve"> </w:t>
      </w:r>
      <w:r w:rsidRPr="00307841">
        <w:rPr>
          <w:rFonts w:cs="Shruti"/>
          <w:b/>
          <w:bCs/>
          <w:sz w:val="18"/>
          <w:szCs w:val="18"/>
          <w:cs/>
          <w:lang w:bidi="gu-IN"/>
        </w:rPr>
        <w:t>છે</w:t>
      </w:r>
      <w:r w:rsidRPr="00307841">
        <w:rPr>
          <w:b/>
          <w:sz w:val="18"/>
          <w:szCs w:val="18"/>
        </w:rPr>
        <w:t xml:space="preserve"> </w:t>
      </w:r>
      <w:r w:rsidRPr="00307841">
        <w:rPr>
          <w:rFonts w:cs="Shruti"/>
          <w:b/>
          <w:bCs/>
          <w:sz w:val="18"/>
          <w:szCs w:val="18"/>
          <w:cs/>
          <w:lang w:bidi="gu-IN"/>
        </w:rPr>
        <w:t>અને</w:t>
      </w:r>
      <w:r w:rsidRPr="00307841">
        <w:rPr>
          <w:b/>
          <w:sz w:val="18"/>
          <w:szCs w:val="18"/>
        </w:rPr>
        <w:t xml:space="preserve"> </w:t>
      </w:r>
      <w:r w:rsidRPr="00307841">
        <w:rPr>
          <w:rFonts w:cs="Shruti"/>
          <w:b/>
          <w:bCs/>
          <w:sz w:val="18"/>
          <w:szCs w:val="18"/>
          <w:cs/>
          <w:lang w:bidi="gu-IN"/>
        </w:rPr>
        <w:t>પારદર્શક</w:t>
      </w:r>
      <w:r w:rsidRPr="00307841">
        <w:rPr>
          <w:b/>
          <w:sz w:val="18"/>
          <w:szCs w:val="18"/>
        </w:rPr>
        <w:t xml:space="preserve"> </w:t>
      </w:r>
      <w:r w:rsidRPr="00307841">
        <w:rPr>
          <w:rFonts w:cs="Shruti"/>
          <w:b/>
          <w:bCs/>
          <w:sz w:val="18"/>
          <w:szCs w:val="18"/>
          <w:cs/>
          <w:lang w:bidi="gu-IN"/>
        </w:rPr>
        <w:t>વહીવટ</w:t>
      </w:r>
      <w:r w:rsidRPr="00307841">
        <w:rPr>
          <w:b/>
          <w:sz w:val="18"/>
          <w:szCs w:val="18"/>
        </w:rPr>
        <w:t xml:space="preserve"> </w:t>
      </w:r>
      <w:r w:rsidRPr="00307841">
        <w:rPr>
          <w:rFonts w:cs="Shruti"/>
          <w:b/>
          <w:bCs/>
          <w:sz w:val="18"/>
          <w:szCs w:val="18"/>
          <w:cs/>
          <w:lang w:bidi="gu-IN"/>
        </w:rPr>
        <w:t>થકી</w:t>
      </w:r>
      <w:r w:rsidRPr="00307841">
        <w:rPr>
          <w:b/>
          <w:sz w:val="18"/>
          <w:szCs w:val="18"/>
        </w:rPr>
        <w:t xml:space="preserve"> </w:t>
      </w:r>
      <w:r w:rsidRPr="00307841">
        <w:rPr>
          <w:rFonts w:cs="Shruti"/>
          <w:b/>
          <w:bCs/>
          <w:sz w:val="18"/>
          <w:szCs w:val="18"/>
          <w:cs/>
          <w:lang w:bidi="gu-IN"/>
        </w:rPr>
        <w:t>શાળાના</w:t>
      </w:r>
      <w:r w:rsidRPr="00307841">
        <w:rPr>
          <w:b/>
          <w:sz w:val="18"/>
          <w:szCs w:val="18"/>
        </w:rPr>
        <w:t xml:space="preserve"> </w:t>
      </w:r>
      <w:r w:rsidRPr="00307841">
        <w:rPr>
          <w:rFonts w:cs="Shruti"/>
          <w:b/>
          <w:bCs/>
          <w:sz w:val="18"/>
          <w:szCs w:val="18"/>
          <w:cs/>
          <w:lang w:bidi="gu-IN"/>
        </w:rPr>
        <w:t>સર્વાંગી</w:t>
      </w:r>
      <w:r w:rsidRPr="00307841">
        <w:rPr>
          <w:b/>
          <w:sz w:val="18"/>
          <w:szCs w:val="18"/>
        </w:rPr>
        <w:t xml:space="preserve"> </w:t>
      </w:r>
      <w:r w:rsidRPr="00307841">
        <w:rPr>
          <w:rFonts w:cs="Shruti"/>
          <w:b/>
          <w:bCs/>
          <w:sz w:val="18"/>
          <w:szCs w:val="18"/>
          <w:cs/>
          <w:lang w:bidi="gu-IN"/>
        </w:rPr>
        <w:t>વિકાસને</w:t>
      </w:r>
      <w:r w:rsidRPr="00307841">
        <w:rPr>
          <w:b/>
          <w:sz w:val="18"/>
          <w:szCs w:val="18"/>
        </w:rPr>
        <w:t xml:space="preserve"> </w:t>
      </w:r>
      <w:r w:rsidRPr="00307841">
        <w:rPr>
          <w:rFonts w:cs="Shruti"/>
          <w:b/>
          <w:bCs/>
          <w:sz w:val="18"/>
          <w:szCs w:val="18"/>
          <w:cs/>
          <w:lang w:bidi="gu-IN"/>
        </w:rPr>
        <w:t>વેગ</w:t>
      </w:r>
      <w:r w:rsidRPr="00307841">
        <w:rPr>
          <w:b/>
          <w:sz w:val="18"/>
          <w:szCs w:val="18"/>
        </w:rPr>
        <w:t xml:space="preserve"> </w:t>
      </w:r>
      <w:r w:rsidRPr="00307841">
        <w:rPr>
          <w:rFonts w:cs="Shruti"/>
          <w:b/>
          <w:bCs/>
          <w:sz w:val="18"/>
          <w:szCs w:val="18"/>
          <w:cs/>
          <w:lang w:bidi="gu-IN"/>
        </w:rPr>
        <w:t>મળ્યો</w:t>
      </w:r>
      <w:r w:rsidRPr="00307841">
        <w:rPr>
          <w:b/>
          <w:sz w:val="18"/>
          <w:szCs w:val="18"/>
        </w:rPr>
        <w:t xml:space="preserve"> </w:t>
      </w:r>
      <w:r w:rsidRPr="00307841">
        <w:rPr>
          <w:rFonts w:cs="Shruti"/>
          <w:b/>
          <w:bCs/>
          <w:sz w:val="18"/>
          <w:szCs w:val="18"/>
          <w:cs/>
          <w:lang w:bidi="gu-IN"/>
        </w:rPr>
        <w:t>છે</w:t>
      </w:r>
      <w:r w:rsidRPr="00307841">
        <w:rPr>
          <w:b/>
          <w:sz w:val="18"/>
          <w:szCs w:val="18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307841" w14:paraId="1958B024" w14:textId="77777777" w:rsidTr="00307841">
        <w:tc>
          <w:tcPr>
            <w:tcW w:w="4320" w:type="dxa"/>
          </w:tcPr>
          <w:p w14:paraId="40993D6B" w14:textId="77777777" w:rsidR="00307841" w:rsidRDefault="00307841" w:rsidP="00307841">
            <w:r>
              <w:rPr>
                <w:rFonts w:cs="Shruti"/>
                <w:cs/>
                <w:lang w:bidi="gu-IN"/>
              </w:rPr>
              <w:t>એસ</w:t>
            </w:r>
            <w:r>
              <w:t>.</w:t>
            </w:r>
            <w:r>
              <w:rPr>
                <w:rFonts w:cs="Shruti"/>
                <w:cs/>
                <w:lang w:bidi="gu-IN"/>
              </w:rPr>
              <w:t>એમ</w:t>
            </w:r>
            <w:r>
              <w:t>.</w:t>
            </w:r>
            <w:r>
              <w:rPr>
                <w:rFonts w:cs="Shruti"/>
                <w:cs/>
                <w:lang w:bidi="gu-IN"/>
              </w:rPr>
              <w:t>સી</w:t>
            </w:r>
            <w:r>
              <w:t xml:space="preserve">. (SMC) </w:t>
            </w:r>
            <w:r>
              <w:rPr>
                <w:rFonts w:cs="Shruti"/>
                <w:cs/>
                <w:lang w:bidi="gu-IN"/>
              </w:rPr>
              <w:t>અધ્યક્ષની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સહી</w:t>
            </w:r>
            <w:r>
              <w:br/>
            </w:r>
            <w:r>
              <w:br/>
              <w:t>______________________</w:t>
            </w:r>
            <w:r>
              <w:br/>
            </w:r>
            <w:r>
              <w:rPr>
                <w:rFonts w:cs="Shruti"/>
                <w:cs/>
                <w:lang w:bidi="gu-IN"/>
              </w:rPr>
              <w:t>નામ</w:t>
            </w:r>
            <w:r>
              <w:t>:</w:t>
            </w:r>
          </w:p>
        </w:tc>
        <w:tc>
          <w:tcPr>
            <w:tcW w:w="4320" w:type="dxa"/>
          </w:tcPr>
          <w:p w14:paraId="51D5FD06" w14:textId="6056FF23" w:rsidR="00307841" w:rsidRPr="00517DC1" w:rsidRDefault="00307841" w:rsidP="00307841">
            <w:pPr>
              <w:jc w:val="right"/>
              <w:rPr>
                <w:rFonts w:cs="Shruti"/>
              </w:rPr>
            </w:pPr>
            <w:r>
              <w:rPr>
                <w:rFonts w:cs="Shruti"/>
                <w:cs/>
                <w:lang w:bidi="gu-IN"/>
              </w:rPr>
              <w:t>આચાર્યશ્રીની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સહી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અને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સિક્કો</w:t>
            </w:r>
            <w:r>
              <w:br/>
            </w:r>
            <w:r>
              <w:br/>
            </w:r>
            <w:r>
              <w:br/>
            </w:r>
            <w:r>
              <w:rPr>
                <w:rFonts w:cs="Shruti"/>
                <w:cs/>
                <w:lang w:bidi="gu-IN"/>
              </w:rPr>
              <w:t>સ્થળ</w:t>
            </w:r>
            <w:r>
              <w:t xml:space="preserve">: </w:t>
            </w:r>
            <w:r w:rsidR="008E13CA">
              <w:rPr>
                <w:rFonts w:cs="Shruti" w:hint="cs"/>
                <w:cs/>
                <w:lang w:bidi="gu-IN"/>
              </w:rPr>
              <w:t xml:space="preserve">ઢાંકણ્રીયાવાસ પ્રાથમિક શાળા </w:t>
            </w:r>
          </w:p>
        </w:tc>
      </w:tr>
    </w:tbl>
    <w:p w14:paraId="7A6A0A33" w14:textId="77777777" w:rsidR="00307841" w:rsidRDefault="00307841" w:rsidP="00307841"/>
    <w:p w14:paraId="51163E69" w14:textId="77777777" w:rsidR="00B527B0" w:rsidRDefault="00B527B0" w:rsidP="005D7E8D">
      <w:pPr>
        <w:tabs>
          <w:tab w:val="left" w:pos="2835"/>
        </w:tabs>
        <w:spacing w:line="240" w:lineRule="auto"/>
        <w:jc w:val="center"/>
        <w:rPr>
          <w:rFonts w:cs="Shruti"/>
          <w:bCs/>
          <w:sz w:val="28"/>
          <w:szCs w:val="28"/>
          <w:lang w:bidi="gu-IN"/>
        </w:rPr>
      </w:pPr>
    </w:p>
    <w:p w14:paraId="5D6533F6" w14:textId="77777777" w:rsidR="00AE5754" w:rsidRDefault="00AE5754" w:rsidP="005D7E8D">
      <w:pPr>
        <w:tabs>
          <w:tab w:val="left" w:pos="2835"/>
        </w:tabs>
        <w:spacing w:line="240" w:lineRule="auto"/>
        <w:jc w:val="center"/>
        <w:rPr>
          <w:rFonts w:cs="Shruti"/>
          <w:bCs/>
          <w:sz w:val="28"/>
          <w:szCs w:val="28"/>
          <w:lang w:bidi="gu-IN"/>
        </w:rPr>
      </w:pPr>
    </w:p>
    <w:p w14:paraId="0E873AD6" w14:textId="77777777" w:rsidR="00AE5754" w:rsidRDefault="00AE5754" w:rsidP="005D7E8D">
      <w:pPr>
        <w:tabs>
          <w:tab w:val="left" w:pos="2835"/>
        </w:tabs>
        <w:spacing w:line="240" w:lineRule="auto"/>
        <w:jc w:val="center"/>
        <w:rPr>
          <w:rFonts w:cs="Shruti"/>
          <w:bCs/>
          <w:sz w:val="28"/>
          <w:szCs w:val="28"/>
          <w:lang w:bidi="gu-IN"/>
        </w:rPr>
      </w:pPr>
    </w:p>
    <w:p w14:paraId="74E8EEBE" w14:textId="77777777" w:rsidR="00AE5754" w:rsidRDefault="00AE5754" w:rsidP="005D7E8D">
      <w:pPr>
        <w:tabs>
          <w:tab w:val="left" w:pos="2835"/>
        </w:tabs>
        <w:spacing w:line="240" w:lineRule="auto"/>
        <w:jc w:val="center"/>
        <w:rPr>
          <w:rFonts w:cs="Shruti"/>
          <w:bCs/>
          <w:sz w:val="28"/>
          <w:szCs w:val="28"/>
          <w:lang w:bidi="gu-IN"/>
        </w:rPr>
      </w:pPr>
    </w:p>
    <w:p w14:paraId="271BE869" w14:textId="77777777" w:rsidR="00AE5754" w:rsidRDefault="00AE5754" w:rsidP="005D7E8D">
      <w:pPr>
        <w:tabs>
          <w:tab w:val="left" w:pos="2835"/>
        </w:tabs>
        <w:spacing w:line="240" w:lineRule="auto"/>
        <w:jc w:val="center"/>
        <w:rPr>
          <w:rFonts w:cs="Shruti"/>
          <w:bCs/>
          <w:sz w:val="28"/>
          <w:szCs w:val="28"/>
          <w:lang w:bidi="gu-IN"/>
        </w:rPr>
      </w:pPr>
    </w:p>
    <w:p w14:paraId="74AFC182" w14:textId="77777777" w:rsidR="00AE5754" w:rsidRDefault="00AE5754" w:rsidP="005D7E8D">
      <w:pPr>
        <w:tabs>
          <w:tab w:val="left" w:pos="2835"/>
        </w:tabs>
        <w:spacing w:line="240" w:lineRule="auto"/>
        <w:jc w:val="center"/>
        <w:rPr>
          <w:rFonts w:cs="Shruti"/>
          <w:bCs/>
          <w:sz w:val="28"/>
          <w:szCs w:val="28"/>
          <w:lang w:bidi="gu-IN"/>
        </w:rPr>
      </w:pPr>
    </w:p>
    <w:p w14:paraId="159F8F5E" w14:textId="77777777" w:rsidR="00AE5754" w:rsidRDefault="00AE5754" w:rsidP="005D7E8D">
      <w:pPr>
        <w:tabs>
          <w:tab w:val="left" w:pos="2835"/>
        </w:tabs>
        <w:spacing w:line="240" w:lineRule="auto"/>
        <w:jc w:val="center"/>
        <w:rPr>
          <w:rFonts w:cs="Shruti"/>
          <w:bCs/>
          <w:sz w:val="28"/>
          <w:szCs w:val="28"/>
          <w:lang w:bidi="gu-IN"/>
        </w:rPr>
      </w:pPr>
    </w:p>
    <w:p w14:paraId="254BB56F" w14:textId="77777777" w:rsidR="00AE5754" w:rsidRDefault="00AE5754" w:rsidP="005D7E8D">
      <w:pPr>
        <w:tabs>
          <w:tab w:val="left" w:pos="2835"/>
        </w:tabs>
        <w:spacing w:line="240" w:lineRule="auto"/>
        <w:jc w:val="center"/>
        <w:rPr>
          <w:rFonts w:cs="Shruti"/>
          <w:bCs/>
          <w:sz w:val="28"/>
          <w:szCs w:val="28"/>
          <w:lang w:bidi="gu-IN"/>
        </w:rPr>
      </w:pPr>
    </w:p>
    <w:p w14:paraId="5ACDE599" w14:textId="706E9008" w:rsidR="00502A5D" w:rsidRDefault="002546D1" w:rsidP="00502A5D">
      <w:pPr>
        <w:spacing w:after="0" w:line="240" w:lineRule="auto"/>
        <w:jc w:val="center"/>
        <w:rPr>
          <w:rFonts w:cs="Shruti"/>
          <w:b/>
          <w:u w:val="single"/>
          <w:lang w:val="en-IN" w:bidi="gu-IN"/>
        </w:rPr>
      </w:pPr>
      <w:r>
        <w:rPr>
          <w:rFonts w:cs="Shruti" w:hint="cs"/>
          <w:sz w:val="28"/>
          <w:szCs w:val="28"/>
          <w:u w:val="single"/>
          <w:cs/>
          <w:lang w:bidi="gu-IN"/>
        </w:rPr>
        <w:t>ઢાંકણ્રીયાવાસ પ્રાથમિક શાળા તા- લાખણી જિલ્લો - વાવ-થરાદ ડાયસ કોડ: 24021300207</w:t>
      </w:r>
    </w:p>
    <w:p w14:paraId="09861100" w14:textId="77777777" w:rsidR="00AE5754" w:rsidRPr="00AE5754" w:rsidRDefault="00AE5754" w:rsidP="00AE5754">
      <w:pPr>
        <w:pStyle w:val="Heading1"/>
        <w:spacing w:line="240" w:lineRule="auto"/>
        <w:rPr>
          <w:sz w:val="18"/>
          <w:szCs w:val="18"/>
        </w:rPr>
      </w:pPr>
      <w:r>
        <w:rPr>
          <w:rFonts w:cs="Shruti"/>
          <w:cs/>
          <w:lang w:bidi="gu-IN"/>
        </w:rPr>
        <w:t>પુસ્તકાલય</w:t>
      </w:r>
      <w:r>
        <w:t xml:space="preserve">: </w:t>
      </w:r>
      <w:r>
        <w:rPr>
          <w:rFonts w:cs="Shruti"/>
          <w:cs/>
          <w:lang w:bidi="gu-IN"/>
        </w:rPr>
        <w:t>વર્તમાનપત્રો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સામયિકો</w:t>
      </w:r>
      <w:r>
        <w:t xml:space="preserve"> </w:t>
      </w:r>
      <w:r>
        <w:rPr>
          <w:rFonts w:cs="Shruti"/>
          <w:cs/>
          <w:lang w:bidi="gu-IN"/>
        </w:rPr>
        <w:t>તથા</w:t>
      </w:r>
      <w:r>
        <w:t xml:space="preserve"> </w:t>
      </w:r>
      <w:r>
        <w:rPr>
          <w:rFonts w:cs="Shruti"/>
          <w:cs/>
          <w:lang w:bidi="gu-IN"/>
        </w:rPr>
        <w:t>લવાજમની</w:t>
      </w:r>
      <w:r>
        <w:t xml:space="preserve"> </w:t>
      </w:r>
      <w:r>
        <w:rPr>
          <w:rFonts w:cs="Shruti"/>
          <w:cs/>
          <w:lang w:bidi="gu-IN"/>
        </w:rPr>
        <w:t>વિગત</w:t>
      </w:r>
      <w:r>
        <w:br/>
      </w:r>
      <w:r w:rsidRPr="00AE5754">
        <w:rPr>
          <w:rFonts w:cs="Shruti"/>
          <w:sz w:val="18"/>
          <w:szCs w:val="18"/>
          <w:cs/>
          <w:lang w:bidi="gu-IN"/>
        </w:rPr>
        <w:t>પ્રસ્તાવના</w:t>
      </w:r>
      <w:r w:rsidRPr="00AE5754">
        <w:rPr>
          <w:sz w:val="18"/>
          <w:szCs w:val="18"/>
        </w:rPr>
        <w:t>:</w:t>
      </w:r>
    </w:p>
    <w:p w14:paraId="7746D742" w14:textId="77777777" w:rsidR="00AE5754" w:rsidRPr="00AE5754" w:rsidRDefault="00AE5754" w:rsidP="00AE5754">
      <w:pPr>
        <w:spacing w:line="240" w:lineRule="auto"/>
        <w:rPr>
          <w:rFonts w:cs="Shruti"/>
          <w:sz w:val="18"/>
          <w:szCs w:val="18"/>
          <w:lang w:bidi="gu-IN"/>
        </w:rPr>
      </w:pPr>
      <w:r w:rsidRPr="00AE5754">
        <w:rPr>
          <w:rFonts w:cs="Shruti"/>
          <w:sz w:val="18"/>
          <w:szCs w:val="18"/>
          <w:cs/>
          <w:lang w:bidi="gu-IN"/>
        </w:rPr>
        <w:t>ગુણોત્સવ</w:t>
      </w:r>
      <w:r w:rsidRPr="00AE5754">
        <w:rPr>
          <w:sz w:val="18"/>
          <w:szCs w:val="18"/>
        </w:rPr>
        <w:t xml:space="preserve"> </w:t>
      </w:r>
      <w:r w:rsidRPr="00AE5754">
        <w:rPr>
          <w:rFonts w:cs="Shruti"/>
          <w:sz w:val="18"/>
          <w:szCs w:val="18"/>
          <w:cs/>
          <w:lang w:bidi="gu-IN"/>
        </w:rPr>
        <w:t>૨</w:t>
      </w:r>
      <w:r w:rsidRPr="00AE5754">
        <w:rPr>
          <w:sz w:val="18"/>
          <w:szCs w:val="18"/>
        </w:rPr>
        <w:t>.</w:t>
      </w:r>
      <w:r w:rsidRPr="00AE5754">
        <w:rPr>
          <w:rFonts w:cs="Shruti"/>
          <w:sz w:val="18"/>
          <w:szCs w:val="18"/>
          <w:cs/>
          <w:lang w:bidi="gu-IN"/>
        </w:rPr>
        <w:t>૦</w:t>
      </w:r>
      <w:r w:rsidRPr="00AE5754">
        <w:rPr>
          <w:sz w:val="18"/>
          <w:szCs w:val="18"/>
        </w:rPr>
        <w:t xml:space="preserve"> </w:t>
      </w:r>
      <w:r w:rsidRPr="00AE5754">
        <w:rPr>
          <w:rFonts w:cs="Shruti"/>
          <w:sz w:val="18"/>
          <w:szCs w:val="18"/>
          <w:cs/>
          <w:lang w:bidi="gu-IN"/>
        </w:rPr>
        <w:t>ના</w:t>
      </w:r>
      <w:r w:rsidRPr="00AE5754">
        <w:rPr>
          <w:sz w:val="18"/>
          <w:szCs w:val="18"/>
        </w:rPr>
        <w:t xml:space="preserve"> </w:t>
      </w:r>
      <w:r w:rsidRPr="00AE5754">
        <w:rPr>
          <w:rFonts w:cs="Shruti"/>
          <w:sz w:val="18"/>
          <w:szCs w:val="18"/>
          <w:cs/>
          <w:lang w:bidi="gu-IN"/>
        </w:rPr>
        <w:t>માપદંડો</w:t>
      </w:r>
      <w:r w:rsidRPr="00AE5754">
        <w:rPr>
          <w:sz w:val="18"/>
          <w:szCs w:val="18"/>
        </w:rPr>
        <w:t xml:space="preserve"> </w:t>
      </w:r>
      <w:r w:rsidRPr="00AE5754">
        <w:rPr>
          <w:rFonts w:cs="Shruti"/>
          <w:sz w:val="18"/>
          <w:szCs w:val="18"/>
          <w:cs/>
          <w:lang w:bidi="gu-IN"/>
        </w:rPr>
        <w:t>મુજબ</w:t>
      </w:r>
      <w:r w:rsidRPr="00AE5754">
        <w:rPr>
          <w:sz w:val="18"/>
          <w:szCs w:val="18"/>
        </w:rPr>
        <w:t xml:space="preserve"> </w:t>
      </w:r>
      <w:r w:rsidRPr="00AE5754">
        <w:rPr>
          <w:rFonts w:cs="Shruti"/>
          <w:sz w:val="18"/>
          <w:szCs w:val="18"/>
          <w:cs/>
          <w:lang w:bidi="gu-IN"/>
        </w:rPr>
        <w:t>શાળાના</w:t>
      </w:r>
      <w:r w:rsidRPr="00AE5754">
        <w:rPr>
          <w:sz w:val="18"/>
          <w:szCs w:val="18"/>
        </w:rPr>
        <w:t xml:space="preserve"> </w:t>
      </w:r>
      <w:r w:rsidRPr="00AE5754">
        <w:rPr>
          <w:rFonts w:cs="Shruti"/>
          <w:sz w:val="18"/>
          <w:szCs w:val="18"/>
          <w:cs/>
          <w:lang w:bidi="gu-IN"/>
        </w:rPr>
        <w:t>વિદ્યાર્થીઓ</w:t>
      </w:r>
      <w:r w:rsidRPr="00AE5754">
        <w:rPr>
          <w:sz w:val="18"/>
          <w:szCs w:val="18"/>
        </w:rPr>
        <w:t xml:space="preserve"> </w:t>
      </w:r>
      <w:r w:rsidRPr="00AE5754">
        <w:rPr>
          <w:rFonts w:cs="Shruti"/>
          <w:sz w:val="18"/>
          <w:szCs w:val="18"/>
          <w:cs/>
          <w:lang w:bidi="gu-IN"/>
        </w:rPr>
        <w:t>અને</w:t>
      </w:r>
      <w:r w:rsidRPr="00AE5754">
        <w:rPr>
          <w:sz w:val="18"/>
          <w:szCs w:val="18"/>
        </w:rPr>
        <w:t xml:space="preserve"> </w:t>
      </w:r>
      <w:r w:rsidRPr="00AE5754">
        <w:rPr>
          <w:rFonts w:cs="Shruti"/>
          <w:sz w:val="18"/>
          <w:szCs w:val="18"/>
          <w:cs/>
          <w:lang w:bidi="gu-IN"/>
        </w:rPr>
        <w:t>શિક્ષકોના</w:t>
      </w:r>
      <w:r w:rsidRPr="00AE5754">
        <w:rPr>
          <w:sz w:val="18"/>
          <w:szCs w:val="18"/>
        </w:rPr>
        <w:t xml:space="preserve"> </w:t>
      </w:r>
      <w:r w:rsidRPr="00AE5754">
        <w:rPr>
          <w:rFonts w:cs="Shruti"/>
          <w:sz w:val="18"/>
          <w:szCs w:val="18"/>
          <w:cs/>
          <w:lang w:bidi="gu-IN"/>
        </w:rPr>
        <w:t>જ્ઞાનવર્ધન</w:t>
      </w:r>
      <w:r w:rsidRPr="00AE5754">
        <w:rPr>
          <w:sz w:val="18"/>
          <w:szCs w:val="18"/>
        </w:rPr>
        <w:t xml:space="preserve"> </w:t>
      </w:r>
      <w:r w:rsidRPr="00AE5754">
        <w:rPr>
          <w:rFonts w:cs="Shruti"/>
          <w:sz w:val="18"/>
          <w:szCs w:val="18"/>
          <w:cs/>
          <w:lang w:bidi="gu-IN"/>
        </w:rPr>
        <w:t>તથા</w:t>
      </w:r>
      <w:r w:rsidRPr="00AE5754">
        <w:rPr>
          <w:sz w:val="18"/>
          <w:szCs w:val="18"/>
        </w:rPr>
        <w:t xml:space="preserve"> </w:t>
      </w:r>
      <w:r w:rsidRPr="00AE5754">
        <w:rPr>
          <w:rFonts w:cs="Shruti"/>
          <w:sz w:val="18"/>
          <w:szCs w:val="18"/>
          <w:cs/>
          <w:lang w:bidi="gu-IN"/>
        </w:rPr>
        <w:t>વાંચન</w:t>
      </w:r>
      <w:r w:rsidRPr="00AE5754">
        <w:rPr>
          <w:sz w:val="18"/>
          <w:szCs w:val="18"/>
        </w:rPr>
        <w:t xml:space="preserve"> </w:t>
      </w:r>
      <w:r w:rsidRPr="00AE5754">
        <w:rPr>
          <w:rFonts w:cs="Shruti"/>
          <w:sz w:val="18"/>
          <w:szCs w:val="18"/>
          <w:cs/>
          <w:lang w:bidi="gu-IN"/>
        </w:rPr>
        <w:t>ટેવ</w:t>
      </w:r>
      <w:r w:rsidRPr="00AE5754">
        <w:rPr>
          <w:sz w:val="18"/>
          <w:szCs w:val="18"/>
        </w:rPr>
        <w:t xml:space="preserve"> </w:t>
      </w:r>
      <w:r w:rsidRPr="00AE5754">
        <w:rPr>
          <w:rFonts w:cs="Shruti"/>
          <w:sz w:val="18"/>
          <w:szCs w:val="18"/>
          <w:cs/>
          <w:lang w:bidi="gu-IN"/>
        </w:rPr>
        <w:t>વિકસાવવા</w:t>
      </w:r>
      <w:r w:rsidRPr="00AE5754">
        <w:rPr>
          <w:sz w:val="18"/>
          <w:szCs w:val="18"/>
        </w:rPr>
        <w:t xml:space="preserve"> </w:t>
      </w:r>
      <w:r w:rsidRPr="00AE5754">
        <w:rPr>
          <w:rFonts w:cs="Shruti"/>
          <w:sz w:val="18"/>
          <w:szCs w:val="18"/>
          <w:cs/>
          <w:lang w:bidi="gu-IN"/>
        </w:rPr>
        <w:t>માટે</w:t>
      </w:r>
      <w:r w:rsidRPr="00AE5754">
        <w:rPr>
          <w:sz w:val="18"/>
          <w:szCs w:val="18"/>
        </w:rPr>
        <w:t xml:space="preserve"> </w:t>
      </w:r>
      <w:r w:rsidRPr="00AE5754">
        <w:rPr>
          <w:rFonts w:cs="Shruti"/>
          <w:sz w:val="18"/>
          <w:szCs w:val="18"/>
          <w:cs/>
          <w:lang w:bidi="gu-IN"/>
        </w:rPr>
        <w:t>શાળાના</w:t>
      </w:r>
      <w:r w:rsidRPr="00AE5754">
        <w:rPr>
          <w:sz w:val="18"/>
          <w:szCs w:val="18"/>
        </w:rPr>
        <w:t xml:space="preserve"> </w:t>
      </w:r>
      <w:r w:rsidRPr="00AE5754">
        <w:rPr>
          <w:rFonts w:cs="Shruti"/>
          <w:sz w:val="18"/>
          <w:szCs w:val="18"/>
          <w:cs/>
          <w:lang w:bidi="gu-IN"/>
        </w:rPr>
        <w:t>પુસ્તકાલય</w:t>
      </w:r>
      <w:r w:rsidRPr="00AE5754">
        <w:rPr>
          <w:sz w:val="18"/>
          <w:szCs w:val="18"/>
        </w:rPr>
        <w:t xml:space="preserve"> / </w:t>
      </w:r>
      <w:r w:rsidRPr="00AE5754">
        <w:rPr>
          <w:rFonts w:cs="Shruti"/>
          <w:sz w:val="18"/>
          <w:szCs w:val="18"/>
          <w:cs/>
          <w:lang w:bidi="gu-IN"/>
        </w:rPr>
        <w:t>વાંચનાલયમાં</w:t>
      </w:r>
      <w:r w:rsidRPr="00AE5754">
        <w:rPr>
          <w:sz w:val="18"/>
          <w:szCs w:val="18"/>
        </w:rPr>
        <w:t xml:space="preserve"> </w:t>
      </w:r>
      <w:r w:rsidRPr="00AE5754">
        <w:rPr>
          <w:rFonts w:cs="Shruti"/>
          <w:sz w:val="18"/>
          <w:szCs w:val="18"/>
          <w:cs/>
          <w:lang w:bidi="gu-IN"/>
        </w:rPr>
        <w:t>નિયમિત</w:t>
      </w:r>
      <w:r w:rsidRPr="00AE5754">
        <w:rPr>
          <w:sz w:val="18"/>
          <w:szCs w:val="18"/>
        </w:rPr>
        <w:t xml:space="preserve"> </w:t>
      </w:r>
      <w:r w:rsidRPr="00AE5754">
        <w:rPr>
          <w:rFonts w:cs="Shruti"/>
          <w:sz w:val="18"/>
          <w:szCs w:val="18"/>
          <w:cs/>
          <w:lang w:bidi="gu-IN"/>
        </w:rPr>
        <w:t>ધોરણે</w:t>
      </w:r>
      <w:r w:rsidRPr="00AE5754">
        <w:rPr>
          <w:sz w:val="18"/>
          <w:szCs w:val="18"/>
        </w:rPr>
        <w:t xml:space="preserve"> </w:t>
      </w:r>
      <w:r w:rsidRPr="00AE5754">
        <w:rPr>
          <w:rFonts w:cs="Shruti"/>
          <w:sz w:val="18"/>
          <w:szCs w:val="18"/>
          <w:cs/>
          <w:lang w:bidi="gu-IN"/>
        </w:rPr>
        <w:t>આવતા</w:t>
      </w:r>
      <w:r w:rsidRPr="00AE5754">
        <w:rPr>
          <w:sz w:val="18"/>
          <w:szCs w:val="18"/>
        </w:rPr>
        <w:t xml:space="preserve"> </w:t>
      </w:r>
      <w:r w:rsidRPr="00AE5754">
        <w:rPr>
          <w:rFonts w:cs="Shruti"/>
          <w:sz w:val="18"/>
          <w:szCs w:val="18"/>
          <w:cs/>
          <w:lang w:bidi="gu-IN"/>
        </w:rPr>
        <w:t>વર્તમાનપત્રો</w:t>
      </w:r>
      <w:r w:rsidRPr="00AE5754">
        <w:rPr>
          <w:sz w:val="18"/>
          <w:szCs w:val="18"/>
        </w:rPr>
        <w:t xml:space="preserve"> </w:t>
      </w:r>
      <w:r w:rsidRPr="00AE5754">
        <w:rPr>
          <w:rFonts w:cs="Shruti"/>
          <w:sz w:val="18"/>
          <w:szCs w:val="18"/>
          <w:cs/>
          <w:lang w:bidi="gu-IN"/>
        </w:rPr>
        <w:t>અને</w:t>
      </w:r>
      <w:r w:rsidRPr="00AE5754">
        <w:rPr>
          <w:sz w:val="18"/>
          <w:szCs w:val="18"/>
        </w:rPr>
        <w:t xml:space="preserve"> </w:t>
      </w:r>
      <w:r w:rsidRPr="00AE5754">
        <w:rPr>
          <w:rFonts w:cs="Shruti"/>
          <w:sz w:val="18"/>
          <w:szCs w:val="18"/>
          <w:cs/>
          <w:lang w:bidi="gu-IN"/>
        </w:rPr>
        <w:t>શૈક્ષણિક</w:t>
      </w:r>
      <w:r w:rsidRPr="00AE5754">
        <w:rPr>
          <w:sz w:val="18"/>
          <w:szCs w:val="18"/>
        </w:rPr>
        <w:t xml:space="preserve"> </w:t>
      </w:r>
      <w:r w:rsidRPr="00AE5754">
        <w:rPr>
          <w:rFonts w:cs="Shruti"/>
          <w:sz w:val="18"/>
          <w:szCs w:val="18"/>
          <w:cs/>
          <w:lang w:bidi="gu-IN"/>
        </w:rPr>
        <w:t>સામયિકોની</w:t>
      </w:r>
      <w:r w:rsidRPr="00AE5754">
        <w:rPr>
          <w:sz w:val="18"/>
          <w:szCs w:val="18"/>
        </w:rPr>
        <w:t xml:space="preserve"> </w:t>
      </w:r>
      <w:r w:rsidRPr="00AE5754">
        <w:rPr>
          <w:rFonts w:cs="Shruti"/>
          <w:sz w:val="18"/>
          <w:szCs w:val="18"/>
          <w:cs/>
          <w:lang w:bidi="gu-IN"/>
        </w:rPr>
        <w:t>યાદી</w:t>
      </w:r>
      <w:r w:rsidRPr="00AE5754">
        <w:rPr>
          <w:sz w:val="18"/>
          <w:szCs w:val="18"/>
        </w:rPr>
        <w:t xml:space="preserve"> </w:t>
      </w:r>
      <w:r w:rsidRPr="00AE5754">
        <w:rPr>
          <w:rFonts w:cs="Shruti"/>
          <w:sz w:val="18"/>
          <w:szCs w:val="18"/>
          <w:cs/>
          <w:lang w:bidi="gu-IN"/>
        </w:rPr>
        <w:t>તથા</w:t>
      </w:r>
      <w:r w:rsidRPr="00AE5754">
        <w:rPr>
          <w:sz w:val="18"/>
          <w:szCs w:val="18"/>
        </w:rPr>
        <w:t xml:space="preserve"> </w:t>
      </w:r>
      <w:r w:rsidRPr="00AE5754">
        <w:rPr>
          <w:rFonts w:cs="Shruti"/>
          <w:sz w:val="18"/>
          <w:szCs w:val="18"/>
          <w:cs/>
          <w:lang w:bidi="gu-IN"/>
        </w:rPr>
        <w:t>તેના</w:t>
      </w:r>
      <w:r w:rsidRPr="00AE5754">
        <w:rPr>
          <w:sz w:val="18"/>
          <w:szCs w:val="18"/>
        </w:rPr>
        <w:t xml:space="preserve"> </w:t>
      </w:r>
      <w:r w:rsidRPr="00AE5754">
        <w:rPr>
          <w:rFonts w:cs="Shruti"/>
          <w:sz w:val="18"/>
          <w:szCs w:val="18"/>
          <w:cs/>
          <w:lang w:bidi="gu-IN"/>
        </w:rPr>
        <w:t>અદ્યતન</w:t>
      </w:r>
      <w:r w:rsidRPr="00AE5754">
        <w:rPr>
          <w:sz w:val="18"/>
          <w:szCs w:val="18"/>
        </w:rPr>
        <w:t xml:space="preserve"> </w:t>
      </w:r>
      <w:r w:rsidRPr="00AE5754">
        <w:rPr>
          <w:rFonts w:cs="Shruti"/>
          <w:sz w:val="18"/>
          <w:szCs w:val="18"/>
          <w:cs/>
          <w:lang w:bidi="gu-IN"/>
        </w:rPr>
        <w:t>લવાજમની</w:t>
      </w:r>
      <w:r w:rsidRPr="00AE5754">
        <w:rPr>
          <w:sz w:val="18"/>
          <w:szCs w:val="18"/>
        </w:rPr>
        <w:t xml:space="preserve"> </w:t>
      </w:r>
      <w:r w:rsidRPr="00AE5754">
        <w:rPr>
          <w:rFonts w:cs="Shruti"/>
          <w:sz w:val="18"/>
          <w:szCs w:val="18"/>
          <w:cs/>
          <w:lang w:bidi="gu-IN"/>
        </w:rPr>
        <w:t>વિગતો</w:t>
      </w:r>
      <w:r w:rsidRPr="00AE5754">
        <w:rPr>
          <w:sz w:val="18"/>
          <w:szCs w:val="18"/>
        </w:rPr>
        <w:t xml:space="preserve"> </w:t>
      </w:r>
      <w:r w:rsidRPr="00AE5754">
        <w:rPr>
          <w:rFonts w:cs="Shruti"/>
          <w:sz w:val="18"/>
          <w:szCs w:val="18"/>
          <w:cs/>
          <w:lang w:bidi="gu-IN"/>
        </w:rPr>
        <w:t>નીચે</w:t>
      </w:r>
      <w:r w:rsidRPr="00AE5754">
        <w:rPr>
          <w:sz w:val="18"/>
          <w:szCs w:val="18"/>
        </w:rPr>
        <w:t xml:space="preserve"> </w:t>
      </w:r>
      <w:r w:rsidRPr="00AE5754">
        <w:rPr>
          <w:rFonts w:cs="Shruti"/>
          <w:sz w:val="18"/>
          <w:szCs w:val="18"/>
          <w:cs/>
          <w:lang w:bidi="gu-IN"/>
        </w:rPr>
        <w:t>મુજબ</w:t>
      </w:r>
      <w:r w:rsidRPr="00AE5754">
        <w:rPr>
          <w:sz w:val="18"/>
          <w:szCs w:val="18"/>
        </w:rPr>
        <w:t xml:space="preserve"> </w:t>
      </w:r>
      <w:r w:rsidRPr="00AE5754">
        <w:rPr>
          <w:rFonts w:cs="Shruti"/>
          <w:sz w:val="18"/>
          <w:szCs w:val="18"/>
          <w:cs/>
          <w:lang w:bidi="gu-IN"/>
        </w:rPr>
        <w:t>છે</w:t>
      </w:r>
      <w:r>
        <w:rPr>
          <w:sz w:val="18"/>
          <w:szCs w:val="18"/>
        </w:rPr>
        <w:t>:</w:t>
      </w:r>
    </w:p>
    <w:p w14:paraId="73BCE9E5" w14:textId="77777777" w:rsidR="00AE5754" w:rsidRDefault="00AE5754" w:rsidP="00AE5754">
      <w:pPr>
        <w:pStyle w:val="Heading2"/>
        <w:spacing w:line="240" w:lineRule="auto"/>
      </w:pPr>
      <w:r>
        <w:rPr>
          <w:rFonts w:cs="Shruti"/>
          <w:cs/>
          <w:lang w:bidi="gu-IN"/>
        </w:rPr>
        <w:t>૧</w:t>
      </w:r>
      <w:r>
        <w:t xml:space="preserve">. </w:t>
      </w:r>
      <w:r>
        <w:rPr>
          <w:rFonts w:cs="Shruti"/>
          <w:cs/>
          <w:lang w:bidi="gu-IN"/>
        </w:rPr>
        <w:t>પુસ્તકાલયમાં</w:t>
      </w:r>
      <w:r>
        <w:t xml:space="preserve"> </w:t>
      </w:r>
      <w:r>
        <w:rPr>
          <w:rFonts w:cs="Shruti"/>
          <w:cs/>
          <w:lang w:bidi="gu-IN"/>
        </w:rPr>
        <w:t>આવતાં</w:t>
      </w:r>
      <w:r>
        <w:t xml:space="preserve"> </w:t>
      </w:r>
      <w:r>
        <w:rPr>
          <w:rFonts w:cs="Shruti"/>
          <w:cs/>
          <w:lang w:bidi="gu-IN"/>
        </w:rPr>
        <w:t>નિયમિત</w:t>
      </w:r>
      <w:r>
        <w:t xml:space="preserve"> </w:t>
      </w:r>
      <w:r>
        <w:rPr>
          <w:rFonts w:cs="Shruti"/>
          <w:cs/>
          <w:lang w:bidi="gu-IN"/>
        </w:rPr>
        <w:t>વર્તમાનપત્રોની</w:t>
      </w:r>
      <w:r>
        <w:t xml:space="preserve"> </w:t>
      </w:r>
      <w:r>
        <w:rPr>
          <w:rFonts w:cs="Shruti"/>
          <w:cs/>
          <w:lang w:bidi="gu-IN"/>
        </w:rPr>
        <w:t>વિગત</w:t>
      </w:r>
      <w: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3"/>
        <w:gridCol w:w="2549"/>
        <w:gridCol w:w="2407"/>
        <w:gridCol w:w="3141"/>
      </w:tblGrid>
      <w:tr w:rsidR="00AE5754" w14:paraId="2678E8BC" w14:textId="77777777" w:rsidTr="00AE5754">
        <w:tc>
          <w:tcPr>
            <w:tcW w:w="534" w:type="dxa"/>
          </w:tcPr>
          <w:p w14:paraId="3165FE30" w14:textId="77777777" w:rsidR="00AE5754" w:rsidRDefault="00AE5754" w:rsidP="00AE5754">
            <w:r>
              <w:rPr>
                <w:rFonts w:cs="Shruti"/>
                <w:b/>
                <w:bCs/>
                <w:cs/>
                <w:lang w:bidi="gu-IN"/>
              </w:rPr>
              <w:t>ક્રમ</w:t>
            </w:r>
          </w:p>
        </w:tc>
        <w:tc>
          <w:tcPr>
            <w:tcW w:w="2551" w:type="dxa"/>
          </w:tcPr>
          <w:p w14:paraId="30D544FD" w14:textId="77777777" w:rsidR="00AE5754" w:rsidRDefault="00AE5754" w:rsidP="00AE5754">
            <w:r>
              <w:rPr>
                <w:rFonts w:cs="Shruti"/>
                <w:b/>
                <w:bCs/>
                <w:cs/>
                <w:lang w:bidi="gu-IN"/>
              </w:rPr>
              <w:t>વર્તમાનપત્રનું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નામ</w:t>
            </w:r>
          </w:p>
        </w:tc>
        <w:tc>
          <w:tcPr>
            <w:tcW w:w="2410" w:type="dxa"/>
          </w:tcPr>
          <w:p w14:paraId="00C477AE" w14:textId="77777777" w:rsidR="00AE5754" w:rsidRDefault="00AE5754" w:rsidP="00AE5754">
            <w:r>
              <w:rPr>
                <w:rFonts w:cs="Shruti"/>
                <w:b/>
                <w:bCs/>
                <w:cs/>
                <w:lang w:bidi="gu-IN"/>
              </w:rPr>
              <w:t>ભાષા</w:t>
            </w:r>
            <w:r>
              <w:rPr>
                <w:b/>
              </w:rPr>
              <w:t xml:space="preserve"> / </w:t>
            </w:r>
            <w:r>
              <w:rPr>
                <w:rFonts w:cs="Shruti"/>
                <w:b/>
                <w:bCs/>
                <w:cs/>
                <w:lang w:bidi="gu-IN"/>
              </w:rPr>
              <w:t>આવૃત્તિ</w:t>
            </w:r>
          </w:p>
        </w:tc>
        <w:tc>
          <w:tcPr>
            <w:tcW w:w="3145" w:type="dxa"/>
          </w:tcPr>
          <w:p w14:paraId="0C2FF28E" w14:textId="77777777" w:rsidR="00AE5754" w:rsidRDefault="00AE5754" w:rsidP="00AE5754">
            <w:r>
              <w:rPr>
                <w:rFonts w:cs="Shruti"/>
                <w:b/>
                <w:bCs/>
                <w:cs/>
                <w:lang w:bidi="gu-IN"/>
              </w:rPr>
              <w:t>લવાજમનો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પ્રકાર</w:t>
            </w:r>
          </w:p>
        </w:tc>
      </w:tr>
      <w:tr w:rsidR="00AE5754" w14:paraId="5963B656" w14:textId="77777777" w:rsidTr="00AE5754">
        <w:tc>
          <w:tcPr>
            <w:tcW w:w="534" w:type="dxa"/>
          </w:tcPr>
          <w:p w14:paraId="07854DA7" w14:textId="77777777" w:rsidR="00AE5754" w:rsidRDefault="00AE5754" w:rsidP="00AE5754">
            <w:r>
              <w:rPr>
                <w:rFonts w:cs="Shruti"/>
                <w:cs/>
                <w:lang w:bidi="gu-IN"/>
              </w:rPr>
              <w:t>૧</w:t>
            </w:r>
          </w:p>
        </w:tc>
        <w:tc>
          <w:tcPr>
            <w:tcW w:w="2551" w:type="dxa"/>
          </w:tcPr>
          <w:p w14:paraId="2000B73B" w14:textId="7FB4C272" w:rsidR="00AE5754" w:rsidRDefault="00517DC1" w:rsidP="00AE5754">
            <w:r>
              <w:rPr>
                <w:rFonts w:cs="Shruti"/>
                <w:cs/>
                <w:lang w:bidi="gu-IN"/>
              </w:rPr>
              <w:t>દિવ્ય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ભાસ્કર</w:t>
            </w:r>
          </w:p>
        </w:tc>
        <w:tc>
          <w:tcPr>
            <w:tcW w:w="2410" w:type="dxa"/>
          </w:tcPr>
          <w:p w14:paraId="56820D10" w14:textId="77777777" w:rsidR="00AE5754" w:rsidRDefault="00AE5754" w:rsidP="00AE5754">
            <w:r>
              <w:rPr>
                <w:rFonts w:cs="Shruti"/>
                <w:cs/>
                <w:lang w:bidi="gu-IN"/>
              </w:rPr>
              <w:t>ગુજરાતી</w:t>
            </w:r>
            <w:r>
              <w:t xml:space="preserve"> (</w:t>
            </w:r>
            <w:r>
              <w:rPr>
                <w:rFonts w:cs="Shruti"/>
                <w:cs/>
                <w:lang w:bidi="gu-IN"/>
              </w:rPr>
              <w:t>દૈનિક</w:t>
            </w:r>
            <w:r>
              <w:t>)</w:t>
            </w:r>
          </w:p>
        </w:tc>
        <w:tc>
          <w:tcPr>
            <w:tcW w:w="3145" w:type="dxa"/>
          </w:tcPr>
          <w:p w14:paraId="563C10F7" w14:textId="2C215C92" w:rsidR="00AE5754" w:rsidRPr="00517DC1" w:rsidRDefault="00517DC1" w:rsidP="00AE5754">
            <w:pPr>
              <w:rPr>
                <w:rFonts w:cs="Shruti"/>
              </w:rPr>
            </w:pPr>
            <w:r>
              <w:rPr>
                <w:rFonts w:cs="Shruti"/>
                <w:cs/>
                <w:lang w:bidi="gu-IN"/>
              </w:rPr>
              <w:t>વાર્ષિક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બીલ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મુજબ</w:t>
            </w:r>
          </w:p>
        </w:tc>
      </w:tr>
      <w:tr w:rsidR="00545151" w14:paraId="74137138" w14:textId="77777777" w:rsidTr="00AE5754">
        <w:tc>
          <w:tcPr>
            <w:tcW w:w="534" w:type="dxa"/>
          </w:tcPr>
          <w:p w14:paraId="6156DC94" w14:textId="77777777" w:rsidR="00545151" w:rsidRDefault="00545151" w:rsidP="00AE5754">
            <w:r>
              <w:rPr>
                <w:rFonts w:cs="Shruti"/>
                <w:cs/>
                <w:lang w:bidi="gu-IN"/>
              </w:rPr>
              <w:t>૨</w:t>
            </w:r>
          </w:p>
        </w:tc>
        <w:tc>
          <w:tcPr>
            <w:tcW w:w="2551" w:type="dxa"/>
          </w:tcPr>
          <w:p w14:paraId="5C5903B6" w14:textId="1DCB5E9F" w:rsidR="00545151" w:rsidRPr="00517DC1" w:rsidRDefault="00517DC1" w:rsidP="00AE5754">
            <w:pPr>
              <w:rPr>
                <w:rFonts w:cs="Shruti"/>
              </w:rPr>
            </w:pPr>
            <w:r>
              <w:rPr>
                <w:rFonts w:cs="Shruti" w:hint="cs"/>
                <w:cs/>
                <w:lang w:bidi="gu-IN"/>
              </w:rPr>
              <w:t>બાલસૃષ્ટી</w:t>
            </w:r>
          </w:p>
        </w:tc>
        <w:tc>
          <w:tcPr>
            <w:tcW w:w="2410" w:type="dxa"/>
          </w:tcPr>
          <w:p w14:paraId="5DF0572D" w14:textId="42317DD7" w:rsidR="00545151" w:rsidRPr="00517DC1" w:rsidRDefault="00517DC1" w:rsidP="00AE5754">
            <w:pPr>
              <w:rPr>
                <w:rFonts w:cs="Shruti"/>
                <w:lang w:bidi="gu-IN"/>
              </w:rPr>
            </w:pPr>
            <w:r>
              <w:rPr>
                <w:rFonts w:cs="Shruti" w:hint="cs"/>
                <w:cs/>
                <w:lang w:bidi="gu-IN"/>
              </w:rPr>
              <w:t xml:space="preserve">ગુજરાતી </w:t>
            </w:r>
          </w:p>
        </w:tc>
        <w:tc>
          <w:tcPr>
            <w:tcW w:w="3145" w:type="dxa"/>
          </w:tcPr>
          <w:p w14:paraId="684D2F10" w14:textId="47DEB836" w:rsidR="00545151" w:rsidRPr="00517DC1" w:rsidRDefault="00517DC1">
            <w:pPr>
              <w:rPr>
                <w:rFonts w:cs="Shruti"/>
                <w:lang w:bidi="gu-IN"/>
              </w:rPr>
            </w:pPr>
            <w:r>
              <w:rPr>
                <w:rFonts w:cs="Shruti" w:hint="cs"/>
                <w:cs/>
                <w:lang w:bidi="gu-IN"/>
              </w:rPr>
              <w:t xml:space="preserve">બીલ ભરેલ નથી </w:t>
            </w:r>
          </w:p>
        </w:tc>
      </w:tr>
      <w:tr w:rsidR="00545151" w14:paraId="020D1F97" w14:textId="77777777" w:rsidTr="00AE5754">
        <w:tc>
          <w:tcPr>
            <w:tcW w:w="534" w:type="dxa"/>
          </w:tcPr>
          <w:p w14:paraId="28EB6D94" w14:textId="77777777" w:rsidR="00545151" w:rsidRDefault="00545151" w:rsidP="00AE5754">
            <w:r>
              <w:rPr>
                <w:rFonts w:cs="Shruti"/>
                <w:cs/>
                <w:lang w:bidi="gu-IN"/>
              </w:rPr>
              <w:t>૩</w:t>
            </w:r>
          </w:p>
        </w:tc>
        <w:tc>
          <w:tcPr>
            <w:tcW w:w="2551" w:type="dxa"/>
          </w:tcPr>
          <w:p w14:paraId="6AD78088" w14:textId="5DAE1F82" w:rsidR="00545151" w:rsidRDefault="00545151" w:rsidP="00AE5754"/>
        </w:tc>
        <w:tc>
          <w:tcPr>
            <w:tcW w:w="2410" w:type="dxa"/>
          </w:tcPr>
          <w:p w14:paraId="686AE354" w14:textId="23F7C9D2" w:rsidR="00545151" w:rsidRPr="00517DC1" w:rsidRDefault="00545151" w:rsidP="00AE5754">
            <w:pPr>
              <w:rPr>
                <w:rFonts w:cs="Shruti"/>
              </w:rPr>
            </w:pPr>
          </w:p>
        </w:tc>
        <w:tc>
          <w:tcPr>
            <w:tcW w:w="3145" w:type="dxa"/>
          </w:tcPr>
          <w:p w14:paraId="67A00C84" w14:textId="317AE26A" w:rsidR="00545151" w:rsidRDefault="00545151">
            <w:r w:rsidRPr="00243448">
              <w:rPr>
                <w:rFonts w:cs="Shruti" w:hint="cs"/>
                <w:cs/>
                <w:lang w:bidi="gu-IN"/>
              </w:rPr>
              <w:t xml:space="preserve"> </w:t>
            </w:r>
          </w:p>
        </w:tc>
      </w:tr>
      <w:tr w:rsidR="00AE5754" w14:paraId="2356D92E" w14:textId="77777777" w:rsidTr="00AE5754">
        <w:tc>
          <w:tcPr>
            <w:tcW w:w="534" w:type="dxa"/>
          </w:tcPr>
          <w:p w14:paraId="4C818C17" w14:textId="77777777" w:rsidR="00AE5754" w:rsidRDefault="00AE5754" w:rsidP="00AE5754">
            <w:r>
              <w:rPr>
                <w:rFonts w:cs="Shruti"/>
                <w:cs/>
                <w:lang w:bidi="gu-IN"/>
              </w:rPr>
              <w:t>૪</w:t>
            </w:r>
          </w:p>
        </w:tc>
        <w:tc>
          <w:tcPr>
            <w:tcW w:w="2551" w:type="dxa"/>
          </w:tcPr>
          <w:p w14:paraId="20E83CF4" w14:textId="4E26F416" w:rsidR="00AE5754" w:rsidRPr="00AE5754" w:rsidRDefault="00AE5754" w:rsidP="00AE5754">
            <w:pPr>
              <w:rPr>
                <w:rFonts w:cs="Shruti"/>
                <w:lang w:bidi="gu-IN"/>
              </w:rPr>
            </w:pPr>
          </w:p>
        </w:tc>
        <w:tc>
          <w:tcPr>
            <w:tcW w:w="2410" w:type="dxa"/>
          </w:tcPr>
          <w:p w14:paraId="08772B05" w14:textId="2FD80D77" w:rsidR="00AE5754" w:rsidRPr="00517DC1" w:rsidRDefault="00AE5754" w:rsidP="00AE5754">
            <w:pPr>
              <w:rPr>
                <w:rFonts w:cs="Shruti"/>
              </w:rPr>
            </w:pPr>
          </w:p>
        </w:tc>
        <w:tc>
          <w:tcPr>
            <w:tcW w:w="3145" w:type="dxa"/>
          </w:tcPr>
          <w:p w14:paraId="5EBA1224" w14:textId="34BFED97" w:rsidR="00AE5754" w:rsidRDefault="00AE5754" w:rsidP="00FE1643"/>
        </w:tc>
      </w:tr>
    </w:tbl>
    <w:p w14:paraId="55D674FA" w14:textId="77777777" w:rsidR="00AE5754" w:rsidRDefault="00AE5754" w:rsidP="00AE5754">
      <w:pPr>
        <w:pStyle w:val="Heading2"/>
        <w:spacing w:line="240" w:lineRule="auto"/>
      </w:pPr>
      <w:r>
        <w:rPr>
          <w:rFonts w:cs="Shruti"/>
          <w:cs/>
          <w:lang w:bidi="gu-IN"/>
        </w:rPr>
        <w:t>૨</w:t>
      </w:r>
      <w:r>
        <w:t xml:space="preserve">. </w:t>
      </w:r>
      <w:r>
        <w:rPr>
          <w:rFonts w:cs="Shruti"/>
          <w:cs/>
          <w:lang w:bidi="gu-IN"/>
        </w:rPr>
        <w:t>પુસ્તકાલયમાં</w:t>
      </w:r>
      <w:r>
        <w:t xml:space="preserve"> </w:t>
      </w:r>
      <w:r>
        <w:rPr>
          <w:rFonts w:cs="Shruti"/>
          <w:cs/>
          <w:lang w:bidi="gu-IN"/>
        </w:rPr>
        <w:t>આવતાં</w:t>
      </w:r>
      <w:r>
        <w:t xml:space="preserve"> </w:t>
      </w:r>
      <w:r>
        <w:rPr>
          <w:rFonts w:cs="Shruti"/>
          <w:cs/>
          <w:lang w:bidi="gu-IN"/>
        </w:rPr>
        <w:t>શૈક્ષણિક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બાળ</w:t>
      </w:r>
      <w:r>
        <w:t xml:space="preserve"> </w:t>
      </w:r>
      <w:r>
        <w:rPr>
          <w:rFonts w:cs="Shruti"/>
          <w:cs/>
          <w:lang w:bidi="gu-IN"/>
        </w:rPr>
        <w:t>સામયિકો</w:t>
      </w:r>
      <w:r>
        <w:t xml:space="preserve"> (Magazines) </w:t>
      </w:r>
      <w:r>
        <w:rPr>
          <w:rFonts w:cs="Shruti"/>
          <w:cs/>
          <w:lang w:bidi="gu-IN"/>
        </w:rPr>
        <w:t>ની</w:t>
      </w:r>
      <w:r>
        <w:t xml:space="preserve"> </w:t>
      </w:r>
      <w:r>
        <w:rPr>
          <w:rFonts w:cs="Shruti"/>
          <w:cs/>
          <w:lang w:bidi="gu-IN"/>
        </w:rPr>
        <w:t>વિગત</w:t>
      </w:r>
      <w:r>
        <w:t>: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534"/>
        <w:gridCol w:w="1984"/>
        <w:gridCol w:w="2126"/>
        <w:gridCol w:w="1418"/>
        <w:gridCol w:w="1417"/>
        <w:gridCol w:w="1843"/>
      </w:tblGrid>
      <w:tr w:rsidR="00AE5754" w14:paraId="56973258" w14:textId="77777777" w:rsidTr="0017133E">
        <w:tc>
          <w:tcPr>
            <w:tcW w:w="534" w:type="dxa"/>
          </w:tcPr>
          <w:p w14:paraId="1F528EA9" w14:textId="77777777" w:rsidR="00AE5754" w:rsidRPr="0017133E" w:rsidRDefault="00AE5754" w:rsidP="00AE5754">
            <w:pPr>
              <w:rPr>
                <w:sz w:val="18"/>
                <w:szCs w:val="18"/>
              </w:rPr>
            </w:pPr>
            <w:r w:rsidRPr="0017133E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ક્રમ</w:t>
            </w:r>
          </w:p>
        </w:tc>
        <w:tc>
          <w:tcPr>
            <w:tcW w:w="1984" w:type="dxa"/>
          </w:tcPr>
          <w:p w14:paraId="3D37BC31" w14:textId="77777777" w:rsidR="00AE5754" w:rsidRPr="0017133E" w:rsidRDefault="00AE5754" w:rsidP="00AE5754">
            <w:pPr>
              <w:rPr>
                <w:sz w:val="18"/>
                <w:szCs w:val="18"/>
              </w:rPr>
            </w:pPr>
            <w:r w:rsidRPr="0017133E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સામયિકનું</w:t>
            </w:r>
            <w:r w:rsidRPr="0017133E">
              <w:rPr>
                <w:b/>
                <w:sz w:val="18"/>
                <w:szCs w:val="18"/>
              </w:rPr>
              <w:t xml:space="preserve"> </w:t>
            </w:r>
            <w:r w:rsidRPr="0017133E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નામ</w:t>
            </w:r>
          </w:p>
        </w:tc>
        <w:tc>
          <w:tcPr>
            <w:tcW w:w="2126" w:type="dxa"/>
          </w:tcPr>
          <w:p w14:paraId="1E3B72A1" w14:textId="77777777" w:rsidR="00AE5754" w:rsidRPr="0017133E" w:rsidRDefault="00AE5754" w:rsidP="00AE5754">
            <w:pPr>
              <w:rPr>
                <w:sz w:val="18"/>
                <w:szCs w:val="18"/>
              </w:rPr>
            </w:pPr>
            <w:r w:rsidRPr="0017133E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પ્રકાશક</w:t>
            </w:r>
            <w:r w:rsidRPr="0017133E">
              <w:rPr>
                <w:b/>
                <w:sz w:val="18"/>
                <w:szCs w:val="18"/>
              </w:rPr>
              <w:t xml:space="preserve"> / </w:t>
            </w:r>
            <w:r w:rsidRPr="0017133E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પ્રકાર</w:t>
            </w:r>
          </w:p>
        </w:tc>
        <w:tc>
          <w:tcPr>
            <w:tcW w:w="1418" w:type="dxa"/>
          </w:tcPr>
          <w:p w14:paraId="69A94142" w14:textId="77777777" w:rsidR="00AE5754" w:rsidRPr="0017133E" w:rsidRDefault="00AE5754" w:rsidP="00AE5754">
            <w:pPr>
              <w:rPr>
                <w:sz w:val="18"/>
                <w:szCs w:val="18"/>
              </w:rPr>
            </w:pPr>
            <w:r w:rsidRPr="0017133E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છેલ્લા</w:t>
            </w:r>
            <w:r w:rsidRPr="0017133E">
              <w:rPr>
                <w:b/>
                <w:sz w:val="18"/>
                <w:szCs w:val="18"/>
              </w:rPr>
              <w:t xml:space="preserve"> </w:t>
            </w:r>
            <w:r w:rsidRPr="0017133E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ભરેલ</w:t>
            </w:r>
            <w:r w:rsidRPr="0017133E">
              <w:rPr>
                <w:b/>
                <w:sz w:val="18"/>
                <w:szCs w:val="18"/>
              </w:rPr>
              <w:t xml:space="preserve"> </w:t>
            </w:r>
            <w:r w:rsidRPr="0017133E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લવાજમની</w:t>
            </w:r>
            <w:r w:rsidRPr="0017133E">
              <w:rPr>
                <w:b/>
                <w:sz w:val="18"/>
                <w:szCs w:val="18"/>
              </w:rPr>
              <w:t xml:space="preserve"> </w:t>
            </w:r>
            <w:r w:rsidRPr="0017133E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રકમ</w:t>
            </w:r>
            <w:r w:rsidRPr="0017133E">
              <w:rPr>
                <w:b/>
                <w:sz w:val="18"/>
                <w:szCs w:val="18"/>
              </w:rPr>
              <w:t xml:space="preserve"> (</w:t>
            </w:r>
            <w:r w:rsidRPr="0017133E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રૂ</w:t>
            </w:r>
            <w:r w:rsidRPr="0017133E">
              <w:rPr>
                <w:b/>
                <w:sz w:val="18"/>
                <w:szCs w:val="18"/>
              </w:rPr>
              <w:t>.)</w:t>
            </w:r>
          </w:p>
        </w:tc>
        <w:tc>
          <w:tcPr>
            <w:tcW w:w="1417" w:type="dxa"/>
          </w:tcPr>
          <w:p w14:paraId="1D3978B7" w14:textId="77777777" w:rsidR="00AE5754" w:rsidRPr="0017133E" w:rsidRDefault="00AE5754" w:rsidP="00AE5754">
            <w:pPr>
              <w:rPr>
                <w:sz w:val="18"/>
                <w:szCs w:val="18"/>
              </w:rPr>
            </w:pPr>
            <w:r w:rsidRPr="0017133E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લવાજમ</w:t>
            </w:r>
            <w:r w:rsidRPr="0017133E">
              <w:rPr>
                <w:b/>
                <w:sz w:val="18"/>
                <w:szCs w:val="18"/>
              </w:rPr>
              <w:t xml:space="preserve"> </w:t>
            </w:r>
            <w:r w:rsidRPr="0017133E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ભર્યા</w:t>
            </w:r>
            <w:r w:rsidRPr="0017133E">
              <w:rPr>
                <w:b/>
                <w:sz w:val="18"/>
                <w:szCs w:val="18"/>
              </w:rPr>
              <w:t xml:space="preserve"> </w:t>
            </w:r>
            <w:r w:rsidRPr="0017133E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તારીખ</w:t>
            </w:r>
          </w:p>
        </w:tc>
        <w:tc>
          <w:tcPr>
            <w:tcW w:w="1843" w:type="dxa"/>
          </w:tcPr>
          <w:p w14:paraId="40D8C1FF" w14:textId="77777777" w:rsidR="00AE5754" w:rsidRPr="0017133E" w:rsidRDefault="00AE5754" w:rsidP="00AE5754">
            <w:pPr>
              <w:rPr>
                <w:sz w:val="18"/>
                <w:szCs w:val="18"/>
              </w:rPr>
            </w:pPr>
            <w:r w:rsidRPr="0017133E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લવાજમ</w:t>
            </w:r>
            <w:r w:rsidRPr="0017133E">
              <w:rPr>
                <w:b/>
                <w:sz w:val="18"/>
                <w:szCs w:val="18"/>
              </w:rPr>
              <w:t xml:space="preserve"> </w:t>
            </w:r>
            <w:r w:rsidRPr="0017133E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માન્ય</w:t>
            </w:r>
            <w:r w:rsidRPr="0017133E">
              <w:rPr>
                <w:b/>
                <w:sz w:val="18"/>
                <w:szCs w:val="18"/>
              </w:rPr>
              <w:t xml:space="preserve"> </w:t>
            </w:r>
            <w:r w:rsidRPr="0017133E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રહેવાની</w:t>
            </w:r>
            <w:r w:rsidRPr="0017133E">
              <w:rPr>
                <w:b/>
                <w:sz w:val="18"/>
                <w:szCs w:val="18"/>
              </w:rPr>
              <w:t xml:space="preserve"> </w:t>
            </w:r>
            <w:r w:rsidRPr="0017133E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મુદત</w:t>
            </w:r>
            <w:r w:rsidRPr="0017133E">
              <w:rPr>
                <w:b/>
                <w:sz w:val="18"/>
                <w:szCs w:val="18"/>
              </w:rPr>
              <w:t xml:space="preserve"> (Valid up to)</w:t>
            </w:r>
          </w:p>
        </w:tc>
      </w:tr>
      <w:tr w:rsidR="00AE5754" w14:paraId="69F66570" w14:textId="77777777" w:rsidTr="0017133E">
        <w:tc>
          <w:tcPr>
            <w:tcW w:w="534" w:type="dxa"/>
          </w:tcPr>
          <w:p w14:paraId="01734A97" w14:textId="77777777" w:rsidR="00AE5754" w:rsidRPr="0017133E" w:rsidRDefault="00AE5754" w:rsidP="00AE5754">
            <w:pPr>
              <w:rPr>
                <w:sz w:val="18"/>
                <w:szCs w:val="18"/>
              </w:rPr>
            </w:pPr>
            <w:r w:rsidRPr="0017133E">
              <w:rPr>
                <w:rFonts w:cs="Shruti"/>
                <w:sz w:val="18"/>
                <w:szCs w:val="18"/>
                <w:cs/>
                <w:lang w:bidi="gu-IN"/>
              </w:rPr>
              <w:t>૧</w:t>
            </w:r>
          </w:p>
        </w:tc>
        <w:tc>
          <w:tcPr>
            <w:tcW w:w="1984" w:type="dxa"/>
          </w:tcPr>
          <w:p w14:paraId="3F01368E" w14:textId="5A15B7C3" w:rsidR="00AE5754" w:rsidRPr="0017133E" w:rsidRDefault="00C12C91" w:rsidP="00AE5754">
            <w:pPr>
              <w:rPr>
                <w:sz w:val="18"/>
                <w:szCs w:val="18"/>
              </w:rPr>
            </w:pPr>
            <w:r w:rsidRPr="0017133E">
              <w:rPr>
                <w:rFonts w:cs="Shruti"/>
                <w:sz w:val="18"/>
                <w:szCs w:val="18"/>
                <w:cs/>
                <w:lang w:bidi="gu-IN"/>
              </w:rPr>
              <w:t>જીવનશિક્ષણ</w:t>
            </w:r>
            <w:r w:rsidRPr="0017133E">
              <w:rPr>
                <w:sz w:val="18"/>
                <w:szCs w:val="18"/>
              </w:rPr>
              <w:t xml:space="preserve"> (</w:t>
            </w:r>
            <w:proofErr w:type="spellStart"/>
            <w:r w:rsidRPr="0017133E">
              <w:rPr>
                <w:sz w:val="18"/>
                <w:szCs w:val="18"/>
              </w:rPr>
              <w:t>Jivan</w:t>
            </w:r>
            <w:proofErr w:type="spellEnd"/>
            <w:r w:rsidRPr="0017133E">
              <w:rPr>
                <w:sz w:val="18"/>
                <w:szCs w:val="18"/>
              </w:rPr>
              <w:t xml:space="preserve"> </w:t>
            </w:r>
            <w:proofErr w:type="spellStart"/>
            <w:r w:rsidRPr="0017133E">
              <w:rPr>
                <w:sz w:val="18"/>
                <w:szCs w:val="18"/>
              </w:rPr>
              <w:t>Shikshan</w:t>
            </w:r>
            <w:proofErr w:type="spellEnd"/>
            <w:r w:rsidRPr="0017133E">
              <w:rPr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2C96CC2A" w14:textId="11C130E3" w:rsidR="00AE5754" w:rsidRPr="0017133E" w:rsidRDefault="00C12C91" w:rsidP="00AE5754">
            <w:pPr>
              <w:rPr>
                <w:sz w:val="18"/>
                <w:szCs w:val="18"/>
              </w:rPr>
            </w:pPr>
            <w:r w:rsidRPr="0017133E">
              <w:rPr>
                <w:sz w:val="18"/>
                <w:szCs w:val="18"/>
              </w:rPr>
              <w:t>GCERT (</w:t>
            </w:r>
            <w:r w:rsidRPr="0017133E">
              <w:rPr>
                <w:rFonts w:cs="Shruti"/>
                <w:sz w:val="18"/>
                <w:szCs w:val="18"/>
                <w:cs/>
                <w:lang w:bidi="gu-IN"/>
              </w:rPr>
              <w:t>માસિક</w:t>
            </w:r>
            <w:r w:rsidRPr="0017133E">
              <w:rPr>
                <w:sz w:val="18"/>
                <w:szCs w:val="18"/>
              </w:rPr>
              <w:t>)</w:t>
            </w:r>
          </w:p>
        </w:tc>
        <w:tc>
          <w:tcPr>
            <w:tcW w:w="1418" w:type="dxa"/>
          </w:tcPr>
          <w:p w14:paraId="30233FC0" w14:textId="1D5F6D52" w:rsidR="00AE5754" w:rsidRPr="0017133E" w:rsidRDefault="00AE5754" w:rsidP="003A43C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53517015" w14:textId="02EAE4AB" w:rsidR="00AE5754" w:rsidRPr="0017133E" w:rsidRDefault="00AE5754" w:rsidP="003A43C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7645AC78" w14:textId="14F2F1A5" w:rsidR="00AE5754" w:rsidRPr="0017133E" w:rsidRDefault="00AE5754" w:rsidP="003A43CA">
            <w:pPr>
              <w:jc w:val="center"/>
              <w:rPr>
                <w:sz w:val="18"/>
                <w:szCs w:val="18"/>
              </w:rPr>
            </w:pPr>
          </w:p>
        </w:tc>
      </w:tr>
      <w:tr w:rsidR="00AE5754" w14:paraId="4C4BD73C" w14:textId="77777777" w:rsidTr="0017133E">
        <w:tc>
          <w:tcPr>
            <w:tcW w:w="534" w:type="dxa"/>
          </w:tcPr>
          <w:p w14:paraId="2C9E5E9E" w14:textId="77777777" w:rsidR="00AE5754" w:rsidRPr="0017133E" w:rsidRDefault="00AE5754" w:rsidP="00AE5754">
            <w:pPr>
              <w:rPr>
                <w:sz w:val="18"/>
                <w:szCs w:val="18"/>
              </w:rPr>
            </w:pPr>
            <w:r w:rsidRPr="0017133E">
              <w:rPr>
                <w:rFonts w:cs="Shruti"/>
                <w:sz w:val="18"/>
                <w:szCs w:val="18"/>
                <w:cs/>
                <w:lang w:bidi="gu-IN"/>
              </w:rPr>
              <w:t>૨</w:t>
            </w:r>
          </w:p>
        </w:tc>
        <w:tc>
          <w:tcPr>
            <w:tcW w:w="1984" w:type="dxa"/>
          </w:tcPr>
          <w:p w14:paraId="52A0A093" w14:textId="78C5DF55" w:rsidR="00AE5754" w:rsidRPr="0017133E" w:rsidRDefault="00AE5754" w:rsidP="00AE5754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14:paraId="773D04AF" w14:textId="75E29D80" w:rsidR="00AE5754" w:rsidRPr="0017133E" w:rsidRDefault="00AE5754" w:rsidP="00AE5754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7AE9B33E" w14:textId="77777777" w:rsidR="00AE5754" w:rsidRPr="0017133E" w:rsidRDefault="00AE5754" w:rsidP="00AE5754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728E5385" w14:textId="77777777" w:rsidR="00AE5754" w:rsidRPr="0017133E" w:rsidRDefault="00AE5754" w:rsidP="00AE5754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59271B36" w14:textId="77777777" w:rsidR="00AE5754" w:rsidRPr="0017133E" w:rsidRDefault="00AE5754" w:rsidP="00AE5754">
            <w:pPr>
              <w:rPr>
                <w:sz w:val="18"/>
                <w:szCs w:val="18"/>
              </w:rPr>
            </w:pPr>
          </w:p>
        </w:tc>
      </w:tr>
      <w:tr w:rsidR="00AE5754" w14:paraId="16A86AA1" w14:textId="77777777" w:rsidTr="0017133E">
        <w:tc>
          <w:tcPr>
            <w:tcW w:w="534" w:type="dxa"/>
          </w:tcPr>
          <w:p w14:paraId="148CF2DD" w14:textId="77777777" w:rsidR="00AE5754" w:rsidRPr="0017133E" w:rsidRDefault="00AE5754" w:rsidP="00AE5754">
            <w:pPr>
              <w:rPr>
                <w:sz w:val="18"/>
                <w:szCs w:val="18"/>
              </w:rPr>
            </w:pPr>
            <w:r w:rsidRPr="0017133E">
              <w:rPr>
                <w:rFonts w:cs="Shruti"/>
                <w:sz w:val="18"/>
                <w:szCs w:val="18"/>
                <w:cs/>
                <w:lang w:bidi="gu-IN"/>
              </w:rPr>
              <w:t>૩</w:t>
            </w:r>
          </w:p>
        </w:tc>
        <w:tc>
          <w:tcPr>
            <w:tcW w:w="1984" w:type="dxa"/>
          </w:tcPr>
          <w:p w14:paraId="7E4DC87F" w14:textId="44B9A734" w:rsidR="00AE5754" w:rsidRPr="0017133E" w:rsidRDefault="00AE5754" w:rsidP="00AE5754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14:paraId="0911A388" w14:textId="2C8675F1" w:rsidR="00AE5754" w:rsidRPr="0017133E" w:rsidRDefault="00AE5754" w:rsidP="00AE5754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04BB4165" w14:textId="77777777" w:rsidR="00AE5754" w:rsidRPr="0017133E" w:rsidRDefault="00AE5754" w:rsidP="00AE5754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1EC880E2" w14:textId="77777777" w:rsidR="00AE5754" w:rsidRPr="0017133E" w:rsidRDefault="00AE5754" w:rsidP="00AE5754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0D0512A1" w14:textId="77777777" w:rsidR="00AE5754" w:rsidRPr="0017133E" w:rsidRDefault="00AE5754" w:rsidP="00AE5754">
            <w:pPr>
              <w:rPr>
                <w:sz w:val="18"/>
                <w:szCs w:val="18"/>
              </w:rPr>
            </w:pPr>
          </w:p>
        </w:tc>
      </w:tr>
      <w:tr w:rsidR="00AE5754" w14:paraId="429843AC" w14:textId="77777777" w:rsidTr="0017133E">
        <w:tc>
          <w:tcPr>
            <w:tcW w:w="534" w:type="dxa"/>
          </w:tcPr>
          <w:p w14:paraId="560F688C" w14:textId="77777777" w:rsidR="00AE5754" w:rsidRPr="0017133E" w:rsidRDefault="00AE5754" w:rsidP="00AE5754">
            <w:pPr>
              <w:rPr>
                <w:sz w:val="18"/>
                <w:szCs w:val="18"/>
              </w:rPr>
            </w:pPr>
            <w:r w:rsidRPr="0017133E">
              <w:rPr>
                <w:rFonts w:cs="Shruti"/>
                <w:sz w:val="18"/>
                <w:szCs w:val="18"/>
                <w:cs/>
                <w:lang w:bidi="gu-IN"/>
              </w:rPr>
              <w:t>૪</w:t>
            </w:r>
          </w:p>
        </w:tc>
        <w:tc>
          <w:tcPr>
            <w:tcW w:w="1984" w:type="dxa"/>
          </w:tcPr>
          <w:p w14:paraId="282A9655" w14:textId="2A15DCC2" w:rsidR="00AE5754" w:rsidRPr="0017133E" w:rsidRDefault="00AE5754" w:rsidP="00AE5754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14:paraId="04D5FBB2" w14:textId="48CB3C7B" w:rsidR="00AE5754" w:rsidRPr="0017133E" w:rsidRDefault="00AE5754" w:rsidP="00AE5754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202593B6" w14:textId="77777777" w:rsidR="00AE5754" w:rsidRPr="0017133E" w:rsidRDefault="00AE5754" w:rsidP="00AE5754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5CA081DC" w14:textId="77777777" w:rsidR="00AE5754" w:rsidRPr="0017133E" w:rsidRDefault="00AE5754" w:rsidP="00AE5754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14A2BF79" w14:textId="77777777" w:rsidR="00AE5754" w:rsidRPr="0017133E" w:rsidRDefault="00AE5754" w:rsidP="00AE5754">
            <w:pPr>
              <w:rPr>
                <w:sz w:val="18"/>
                <w:szCs w:val="18"/>
              </w:rPr>
            </w:pPr>
          </w:p>
        </w:tc>
      </w:tr>
      <w:tr w:rsidR="00AE5754" w14:paraId="438661FA" w14:textId="77777777" w:rsidTr="0017133E">
        <w:tc>
          <w:tcPr>
            <w:tcW w:w="534" w:type="dxa"/>
          </w:tcPr>
          <w:p w14:paraId="6668F898" w14:textId="77777777" w:rsidR="00AE5754" w:rsidRPr="0017133E" w:rsidRDefault="00AE5754" w:rsidP="00AE5754">
            <w:pPr>
              <w:rPr>
                <w:sz w:val="18"/>
                <w:szCs w:val="18"/>
              </w:rPr>
            </w:pPr>
            <w:r w:rsidRPr="0017133E">
              <w:rPr>
                <w:rFonts w:cs="Shruti"/>
                <w:sz w:val="18"/>
                <w:szCs w:val="18"/>
                <w:cs/>
                <w:lang w:bidi="gu-IN"/>
              </w:rPr>
              <w:t>૫</w:t>
            </w:r>
          </w:p>
        </w:tc>
        <w:tc>
          <w:tcPr>
            <w:tcW w:w="1984" w:type="dxa"/>
          </w:tcPr>
          <w:p w14:paraId="6415DAA0" w14:textId="77777777" w:rsidR="00AE5754" w:rsidRPr="0017133E" w:rsidRDefault="00AE5754" w:rsidP="00AE5754">
            <w:pPr>
              <w:rPr>
                <w:sz w:val="18"/>
                <w:szCs w:val="18"/>
              </w:rPr>
            </w:pPr>
            <w:r w:rsidRPr="0017133E">
              <w:rPr>
                <w:rFonts w:cs="Shruti"/>
                <w:sz w:val="18"/>
                <w:szCs w:val="18"/>
                <w:cs/>
                <w:lang w:bidi="gu-IN"/>
              </w:rPr>
              <w:t>અન્ય</w:t>
            </w:r>
            <w:r w:rsidRPr="0017133E">
              <w:rPr>
                <w:sz w:val="18"/>
                <w:szCs w:val="18"/>
              </w:rPr>
              <w:t>: ________</w:t>
            </w:r>
          </w:p>
        </w:tc>
        <w:tc>
          <w:tcPr>
            <w:tcW w:w="2126" w:type="dxa"/>
          </w:tcPr>
          <w:p w14:paraId="35710C2F" w14:textId="77777777" w:rsidR="00AE5754" w:rsidRPr="0017133E" w:rsidRDefault="00AE5754" w:rsidP="00AE5754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4CED3BAB" w14:textId="77777777" w:rsidR="00AE5754" w:rsidRPr="0017133E" w:rsidRDefault="00AE5754" w:rsidP="00AE5754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4416EBBC" w14:textId="77777777" w:rsidR="00AE5754" w:rsidRPr="0017133E" w:rsidRDefault="00AE5754" w:rsidP="00AE5754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3E5E5241" w14:textId="77777777" w:rsidR="00AE5754" w:rsidRPr="0017133E" w:rsidRDefault="00AE5754" w:rsidP="00AE5754">
            <w:pPr>
              <w:rPr>
                <w:sz w:val="18"/>
                <w:szCs w:val="18"/>
              </w:rPr>
            </w:pPr>
          </w:p>
        </w:tc>
      </w:tr>
    </w:tbl>
    <w:p w14:paraId="15698FE9" w14:textId="77777777" w:rsidR="00AE5754" w:rsidRPr="003A43CA" w:rsidRDefault="00AE5754" w:rsidP="00AE5754">
      <w:pPr>
        <w:spacing w:line="240" w:lineRule="auto"/>
        <w:rPr>
          <w:rFonts w:cs="Shruti"/>
          <w:lang w:bidi="gu-IN"/>
        </w:rPr>
      </w:pPr>
      <w:r>
        <w:rPr>
          <w:rFonts w:cs="Shruti"/>
          <w:i/>
          <w:iCs/>
          <w:cs/>
          <w:lang w:bidi="gu-IN"/>
        </w:rPr>
        <w:t>નોંધ</w:t>
      </w:r>
      <w:r>
        <w:rPr>
          <w:i/>
        </w:rPr>
        <w:t xml:space="preserve">: </w:t>
      </w:r>
      <w:r>
        <w:rPr>
          <w:rFonts w:cs="Shruti"/>
          <w:i/>
          <w:iCs/>
          <w:cs/>
          <w:lang w:bidi="gu-IN"/>
        </w:rPr>
        <w:t>ઉપર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દર્શાવેલ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સામયિકોના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લવાજમ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ભર્યાની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અસલ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પહોંચ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અને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વર્તમાનપત્રોના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બીલની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નકલો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પુસ્તકાલયના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રેકોર્ડ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ફાઈલમાં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જાળવી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રાખવામાં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આવેલ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છે</w:t>
      </w:r>
      <w:r>
        <w:rPr>
          <w:i/>
        </w:rPr>
        <w:t xml:space="preserve">, </w:t>
      </w:r>
      <w:r>
        <w:rPr>
          <w:rFonts w:cs="Shruti"/>
          <w:i/>
          <w:iCs/>
          <w:cs/>
          <w:lang w:bidi="gu-IN"/>
        </w:rPr>
        <w:t>જે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ચકાસણી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અર્થે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ઉપલબ્ધ</w:t>
      </w:r>
      <w:r>
        <w:rPr>
          <w:i/>
        </w:rPr>
        <w:t xml:space="preserve"> </w:t>
      </w:r>
      <w:r>
        <w:rPr>
          <w:rFonts w:cs="Shruti"/>
          <w:i/>
          <w:iCs/>
          <w:cs/>
          <w:lang w:bidi="gu-IN"/>
        </w:rPr>
        <w:t>છે</w:t>
      </w:r>
      <w:r>
        <w:rPr>
          <w:i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AE5754" w14:paraId="49256DFC" w14:textId="77777777" w:rsidTr="00FE1643">
        <w:tc>
          <w:tcPr>
            <w:tcW w:w="4320" w:type="dxa"/>
          </w:tcPr>
          <w:p w14:paraId="0DC29A31" w14:textId="77777777" w:rsidR="00AE5754" w:rsidRDefault="00AE5754" w:rsidP="00AE5754">
            <w:pPr>
              <w:spacing w:line="240" w:lineRule="auto"/>
            </w:pPr>
            <w:r>
              <w:rPr>
                <w:rFonts w:cs="Shruti"/>
                <w:cs/>
                <w:lang w:bidi="gu-IN"/>
              </w:rPr>
              <w:t>પુસ્તકાલય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ઈન્ચાર્જની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સહી</w:t>
            </w:r>
            <w:r>
              <w:br/>
            </w:r>
            <w:r>
              <w:br/>
              <w:t>______________________</w:t>
            </w:r>
          </w:p>
        </w:tc>
        <w:tc>
          <w:tcPr>
            <w:tcW w:w="4320" w:type="dxa"/>
          </w:tcPr>
          <w:p w14:paraId="7DA1F448" w14:textId="43D55A38" w:rsidR="00AE5754" w:rsidRDefault="00AE5754" w:rsidP="00AE5754">
            <w:pPr>
              <w:spacing w:line="240" w:lineRule="auto"/>
              <w:jc w:val="right"/>
            </w:pPr>
            <w:r>
              <w:rPr>
                <w:rFonts w:cs="Shruti"/>
                <w:cs/>
                <w:lang w:bidi="gu-IN"/>
              </w:rPr>
              <w:t>આચાર્યશ્રીની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સહી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અને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સિક્કો</w:t>
            </w:r>
            <w:r>
              <w:br/>
            </w:r>
            <w:r>
              <w:br/>
              <w:t>______________________</w:t>
            </w:r>
            <w:r>
              <w:br/>
            </w:r>
            <w:r>
              <w:rPr>
                <w:rFonts w:cs="Shruti"/>
                <w:cs/>
                <w:lang w:bidi="gu-IN"/>
              </w:rPr>
              <w:t>સ્થળ</w:t>
            </w:r>
            <w:r>
              <w:t xml:space="preserve">: </w:t>
            </w:r>
            <w:r w:rsidR="008E13CA">
              <w:rPr>
                <w:rFonts w:cs="Shruti" w:hint="cs"/>
                <w:cs/>
                <w:lang w:bidi="gu-IN"/>
              </w:rPr>
              <w:t xml:space="preserve">ઢાંકણ્રીયાવાસ પ્રાથમિક શાળા </w:t>
            </w:r>
          </w:p>
        </w:tc>
      </w:tr>
    </w:tbl>
    <w:p w14:paraId="3BF931E4" w14:textId="77777777" w:rsidR="00AE5754" w:rsidRDefault="00AE5754" w:rsidP="00AE5754">
      <w:pPr>
        <w:rPr>
          <w:rFonts w:cs="Shruti"/>
          <w:lang w:bidi="gu-IN"/>
        </w:rPr>
      </w:pPr>
    </w:p>
    <w:p w14:paraId="61FBCD65" w14:textId="77777777" w:rsidR="002C6881" w:rsidRDefault="002C6881" w:rsidP="00AE5754">
      <w:pPr>
        <w:rPr>
          <w:rFonts w:cs="Shruti"/>
          <w:lang w:bidi="gu-IN"/>
        </w:rPr>
      </w:pPr>
    </w:p>
    <w:p w14:paraId="1403862B" w14:textId="77777777" w:rsidR="002C6881" w:rsidRDefault="002C6881" w:rsidP="00AE5754">
      <w:pPr>
        <w:rPr>
          <w:rFonts w:cs="Shruti"/>
          <w:lang w:bidi="gu-IN"/>
        </w:rPr>
      </w:pPr>
    </w:p>
    <w:p w14:paraId="663ED75E" w14:textId="77777777" w:rsidR="002C6881" w:rsidRDefault="002C6881" w:rsidP="00AE5754">
      <w:pPr>
        <w:rPr>
          <w:rFonts w:cs="Shruti"/>
          <w:lang w:bidi="gu-IN"/>
        </w:rPr>
      </w:pPr>
    </w:p>
    <w:p w14:paraId="13D91063" w14:textId="77777777" w:rsidR="002C6881" w:rsidRDefault="002C6881" w:rsidP="00AE5754">
      <w:pPr>
        <w:rPr>
          <w:rFonts w:cs="Shruti"/>
          <w:lang w:bidi="gu-IN"/>
        </w:rPr>
      </w:pPr>
    </w:p>
    <w:p w14:paraId="27EDF606" w14:textId="027BCBA3" w:rsidR="00502A5D" w:rsidRDefault="002546D1" w:rsidP="004D7029">
      <w:pPr>
        <w:spacing w:after="0" w:line="240" w:lineRule="auto"/>
        <w:rPr>
          <w:rFonts w:cs="Shruti"/>
          <w:b/>
          <w:u w:val="single"/>
          <w:lang w:val="en-IN" w:bidi="gu-IN"/>
        </w:rPr>
      </w:pPr>
      <w:r>
        <w:rPr>
          <w:rFonts w:cs="Shruti" w:hint="cs"/>
          <w:sz w:val="28"/>
          <w:szCs w:val="28"/>
          <w:u w:val="single"/>
          <w:cs/>
          <w:lang w:bidi="gu-IN"/>
        </w:rPr>
        <w:t>ઢાકણ્રીયાવાસ પ્રાથમિક શાળા તા- લાખણી જિલ્લો - વાવ-થરાદ ડાયસ કોડ: 24021300207</w:t>
      </w:r>
    </w:p>
    <w:p w14:paraId="21FDA925" w14:textId="77777777" w:rsidR="00A643AB" w:rsidRDefault="004338B3" w:rsidP="00A643AB">
      <w:pPr>
        <w:tabs>
          <w:tab w:val="left" w:pos="2835"/>
        </w:tabs>
        <w:spacing w:line="240" w:lineRule="auto"/>
        <w:jc w:val="center"/>
        <w:rPr>
          <w:rFonts w:cs="Shruti"/>
          <w:bCs/>
          <w:sz w:val="24"/>
          <w:szCs w:val="24"/>
          <w:lang w:bidi="gu-IN"/>
        </w:rPr>
      </w:pPr>
      <w:r w:rsidRPr="004338B3">
        <w:rPr>
          <w:rFonts w:cs="Shruti"/>
          <w:bCs/>
          <w:sz w:val="24"/>
          <w:szCs w:val="24"/>
          <w:cs/>
          <w:lang w:bidi="gu-IN"/>
        </w:rPr>
        <w:t xml:space="preserve">કમ્પ્યૂટર પ્રયોગશાળાના ઉપકરણો </w:t>
      </w:r>
      <w:r w:rsidRPr="004338B3">
        <w:rPr>
          <w:rFonts w:cs="Shruti"/>
          <w:bCs/>
          <w:sz w:val="24"/>
          <w:szCs w:val="24"/>
        </w:rPr>
        <w:t xml:space="preserve">– </w:t>
      </w:r>
      <w:r w:rsidRPr="004338B3">
        <w:rPr>
          <w:rFonts w:cs="Shruti"/>
          <w:bCs/>
          <w:sz w:val="24"/>
          <w:szCs w:val="24"/>
          <w:cs/>
          <w:lang w:bidi="gu-IN"/>
        </w:rPr>
        <w:t>સાધનોના ડેડસ્ટોક રજીસ્ટરની અદ્યતન તારીખ (વપરાશયોગ્ય અને વપરાશમાં ન લઈ શકાય તેવા ઉપકરણો</w:t>
      </w:r>
      <w:r w:rsidRPr="004338B3">
        <w:rPr>
          <w:rFonts w:cs="Shruti"/>
          <w:bCs/>
          <w:sz w:val="24"/>
          <w:szCs w:val="24"/>
        </w:rPr>
        <w:t>–</w:t>
      </w:r>
      <w:r w:rsidRPr="004338B3">
        <w:rPr>
          <w:rFonts w:cs="Shruti"/>
          <w:bCs/>
          <w:sz w:val="24"/>
          <w:szCs w:val="24"/>
          <w:cs/>
          <w:lang w:bidi="gu-IN"/>
        </w:rPr>
        <w:t>સાધનોના વિભાજન સહિત)</w:t>
      </w:r>
    </w:p>
    <w:p w14:paraId="1B4EA4D2" w14:textId="77777777" w:rsidR="009A5D4D" w:rsidRPr="00F542EC" w:rsidRDefault="009A5D4D" w:rsidP="00F542EC">
      <w:pPr>
        <w:tabs>
          <w:tab w:val="left" w:pos="2835"/>
        </w:tabs>
        <w:spacing w:line="240" w:lineRule="auto"/>
        <w:jc w:val="both"/>
        <w:rPr>
          <w:rFonts w:cs="Shruti"/>
          <w:bCs/>
          <w:sz w:val="18"/>
          <w:szCs w:val="18"/>
          <w:lang w:bidi="gu-IN"/>
        </w:rPr>
      </w:pPr>
      <w:r>
        <w:rPr>
          <w:rFonts w:cs="Shruti"/>
          <w:b/>
          <w:bCs/>
          <w:cs/>
          <w:lang w:bidi="gu-IN"/>
        </w:rPr>
        <w:t>ડેડસ્ટોક</w:t>
      </w:r>
      <w:r>
        <w:rPr>
          <w:b/>
        </w:rPr>
        <w:t xml:space="preserve"> </w:t>
      </w:r>
      <w:r>
        <w:rPr>
          <w:rFonts w:cs="Shruti"/>
          <w:b/>
          <w:bCs/>
          <w:cs/>
          <w:lang w:bidi="gu-IN"/>
        </w:rPr>
        <w:t>રજીસ્ટર</w:t>
      </w:r>
      <w:r>
        <w:rPr>
          <w:b/>
        </w:rPr>
        <w:t xml:space="preserve"> </w:t>
      </w:r>
      <w:r>
        <w:rPr>
          <w:rFonts w:cs="Shruti"/>
          <w:b/>
          <w:bCs/>
          <w:cs/>
          <w:lang w:bidi="gu-IN"/>
        </w:rPr>
        <w:t>અદ્યતન</w:t>
      </w:r>
      <w:r>
        <w:rPr>
          <w:b/>
        </w:rPr>
        <w:t xml:space="preserve"> (Update) </w:t>
      </w:r>
      <w:r>
        <w:rPr>
          <w:rFonts w:cs="Shruti"/>
          <w:b/>
          <w:bCs/>
          <w:cs/>
          <w:lang w:bidi="gu-IN"/>
        </w:rPr>
        <w:t>કર્યાની</w:t>
      </w:r>
      <w:r>
        <w:rPr>
          <w:b/>
        </w:rPr>
        <w:t xml:space="preserve"> </w:t>
      </w:r>
      <w:r>
        <w:rPr>
          <w:rFonts w:cs="Shruti"/>
          <w:b/>
          <w:bCs/>
          <w:cs/>
          <w:lang w:bidi="gu-IN"/>
        </w:rPr>
        <w:t>તારીખ</w:t>
      </w:r>
      <w:r>
        <w:rPr>
          <w:b/>
        </w:rPr>
        <w:t>: ____/____/</w:t>
      </w:r>
      <w:r>
        <w:rPr>
          <w:rFonts w:cs="Shruti"/>
          <w:b/>
          <w:bCs/>
          <w:cs/>
          <w:lang w:bidi="gu-IN"/>
        </w:rPr>
        <w:t>૨૦૨</w:t>
      </w:r>
      <w:r>
        <w:rPr>
          <w:b/>
        </w:rPr>
        <w:t>__</w:t>
      </w:r>
      <w:r>
        <w:br/>
      </w:r>
      <w:r w:rsidRPr="00F542EC">
        <w:rPr>
          <w:rFonts w:cs="Shruti"/>
          <w:sz w:val="18"/>
          <w:szCs w:val="18"/>
          <w:cs/>
          <w:lang w:bidi="gu-IN"/>
        </w:rPr>
        <w:t>શાળાની</w:t>
      </w:r>
      <w:r w:rsidRPr="00F542EC">
        <w:rPr>
          <w:sz w:val="18"/>
          <w:szCs w:val="18"/>
        </w:rPr>
        <w:t xml:space="preserve"> </w:t>
      </w:r>
      <w:r w:rsidRPr="00F542EC">
        <w:rPr>
          <w:rFonts w:cs="Shruti"/>
          <w:sz w:val="18"/>
          <w:szCs w:val="18"/>
          <w:cs/>
          <w:lang w:bidi="gu-IN"/>
        </w:rPr>
        <w:t>કમ્પ્યૂટર</w:t>
      </w:r>
      <w:r w:rsidRPr="00F542EC">
        <w:rPr>
          <w:sz w:val="18"/>
          <w:szCs w:val="18"/>
        </w:rPr>
        <w:t xml:space="preserve"> </w:t>
      </w:r>
      <w:r w:rsidRPr="00F542EC">
        <w:rPr>
          <w:rFonts w:cs="Shruti"/>
          <w:sz w:val="18"/>
          <w:szCs w:val="18"/>
          <w:cs/>
          <w:lang w:bidi="gu-IN"/>
        </w:rPr>
        <w:t>પ્રયોગશાળા</w:t>
      </w:r>
      <w:r w:rsidRPr="00F542EC">
        <w:rPr>
          <w:sz w:val="18"/>
          <w:szCs w:val="18"/>
        </w:rPr>
        <w:t xml:space="preserve"> (Computer Lab) </w:t>
      </w:r>
      <w:r w:rsidRPr="00F542EC">
        <w:rPr>
          <w:rFonts w:cs="Shruti"/>
          <w:sz w:val="18"/>
          <w:szCs w:val="18"/>
          <w:cs/>
          <w:lang w:bidi="gu-IN"/>
        </w:rPr>
        <w:t>માં</w:t>
      </w:r>
      <w:r w:rsidRPr="00F542EC">
        <w:rPr>
          <w:sz w:val="18"/>
          <w:szCs w:val="18"/>
        </w:rPr>
        <w:t xml:space="preserve"> </w:t>
      </w:r>
      <w:r w:rsidRPr="00F542EC">
        <w:rPr>
          <w:rFonts w:cs="Shruti"/>
          <w:sz w:val="18"/>
          <w:szCs w:val="18"/>
          <w:cs/>
          <w:lang w:bidi="gu-IN"/>
        </w:rPr>
        <w:t>ઉપલબ્ધ</w:t>
      </w:r>
      <w:r w:rsidRPr="00F542EC">
        <w:rPr>
          <w:sz w:val="18"/>
          <w:szCs w:val="18"/>
        </w:rPr>
        <w:t xml:space="preserve"> </w:t>
      </w:r>
      <w:r w:rsidRPr="00F542EC">
        <w:rPr>
          <w:rFonts w:cs="Shruti"/>
          <w:sz w:val="18"/>
          <w:szCs w:val="18"/>
          <w:cs/>
          <w:lang w:bidi="gu-IN"/>
        </w:rPr>
        <w:t>સાધનોનું</w:t>
      </w:r>
      <w:r w:rsidRPr="00F542EC">
        <w:rPr>
          <w:sz w:val="18"/>
          <w:szCs w:val="18"/>
        </w:rPr>
        <w:t xml:space="preserve"> </w:t>
      </w:r>
      <w:r w:rsidRPr="00F542EC">
        <w:rPr>
          <w:rFonts w:cs="Shruti"/>
          <w:sz w:val="18"/>
          <w:szCs w:val="18"/>
          <w:cs/>
          <w:lang w:bidi="gu-IN"/>
        </w:rPr>
        <w:t>ભૌતિક</w:t>
      </w:r>
      <w:r w:rsidRPr="00F542EC">
        <w:rPr>
          <w:sz w:val="18"/>
          <w:szCs w:val="18"/>
        </w:rPr>
        <w:t xml:space="preserve"> </w:t>
      </w:r>
      <w:r w:rsidRPr="00F542EC">
        <w:rPr>
          <w:rFonts w:cs="Shruti"/>
          <w:sz w:val="18"/>
          <w:szCs w:val="18"/>
          <w:cs/>
          <w:lang w:bidi="gu-IN"/>
        </w:rPr>
        <w:t>ચકાસણી</w:t>
      </w:r>
      <w:r w:rsidRPr="00F542EC">
        <w:rPr>
          <w:sz w:val="18"/>
          <w:szCs w:val="18"/>
        </w:rPr>
        <w:t xml:space="preserve"> (Physical Verification) </w:t>
      </w:r>
      <w:r w:rsidRPr="00F542EC">
        <w:rPr>
          <w:rFonts w:cs="Shruti"/>
          <w:sz w:val="18"/>
          <w:szCs w:val="18"/>
          <w:cs/>
          <w:lang w:bidi="gu-IN"/>
        </w:rPr>
        <w:t>કરી</w:t>
      </w:r>
      <w:r w:rsidRPr="00F542EC">
        <w:rPr>
          <w:sz w:val="18"/>
          <w:szCs w:val="18"/>
        </w:rPr>
        <w:t xml:space="preserve">, </w:t>
      </w:r>
      <w:r w:rsidRPr="00F542EC">
        <w:rPr>
          <w:rFonts w:cs="Shruti"/>
          <w:sz w:val="18"/>
          <w:szCs w:val="18"/>
          <w:cs/>
          <w:lang w:bidi="gu-IN"/>
        </w:rPr>
        <w:t>તેમને</w:t>
      </w:r>
      <w:r w:rsidRPr="00F542EC">
        <w:rPr>
          <w:sz w:val="18"/>
          <w:szCs w:val="18"/>
        </w:rPr>
        <w:t xml:space="preserve"> </w:t>
      </w:r>
      <w:r w:rsidRPr="00F542EC">
        <w:rPr>
          <w:rFonts w:cs="Shruti"/>
          <w:sz w:val="18"/>
          <w:szCs w:val="18"/>
          <w:cs/>
          <w:lang w:bidi="gu-IN"/>
        </w:rPr>
        <w:t>વપરાશયોગ્ય</w:t>
      </w:r>
      <w:r w:rsidRPr="00F542EC">
        <w:rPr>
          <w:sz w:val="18"/>
          <w:szCs w:val="18"/>
        </w:rPr>
        <w:t xml:space="preserve"> </w:t>
      </w:r>
      <w:r w:rsidRPr="00F542EC">
        <w:rPr>
          <w:rFonts w:cs="Shruti"/>
          <w:sz w:val="18"/>
          <w:szCs w:val="18"/>
          <w:cs/>
          <w:lang w:bidi="gu-IN"/>
        </w:rPr>
        <w:t>અને</w:t>
      </w:r>
      <w:r w:rsidRPr="00F542EC">
        <w:rPr>
          <w:sz w:val="18"/>
          <w:szCs w:val="18"/>
        </w:rPr>
        <w:t xml:space="preserve"> </w:t>
      </w:r>
      <w:r w:rsidRPr="00F542EC">
        <w:rPr>
          <w:rFonts w:cs="Shruti"/>
          <w:sz w:val="18"/>
          <w:szCs w:val="18"/>
          <w:cs/>
          <w:lang w:bidi="gu-IN"/>
        </w:rPr>
        <w:t>વપરાશમાં</w:t>
      </w:r>
      <w:r w:rsidRPr="00F542EC">
        <w:rPr>
          <w:sz w:val="18"/>
          <w:szCs w:val="18"/>
        </w:rPr>
        <w:t xml:space="preserve"> </w:t>
      </w:r>
      <w:r w:rsidRPr="00F542EC">
        <w:rPr>
          <w:rFonts w:cs="Shruti"/>
          <w:sz w:val="18"/>
          <w:szCs w:val="18"/>
          <w:cs/>
          <w:lang w:bidi="gu-IN"/>
        </w:rPr>
        <w:t>ન</w:t>
      </w:r>
      <w:r w:rsidRPr="00F542EC">
        <w:rPr>
          <w:sz w:val="18"/>
          <w:szCs w:val="18"/>
        </w:rPr>
        <w:t xml:space="preserve"> </w:t>
      </w:r>
      <w:r w:rsidRPr="00F542EC">
        <w:rPr>
          <w:rFonts w:cs="Shruti"/>
          <w:sz w:val="18"/>
          <w:szCs w:val="18"/>
          <w:cs/>
          <w:lang w:bidi="gu-IN"/>
        </w:rPr>
        <w:t>લઈ</w:t>
      </w:r>
      <w:r w:rsidRPr="00F542EC">
        <w:rPr>
          <w:sz w:val="18"/>
          <w:szCs w:val="18"/>
        </w:rPr>
        <w:t xml:space="preserve"> </w:t>
      </w:r>
      <w:r w:rsidRPr="00F542EC">
        <w:rPr>
          <w:rFonts w:cs="Shruti"/>
          <w:sz w:val="18"/>
          <w:szCs w:val="18"/>
          <w:cs/>
          <w:lang w:bidi="gu-IN"/>
        </w:rPr>
        <w:t>શકાય</w:t>
      </w:r>
      <w:r w:rsidRPr="00F542EC">
        <w:rPr>
          <w:sz w:val="18"/>
          <w:szCs w:val="18"/>
        </w:rPr>
        <w:t xml:space="preserve"> </w:t>
      </w:r>
      <w:r w:rsidRPr="00F542EC">
        <w:rPr>
          <w:rFonts w:cs="Shruti"/>
          <w:sz w:val="18"/>
          <w:szCs w:val="18"/>
          <w:cs/>
          <w:lang w:bidi="gu-IN"/>
        </w:rPr>
        <w:t>તેવા</w:t>
      </w:r>
      <w:r w:rsidRPr="00F542EC">
        <w:rPr>
          <w:sz w:val="18"/>
          <w:szCs w:val="18"/>
        </w:rPr>
        <w:t xml:space="preserve"> (</w:t>
      </w:r>
      <w:r w:rsidRPr="00F542EC">
        <w:rPr>
          <w:rFonts w:cs="Shruti"/>
          <w:sz w:val="18"/>
          <w:szCs w:val="18"/>
          <w:cs/>
          <w:lang w:bidi="gu-IN"/>
        </w:rPr>
        <w:t>નિરુપયોગી</w:t>
      </w:r>
      <w:r w:rsidRPr="00F542EC">
        <w:rPr>
          <w:sz w:val="18"/>
          <w:szCs w:val="18"/>
        </w:rPr>
        <w:t xml:space="preserve">) </w:t>
      </w:r>
      <w:r w:rsidRPr="00F542EC">
        <w:rPr>
          <w:rFonts w:cs="Shruti"/>
          <w:sz w:val="18"/>
          <w:szCs w:val="18"/>
          <w:cs/>
          <w:lang w:bidi="gu-IN"/>
        </w:rPr>
        <w:t>સાધનોમાં</w:t>
      </w:r>
      <w:r w:rsidRPr="00F542EC">
        <w:rPr>
          <w:sz w:val="18"/>
          <w:szCs w:val="18"/>
        </w:rPr>
        <w:t xml:space="preserve"> </w:t>
      </w:r>
      <w:r w:rsidRPr="00F542EC">
        <w:rPr>
          <w:rFonts w:cs="Shruti"/>
          <w:sz w:val="18"/>
          <w:szCs w:val="18"/>
          <w:cs/>
          <w:lang w:bidi="gu-IN"/>
        </w:rPr>
        <w:t>નીચે</w:t>
      </w:r>
      <w:r w:rsidRPr="00F542EC">
        <w:rPr>
          <w:sz w:val="18"/>
          <w:szCs w:val="18"/>
        </w:rPr>
        <w:t xml:space="preserve"> </w:t>
      </w:r>
      <w:r w:rsidRPr="00F542EC">
        <w:rPr>
          <w:rFonts w:cs="Shruti"/>
          <w:sz w:val="18"/>
          <w:szCs w:val="18"/>
          <w:cs/>
          <w:lang w:bidi="gu-IN"/>
        </w:rPr>
        <w:t>મુજબ</w:t>
      </w:r>
      <w:r w:rsidRPr="00F542EC">
        <w:rPr>
          <w:sz w:val="18"/>
          <w:szCs w:val="18"/>
        </w:rPr>
        <w:t xml:space="preserve"> </w:t>
      </w:r>
      <w:r w:rsidRPr="00F542EC">
        <w:rPr>
          <w:rFonts w:cs="Shruti"/>
          <w:sz w:val="18"/>
          <w:szCs w:val="18"/>
          <w:cs/>
          <w:lang w:bidi="gu-IN"/>
        </w:rPr>
        <w:t>વિભાજિત</w:t>
      </w:r>
      <w:r w:rsidRPr="00F542EC">
        <w:rPr>
          <w:sz w:val="18"/>
          <w:szCs w:val="18"/>
        </w:rPr>
        <w:t xml:space="preserve"> </w:t>
      </w:r>
      <w:r w:rsidRPr="00F542EC">
        <w:rPr>
          <w:rFonts w:cs="Shruti"/>
          <w:sz w:val="18"/>
          <w:szCs w:val="18"/>
          <w:cs/>
          <w:lang w:bidi="gu-IN"/>
        </w:rPr>
        <w:t>કરવામાં</w:t>
      </w:r>
      <w:r w:rsidRPr="00F542EC">
        <w:rPr>
          <w:sz w:val="18"/>
          <w:szCs w:val="18"/>
        </w:rPr>
        <w:t xml:space="preserve"> </w:t>
      </w:r>
      <w:r w:rsidRPr="00F542EC">
        <w:rPr>
          <w:rFonts w:cs="Shruti"/>
          <w:sz w:val="18"/>
          <w:szCs w:val="18"/>
          <w:cs/>
          <w:lang w:bidi="gu-IN"/>
        </w:rPr>
        <w:t>આવ્યા</w:t>
      </w:r>
      <w:r w:rsidRPr="00F542EC">
        <w:rPr>
          <w:sz w:val="18"/>
          <w:szCs w:val="18"/>
        </w:rPr>
        <w:t xml:space="preserve"> </w:t>
      </w:r>
      <w:r w:rsidRPr="00F542EC">
        <w:rPr>
          <w:rFonts w:cs="Shruti"/>
          <w:sz w:val="18"/>
          <w:szCs w:val="18"/>
          <w:cs/>
          <w:lang w:bidi="gu-IN"/>
        </w:rPr>
        <w:t>છે</w:t>
      </w:r>
      <w:r w:rsidRPr="00F542EC">
        <w:rPr>
          <w:sz w:val="18"/>
          <w:szCs w:val="18"/>
        </w:rPr>
        <w:t xml:space="preserve"> </w:t>
      </w:r>
      <w:r w:rsidRPr="00F542EC">
        <w:rPr>
          <w:rFonts w:cs="Shruti"/>
          <w:sz w:val="18"/>
          <w:szCs w:val="18"/>
          <w:cs/>
          <w:lang w:bidi="gu-IN"/>
        </w:rPr>
        <w:t>અને</w:t>
      </w:r>
      <w:r w:rsidRPr="00F542EC">
        <w:rPr>
          <w:sz w:val="18"/>
          <w:szCs w:val="18"/>
        </w:rPr>
        <w:t xml:space="preserve"> </w:t>
      </w:r>
      <w:r w:rsidRPr="00F542EC">
        <w:rPr>
          <w:rFonts w:cs="Shruti"/>
          <w:sz w:val="18"/>
          <w:szCs w:val="18"/>
          <w:cs/>
          <w:lang w:bidi="gu-IN"/>
        </w:rPr>
        <w:t>તેની</w:t>
      </w:r>
      <w:r w:rsidRPr="00F542EC">
        <w:rPr>
          <w:sz w:val="18"/>
          <w:szCs w:val="18"/>
        </w:rPr>
        <w:t xml:space="preserve"> </w:t>
      </w:r>
      <w:r w:rsidRPr="00F542EC">
        <w:rPr>
          <w:rFonts w:cs="Shruti"/>
          <w:sz w:val="18"/>
          <w:szCs w:val="18"/>
          <w:cs/>
          <w:lang w:bidi="gu-IN"/>
        </w:rPr>
        <w:t>નોંધ</w:t>
      </w:r>
      <w:r w:rsidRPr="00F542EC">
        <w:rPr>
          <w:sz w:val="18"/>
          <w:szCs w:val="18"/>
        </w:rPr>
        <w:t xml:space="preserve"> </w:t>
      </w:r>
      <w:r w:rsidRPr="00F542EC">
        <w:rPr>
          <w:rFonts w:cs="Shruti"/>
          <w:sz w:val="18"/>
          <w:szCs w:val="18"/>
          <w:cs/>
          <w:lang w:bidi="gu-IN"/>
        </w:rPr>
        <w:t>ડેડસ્ટોક</w:t>
      </w:r>
      <w:r w:rsidRPr="00F542EC">
        <w:rPr>
          <w:sz w:val="18"/>
          <w:szCs w:val="18"/>
        </w:rPr>
        <w:t xml:space="preserve"> </w:t>
      </w:r>
      <w:r w:rsidRPr="00F542EC">
        <w:rPr>
          <w:rFonts w:cs="Shruti"/>
          <w:sz w:val="18"/>
          <w:szCs w:val="18"/>
          <w:cs/>
          <w:lang w:bidi="gu-IN"/>
        </w:rPr>
        <w:t>રજીસ્ટરમાં</w:t>
      </w:r>
      <w:r w:rsidRPr="00F542EC">
        <w:rPr>
          <w:sz w:val="18"/>
          <w:szCs w:val="18"/>
        </w:rPr>
        <w:t xml:space="preserve"> </w:t>
      </w:r>
      <w:r w:rsidRPr="00F542EC">
        <w:rPr>
          <w:rFonts w:cs="Shruti"/>
          <w:sz w:val="18"/>
          <w:szCs w:val="18"/>
          <w:cs/>
          <w:lang w:bidi="gu-IN"/>
        </w:rPr>
        <w:t>કરવામાં</w:t>
      </w:r>
      <w:r w:rsidRPr="00F542EC">
        <w:rPr>
          <w:sz w:val="18"/>
          <w:szCs w:val="18"/>
        </w:rPr>
        <w:t xml:space="preserve"> </w:t>
      </w:r>
      <w:r w:rsidRPr="00F542EC">
        <w:rPr>
          <w:rFonts w:cs="Shruti"/>
          <w:sz w:val="18"/>
          <w:szCs w:val="18"/>
          <w:cs/>
          <w:lang w:bidi="gu-IN"/>
        </w:rPr>
        <w:t>આવી</w:t>
      </w:r>
      <w:r w:rsidRPr="00F542EC">
        <w:rPr>
          <w:sz w:val="18"/>
          <w:szCs w:val="18"/>
        </w:rPr>
        <w:t xml:space="preserve"> </w:t>
      </w:r>
      <w:r w:rsidRPr="00F542EC">
        <w:rPr>
          <w:rFonts w:cs="Shruti"/>
          <w:sz w:val="18"/>
          <w:szCs w:val="18"/>
          <w:cs/>
          <w:lang w:bidi="gu-IN"/>
        </w:rPr>
        <w:t>છે</w:t>
      </w:r>
      <w:r w:rsidRPr="00F542EC">
        <w:rPr>
          <w:sz w:val="18"/>
          <w:szCs w:val="18"/>
        </w:rPr>
        <w:t>.</w:t>
      </w:r>
    </w:p>
    <w:p w14:paraId="3315BE7E" w14:textId="77777777" w:rsidR="009A5D4D" w:rsidRDefault="009A5D4D" w:rsidP="009A5D4D">
      <w:pPr>
        <w:pStyle w:val="Heading2"/>
        <w:spacing w:line="240" w:lineRule="auto"/>
      </w:pPr>
      <w:r>
        <w:rPr>
          <w:rFonts w:cs="Shruti"/>
          <w:cs/>
          <w:lang w:bidi="gu-IN"/>
        </w:rPr>
        <w:t>૧</w:t>
      </w:r>
      <w:r>
        <w:t xml:space="preserve">. </w:t>
      </w:r>
      <w:r>
        <w:rPr>
          <w:rFonts w:cs="Shruti"/>
          <w:cs/>
          <w:lang w:bidi="gu-IN"/>
        </w:rPr>
        <w:t>વપરાશયોગ્ય</w:t>
      </w:r>
      <w:r>
        <w:t xml:space="preserve"> </w:t>
      </w:r>
      <w:r>
        <w:rPr>
          <w:rFonts w:cs="Shruti"/>
          <w:cs/>
          <w:lang w:bidi="gu-IN"/>
        </w:rPr>
        <w:t>ઉપકરણો</w:t>
      </w:r>
      <w:r>
        <w:t xml:space="preserve"> (Usable / Working Condition):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675"/>
        <w:gridCol w:w="2781"/>
        <w:gridCol w:w="1728"/>
        <w:gridCol w:w="1728"/>
        <w:gridCol w:w="2410"/>
      </w:tblGrid>
      <w:tr w:rsidR="009A5D4D" w14:paraId="79353FC2" w14:textId="77777777" w:rsidTr="00CB2F44">
        <w:tc>
          <w:tcPr>
            <w:tcW w:w="675" w:type="dxa"/>
          </w:tcPr>
          <w:p w14:paraId="6439B612" w14:textId="77777777" w:rsidR="009A5D4D" w:rsidRDefault="009A5D4D" w:rsidP="007E1A4A">
            <w:pPr>
              <w:jc w:val="center"/>
            </w:pPr>
            <w:r>
              <w:rPr>
                <w:rFonts w:cs="Shruti"/>
                <w:b/>
                <w:bCs/>
                <w:cs/>
                <w:lang w:bidi="gu-IN"/>
              </w:rPr>
              <w:t>ક્રમ</w:t>
            </w:r>
          </w:p>
        </w:tc>
        <w:tc>
          <w:tcPr>
            <w:tcW w:w="2781" w:type="dxa"/>
          </w:tcPr>
          <w:p w14:paraId="150AC9A0" w14:textId="77777777" w:rsidR="009A5D4D" w:rsidRDefault="009A5D4D" w:rsidP="007E1A4A">
            <w:pPr>
              <w:jc w:val="center"/>
            </w:pPr>
            <w:r>
              <w:rPr>
                <w:rFonts w:cs="Shruti"/>
                <w:b/>
                <w:bCs/>
                <w:cs/>
                <w:lang w:bidi="gu-IN"/>
              </w:rPr>
              <w:t>ઉપકરણ</w:t>
            </w:r>
            <w:r>
              <w:rPr>
                <w:b/>
              </w:rPr>
              <w:t xml:space="preserve"> / </w:t>
            </w:r>
            <w:r>
              <w:rPr>
                <w:rFonts w:cs="Shruti"/>
                <w:b/>
                <w:bCs/>
                <w:cs/>
                <w:lang w:bidi="gu-IN"/>
              </w:rPr>
              <w:t>સાધનનું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નામ</w:t>
            </w:r>
          </w:p>
        </w:tc>
        <w:tc>
          <w:tcPr>
            <w:tcW w:w="1728" w:type="dxa"/>
          </w:tcPr>
          <w:p w14:paraId="59E5C6FB" w14:textId="77777777" w:rsidR="009A5D4D" w:rsidRDefault="009A5D4D" w:rsidP="007E1A4A">
            <w:pPr>
              <w:jc w:val="center"/>
            </w:pPr>
            <w:r>
              <w:rPr>
                <w:rFonts w:cs="Shruti"/>
                <w:b/>
                <w:bCs/>
                <w:cs/>
                <w:lang w:bidi="gu-IN"/>
              </w:rPr>
              <w:t>ઉપલબ્ધ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જથ્થો</w:t>
            </w:r>
            <w:r>
              <w:rPr>
                <w:b/>
              </w:rPr>
              <w:t xml:space="preserve"> (</w:t>
            </w:r>
            <w:r>
              <w:rPr>
                <w:rFonts w:cs="Shruti"/>
                <w:b/>
                <w:bCs/>
                <w:cs/>
                <w:lang w:bidi="gu-IN"/>
              </w:rPr>
              <w:t>સંખ્યા</w:t>
            </w:r>
            <w:r>
              <w:rPr>
                <w:b/>
              </w:rPr>
              <w:t>)</w:t>
            </w:r>
          </w:p>
        </w:tc>
        <w:tc>
          <w:tcPr>
            <w:tcW w:w="1728" w:type="dxa"/>
          </w:tcPr>
          <w:p w14:paraId="5F0F6C70" w14:textId="77777777" w:rsidR="009A5D4D" w:rsidRDefault="009A5D4D" w:rsidP="007E1A4A">
            <w:pPr>
              <w:jc w:val="center"/>
            </w:pPr>
            <w:r>
              <w:rPr>
                <w:rFonts w:cs="Shruti"/>
                <w:b/>
                <w:bCs/>
                <w:cs/>
                <w:lang w:bidi="gu-IN"/>
              </w:rPr>
              <w:t>ડેડસ્ટોક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રજીસ્ટર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પાના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નં</w:t>
            </w:r>
            <w:r>
              <w:rPr>
                <w:b/>
              </w:rPr>
              <w:t>.</w:t>
            </w:r>
          </w:p>
        </w:tc>
        <w:tc>
          <w:tcPr>
            <w:tcW w:w="2410" w:type="dxa"/>
          </w:tcPr>
          <w:p w14:paraId="6DBFFC0C" w14:textId="77777777" w:rsidR="009A5D4D" w:rsidRDefault="009A5D4D" w:rsidP="007E1A4A">
            <w:pPr>
              <w:jc w:val="center"/>
            </w:pPr>
            <w:r>
              <w:rPr>
                <w:rFonts w:cs="Shruti"/>
                <w:b/>
                <w:bCs/>
                <w:cs/>
                <w:lang w:bidi="gu-IN"/>
              </w:rPr>
              <w:t>વિશેષ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નોંધ</w:t>
            </w:r>
          </w:p>
        </w:tc>
      </w:tr>
      <w:tr w:rsidR="009A5D4D" w14:paraId="7F9A128C" w14:textId="77777777" w:rsidTr="00CB2F44">
        <w:tc>
          <w:tcPr>
            <w:tcW w:w="675" w:type="dxa"/>
          </w:tcPr>
          <w:p w14:paraId="0ADBE8CB" w14:textId="77777777" w:rsidR="009A5D4D" w:rsidRDefault="009A5D4D" w:rsidP="00CB2F44">
            <w:pPr>
              <w:jc w:val="center"/>
            </w:pPr>
            <w:r>
              <w:rPr>
                <w:rFonts w:cs="Shruti"/>
                <w:cs/>
                <w:lang w:bidi="gu-IN"/>
              </w:rPr>
              <w:t>૧</w:t>
            </w:r>
          </w:p>
        </w:tc>
        <w:tc>
          <w:tcPr>
            <w:tcW w:w="2781" w:type="dxa"/>
          </w:tcPr>
          <w:p w14:paraId="317E7C34" w14:textId="77777777" w:rsidR="009A5D4D" w:rsidRPr="009A5D4D" w:rsidRDefault="009A5D4D" w:rsidP="009A5D4D">
            <w:pPr>
              <w:rPr>
                <w:sz w:val="18"/>
                <w:szCs w:val="18"/>
              </w:rPr>
            </w:pP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ડેસ્કટોપ</w:t>
            </w:r>
            <w:r w:rsidRPr="009A5D4D">
              <w:rPr>
                <w:sz w:val="18"/>
                <w:szCs w:val="18"/>
              </w:rPr>
              <w:t xml:space="preserve"> </w:t>
            </w: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કોમ્પ્યુટર</w:t>
            </w:r>
            <w:r w:rsidRPr="009A5D4D">
              <w:rPr>
                <w:sz w:val="18"/>
                <w:szCs w:val="18"/>
              </w:rPr>
              <w:t xml:space="preserve"> (Desktop PCs)</w:t>
            </w:r>
          </w:p>
        </w:tc>
        <w:tc>
          <w:tcPr>
            <w:tcW w:w="1728" w:type="dxa"/>
          </w:tcPr>
          <w:p w14:paraId="5C6FA32B" w14:textId="553AB99E" w:rsidR="009A5D4D" w:rsidRPr="009A5D4D" w:rsidRDefault="00B231CF" w:rsidP="009A5D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1728" w:type="dxa"/>
          </w:tcPr>
          <w:p w14:paraId="41D37F03" w14:textId="77777777" w:rsidR="009A5D4D" w:rsidRPr="009A5D4D" w:rsidRDefault="009A5D4D" w:rsidP="009A5D4D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69BC807C" w14:textId="77777777" w:rsidR="009A5D4D" w:rsidRPr="009A5D4D" w:rsidRDefault="009A5D4D" w:rsidP="009A5D4D">
            <w:pPr>
              <w:rPr>
                <w:sz w:val="18"/>
                <w:szCs w:val="18"/>
              </w:rPr>
            </w:pP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શૈક્ષણિક</w:t>
            </w:r>
            <w:r w:rsidRPr="009A5D4D">
              <w:rPr>
                <w:sz w:val="18"/>
                <w:szCs w:val="18"/>
              </w:rPr>
              <w:t xml:space="preserve"> </w:t>
            </w: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કાર્ય</w:t>
            </w:r>
            <w:r w:rsidRPr="009A5D4D">
              <w:rPr>
                <w:sz w:val="18"/>
                <w:szCs w:val="18"/>
              </w:rPr>
              <w:t xml:space="preserve"> </w:t>
            </w: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માટે</w:t>
            </w:r>
            <w:r w:rsidRPr="009A5D4D">
              <w:rPr>
                <w:sz w:val="18"/>
                <w:szCs w:val="18"/>
              </w:rPr>
              <w:t xml:space="preserve"> </w:t>
            </w: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ચાલુ</w:t>
            </w:r>
          </w:p>
        </w:tc>
      </w:tr>
      <w:tr w:rsidR="009A5D4D" w14:paraId="1BB9C4AD" w14:textId="77777777" w:rsidTr="00CB2F44">
        <w:tc>
          <w:tcPr>
            <w:tcW w:w="675" w:type="dxa"/>
          </w:tcPr>
          <w:p w14:paraId="54C68E94" w14:textId="77777777" w:rsidR="009A5D4D" w:rsidRDefault="009A5D4D" w:rsidP="00CB2F44">
            <w:pPr>
              <w:jc w:val="center"/>
            </w:pPr>
            <w:r>
              <w:rPr>
                <w:rFonts w:cs="Shruti"/>
                <w:cs/>
                <w:lang w:bidi="gu-IN"/>
              </w:rPr>
              <w:t>૨</w:t>
            </w:r>
          </w:p>
        </w:tc>
        <w:tc>
          <w:tcPr>
            <w:tcW w:w="2781" w:type="dxa"/>
          </w:tcPr>
          <w:p w14:paraId="60589835" w14:textId="77777777" w:rsidR="009A5D4D" w:rsidRPr="009A5D4D" w:rsidRDefault="009A5D4D" w:rsidP="009A5D4D">
            <w:pPr>
              <w:rPr>
                <w:sz w:val="18"/>
                <w:szCs w:val="18"/>
              </w:rPr>
            </w:pPr>
            <w:r w:rsidRPr="009A5D4D">
              <w:rPr>
                <w:sz w:val="18"/>
                <w:szCs w:val="18"/>
              </w:rPr>
              <w:t xml:space="preserve">LED </w:t>
            </w: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મોનિટર</w:t>
            </w:r>
            <w:r w:rsidRPr="009A5D4D">
              <w:rPr>
                <w:sz w:val="18"/>
                <w:szCs w:val="18"/>
              </w:rPr>
              <w:t xml:space="preserve"> (Monitors)</w:t>
            </w:r>
          </w:p>
        </w:tc>
        <w:tc>
          <w:tcPr>
            <w:tcW w:w="1728" w:type="dxa"/>
          </w:tcPr>
          <w:p w14:paraId="41D41E4B" w14:textId="3203AB97" w:rsidR="009A5D4D" w:rsidRPr="009A5D4D" w:rsidRDefault="00B231CF" w:rsidP="009A5D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1728" w:type="dxa"/>
          </w:tcPr>
          <w:p w14:paraId="019AF273" w14:textId="77777777" w:rsidR="009A5D4D" w:rsidRPr="009A5D4D" w:rsidRDefault="009A5D4D" w:rsidP="009A5D4D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3053D908" w14:textId="77777777" w:rsidR="009A5D4D" w:rsidRPr="009A5D4D" w:rsidRDefault="009A5D4D" w:rsidP="009A5D4D">
            <w:pPr>
              <w:rPr>
                <w:sz w:val="18"/>
                <w:szCs w:val="18"/>
              </w:rPr>
            </w:pP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ચાલુ</w:t>
            </w:r>
            <w:r w:rsidRPr="009A5D4D">
              <w:rPr>
                <w:sz w:val="18"/>
                <w:szCs w:val="18"/>
              </w:rPr>
              <w:t xml:space="preserve"> </w:t>
            </w: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હાલતમાં</w:t>
            </w:r>
          </w:p>
        </w:tc>
      </w:tr>
      <w:tr w:rsidR="009A5D4D" w14:paraId="04244E36" w14:textId="77777777" w:rsidTr="00CB2F44">
        <w:tc>
          <w:tcPr>
            <w:tcW w:w="675" w:type="dxa"/>
          </w:tcPr>
          <w:p w14:paraId="40BAEBBD" w14:textId="77777777" w:rsidR="009A5D4D" w:rsidRDefault="009A5D4D" w:rsidP="00CB2F44">
            <w:pPr>
              <w:jc w:val="center"/>
            </w:pPr>
            <w:r>
              <w:rPr>
                <w:rFonts w:cs="Shruti"/>
                <w:cs/>
                <w:lang w:bidi="gu-IN"/>
              </w:rPr>
              <w:t>૩</w:t>
            </w:r>
          </w:p>
        </w:tc>
        <w:tc>
          <w:tcPr>
            <w:tcW w:w="2781" w:type="dxa"/>
          </w:tcPr>
          <w:p w14:paraId="5DF28D69" w14:textId="77777777" w:rsidR="009A5D4D" w:rsidRPr="009A5D4D" w:rsidRDefault="009A5D4D" w:rsidP="009A5D4D">
            <w:pPr>
              <w:rPr>
                <w:sz w:val="18"/>
                <w:szCs w:val="18"/>
              </w:rPr>
            </w:pP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કીબોર્ડ</w:t>
            </w:r>
            <w:r w:rsidRPr="009A5D4D">
              <w:rPr>
                <w:sz w:val="18"/>
                <w:szCs w:val="18"/>
              </w:rPr>
              <w:t xml:space="preserve"> </w:t>
            </w: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અને</w:t>
            </w:r>
            <w:r w:rsidRPr="009A5D4D">
              <w:rPr>
                <w:sz w:val="18"/>
                <w:szCs w:val="18"/>
              </w:rPr>
              <w:t xml:space="preserve"> </w:t>
            </w: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માઉસ</w:t>
            </w:r>
            <w:r w:rsidRPr="009A5D4D">
              <w:rPr>
                <w:sz w:val="18"/>
                <w:szCs w:val="18"/>
              </w:rPr>
              <w:t xml:space="preserve"> (Keyboard &amp; Mouse)</w:t>
            </w:r>
          </w:p>
        </w:tc>
        <w:tc>
          <w:tcPr>
            <w:tcW w:w="1728" w:type="dxa"/>
          </w:tcPr>
          <w:p w14:paraId="3D27CBE9" w14:textId="477873AB" w:rsidR="009A5D4D" w:rsidRPr="009A5D4D" w:rsidRDefault="00B231CF" w:rsidP="009A5D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1728" w:type="dxa"/>
          </w:tcPr>
          <w:p w14:paraId="3AC69086" w14:textId="77777777" w:rsidR="009A5D4D" w:rsidRPr="009A5D4D" w:rsidRDefault="009A5D4D" w:rsidP="009A5D4D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6EA32737" w14:textId="77777777" w:rsidR="009A5D4D" w:rsidRPr="009A5D4D" w:rsidRDefault="009A5D4D" w:rsidP="009A5D4D">
            <w:pPr>
              <w:rPr>
                <w:sz w:val="18"/>
                <w:szCs w:val="18"/>
              </w:rPr>
            </w:pP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ચાલુ</w:t>
            </w:r>
            <w:r w:rsidRPr="009A5D4D">
              <w:rPr>
                <w:sz w:val="18"/>
                <w:szCs w:val="18"/>
              </w:rPr>
              <w:t xml:space="preserve"> </w:t>
            </w: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હાલતમાં</w:t>
            </w:r>
          </w:p>
        </w:tc>
      </w:tr>
      <w:tr w:rsidR="009A5D4D" w14:paraId="7C13299D" w14:textId="77777777" w:rsidTr="00CB2F44">
        <w:tc>
          <w:tcPr>
            <w:tcW w:w="675" w:type="dxa"/>
          </w:tcPr>
          <w:p w14:paraId="7FD93060" w14:textId="77777777" w:rsidR="009A5D4D" w:rsidRDefault="009A5D4D" w:rsidP="00CB2F44">
            <w:pPr>
              <w:jc w:val="center"/>
            </w:pPr>
            <w:r>
              <w:rPr>
                <w:rFonts w:cs="Shruti"/>
                <w:cs/>
                <w:lang w:bidi="gu-IN"/>
              </w:rPr>
              <w:t>૪</w:t>
            </w:r>
          </w:p>
        </w:tc>
        <w:tc>
          <w:tcPr>
            <w:tcW w:w="2781" w:type="dxa"/>
          </w:tcPr>
          <w:p w14:paraId="4A21CD02" w14:textId="77777777" w:rsidR="009A5D4D" w:rsidRPr="009A5D4D" w:rsidRDefault="009A5D4D" w:rsidP="009A5D4D">
            <w:pPr>
              <w:rPr>
                <w:sz w:val="18"/>
                <w:szCs w:val="18"/>
              </w:rPr>
            </w:pP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પ્રિન્ટર</w:t>
            </w:r>
            <w:r w:rsidRPr="009A5D4D">
              <w:rPr>
                <w:sz w:val="18"/>
                <w:szCs w:val="18"/>
              </w:rPr>
              <w:t xml:space="preserve"> / </w:t>
            </w: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સ્કેનર</w:t>
            </w:r>
            <w:r w:rsidRPr="009A5D4D">
              <w:rPr>
                <w:sz w:val="18"/>
                <w:szCs w:val="18"/>
              </w:rPr>
              <w:t xml:space="preserve"> (Printer / Scanner)</w:t>
            </w:r>
          </w:p>
        </w:tc>
        <w:tc>
          <w:tcPr>
            <w:tcW w:w="1728" w:type="dxa"/>
          </w:tcPr>
          <w:p w14:paraId="0DC2A291" w14:textId="11D097A1" w:rsidR="009A5D4D" w:rsidRPr="009A5D4D" w:rsidRDefault="00B231CF" w:rsidP="009A5D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1728" w:type="dxa"/>
          </w:tcPr>
          <w:p w14:paraId="7EE34A2C" w14:textId="77777777" w:rsidR="009A5D4D" w:rsidRPr="009A5D4D" w:rsidRDefault="009A5D4D" w:rsidP="009A5D4D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70A16E58" w14:textId="77777777" w:rsidR="009A5D4D" w:rsidRPr="009A5D4D" w:rsidRDefault="009A5D4D" w:rsidP="009A5D4D">
            <w:pPr>
              <w:rPr>
                <w:sz w:val="18"/>
                <w:szCs w:val="18"/>
              </w:rPr>
            </w:pP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ચાલુ</w:t>
            </w:r>
            <w:r w:rsidRPr="009A5D4D">
              <w:rPr>
                <w:sz w:val="18"/>
                <w:szCs w:val="18"/>
              </w:rPr>
              <w:t xml:space="preserve"> </w:t>
            </w: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હાલતમાં</w:t>
            </w:r>
          </w:p>
        </w:tc>
      </w:tr>
      <w:tr w:rsidR="009A5D4D" w14:paraId="2A5323ED" w14:textId="77777777" w:rsidTr="00CB2F44">
        <w:tc>
          <w:tcPr>
            <w:tcW w:w="675" w:type="dxa"/>
          </w:tcPr>
          <w:p w14:paraId="063071C9" w14:textId="77777777" w:rsidR="009A5D4D" w:rsidRDefault="009A5D4D" w:rsidP="00CB2F44">
            <w:pPr>
              <w:jc w:val="center"/>
            </w:pPr>
            <w:r>
              <w:rPr>
                <w:rFonts w:cs="Shruti"/>
                <w:cs/>
                <w:lang w:bidi="gu-IN"/>
              </w:rPr>
              <w:t>૫</w:t>
            </w:r>
          </w:p>
        </w:tc>
        <w:tc>
          <w:tcPr>
            <w:tcW w:w="2781" w:type="dxa"/>
          </w:tcPr>
          <w:p w14:paraId="0B89E857" w14:textId="77777777" w:rsidR="009A5D4D" w:rsidRPr="009A5D4D" w:rsidRDefault="009A5D4D" w:rsidP="009A5D4D">
            <w:pPr>
              <w:rPr>
                <w:sz w:val="18"/>
                <w:szCs w:val="18"/>
              </w:rPr>
            </w:pP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પ્રોજેક્ટર</w:t>
            </w:r>
            <w:r w:rsidRPr="009A5D4D">
              <w:rPr>
                <w:sz w:val="18"/>
                <w:szCs w:val="18"/>
              </w:rPr>
              <w:t xml:space="preserve"> </w:t>
            </w: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અને</w:t>
            </w:r>
            <w:r w:rsidRPr="009A5D4D">
              <w:rPr>
                <w:sz w:val="18"/>
                <w:szCs w:val="18"/>
              </w:rPr>
              <w:t xml:space="preserve"> </w:t>
            </w: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સ્ક્રીન</w:t>
            </w:r>
            <w:r w:rsidRPr="009A5D4D">
              <w:rPr>
                <w:sz w:val="18"/>
                <w:szCs w:val="18"/>
              </w:rPr>
              <w:t xml:space="preserve"> (Projector)</w:t>
            </w:r>
          </w:p>
        </w:tc>
        <w:tc>
          <w:tcPr>
            <w:tcW w:w="1728" w:type="dxa"/>
          </w:tcPr>
          <w:p w14:paraId="44A30D8C" w14:textId="26E2FA33" w:rsidR="009A5D4D" w:rsidRPr="009A5D4D" w:rsidRDefault="00B231CF" w:rsidP="009A5D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NIL</w:t>
            </w:r>
          </w:p>
        </w:tc>
        <w:tc>
          <w:tcPr>
            <w:tcW w:w="1728" w:type="dxa"/>
          </w:tcPr>
          <w:p w14:paraId="3E4B99B0" w14:textId="77777777" w:rsidR="009A5D4D" w:rsidRPr="009A5D4D" w:rsidRDefault="009A5D4D" w:rsidP="009A5D4D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7553C901" w14:textId="07233613" w:rsidR="009A5D4D" w:rsidRPr="009A5D4D" w:rsidRDefault="009A5D4D" w:rsidP="009A5D4D">
            <w:pPr>
              <w:rPr>
                <w:sz w:val="18"/>
                <w:szCs w:val="18"/>
              </w:rPr>
            </w:pPr>
          </w:p>
        </w:tc>
      </w:tr>
      <w:tr w:rsidR="009A5D4D" w14:paraId="4DD48C4C" w14:textId="77777777" w:rsidTr="00CB2F44">
        <w:tc>
          <w:tcPr>
            <w:tcW w:w="675" w:type="dxa"/>
          </w:tcPr>
          <w:p w14:paraId="5295F89D" w14:textId="77777777" w:rsidR="009A5D4D" w:rsidRDefault="009A5D4D" w:rsidP="00CB2F44">
            <w:pPr>
              <w:jc w:val="center"/>
            </w:pPr>
            <w:r>
              <w:rPr>
                <w:rFonts w:cs="Shruti"/>
                <w:cs/>
                <w:lang w:bidi="gu-IN"/>
              </w:rPr>
              <w:t>૬</w:t>
            </w:r>
          </w:p>
        </w:tc>
        <w:tc>
          <w:tcPr>
            <w:tcW w:w="2781" w:type="dxa"/>
          </w:tcPr>
          <w:p w14:paraId="5E6F7DBE" w14:textId="77777777" w:rsidR="009A5D4D" w:rsidRPr="009A5D4D" w:rsidRDefault="009A5D4D" w:rsidP="009A5D4D">
            <w:pPr>
              <w:rPr>
                <w:sz w:val="18"/>
                <w:szCs w:val="18"/>
              </w:rPr>
            </w:pPr>
            <w:r w:rsidRPr="009A5D4D">
              <w:rPr>
                <w:sz w:val="18"/>
                <w:szCs w:val="18"/>
              </w:rPr>
              <w:t xml:space="preserve">UPS </w:t>
            </w: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અને</w:t>
            </w:r>
            <w:r w:rsidRPr="009A5D4D">
              <w:rPr>
                <w:sz w:val="18"/>
                <w:szCs w:val="18"/>
              </w:rPr>
              <w:t xml:space="preserve"> </w:t>
            </w: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બેટરી</w:t>
            </w:r>
            <w:r w:rsidRPr="009A5D4D">
              <w:rPr>
                <w:sz w:val="18"/>
                <w:szCs w:val="18"/>
              </w:rPr>
              <w:t xml:space="preserve"> (UPS)</w:t>
            </w:r>
          </w:p>
        </w:tc>
        <w:tc>
          <w:tcPr>
            <w:tcW w:w="1728" w:type="dxa"/>
          </w:tcPr>
          <w:p w14:paraId="7637D2A3" w14:textId="69515E40" w:rsidR="009A5D4D" w:rsidRPr="009A5D4D" w:rsidRDefault="00B231CF" w:rsidP="009A5D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NIL</w:t>
            </w:r>
          </w:p>
        </w:tc>
        <w:tc>
          <w:tcPr>
            <w:tcW w:w="1728" w:type="dxa"/>
          </w:tcPr>
          <w:p w14:paraId="5698B7A4" w14:textId="77777777" w:rsidR="009A5D4D" w:rsidRPr="009A5D4D" w:rsidRDefault="009A5D4D" w:rsidP="009A5D4D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3BC9F54E" w14:textId="6E489080" w:rsidR="009A5D4D" w:rsidRPr="009A5D4D" w:rsidRDefault="009A5D4D" w:rsidP="009A5D4D">
            <w:pPr>
              <w:rPr>
                <w:sz w:val="18"/>
                <w:szCs w:val="18"/>
              </w:rPr>
            </w:pPr>
          </w:p>
        </w:tc>
      </w:tr>
    </w:tbl>
    <w:p w14:paraId="6E172D14" w14:textId="77777777" w:rsidR="009A5D4D" w:rsidRDefault="009A5D4D" w:rsidP="009A5D4D">
      <w:pPr>
        <w:pStyle w:val="Heading2"/>
        <w:spacing w:line="240" w:lineRule="auto"/>
      </w:pPr>
      <w:r>
        <w:rPr>
          <w:rFonts w:cs="Shruti"/>
          <w:cs/>
          <w:lang w:bidi="gu-IN"/>
        </w:rPr>
        <w:t>૨</w:t>
      </w:r>
      <w:r>
        <w:t xml:space="preserve">. </w:t>
      </w:r>
      <w:r>
        <w:rPr>
          <w:rFonts w:cs="Shruti"/>
          <w:cs/>
          <w:lang w:bidi="gu-IN"/>
        </w:rPr>
        <w:t>વપરાશમાં</w:t>
      </w:r>
      <w:r>
        <w:t xml:space="preserve"> </w:t>
      </w:r>
      <w:r>
        <w:rPr>
          <w:rFonts w:cs="Shruti"/>
          <w:cs/>
          <w:lang w:bidi="gu-IN"/>
        </w:rPr>
        <w:t>ન</w:t>
      </w:r>
      <w:r>
        <w:t xml:space="preserve"> </w:t>
      </w:r>
      <w:r>
        <w:rPr>
          <w:rFonts w:cs="Shruti"/>
          <w:cs/>
          <w:lang w:bidi="gu-IN"/>
        </w:rPr>
        <w:t>લઈ</w:t>
      </w:r>
      <w:r>
        <w:t xml:space="preserve"> </w:t>
      </w:r>
      <w:r>
        <w:rPr>
          <w:rFonts w:cs="Shruti"/>
          <w:cs/>
          <w:lang w:bidi="gu-IN"/>
        </w:rPr>
        <w:t>શકાય</w:t>
      </w:r>
      <w:r>
        <w:t xml:space="preserve"> </w:t>
      </w:r>
      <w:r>
        <w:rPr>
          <w:rFonts w:cs="Shruti"/>
          <w:cs/>
          <w:lang w:bidi="gu-IN"/>
        </w:rPr>
        <w:t>તેવા</w:t>
      </w:r>
      <w:r>
        <w:t xml:space="preserve"> </w:t>
      </w:r>
      <w:r>
        <w:rPr>
          <w:rFonts w:cs="Shruti"/>
          <w:cs/>
          <w:lang w:bidi="gu-IN"/>
        </w:rPr>
        <w:t>ઉપકરણો</w:t>
      </w:r>
      <w:r>
        <w:t xml:space="preserve"> (Non-usable / Scrap / Write-off </w:t>
      </w:r>
      <w:r>
        <w:rPr>
          <w:rFonts w:cs="Shruti"/>
          <w:cs/>
          <w:lang w:bidi="gu-IN"/>
        </w:rPr>
        <w:t>માટે</w:t>
      </w:r>
      <w:r>
        <w:t>):</w:t>
      </w: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534"/>
        <w:gridCol w:w="2922"/>
        <w:gridCol w:w="1728"/>
        <w:gridCol w:w="1728"/>
        <w:gridCol w:w="2552"/>
      </w:tblGrid>
      <w:tr w:rsidR="009A5D4D" w14:paraId="614A70B9" w14:textId="77777777" w:rsidTr="009A5D4D">
        <w:tc>
          <w:tcPr>
            <w:tcW w:w="534" w:type="dxa"/>
          </w:tcPr>
          <w:p w14:paraId="0A294092" w14:textId="77777777" w:rsidR="009A5D4D" w:rsidRPr="009A5D4D" w:rsidRDefault="009A5D4D" w:rsidP="007E1A4A">
            <w:pPr>
              <w:jc w:val="center"/>
              <w:rPr>
                <w:sz w:val="18"/>
                <w:szCs w:val="18"/>
              </w:rPr>
            </w:pPr>
            <w:r w:rsidRPr="009A5D4D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ક્રમ</w:t>
            </w:r>
          </w:p>
        </w:tc>
        <w:tc>
          <w:tcPr>
            <w:tcW w:w="2922" w:type="dxa"/>
          </w:tcPr>
          <w:p w14:paraId="6B9ECE85" w14:textId="77777777" w:rsidR="009A5D4D" w:rsidRPr="009A5D4D" w:rsidRDefault="009A5D4D" w:rsidP="007E1A4A">
            <w:pPr>
              <w:jc w:val="center"/>
              <w:rPr>
                <w:sz w:val="18"/>
                <w:szCs w:val="18"/>
              </w:rPr>
            </w:pPr>
            <w:r w:rsidRPr="009A5D4D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ઉપકરણ</w:t>
            </w:r>
            <w:r w:rsidRPr="009A5D4D">
              <w:rPr>
                <w:b/>
                <w:sz w:val="18"/>
                <w:szCs w:val="18"/>
              </w:rPr>
              <w:t xml:space="preserve"> / </w:t>
            </w:r>
            <w:r w:rsidRPr="009A5D4D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સાધનનું</w:t>
            </w:r>
            <w:r w:rsidRPr="009A5D4D">
              <w:rPr>
                <w:b/>
                <w:sz w:val="18"/>
                <w:szCs w:val="18"/>
              </w:rPr>
              <w:t xml:space="preserve"> </w:t>
            </w:r>
            <w:r w:rsidRPr="009A5D4D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નામ</w:t>
            </w:r>
          </w:p>
        </w:tc>
        <w:tc>
          <w:tcPr>
            <w:tcW w:w="1728" w:type="dxa"/>
          </w:tcPr>
          <w:p w14:paraId="4665A7F9" w14:textId="77777777" w:rsidR="009A5D4D" w:rsidRPr="009A5D4D" w:rsidRDefault="009A5D4D" w:rsidP="007E1A4A">
            <w:pPr>
              <w:jc w:val="center"/>
              <w:rPr>
                <w:sz w:val="18"/>
                <w:szCs w:val="18"/>
              </w:rPr>
            </w:pPr>
            <w:r w:rsidRPr="009A5D4D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જથ્થો</w:t>
            </w:r>
            <w:r w:rsidRPr="009A5D4D">
              <w:rPr>
                <w:b/>
                <w:sz w:val="18"/>
                <w:szCs w:val="18"/>
              </w:rPr>
              <w:t xml:space="preserve"> (</w:t>
            </w:r>
            <w:r w:rsidRPr="009A5D4D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સંખ્યા</w:t>
            </w:r>
            <w:r w:rsidRPr="009A5D4D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728" w:type="dxa"/>
          </w:tcPr>
          <w:p w14:paraId="44E9C569" w14:textId="77777777" w:rsidR="009A5D4D" w:rsidRPr="009A5D4D" w:rsidRDefault="009A5D4D" w:rsidP="007E1A4A">
            <w:pPr>
              <w:jc w:val="center"/>
              <w:rPr>
                <w:sz w:val="18"/>
                <w:szCs w:val="18"/>
              </w:rPr>
            </w:pPr>
            <w:r w:rsidRPr="009A5D4D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ડેડસ્ટોક</w:t>
            </w:r>
            <w:r w:rsidRPr="009A5D4D">
              <w:rPr>
                <w:b/>
                <w:sz w:val="18"/>
                <w:szCs w:val="18"/>
              </w:rPr>
              <w:t xml:space="preserve"> </w:t>
            </w:r>
            <w:r w:rsidRPr="009A5D4D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રજીસ્ટર</w:t>
            </w:r>
            <w:r w:rsidRPr="009A5D4D">
              <w:rPr>
                <w:b/>
                <w:sz w:val="18"/>
                <w:szCs w:val="18"/>
              </w:rPr>
              <w:t xml:space="preserve"> </w:t>
            </w:r>
            <w:r w:rsidRPr="009A5D4D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પાના</w:t>
            </w:r>
            <w:r w:rsidRPr="009A5D4D">
              <w:rPr>
                <w:b/>
                <w:sz w:val="18"/>
                <w:szCs w:val="18"/>
              </w:rPr>
              <w:t xml:space="preserve"> </w:t>
            </w:r>
            <w:r w:rsidRPr="009A5D4D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નં</w:t>
            </w:r>
            <w:r w:rsidRPr="009A5D4D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2552" w:type="dxa"/>
          </w:tcPr>
          <w:p w14:paraId="574731B2" w14:textId="77777777" w:rsidR="009A5D4D" w:rsidRPr="009A5D4D" w:rsidRDefault="009A5D4D" w:rsidP="007E1A4A">
            <w:pPr>
              <w:jc w:val="center"/>
              <w:rPr>
                <w:sz w:val="18"/>
                <w:szCs w:val="18"/>
              </w:rPr>
            </w:pPr>
            <w:r w:rsidRPr="009A5D4D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રાઇટ</w:t>
            </w:r>
            <w:r w:rsidRPr="009A5D4D">
              <w:rPr>
                <w:b/>
                <w:sz w:val="18"/>
                <w:szCs w:val="18"/>
              </w:rPr>
              <w:t>-</w:t>
            </w:r>
            <w:r w:rsidRPr="009A5D4D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ઓફ</w:t>
            </w:r>
            <w:r w:rsidRPr="009A5D4D">
              <w:rPr>
                <w:b/>
                <w:sz w:val="18"/>
                <w:szCs w:val="18"/>
              </w:rPr>
              <w:t xml:space="preserve"> (Write-off) </w:t>
            </w:r>
            <w:r w:rsidRPr="009A5D4D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પ્રક્રિયાની</w:t>
            </w:r>
            <w:r w:rsidRPr="009A5D4D">
              <w:rPr>
                <w:b/>
                <w:sz w:val="18"/>
                <w:szCs w:val="18"/>
              </w:rPr>
              <w:t xml:space="preserve"> </w:t>
            </w:r>
            <w:r w:rsidRPr="009A5D4D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સ્થિતિ</w:t>
            </w:r>
          </w:p>
        </w:tc>
      </w:tr>
      <w:tr w:rsidR="009A5D4D" w14:paraId="42DC0C49" w14:textId="77777777" w:rsidTr="009A5D4D">
        <w:tc>
          <w:tcPr>
            <w:tcW w:w="534" w:type="dxa"/>
          </w:tcPr>
          <w:p w14:paraId="7FD35B18" w14:textId="77777777" w:rsidR="009A5D4D" w:rsidRPr="009A5D4D" w:rsidRDefault="009A5D4D" w:rsidP="00CB2F44">
            <w:pPr>
              <w:jc w:val="center"/>
              <w:rPr>
                <w:sz w:val="18"/>
                <w:szCs w:val="18"/>
              </w:rPr>
            </w:pP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૧</w:t>
            </w:r>
          </w:p>
        </w:tc>
        <w:tc>
          <w:tcPr>
            <w:tcW w:w="2922" w:type="dxa"/>
          </w:tcPr>
          <w:p w14:paraId="6A5AAB84" w14:textId="77777777" w:rsidR="009A5D4D" w:rsidRPr="009A5D4D" w:rsidRDefault="009A5D4D" w:rsidP="009A5D4D">
            <w:pPr>
              <w:rPr>
                <w:sz w:val="18"/>
                <w:szCs w:val="18"/>
              </w:rPr>
            </w:pP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જૂના</w:t>
            </w:r>
            <w:r w:rsidRPr="009A5D4D">
              <w:rPr>
                <w:sz w:val="18"/>
                <w:szCs w:val="18"/>
              </w:rPr>
              <w:t>/</w:t>
            </w: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બગડેલા</w:t>
            </w:r>
            <w:r w:rsidRPr="009A5D4D">
              <w:rPr>
                <w:sz w:val="18"/>
                <w:szCs w:val="18"/>
              </w:rPr>
              <w:t xml:space="preserve"> CPU </w:t>
            </w: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અને</w:t>
            </w:r>
            <w:r w:rsidRPr="009A5D4D">
              <w:rPr>
                <w:sz w:val="18"/>
                <w:szCs w:val="18"/>
              </w:rPr>
              <w:t xml:space="preserve"> </w:t>
            </w: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મોનિટર</w:t>
            </w:r>
          </w:p>
        </w:tc>
        <w:tc>
          <w:tcPr>
            <w:tcW w:w="1728" w:type="dxa"/>
          </w:tcPr>
          <w:p w14:paraId="3372D446" w14:textId="04B4F964" w:rsidR="009A5D4D" w:rsidRPr="009A5D4D" w:rsidRDefault="001D39DA" w:rsidP="001D39DA">
            <w:pPr>
              <w:jc w:val="center"/>
              <w:rPr>
                <w:sz w:val="18"/>
                <w:szCs w:val="18"/>
              </w:rPr>
            </w:pPr>
            <w:r>
              <w:rPr>
                <w:rFonts w:cs="Shruti"/>
                <w:sz w:val="18"/>
                <w:szCs w:val="18"/>
                <w:cs/>
                <w:lang w:bidi="gu-IN"/>
              </w:rPr>
              <w:t>૦</w:t>
            </w:r>
            <w:r w:rsidR="00B231CF">
              <w:rPr>
                <w:rFonts w:cs="Shruti"/>
                <w:sz w:val="18"/>
                <w:szCs w:val="18"/>
                <w:lang w:bidi="gu-IN"/>
              </w:rPr>
              <w:t>1</w:t>
            </w:r>
          </w:p>
        </w:tc>
        <w:tc>
          <w:tcPr>
            <w:tcW w:w="1728" w:type="dxa"/>
          </w:tcPr>
          <w:p w14:paraId="57465BCB" w14:textId="77777777" w:rsidR="009A5D4D" w:rsidRPr="009A5D4D" w:rsidRDefault="009A5D4D" w:rsidP="009A5D4D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413C56D5" w14:textId="77777777" w:rsidR="009A5D4D" w:rsidRPr="009A5D4D" w:rsidRDefault="009A5D4D" w:rsidP="009A5D4D">
            <w:pPr>
              <w:rPr>
                <w:sz w:val="18"/>
                <w:szCs w:val="18"/>
              </w:rPr>
            </w:pP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રાઇટ</w:t>
            </w:r>
            <w:r w:rsidRPr="009A5D4D">
              <w:rPr>
                <w:sz w:val="18"/>
                <w:szCs w:val="18"/>
              </w:rPr>
              <w:t>-</w:t>
            </w: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ઓફ</w:t>
            </w:r>
            <w:r w:rsidRPr="009A5D4D">
              <w:rPr>
                <w:sz w:val="18"/>
                <w:szCs w:val="18"/>
              </w:rPr>
              <w:t xml:space="preserve"> </w:t>
            </w: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માટેની</w:t>
            </w:r>
            <w:r w:rsidRPr="009A5D4D">
              <w:rPr>
                <w:sz w:val="18"/>
                <w:szCs w:val="18"/>
              </w:rPr>
              <w:t xml:space="preserve"> </w:t>
            </w: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પ્રક્રિયા</w:t>
            </w:r>
            <w:r w:rsidRPr="009A5D4D">
              <w:rPr>
                <w:sz w:val="18"/>
                <w:szCs w:val="18"/>
              </w:rPr>
              <w:t xml:space="preserve"> </w:t>
            </w: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બાકી</w:t>
            </w:r>
            <w:r w:rsidRPr="009A5D4D">
              <w:rPr>
                <w:sz w:val="18"/>
                <w:szCs w:val="18"/>
              </w:rPr>
              <w:t>/</w:t>
            </w: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ચાલુ</w:t>
            </w:r>
          </w:p>
        </w:tc>
      </w:tr>
      <w:tr w:rsidR="009A5D4D" w14:paraId="6ED3AB67" w14:textId="77777777" w:rsidTr="009A5D4D">
        <w:tc>
          <w:tcPr>
            <w:tcW w:w="534" w:type="dxa"/>
          </w:tcPr>
          <w:p w14:paraId="0ED01D5F" w14:textId="77777777" w:rsidR="009A5D4D" w:rsidRPr="009A5D4D" w:rsidRDefault="009A5D4D" w:rsidP="00CB2F44">
            <w:pPr>
              <w:jc w:val="center"/>
              <w:rPr>
                <w:sz w:val="18"/>
                <w:szCs w:val="18"/>
              </w:rPr>
            </w:pP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૨</w:t>
            </w:r>
          </w:p>
        </w:tc>
        <w:tc>
          <w:tcPr>
            <w:tcW w:w="2922" w:type="dxa"/>
          </w:tcPr>
          <w:p w14:paraId="6103789C" w14:textId="77777777" w:rsidR="009A5D4D" w:rsidRPr="009A5D4D" w:rsidRDefault="009A5D4D" w:rsidP="009A5D4D">
            <w:pPr>
              <w:rPr>
                <w:sz w:val="18"/>
                <w:szCs w:val="18"/>
              </w:rPr>
            </w:pP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બગડેલા</w:t>
            </w:r>
            <w:r w:rsidRPr="009A5D4D">
              <w:rPr>
                <w:sz w:val="18"/>
                <w:szCs w:val="18"/>
              </w:rPr>
              <w:t xml:space="preserve"> </w:t>
            </w: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કીબોર્ડ</w:t>
            </w:r>
            <w:r w:rsidRPr="009A5D4D">
              <w:rPr>
                <w:sz w:val="18"/>
                <w:szCs w:val="18"/>
              </w:rPr>
              <w:t xml:space="preserve"> </w:t>
            </w: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અને</w:t>
            </w:r>
            <w:r w:rsidRPr="009A5D4D">
              <w:rPr>
                <w:sz w:val="18"/>
                <w:szCs w:val="18"/>
              </w:rPr>
              <w:t xml:space="preserve"> </w:t>
            </w: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માઉસ</w:t>
            </w:r>
          </w:p>
        </w:tc>
        <w:tc>
          <w:tcPr>
            <w:tcW w:w="1728" w:type="dxa"/>
          </w:tcPr>
          <w:p w14:paraId="5D36F43A" w14:textId="77777777" w:rsidR="009A5D4D" w:rsidRPr="009A5D4D" w:rsidRDefault="001D39DA" w:rsidP="001D39DA">
            <w:pPr>
              <w:jc w:val="center"/>
              <w:rPr>
                <w:sz w:val="18"/>
                <w:szCs w:val="18"/>
              </w:rPr>
            </w:pPr>
            <w:r>
              <w:rPr>
                <w:rFonts w:cs="Shruti"/>
                <w:sz w:val="18"/>
                <w:szCs w:val="18"/>
                <w:cs/>
                <w:lang w:bidi="gu-IN"/>
              </w:rPr>
              <w:t>૦૦</w:t>
            </w:r>
          </w:p>
        </w:tc>
        <w:tc>
          <w:tcPr>
            <w:tcW w:w="1728" w:type="dxa"/>
          </w:tcPr>
          <w:p w14:paraId="20444311" w14:textId="77777777" w:rsidR="009A5D4D" w:rsidRPr="009A5D4D" w:rsidRDefault="009A5D4D" w:rsidP="009A5D4D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75CDAF86" w14:textId="77777777" w:rsidR="009A5D4D" w:rsidRPr="009A5D4D" w:rsidRDefault="009A5D4D" w:rsidP="009A5D4D">
            <w:pPr>
              <w:rPr>
                <w:sz w:val="18"/>
                <w:szCs w:val="18"/>
              </w:rPr>
            </w:pP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રાઇટ</w:t>
            </w:r>
            <w:r w:rsidRPr="009A5D4D">
              <w:rPr>
                <w:sz w:val="18"/>
                <w:szCs w:val="18"/>
              </w:rPr>
              <w:t>-</w:t>
            </w: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ઓફ</w:t>
            </w:r>
            <w:r w:rsidRPr="009A5D4D">
              <w:rPr>
                <w:sz w:val="18"/>
                <w:szCs w:val="18"/>
              </w:rPr>
              <w:t xml:space="preserve"> </w:t>
            </w: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માટેની</w:t>
            </w:r>
            <w:r w:rsidRPr="009A5D4D">
              <w:rPr>
                <w:sz w:val="18"/>
                <w:szCs w:val="18"/>
              </w:rPr>
              <w:t xml:space="preserve"> </w:t>
            </w: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પ્રક્રિયા</w:t>
            </w:r>
            <w:r w:rsidRPr="009A5D4D">
              <w:rPr>
                <w:sz w:val="18"/>
                <w:szCs w:val="18"/>
              </w:rPr>
              <w:t xml:space="preserve"> </w:t>
            </w: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બાકી</w:t>
            </w:r>
            <w:r w:rsidRPr="009A5D4D">
              <w:rPr>
                <w:sz w:val="18"/>
                <w:szCs w:val="18"/>
              </w:rPr>
              <w:t>/</w:t>
            </w: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ચાલુ</w:t>
            </w:r>
          </w:p>
        </w:tc>
      </w:tr>
      <w:tr w:rsidR="009A5D4D" w14:paraId="778CB1C1" w14:textId="77777777" w:rsidTr="009A5D4D">
        <w:tc>
          <w:tcPr>
            <w:tcW w:w="534" w:type="dxa"/>
          </w:tcPr>
          <w:p w14:paraId="496374D8" w14:textId="77777777" w:rsidR="009A5D4D" w:rsidRPr="009A5D4D" w:rsidRDefault="009A5D4D" w:rsidP="00CB2F44">
            <w:pPr>
              <w:jc w:val="center"/>
              <w:rPr>
                <w:sz w:val="18"/>
                <w:szCs w:val="18"/>
              </w:rPr>
            </w:pP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૩</w:t>
            </w:r>
          </w:p>
        </w:tc>
        <w:tc>
          <w:tcPr>
            <w:tcW w:w="2922" w:type="dxa"/>
          </w:tcPr>
          <w:p w14:paraId="07866800" w14:textId="77777777" w:rsidR="009A5D4D" w:rsidRPr="009A5D4D" w:rsidRDefault="009A5D4D" w:rsidP="009A5D4D">
            <w:pPr>
              <w:rPr>
                <w:sz w:val="18"/>
                <w:szCs w:val="18"/>
              </w:rPr>
            </w:pP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ખરાબ</w:t>
            </w:r>
            <w:r w:rsidRPr="009A5D4D">
              <w:rPr>
                <w:sz w:val="18"/>
                <w:szCs w:val="18"/>
              </w:rPr>
              <w:t xml:space="preserve"> </w:t>
            </w: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થયેલ</w:t>
            </w:r>
            <w:r w:rsidRPr="009A5D4D">
              <w:rPr>
                <w:sz w:val="18"/>
                <w:szCs w:val="18"/>
              </w:rPr>
              <w:t xml:space="preserve"> UPS </w:t>
            </w: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બેટરી</w:t>
            </w:r>
          </w:p>
        </w:tc>
        <w:tc>
          <w:tcPr>
            <w:tcW w:w="1728" w:type="dxa"/>
          </w:tcPr>
          <w:p w14:paraId="4A508032" w14:textId="77777777" w:rsidR="009A5D4D" w:rsidRPr="009A5D4D" w:rsidRDefault="001D39DA" w:rsidP="001D39DA">
            <w:pPr>
              <w:jc w:val="center"/>
              <w:rPr>
                <w:sz w:val="18"/>
                <w:szCs w:val="18"/>
              </w:rPr>
            </w:pPr>
            <w:r>
              <w:rPr>
                <w:rFonts w:cs="Shruti"/>
                <w:sz w:val="18"/>
                <w:szCs w:val="18"/>
                <w:cs/>
                <w:lang w:bidi="gu-IN"/>
              </w:rPr>
              <w:t>૦૦</w:t>
            </w:r>
          </w:p>
        </w:tc>
        <w:tc>
          <w:tcPr>
            <w:tcW w:w="1728" w:type="dxa"/>
          </w:tcPr>
          <w:p w14:paraId="0D52E0D9" w14:textId="77777777" w:rsidR="009A5D4D" w:rsidRPr="009A5D4D" w:rsidRDefault="009A5D4D" w:rsidP="009A5D4D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3F88A0C6" w14:textId="77777777" w:rsidR="009A5D4D" w:rsidRPr="009A5D4D" w:rsidRDefault="009A5D4D" w:rsidP="009A5D4D">
            <w:pPr>
              <w:rPr>
                <w:sz w:val="18"/>
                <w:szCs w:val="18"/>
              </w:rPr>
            </w:pP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રાઇટ</w:t>
            </w:r>
            <w:r w:rsidRPr="009A5D4D">
              <w:rPr>
                <w:sz w:val="18"/>
                <w:szCs w:val="18"/>
              </w:rPr>
              <w:t>-</w:t>
            </w: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ઓફ</w:t>
            </w:r>
            <w:r w:rsidRPr="009A5D4D">
              <w:rPr>
                <w:sz w:val="18"/>
                <w:szCs w:val="18"/>
              </w:rPr>
              <w:t xml:space="preserve"> </w:t>
            </w: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માટેની</w:t>
            </w:r>
            <w:r w:rsidRPr="009A5D4D">
              <w:rPr>
                <w:sz w:val="18"/>
                <w:szCs w:val="18"/>
              </w:rPr>
              <w:t xml:space="preserve"> </w:t>
            </w: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પ્રક્રિયા</w:t>
            </w:r>
            <w:r w:rsidRPr="009A5D4D">
              <w:rPr>
                <w:sz w:val="18"/>
                <w:szCs w:val="18"/>
              </w:rPr>
              <w:t xml:space="preserve"> </w:t>
            </w: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બાકી</w:t>
            </w:r>
            <w:r w:rsidRPr="009A5D4D">
              <w:rPr>
                <w:sz w:val="18"/>
                <w:szCs w:val="18"/>
              </w:rPr>
              <w:t>/</w:t>
            </w: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ચાલુ</w:t>
            </w:r>
          </w:p>
        </w:tc>
      </w:tr>
      <w:tr w:rsidR="009A5D4D" w14:paraId="2667A9E7" w14:textId="77777777" w:rsidTr="009A5D4D">
        <w:tc>
          <w:tcPr>
            <w:tcW w:w="534" w:type="dxa"/>
          </w:tcPr>
          <w:p w14:paraId="6B8C338B" w14:textId="77777777" w:rsidR="009A5D4D" w:rsidRPr="009A5D4D" w:rsidRDefault="009A5D4D" w:rsidP="00CB2F44">
            <w:pPr>
              <w:jc w:val="center"/>
              <w:rPr>
                <w:sz w:val="18"/>
                <w:szCs w:val="18"/>
              </w:rPr>
            </w:pP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૪</w:t>
            </w:r>
          </w:p>
        </w:tc>
        <w:tc>
          <w:tcPr>
            <w:tcW w:w="2922" w:type="dxa"/>
          </w:tcPr>
          <w:p w14:paraId="7CA25434" w14:textId="77777777" w:rsidR="009A5D4D" w:rsidRPr="009A5D4D" w:rsidRDefault="009A5D4D" w:rsidP="009A5D4D">
            <w:pPr>
              <w:rPr>
                <w:sz w:val="18"/>
                <w:szCs w:val="18"/>
              </w:rPr>
            </w:pP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અન્ય</w:t>
            </w:r>
            <w:r w:rsidRPr="009A5D4D">
              <w:rPr>
                <w:sz w:val="18"/>
                <w:szCs w:val="18"/>
              </w:rPr>
              <w:t xml:space="preserve"> </w:t>
            </w: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ઈ</w:t>
            </w:r>
            <w:r w:rsidRPr="009A5D4D">
              <w:rPr>
                <w:sz w:val="18"/>
                <w:szCs w:val="18"/>
              </w:rPr>
              <w:t>-</w:t>
            </w: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વેસ્ટ</w:t>
            </w:r>
            <w:r w:rsidRPr="009A5D4D">
              <w:rPr>
                <w:sz w:val="18"/>
                <w:szCs w:val="18"/>
              </w:rPr>
              <w:t xml:space="preserve"> (E-Waste)</w:t>
            </w:r>
          </w:p>
        </w:tc>
        <w:tc>
          <w:tcPr>
            <w:tcW w:w="1728" w:type="dxa"/>
          </w:tcPr>
          <w:p w14:paraId="7A8540B4" w14:textId="77777777" w:rsidR="009A5D4D" w:rsidRPr="009A5D4D" w:rsidRDefault="001D39DA" w:rsidP="001D39DA">
            <w:pPr>
              <w:jc w:val="center"/>
              <w:rPr>
                <w:sz w:val="18"/>
                <w:szCs w:val="18"/>
              </w:rPr>
            </w:pPr>
            <w:r>
              <w:rPr>
                <w:rFonts w:cs="Shruti"/>
                <w:sz w:val="18"/>
                <w:szCs w:val="18"/>
                <w:cs/>
                <w:lang w:bidi="gu-IN"/>
              </w:rPr>
              <w:t>૦૦</w:t>
            </w:r>
          </w:p>
        </w:tc>
        <w:tc>
          <w:tcPr>
            <w:tcW w:w="1728" w:type="dxa"/>
          </w:tcPr>
          <w:p w14:paraId="6510364B" w14:textId="77777777" w:rsidR="009A5D4D" w:rsidRPr="009A5D4D" w:rsidRDefault="009A5D4D" w:rsidP="009A5D4D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39FFD3A8" w14:textId="77777777" w:rsidR="009A5D4D" w:rsidRPr="009A5D4D" w:rsidRDefault="009A5D4D" w:rsidP="009A5D4D">
            <w:pPr>
              <w:rPr>
                <w:sz w:val="18"/>
                <w:szCs w:val="18"/>
              </w:rPr>
            </w:pP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રાઇટ</w:t>
            </w:r>
            <w:r w:rsidRPr="009A5D4D">
              <w:rPr>
                <w:sz w:val="18"/>
                <w:szCs w:val="18"/>
              </w:rPr>
              <w:t>-</w:t>
            </w: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ઓફ</w:t>
            </w:r>
            <w:r w:rsidRPr="009A5D4D">
              <w:rPr>
                <w:sz w:val="18"/>
                <w:szCs w:val="18"/>
              </w:rPr>
              <w:t xml:space="preserve"> </w:t>
            </w: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માટેની</w:t>
            </w:r>
            <w:r w:rsidRPr="009A5D4D">
              <w:rPr>
                <w:sz w:val="18"/>
                <w:szCs w:val="18"/>
              </w:rPr>
              <w:t xml:space="preserve"> </w:t>
            </w: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પ્રક્રિયા</w:t>
            </w:r>
            <w:r w:rsidRPr="009A5D4D">
              <w:rPr>
                <w:sz w:val="18"/>
                <w:szCs w:val="18"/>
              </w:rPr>
              <w:t xml:space="preserve"> </w:t>
            </w: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બાકી</w:t>
            </w:r>
            <w:r w:rsidRPr="009A5D4D">
              <w:rPr>
                <w:sz w:val="18"/>
                <w:szCs w:val="18"/>
              </w:rPr>
              <w:t>/</w:t>
            </w:r>
            <w:r w:rsidRPr="009A5D4D">
              <w:rPr>
                <w:rFonts w:cs="Shruti"/>
                <w:sz w:val="18"/>
                <w:szCs w:val="18"/>
                <w:cs/>
                <w:lang w:bidi="gu-IN"/>
              </w:rPr>
              <w:t>ચાલુ</w:t>
            </w:r>
          </w:p>
        </w:tc>
      </w:tr>
    </w:tbl>
    <w:p w14:paraId="71EDBC89" w14:textId="77777777" w:rsidR="009A5D4D" w:rsidRPr="00F542EC" w:rsidRDefault="009A5D4D" w:rsidP="009A5D4D">
      <w:pPr>
        <w:spacing w:line="240" w:lineRule="auto"/>
        <w:rPr>
          <w:rFonts w:cs="Shruti"/>
          <w:sz w:val="20"/>
          <w:szCs w:val="20"/>
          <w:lang w:bidi="gu-IN"/>
        </w:rPr>
      </w:pPr>
      <w:r w:rsidRPr="009A5D4D">
        <w:rPr>
          <w:rFonts w:cs="Shruti"/>
          <w:i/>
          <w:iCs/>
          <w:sz w:val="20"/>
          <w:szCs w:val="20"/>
          <w:cs/>
          <w:lang w:bidi="gu-IN"/>
        </w:rPr>
        <w:t>નોંધ</w:t>
      </w:r>
      <w:r w:rsidRPr="009A5D4D">
        <w:rPr>
          <w:i/>
          <w:sz w:val="20"/>
          <w:szCs w:val="20"/>
        </w:rPr>
        <w:t xml:space="preserve">: </w:t>
      </w:r>
      <w:r w:rsidRPr="009A5D4D">
        <w:rPr>
          <w:rFonts w:cs="Shruti"/>
          <w:i/>
          <w:iCs/>
          <w:sz w:val="20"/>
          <w:szCs w:val="20"/>
          <w:cs/>
          <w:lang w:bidi="gu-IN"/>
        </w:rPr>
        <w:t>ઉપરોક્ત</w:t>
      </w:r>
      <w:r w:rsidRPr="009A5D4D">
        <w:rPr>
          <w:i/>
          <w:sz w:val="20"/>
          <w:szCs w:val="20"/>
        </w:rPr>
        <w:t xml:space="preserve"> </w:t>
      </w:r>
      <w:r w:rsidRPr="009A5D4D">
        <w:rPr>
          <w:rFonts w:cs="Shruti"/>
          <w:i/>
          <w:iCs/>
          <w:sz w:val="20"/>
          <w:szCs w:val="20"/>
          <w:cs/>
          <w:lang w:bidi="gu-IN"/>
        </w:rPr>
        <w:t>સાધનોની</w:t>
      </w:r>
      <w:r w:rsidRPr="009A5D4D">
        <w:rPr>
          <w:i/>
          <w:sz w:val="20"/>
          <w:szCs w:val="20"/>
        </w:rPr>
        <w:t xml:space="preserve"> </w:t>
      </w:r>
      <w:r w:rsidRPr="009A5D4D">
        <w:rPr>
          <w:rFonts w:cs="Shruti"/>
          <w:i/>
          <w:iCs/>
          <w:sz w:val="20"/>
          <w:szCs w:val="20"/>
          <w:cs/>
          <w:lang w:bidi="gu-IN"/>
        </w:rPr>
        <w:t>ભૌતિક</w:t>
      </w:r>
      <w:r w:rsidRPr="009A5D4D">
        <w:rPr>
          <w:i/>
          <w:sz w:val="20"/>
          <w:szCs w:val="20"/>
        </w:rPr>
        <w:t xml:space="preserve"> </w:t>
      </w:r>
      <w:r w:rsidRPr="009A5D4D">
        <w:rPr>
          <w:rFonts w:cs="Shruti"/>
          <w:i/>
          <w:iCs/>
          <w:sz w:val="20"/>
          <w:szCs w:val="20"/>
          <w:cs/>
          <w:lang w:bidi="gu-IN"/>
        </w:rPr>
        <w:t>ચકાસણી</w:t>
      </w:r>
      <w:r w:rsidRPr="009A5D4D">
        <w:rPr>
          <w:i/>
          <w:sz w:val="20"/>
          <w:szCs w:val="20"/>
        </w:rPr>
        <w:t xml:space="preserve"> </w:t>
      </w:r>
      <w:r w:rsidRPr="009A5D4D">
        <w:rPr>
          <w:rFonts w:cs="Shruti"/>
          <w:i/>
          <w:iCs/>
          <w:sz w:val="20"/>
          <w:szCs w:val="20"/>
          <w:cs/>
          <w:lang w:bidi="gu-IN"/>
        </w:rPr>
        <w:t>કરવામાં</w:t>
      </w:r>
      <w:r w:rsidRPr="009A5D4D">
        <w:rPr>
          <w:i/>
          <w:sz w:val="20"/>
          <w:szCs w:val="20"/>
        </w:rPr>
        <w:t xml:space="preserve"> </w:t>
      </w:r>
      <w:r w:rsidRPr="009A5D4D">
        <w:rPr>
          <w:rFonts w:cs="Shruti"/>
          <w:i/>
          <w:iCs/>
          <w:sz w:val="20"/>
          <w:szCs w:val="20"/>
          <w:cs/>
          <w:lang w:bidi="gu-IN"/>
        </w:rPr>
        <w:t>આવી</w:t>
      </w:r>
      <w:r w:rsidRPr="009A5D4D">
        <w:rPr>
          <w:i/>
          <w:sz w:val="20"/>
          <w:szCs w:val="20"/>
        </w:rPr>
        <w:t xml:space="preserve"> </w:t>
      </w:r>
      <w:r w:rsidRPr="009A5D4D">
        <w:rPr>
          <w:rFonts w:cs="Shruti"/>
          <w:i/>
          <w:iCs/>
          <w:sz w:val="20"/>
          <w:szCs w:val="20"/>
          <w:cs/>
          <w:lang w:bidi="gu-IN"/>
        </w:rPr>
        <w:t>છે</w:t>
      </w:r>
      <w:r w:rsidRPr="009A5D4D">
        <w:rPr>
          <w:i/>
          <w:sz w:val="20"/>
          <w:szCs w:val="20"/>
        </w:rPr>
        <w:t xml:space="preserve"> </w:t>
      </w:r>
      <w:r w:rsidRPr="009A5D4D">
        <w:rPr>
          <w:rFonts w:cs="Shruti"/>
          <w:i/>
          <w:iCs/>
          <w:sz w:val="20"/>
          <w:szCs w:val="20"/>
          <w:cs/>
          <w:lang w:bidi="gu-IN"/>
        </w:rPr>
        <w:t>અને</w:t>
      </w:r>
      <w:r w:rsidRPr="009A5D4D">
        <w:rPr>
          <w:i/>
          <w:sz w:val="20"/>
          <w:szCs w:val="20"/>
        </w:rPr>
        <w:t xml:space="preserve"> </w:t>
      </w:r>
      <w:r w:rsidRPr="009A5D4D">
        <w:rPr>
          <w:rFonts w:cs="Shruti"/>
          <w:i/>
          <w:iCs/>
          <w:sz w:val="20"/>
          <w:szCs w:val="20"/>
          <w:cs/>
          <w:lang w:bidi="gu-IN"/>
        </w:rPr>
        <w:t>શાળાના</w:t>
      </w:r>
      <w:r w:rsidRPr="009A5D4D">
        <w:rPr>
          <w:i/>
          <w:sz w:val="20"/>
          <w:szCs w:val="20"/>
        </w:rPr>
        <w:t xml:space="preserve"> </w:t>
      </w:r>
      <w:r w:rsidRPr="009A5D4D">
        <w:rPr>
          <w:rFonts w:cs="Shruti"/>
          <w:i/>
          <w:iCs/>
          <w:sz w:val="20"/>
          <w:szCs w:val="20"/>
          <w:cs/>
          <w:lang w:bidi="gu-IN"/>
        </w:rPr>
        <w:t>મૂળ</w:t>
      </w:r>
      <w:r w:rsidRPr="009A5D4D">
        <w:rPr>
          <w:i/>
          <w:sz w:val="20"/>
          <w:szCs w:val="20"/>
        </w:rPr>
        <w:t xml:space="preserve"> </w:t>
      </w:r>
      <w:r w:rsidRPr="009A5D4D">
        <w:rPr>
          <w:rFonts w:cs="Shruti"/>
          <w:i/>
          <w:iCs/>
          <w:sz w:val="20"/>
          <w:szCs w:val="20"/>
          <w:cs/>
          <w:lang w:bidi="gu-IN"/>
        </w:rPr>
        <w:t>ડેડસ્ટોક</w:t>
      </w:r>
      <w:r w:rsidRPr="009A5D4D">
        <w:rPr>
          <w:i/>
          <w:sz w:val="20"/>
          <w:szCs w:val="20"/>
        </w:rPr>
        <w:t xml:space="preserve"> </w:t>
      </w:r>
      <w:r w:rsidRPr="009A5D4D">
        <w:rPr>
          <w:rFonts w:cs="Shruti"/>
          <w:i/>
          <w:iCs/>
          <w:sz w:val="20"/>
          <w:szCs w:val="20"/>
          <w:cs/>
          <w:lang w:bidi="gu-IN"/>
        </w:rPr>
        <w:t>રજીસ્ટર</w:t>
      </w:r>
      <w:r w:rsidRPr="009A5D4D">
        <w:rPr>
          <w:i/>
          <w:sz w:val="20"/>
          <w:szCs w:val="20"/>
        </w:rPr>
        <w:t xml:space="preserve"> </w:t>
      </w:r>
      <w:r w:rsidRPr="009A5D4D">
        <w:rPr>
          <w:rFonts w:cs="Shruti"/>
          <w:i/>
          <w:iCs/>
          <w:sz w:val="20"/>
          <w:szCs w:val="20"/>
          <w:cs/>
          <w:lang w:bidi="gu-IN"/>
        </w:rPr>
        <w:t>સાથે</w:t>
      </w:r>
      <w:r w:rsidRPr="009A5D4D">
        <w:rPr>
          <w:i/>
          <w:sz w:val="20"/>
          <w:szCs w:val="20"/>
        </w:rPr>
        <w:t xml:space="preserve"> </w:t>
      </w:r>
      <w:r w:rsidRPr="009A5D4D">
        <w:rPr>
          <w:rFonts w:cs="Shruti"/>
          <w:i/>
          <w:iCs/>
          <w:sz w:val="20"/>
          <w:szCs w:val="20"/>
          <w:cs/>
          <w:lang w:bidi="gu-IN"/>
        </w:rPr>
        <w:t>માહિતી</w:t>
      </w:r>
      <w:r w:rsidRPr="009A5D4D">
        <w:rPr>
          <w:i/>
          <w:sz w:val="20"/>
          <w:szCs w:val="20"/>
        </w:rPr>
        <w:t xml:space="preserve"> </w:t>
      </w:r>
      <w:r w:rsidRPr="009A5D4D">
        <w:rPr>
          <w:rFonts w:cs="Shruti"/>
          <w:i/>
          <w:iCs/>
          <w:sz w:val="20"/>
          <w:szCs w:val="20"/>
          <w:cs/>
          <w:lang w:bidi="gu-IN"/>
        </w:rPr>
        <w:t>સુસંગત</w:t>
      </w:r>
      <w:r w:rsidRPr="009A5D4D">
        <w:rPr>
          <w:i/>
          <w:sz w:val="20"/>
          <w:szCs w:val="20"/>
        </w:rPr>
        <w:t xml:space="preserve"> </w:t>
      </w:r>
      <w:r w:rsidRPr="009A5D4D">
        <w:rPr>
          <w:rFonts w:cs="Shruti"/>
          <w:i/>
          <w:iCs/>
          <w:sz w:val="20"/>
          <w:szCs w:val="20"/>
          <w:cs/>
          <w:lang w:bidi="gu-IN"/>
        </w:rPr>
        <w:t>છે</w:t>
      </w:r>
      <w:r w:rsidRPr="009A5D4D">
        <w:rPr>
          <w:i/>
          <w:sz w:val="20"/>
          <w:szCs w:val="20"/>
        </w:rPr>
        <w:t xml:space="preserve">. </w:t>
      </w:r>
      <w:r w:rsidRPr="009A5D4D">
        <w:rPr>
          <w:rFonts w:cs="Shruti"/>
          <w:i/>
          <w:iCs/>
          <w:sz w:val="20"/>
          <w:szCs w:val="20"/>
          <w:cs/>
          <w:lang w:bidi="gu-IN"/>
        </w:rPr>
        <w:t>નિરુપયોગી</w:t>
      </w:r>
      <w:r w:rsidRPr="009A5D4D">
        <w:rPr>
          <w:i/>
          <w:sz w:val="20"/>
          <w:szCs w:val="20"/>
        </w:rPr>
        <w:t xml:space="preserve"> </w:t>
      </w:r>
      <w:r w:rsidRPr="009A5D4D">
        <w:rPr>
          <w:rFonts w:cs="Shruti"/>
          <w:i/>
          <w:iCs/>
          <w:sz w:val="20"/>
          <w:szCs w:val="20"/>
          <w:cs/>
          <w:lang w:bidi="gu-IN"/>
        </w:rPr>
        <w:t>સાધનો</w:t>
      </w:r>
      <w:r w:rsidRPr="009A5D4D">
        <w:rPr>
          <w:i/>
          <w:sz w:val="20"/>
          <w:szCs w:val="20"/>
        </w:rPr>
        <w:t xml:space="preserve"> (</w:t>
      </w:r>
      <w:r w:rsidRPr="009A5D4D">
        <w:rPr>
          <w:rFonts w:cs="Shruti"/>
          <w:i/>
          <w:iCs/>
          <w:sz w:val="20"/>
          <w:szCs w:val="20"/>
          <w:cs/>
          <w:lang w:bidi="gu-IN"/>
        </w:rPr>
        <w:t>ઈ</w:t>
      </w:r>
      <w:r w:rsidRPr="009A5D4D">
        <w:rPr>
          <w:i/>
          <w:sz w:val="20"/>
          <w:szCs w:val="20"/>
        </w:rPr>
        <w:t>-</w:t>
      </w:r>
      <w:r w:rsidRPr="009A5D4D">
        <w:rPr>
          <w:rFonts w:cs="Shruti"/>
          <w:i/>
          <w:iCs/>
          <w:sz w:val="20"/>
          <w:szCs w:val="20"/>
          <w:cs/>
          <w:lang w:bidi="gu-IN"/>
        </w:rPr>
        <w:t>વેસ્ટ</w:t>
      </w:r>
      <w:r w:rsidRPr="009A5D4D">
        <w:rPr>
          <w:i/>
          <w:sz w:val="20"/>
          <w:szCs w:val="20"/>
        </w:rPr>
        <w:t xml:space="preserve">) </w:t>
      </w:r>
      <w:r w:rsidRPr="009A5D4D">
        <w:rPr>
          <w:rFonts w:cs="Shruti"/>
          <w:i/>
          <w:iCs/>
          <w:sz w:val="20"/>
          <w:szCs w:val="20"/>
          <w:cs/>
          <w:lang w:bidi="gu-IN"/>
        </w:rPr>
        <w:t>ના</w:t>
      </w:r>
      <w:r w:rsidRPr="009A5D4D">
        <w:rPr>
          <w:i/>
          <w:sz w:val="20"/>
          <w:szCs w:val="20"/>
        </w:rPr>
        <w:t xml:space="preserve"> </w:t>
      </w:r>
      <w:r w:rsidRPr="009A5D4D">
        <w:rPr>
          <w:rFonts w:cs="Shruti"/>
          <w:i/>
          <w:iCs/>
          <w:sz w:val="20"/>
          <w:szCs w:val="20"/>
          <w:cs/>
          <w:lang w:bidi="gu-IN"/>
        </w:rPr>
        <w:t>નિકાલ</w:t>
      </w:r>
      <w:r w:rsidRPr="009A5D4D">
        <w:rPr>
          <w:i/>
          <w:sz w:val="20"/>
          <w:szCs w:val="20"/>
        </w:rPr>
        <w:t xml:space="preserve"> (Write-off) </w:t>
      </w:r>
      <w:r w:rsidRPr="009A5D4D">
        <w:rPr>
          <w:rFonts w:cs="Shruti"/>
          <w:i/>
          <w:iCs/>
          <w:sz w:val="20"/>
          <w:szCs w:val="20"/>
          <w:cs/>
          <w:lang w:bidi="gu-IN"/>
        </w:rPr>
        <w:t>માટેની</w:t>
      </w:r>
      <w:r w:rsidRPr="009A5D4D">
        <w:rPr>
          <w:i/>
          <w:sz w:val="20"/>
          <w:szCs w:val="20"/>
        </w:rPr>
        <w:t xml:space="preserve"> </w:t>
      </w:r>
      <w:r w:rsidRPr="009A5D4D">
        <w:rPr>
          <w:rFonts w:cs="Shruti"/>
          <w:i/>
          <w:iCs/>
          <w:sz w:val="20"/>
          <w:szCs w:val="20"/>
          <w:cs/>
          <w:lang w:bidi="gu-IN"/>
        </w:rPr>
        <w:t>કાર્યવાહી</w:t>
      </w:r>
      <w:r w:rsidRPr="009A5D4D">
        <w:rPr>
          <w:i/>
          <w:sz w:val="20"/>
          <w:szCs w:val="20"/>
        </w:rPr>
        <w:t xml:space="preserve"> </w:t>
      </w:r>
      <w:r w:rsidRPr="009A5D4D">
        <w:rPr>
          <w:rFonts w:cs="Shruti"/>
          <w:i/>
          <w:iCs/>
          <w:sz w:val="20"/>
          <w:szCs w:val="20"/>
          <w:cs/>
          <w:lang w:bidi="gu-IN"/>
        </w:rPr>
        <w:t>નિયમાનુસાર</w:t>
      </w:r>
      <w:r w:rsidRPr="009A5D4D">
        <w:rPr>
          <w:i/>
          <w:sz w:val="20"/>
          <w:szCs w:val="20"/>
        </w:rPr>
        <w:t xml:space="preserve"> </w:t>
      </w:r>
      <w:r w:rsidRPr="009A5D4D">
        <w:rPr>
          <w:rFonts w:cs="Shruti"/>
          <w:i/>
          <w:iCs/>
          <w:sz w:val="20"/>
          <w:szCs w:val="20"/>
          <w:cs/>
          <w:lang w:bidi="gu-IN"/>
        </w:rPr>
        <w:t>હાથ</w:t>
      </w:r>
      <w:r w:rsidRPr="009A5D4D">
        <w:rPr>
          <w:i/>
          <w:sz w:val="20"/>
          <w:szCs w:val="20"/>
        </w:rPr>
        <w:t xml:space="preserve"> </w:t>
      </w:r>
      <w:r w:rsidRPr="009A5D4D">
        <w:rPr>
          <w:rFonts w:cs="Shruti"/>
          <w:i/>
          <w:iCs/>
          <w:sz w:val="20"/>
          <w:szCs w:val="20"/>
          <w:cs/>
          <w:lang w:bidi="gu-IN"/>
        </w:rPr>
        <w:t>ધરવામાં</w:t>
      </w:r>
      <w:r w:rsidRPr="009A5D4D">
        <w:rPr>
          <w:i/>
          <w:sz w:val="20"/>
          <w:szCs w:val="20"/>
        </w:rPr>
        <w:t xml:space="preserve"> </w:t>
      </w:r>
      <w:r w:rsidRPr="009A5D4D">
        <w:rPr>
          <w:rFonts w:cs="Shruti"/>
          <w:i/>
          <w:iCs/>
          <w:sz w:val="20"/>
          <w:szCs w:val="20"/>
          <w:cs/>
          <w:lang w:bidi="gu-IN"/>
        </w:rPr>
        <w:t>આવશે</w:t>
      </w:r>
      <w:r w:rsidRPr="009A5D4D">
        <w:rPr>
          <w:i/>
          <w:sz w:val="20"/>
          <w:szCs w:val="20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9A5D4D" w14:paraId="66016433" w14:textId="77777777" w:rsidTr="00FE1643">
        <w:tc>
          <w:tcPr>
            <w:tcW w:w="4320" w:type="dxa"/>
          </w:tcPr>
          <w:p w14:paraId="4866C7C2" w14:textId="77777777" w:rsidR="009A5D4D" w:rsidRDefault="009A5D4D" w:rsidP="00FE1643">
            <w:r>
              <w:rPr>
                <w:rFonts w:cs="Shruti"/>
                <w:cs/>
                <w:lang w:bidi="gu-IN"/>
              </w:rPr>
              <w:t>કમ્પ્યૂટર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લેબ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ઈન્ચાર્જની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સહી</w:t>
            </w:r>
            <w:r>
              <w:br/>
            </w:r>
            <w:r>
              <w:br/>
              <w:t>______________________</w:t>
            </w:r>
          </w:p>
        </w:tc>
        <w:tc>
          <w:tcPr>
            <w:tcW w:w="4320" w:type="dxa"/>
          </w:tcPr>
          <w:p w14:paraId="2A0A3E36" w14:textId="037F5D90" w:rsidR="009A5D4D" w:rsidRDefault="009A5D4D" w:rsidP="00FE1643">
            <w:pPr>
              <w:jc w:val="right"/>
            </w:pPr>
            <w:r>
              <w:rPr>
                <w:rFonts w:cs="Shruti"/>
                <w:cs/>
                <w:lang w:bidi="gu-IN"/>
              </w:rPr>
              <w:t>આચાર્યશ્રીની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સહી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અને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સિક્કો</w:t>
            </w:r>
            <w:r>
              <w:br/>
            </w:r>
            <w:r>
              <w:br/>
              <w:t>______________________</w:t>
            </w:r>
            <w:r>
              <w:br/>
            </w:r>
            <w:r>
              <w:rPr>
                <w:rFonts w:cs="Shruti"/>
                <w:cs/>
                <w:lang w:bidi="gu-IN"/>
              </w:rPr>
              <w:t>સ્થળ</w:t>
            </w:r>
            <w:r>
              <w:t xml:space="preserve">: </w:t>
            </w:r>
            <w:r w:rsidR="008E13CA">
              <w:rPr>
                <w:rFonts w:cs="Shruti" w:hint="cs"/>
                <w:cs/>
                <w:lang w:bidi="gu-IN"/>
              </w:rPr>
              <w:t xml:space="preserve">ઢાંકણ્રીયાવાસ પ્રાથમિક શાળા </w:t>
            </w:r>
          </w:p>
        </w:tc>
      </w:tr>
    </w:tbl>
    <w:p w14:paraId="5E6DD669" w14:textId="77777777" w:rsidR="009A5D4D" w:rsidRDefault="009A5D4D" w:rsidP="009A5D4D"/>
    <w:p w14:paraId="36C76AD6" w14:textId="77777777" w:rsidR="00701F64" w:rsidRDefault="00701F64" w:rsidP="009A5D4D"/>
    <w:p w14:paraId="6F041D0B" w14:textId="020A0855" w:rsidR="00502A5D" w:rsidRDefault="002546D1" w:rsidP="00521B9B">
      <w:pPr>
        <w:spacing w:after="0" w:line="240" w:lineRule="auto"/>
        <w:rPr>
          <w:rFonts w:cs="Shruti"/>
          <w:b/>
          <w:u w:val="single"/>
          <w:lang w:val="en-IN" w:bidi="gu-IN"/>
        </w:rPr>
      </w:pPr>
      <w:r>
        <w:rPr>
          <w:rFonts w:cs="Shruti" w:hint="cs"/>
          <w:sz w:val="28"/>
          <w:szCs w:val="28"/>
          <w:u w:val="single"/>
          <w:cs/>
          <w:lang w:bidi="gu-IN"/>
        </w:rPr>
        <w:t>ઢાંકણ્રીયાવાસ પ્રાથમિક શાળા તા- લાખણી જિલ્લો - વાવ-થરાદ ડાયસ કોડ: 24021300207</w:t>
      </w:r>
    </w:p>
    <w:p w14:paraId="184E4D5E" w14:textId="77777777" w:rsidR="00701F64" w:rsidRPr="00701F64" w:rsidRDefault="00701F64" w:rsidP="00701F64">
      <w:pPr>
        <w:pStyle w:val="Heading1"/>
        <w:spacing w:line="240" w:lineRule="auto"/>
        <w:rPr>
          <w:sz w:val="20"/>
          <w:szCs w:val="20"/>
        </w:rPr>
      </w:pPr>
      <w:r>
        <w:rPr>
          <w:rFonts w:cs="Shruti"/>
          <w:cs/>
          <w:lang w:bidi="gu-IN"/>
        </w:rPr>
        <w:t>માહિતીની</w:t>
      </w:r>
      <w:r>
        <w:t xml:space="preserve"> </w:t>
      </w:r>
      <w:r>
        <w:rPr>
          <w:rFonts w:cs="Shruti"/>
          <w:cs/>
          <w:lang w:bidi="gu-IN"/>
        </w:rPr>
        <w:t>ઉપલબ્ધતા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પારદર્શિતા</w:t>
      </w:r>
      <w:r>
        <w:t xml:space="preserve"> </w:t>
      </w:r>
      <w:r>
        <w:rPr>
          <w:rFonts w:cs="Shruti"/>
          <w:cs/>
          <w:lang w:bidi="gu-IN"/>
        </w:rPr>
        <w:t>માટે</w:t>
      </w:r>
      <w:r>
        <w:t xml:space="preserve"> </w:t>
      </w:r>
      <w:r>
        <w:rPr>
          <w:rFonts w:cs="Shruti"/>
          <w:cs/>
          <w:lang w:bidi="gu-IN"/>
        </w:rPr>
        <w:t>ટેક્નોલોજીનો</w:t>
      </w:r>
      <w:r>
        <w:t xml:space="preserve"> </w:t>
      </w:r>
      <w:r>
        <w:rPr>
          <w:rFonts w:cs="Shruti"/>
          <w:cs/>
          <w:lang w:bidi="gu-IN"/>
        </w:rPr>
        <w:t>ઉપયોગ</w:t>
      </w:r>
      <w:r>
        <w:t xml:space="preserve">: </w:t>
      </w:r>
      <w:r>
        <w:rPr>
          <w:rFonts w:cs="Shruti"/>
          <w:cs/>
          <w:lang w:bidi="gu-IN"/>
        </w:rPr>
        <w:t>અહેવાલ</w:t>
      </w:r>
      <w:r>
        <w:br/>
      </w:r>
      <w:r w:rsidRPr="00701F64">
        <w:rPr>
          <w:rFonts w:cs="Shruti"/>
          <w:sz w:val="20"/>
          <w:szCs w:val="20"/>
          <w:cs/>
          <w:lang w:bidi="gu-IN"/>
        </w:rPr>
        <w:t>પ્રસ્તાવના</w:t>
      </w:r>
      <w:r w:rsidRPr="00701F64">
        <w:rPr>
          <w:sz w:val="20"/>
          <w:szCs w:val="20"/>
        </w:rPr>
        <w:t>:</w:t>
      </w:r>
    </w:p>
    <w:p w14:paraId="0EFADB0E" w14:textId="75B65D66" w:rsidR="00701F64" w:rsidRPr="00F56B31" w:rsidRDefault="00701F64" w:rsidP="00701F64">
      <w:pPr>
        <w:spacing w:line="240" w:lineRule="auto"/>
        <w:rPr>
          <w:rFonts w:cs="Shruti"/>
          <w:sz w:val="20"/>
          <w:szCs w:val="20"/>
          <w:lang w:bidi="gu-IN"/>
        </w:rPr>
      </w:pPr>
      <w:r w:rsidRPr="00701F64">
        <w:rPr>
          <w:rFonts w:cs="Shruti"/>
          <w:sz w:val="20"/>
          <w:szCs w:val="20"/>
          <w:cs/>
          <w:lang w:bidi="gu-IN"/>
        </w:rPr>
        <w:t>આધુનિક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સમયમાં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અને</w:t>
      </w:r>
      <w:r w:rsidRPr="00701F64">
        <w:rPr>
          <w:sz w:val="20"/>
          <w:szCs w:val="20"/>
        </w:rPr>
        <w:t xml:space="preserve"> SQAAF </w:t>
      </w:r>
      <w:r w:rsidRPr="00701F64">
        <w:rPr>
          <w:rFonts w:cs="Shruti"/>
          <w:sz w:val="20"/>
          <w:szCs w:val="20"/>
          <w:cs/>
          <w:lang w:bidi="gu-IN"/>
        </w:rPr>
        <w:t>ગુણોત્સવ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૨</w:t>
      </w:r>
      <w:r w:rsidRPr="00701F64">
        <w:rPr>
          <w:sz w:val="20"/>
          <w:szCs w:val="20"/>
        </w:rPr>
        <w:t>.</w:t>
      </w:r>
      <w:r w:rsidRPr="00701F64">
        <w:rPr>
          <w:rFonts w:cs="Shruti"/>
          <w:sz w:val="20"/>
          <w:szCs w:val="20"/>
          <w:cs/>
          <w:lang w:bidi="gu-IN"/>
        </w:rPr>
        <w:t>૦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ના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માપદંડો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મુજબ</w:t>
      </w:r>
      <w:r w:rsidRPr="00701F64">
        <w:rPr>
          <w:sz w:val="20"/>
          <w:szCs w:val="20"/>
        </w:rPr>
        <w:t xml:space="preserve">, </w:t>
      </w:r>
      <w:r w:rsidRPr="00701F64">
        <w:rPr>
          <w:rFonts w:cs="Shruti"/>
          <w:sz w:val="20"/>
          <w:szCs w:val="20"/>
          <w:cs/>
          <w:lang w:bidi="gu-IN"/>
        </w:rPr>
        <w:t>શાળાના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વહીવટમાં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પારદર્શિતા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લાવવા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અને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હિતધારકો</w:t>
      </w:r>
      <w:r w:rsidRPr="00701F64">
        <w:rPr>
          <w:sz w:val="20"/>
          <w:szCs w:val="20"/>
        </w:rPr>
        <w:t xml:space="preserve"> (</w:t>
      </w:r>
      <w:r w:rsidRPr="00701F64">
        <w:rPr>
          <w:rFonts w:cs="Shruti"/>
          <w:sz w:val="20"/>
          <w:szCs w:val="20"/>
          <w:cs/>
          <w:lang w:bidi="gu-IN"/>
        </w:rPr>
        <w:t>વાલીઓ</w:t>
      </w:r>
      <w:r w:rsidRPr="00701F64">
        <w:rPr>
          <w:sz w:val="20"/>
          <w:szCs w:val="20"/>
        </w:rPr>
        <w:t xml:space="preserve">, </w:t>
      </w:r>
      <w:r w:rsidRPr="00701F64">
        <w:rPr>
          <w:rFonts w:cs="Shruti"/>
          <w:sz w:val="20"/>
          <w:szCs w:val="20"/>
          <w:cs/>
          <w:lang w:bidi="gu-IN"/>
        </w:rPr>
        <w:t>વિદ્યાર્થીઓ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અને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સમુદાય</w:t>
      </w:r>
      <w:r w:rsidRPr="00701F64">
        <w:rPr>
          <w:sz w:val="20"/>
          <w:szCs w:val="20"/>
        </w:rPr>
        <w:t xml:space="preserve">) </w:t>
      </w:r>
      <w:r w:rsidRPr="00701F64">
        <w:rPr>
          <w:rFonts w:cs="Shruti"/>
          <w:sz w:val="20"/>
          <w:szCs w:val="20"/>
          <w:cs/>
          <w:lang w:bidi="gu-IN"/>
        </w:rPr>
        <w:t>ને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શાળા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સંબંધિત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માહિતી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સરળતાથી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ઉપલબ્ધ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થાય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તે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માટે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ટેક્નોલોજીનો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મહત્તમ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ઉપયોગ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આવશ્યક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છે</w:t>
      </w:r>
      <w:r w:rsidRPr="00701F64">
        <w:rPr>
          <w:sz w:val="20"/>
          <w:szCs w:val="20"/>
        </w:rPr>
        <w:t xml:space="preserve">. </w:t>
      </w:r>
      <w:r w:rsidRPr="00701F64">
        <w:rPr>
          <w:rFonts w:cs="Shruti"/>
          <w:sz w:val="20"/>
          <w:szCs w:val="20"/>
          <w:cs/>
          <w:lang w:bidi="gu-IN"/>
        </w:rPr>
        <w:t>લીંબડ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પ્રાથમિક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શાળા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દ્વારા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માહિતીના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આદાન</w:t>
      </w:r>
      <w:r w:rsidRPr="00701F64">
        <w:rPr>
          <w:sz w:val="20"/>
          <w:szCs w:val="20"/>
        </w:rPr>
        <w:t>-</w:t>
      </w:r>
      <w:r w:rsidRPr="00701F64">
        <w:rPr>
          <w:rFonts w:cs="Shruti"/>
          <w:sz w:val="20"/>
          <w:szCs w:val="20"/>
          <w:cs/>
          <w:lang w:bidi="gu-IN"/>
        </w:rPr>
        <w:t>પ્રદાન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માટે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નીચે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મુજબની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ડિજિટલ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વ્યવસ્થા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અમલમાં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છે</w:t>
      </w:r>
      <w:r w:rsidR="00A860AA">
        <w:rPr>
          <w:sz w:val="20"/>
          <w:szCs w:val="20"/>
        </w:rPr>
        <w:t>:</w:t>
      </w:r>
      <w:r w:rsidR="00F56B31">
        <w:rPr>
          <w:rFonts w:cs="Shruti" w:hint="cs"/>
          <w:sz w:val="20"/>
          <w:szCs w:val="20"/>
          <w:cs/>
          <w:lang w:bidi="gu-IN"/>
        </w:rPr>
        <w:t xml:space="preserve"> </w:t>
      </w:r>
    </w:p>
    <w:p w14:paraId="48B25BA3" w14:textId="77777777" w:rsidR="00701F64" w:rsidRPr="00701F64" w:rsidRDefault="00701F64" w:rsidP="00701F64">
      <w:pPr>
        <w:pStyle w:val="Heading2"/>
        <w:spacing w:line="240" w:lineRule="auto"/>
        <w:rPr>
          <w:sz w:val="20"/>
          <w:szCs w:val="20"/>
        </w:rPr>
      </w:pPr>
      <w:r w:rsidRPr="00701F64">
        <w:rPr>
          <w:rFonts w:cs="Shruti"/>
          <w:sz w:val="20"/>
          <w:szCs w:val="20"/>
          <w:cs/>
          <w:lang w:bidi="gu-IN"/>
        </w:rPr>
        <w:t>૧</w:t>
      </w:r>
      <w:r w:rsidRPr="00701F64">
        <w:rPr>
          <w:sz w:val="20"/>
          <w:szCs w:val="20"/>
        </w:rPr>
        <w:t xml:space="preserve">. </w:t>
      </w:r>
      <w:r w:rsidRPr="00701F64">
        <w:rPr>
          <w:rFonts w:cs="Shruti"/>
          <w:sz w:val="20"/>
          <w:szCs w:val="20"/>
          <w:cs/>
          <w:lang w:bidi="gu-IN"/>
        </w:rPr>
        <w:t>માહિતી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પ્રસારણ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માટે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શાળાની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ડિજિટલ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પ્રણાલી</w:t>
      </w:r>
      <w:r w:rsidRPr="00701F64">
        <w:rPr>
          <w:sz w:val="20"/>
          <w:szCs w:val="20"/>
        </w:rPr>
        <w:t xml:space="preserve"> / </w:t>
      </w:r>
      <w:r w:rsidRPr="00701F64">
        <w:rPr>
          <w:rFonts w:cs="Shruti"/>
          <w:sz w:val="20"/>
          <w:szCs w:val="20"/>
          <w:cs/>
          <w:lang w:bidi="gu-IN"/>
        </w:rPr>
        <w:t>વ્યવસ્થા</w:t>
      </w:r>
      <w:r w:rsidRPr="00701F64">
        <w:rPr>
          <w:sz w:val="20"/>
          <w:szCs w:val="20"/>
        </w:rPr>
        <w:t>:</w:t>
      </w:r>
    </w:p>
    <w:p w14:paraId="7D7254DA" w14:textId="77777777" w:rsidR="00701F64" w:rsidRPr="00701F64" w:rsidRDefault="00701F64" w:rsidP="00701F64">
      <w:pPr>
        <w:spacing w:line="240" w:lineRule="auto"/>
        <w:rPr>
          <w:sz w:val="20"/>
          <w:szCs w:val="20"/>
        </w:rPr>
      </w:pPr>
      <w:r w:rsidRPr="00701F64">
        <w:rPr>
          <w:b/>
          <w:sz w:val="20"/>
          <w:szCs w:val="20"/>
        </w:rPr>
        <w:t xml:space="preserve">SAS Gujarat </w:t>
      </w:r>
      <w:r w:rsidRPr="00701F64">
        <w:rPr>
          <w:rFonts w:cs="Shruti"/>
          <w:b/>
          <w:bCs/>
          <w:sz w:val="20"/>
          <w:szCs w:val="20"/>
          <w:cs/>
          <w:lang w:bidi="gu-IN"/>
        </w:rPr>
        <w:t>પોર્ટલ</w:t>
      </w:r>
      <w:r w:rsidRPr="00701F64">
        <w:rPr>
          <w:b/>
          <w:sz w:val="20"/>
          <w:szCs w:val="20"/>
        </w:rPr>
        <w:t xml:space="preserve"> </w:t>
      </w:r>
      <w:r w:rsidRPr="00701F64">
        <w:rPr>
          <w:rFonts w:cs="Shruti"/>
          <w:b/>
          <w:bCs/>
          <w:sz w:val="20"/>
          <w:szCs w:val="20"/>
          <w:cs/>
          <w:lang w:bidi="gu-IN"/>
        </w:rPr>
        <w:t>અને</w:t>
      </w:r>
      <w:r w:rsidRPr="00701F64">
        <w:rPr>
          <w:b/>
          <w:sz w:val="20"/>
          <w:szCs w:val="20"/>
        </w:rPr>
        <w:t xml:space="preserve"> SSA </w:t>
      </w:r>
      <w:r w:rsidRPr="00701F64">
        <w:rPr>
          <w:rFonts w:cs="Shruti"/>
          <w:b/>
          <w:bCs/>
          <w:sz w:val="20"/>
          <w:szCs w:val="20"/>
          <w:cs/>
          <w:lang w:bidi="gu-IN"/>
        </w:rPr>
        <w:t>વેબસાઈટ</w:t>
      </w:r>
      <w:r w:rsidRPr="00701F64">
        <w:rPr>
          <w:b/>
          <w:sz w:val="20"/>
          <w:szCs w:val="20"/>
        </w:rPr>
        <w:t xml:space="preserve">: </w:t>
      </w:r>
      <w:r w:rsidRPr="00701F64">
        <w:rPr>
          <w:rFonts w:cs="Shruti"/>
          <w:sz w:val="20"/>
          <w:szCs w:val="20"/>
          <w:cs/>
          <w:lang w:bidi="gu-IN"/>
        </w:rPr>
        <w:t>શાળાના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શિક્ષકોની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માહિતી</w:t>
      </w:r>
      <w:r w:rsidRPr="00701F64">
        <w:rPr>
          <w:sz w:val="20"/>
          <w:szCs w:val="20"/>
        </w:rPr>
        <w:t xml:space="preserve">, </w:t>
      </w:r>
      <w:r w:rsidRPr="00701F64">
        <w:rPr>
          <w:rFonts w:cs="Shruti"/>
          <w:sz w:val="20"/>
          <w:szCs w:val="20"/>
          <w:cs/>
          <w:lang w:bidi="gu-IN"/>
        </w:rPr>
        <w:t>હાજરી</w:t>
      </w:r>
      <w:r w:rsidRPr="00701F64">
        <w:rPr>
          <w:sz w:val="20"/>
          <w:szCs w:val="20"/>
        </w:rPr>
        <w:t xml:space="preserve">, </w:t>
      </w:r>
      <w:r w:rsidRPr="00701F64">
        <w:rPr>
          <w:rFonts w:cs="Shruti"/>
          <w:sz w:val="20"/>
          <w:szCs w:val="20"/>
          <w:cs/>
          <w:lang w:bidi="gu-IN"/>
        </w:rPr>
        <w:t>પગાર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બિલ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અને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શાળાની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ભૌતિક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સુવિધાઓનો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ડેટા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સરકારશ્રીના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પોર્ટલ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પર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નિયમિત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અપડેટ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કરવામાં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આવે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છે</w:t>
      </w:r>
      <w:r w:rsidRPr="00701F64">
        <w:rPr>
          <w:sz w:val="20"/>
          <w:szCs w:val="20"/>
        </w:rPr>
        <w:t>.</w:t>
      </w:r>
    </w:p>
    <w:p w14:paraId="262E2AD4" w14:textId="77777777" w:rsidR="00701F64" w:rsidRPr="00701F64" w:rsidRDefault="00701F64" w:rsidP="00701F64">
      <w:pPr>
        <w:spacing w:line="240" w:lineRule="auto"/>
        <w:rPr>
          <w:sz w:val="20"/>
          <w:szCs w:val="20"/>
        </w:rPr>
      </w:pPr>
      <w:r w:rsidRPr="00701F64">
        <w:rPr>
          <w:rFonts w:cs="Shruti"/>
          <w:b/>
          <w:bCs/>
          <w:sz w:val="20"/>
          <w:szCs w:val="20"/>
          <w:cs/>
          <w:lang w:bidi="gu-IN"/>
        </w:rPr>
        <w:t>ચાઇલ્ડ</w:t>
      </w:r>
      <w:r w:rsidRPr="00701F64">
        <w:rPr>
          <w:b/>
          <w:sz w:val="20"/>
          <w:szCs w:val="20"/>
        </w:rPr>
        <w:t xml:space="preserve"> </w:t>
      </w:r>
      <w:r w:rsidRPr="00701F64">
        <w:rPr>
          <w:rFonts w:cs="Shruti"/>
          <w:b/>
          <w:bCs/>
          <w:sz w:val="20"/>
          <w:szCs w:val="20"/>
          <w:cs/>
          <w:lang w:bidi="gu-IN"/>
        </w:rPr>
        <w:t>ટ્રેકિંગ</w:t>
      </w:r>
      <w:r w:rsidRPr="00701F64">
        <w:rPr>
          <w:b/>
          <w:sz w:val="20"/>
          <w:szCs w:val="20"/>
        </w:rPr>
        <w:t xml:space="preserve"> </w:t>
      </w:r>
      <w:r w:rsidRPr="00701F64">
        <w:rPr>
          <w:rFonts w:cs="Shruti"/>
          <w:b/>
          <w:bCs/>
          <w:sz w:val="20"/>
          <w:szCs w:val="20"/>
          <w:cs/>
          <w:lang w:bidi="gu-IN"/>
        </w:rPr>
        <w:t>સિસ્ટમ</w:t>
      </w:r>
      <w:r w:rsidRPr="00701F64">
        <w:rPr>
          <w:b/>
          <w:sz w:val="20"/>
          <w:szCs w:val="20"/>
        </w:rPr>
        <w:t xml:space="preserve"> (CTS) / </w:t>
      </w:r>
      <w:r w:rsidRPr="00701F64">
        <w:rPr>
          <w:rFonts w:cs="Shruti"/>
          <w:b/>
          <w:bCs/>
          <w:sz w:val="20"/>
          <w:szCs w:val="20"/>
          <w:cs/>
          <w:lang w:bidi="gu-IN"/>
        </w:rPr>
        <w:t>આધાર</w:t>
      </w:r>
      <w:r w:rsidRPr="00701F64">
        <w:rPr>
          <w:b/>
          <w:sz w:val="20"/>
          <w:szCs w:val="20"/>
        </w:rPr>
        <w:t xml:space="preserve"> </w:t>
      </w:r>
      <w:r w:rsidRPr="00701F64">
        <w:rPr>
          <w:rFonts w:cs="Shruti"/>
          <w:b/>
          <w:bCs/>
          <w:sz w:val="20"/>
          <w:szCs w:val="20"/>
          <w:cs/>
          <w:lang w:bidi="gu-IN"/>
        </w:rPr>
        <w:t>ડાયસ</w:t>
      </w:r>
      <w:r w:rsidRPr="00701F64">
        <w:rPr>
          <w:b/>
          <w:sz w:val="20"/>
          <w:szCs w:val="20"/>
        </w:rPr>
        <w:t xml:space="preserve"> (UDISE+): </w:t>
      </w:r>
      <w:r w:rsidRPr="00701F64">
        <w:rPr>
          <w:rFonts w:cs="Shruti"/>
          <w:sz w:val="20"/>
          <w:szCs w:val="20"/>
          <w:cs/>
          <w:lang w:bidi="gu-IN"/>
        </w:rPr>
        <w:t>દરેક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વિદ્યાર્થીની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શૈક્ષણિક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વિગતો</w:t>
      </w:r>
      <w:r w:rsidRPr="00701F64">
        <w:rPr>
          <w:sz w:val="20"/>
          <w:szCs w:val="20"/>
        </w:rPr>
        <w:t xml:space="preserve">, </w:t>
      </w:r>
      <w:r w:rsidRPr="00701F64">
        <w:rPr>
          <w:rFonts w:cs="Shruti"/>
          <w:sz w:val="20"/>
          <w:szCs w:val="20"/>
          <w:cs/>
          <w:lang w:bidi="gu-IN"/>
        </w:rPr>
        <w:t>નામ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દાખલ</w:t>
      </w:r>
      <w:r w:rsidRPr="00701F64">
        <w:rPr>
          <w:sz w:val="20"/>
          <w:szCs w:val="20"/>
        </w:rPr>
        <w:t>-</w:t>
      </w:r>
      <w:r w:rsidRPr="00701F64">
        <w:rPr>
          <w:rFonts w:cs="Shruti"/>
          <w:sz w:val="20"/>
          <w:szCs w:val="20"/>
          <w:cs/>
          <w:lang w:bidi="gu-IN"/>
        </w:rPr>
        <w:t>કમીની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માહિતી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અને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પરિણામ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ઓનલાઇન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પોર્ટલ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પર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અપડેટ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કરાય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છે</w:t>
      </w:r>
      <w:r w:rsidRPr="00701F64">
        <w:rPr>
          <w:sz w:val="20"/>
          <w:szCs w:val="20"/>
        </w:rPr>
        <w:t xml:space="preserve">, </w:t>
      </w:r>
      <w:r w:rsidRPr="00701F64">
        <w:rPr>
          <w:rFonts w:cs="Shruti"/>
          <w:sz w:val="20"/>
          <w:szCs w:val="20"/>
          <w:cs/>
          <w:lang w:bidi="gu-IN"/>
        </w:rPr>
        <w:t>જેથી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પારદર્શિતા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જળવાઈ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રહે</w:t>
      </w:r>
      <w:r w:rsidRPr="00701F64">
        <w:rPr>
          <w:sz w:val="20"/>
          <w:szCs w:val="20"/>
        </w:rPr>
        <w:t>.</w:t>
      </w:r>
    </w:p>
    <w:p w14:paraId="542DD5C4" w14:textId="77777777" w:rsidR="00701F64" w:rsidRPr="00701F64" w:rsidRDefault="00701F64" w:rsidP="00701F64">
      <w:pPr>
        <w:spacing w:line="240" w:lineRule="auto"/>
        <w:rPr>
          <w:sz w:val="20"/>
          <w:szCs w:val="20"/>
        </w:rPr>
      </w:pPr>
      <w:r w:rsidRPr="00701F64">
        <w:rPr>
          <w:rFonts w:cs="Shruti"/>
          <w:b/>
          <w:bCs/>
          <w:sz w:val="20"/>
          <w:szCs w:val="20"/>
          <w:cs/>
          <w:lang w:bidi="gu-IN"/>
        </w:rPr>
        <w:t>વોટ્સએપ</w:t>
      </w:r>
      <w:r w:rsidRPr="00701F64">
        <w:rPr>
          <w:b/>
          <w:sz w:val="20"/>
          <w:szCs w:val="20"/>
        </w:rPr>
        <w:t xml:space="preserve"> </w:t>
      </w:r>
      <w:r w:rsidRPr="00701F64">
        <w:rPr>
          <w:rFonts w:cs="Shruti"/>
          <w:b/>
          <w:bCs/>
          <w:sz w:val="20"/>
          <w:szCs w:val="20"/>
          <w:cs/>
          <w:lang w:bidi="gu-IN"/>
        </w:rPr>
        <w:t>ગ્રુપ</w:t>
      </w:r>
      <w:r w:rsidRPr="00701F64">
        <w:rPr>
          <w:b/>
          <w:sz w:val="20"/>
          <w:szCs w:val="20"/>
        </w:rPr>
        <w:t xml:space="preserve"> (WhatsApp Groups) </w:t>
      </w:r>
      <w:r w:rsidRPr="00701F64">
        <w:rPr>
          <w:rFonts w:cs="Shruti"/>
          <w:b/>
          <w:bCs/>
          <w:sz w:val="20"/>
          <w:szCs w:val="20"/>
          <w:cs/>
          <w:lang w:bidi="gu-IN"/>
        </w:rPr>
        <w:t>અને</w:t>
      </w:r>
      <w:r w:rsidRPr="00701F64">
        <w:rPr>
          <w:b/>
          <w:sz w:val="20"/>
          <w:szCs w:val="20"/>
        </w:rPr>
        <w:t xml:space="preserve"> </w:t>
      </w:r>
      <w:r w:rsidRPr="00701F64">
        <w:rPr>
          <w:rFonts w:cs="Shruti"/>
          <w:b/>
          <w:bCs/>
          <w:sz w:val="20"/>
          <w:szCs w:val="20"/>
          <w:cs/>
          <w:lang w:bidi="gu-IN"/>
        </w:rPr>
        <w:t>બ્રોડકાસ્ટ</w:t>
      </w:r>
      <w:r w:rsidRPr="00701F64">
        <w:rPr>
          <w:b/>
          <w:sz w:val="20"/>
          <w:szCs w:val="20"/>
        </w:rPr>
        <w:t xml:space="preserve">: </w:t>
      </w:r>
      <w:r w:rsidRPr="00701F64">
        <w:rPr>
          <w:rFonts w:cs="Shruti"/>
          <w:sz w:val="20"/>
          <w:szCs w:val="20"/>
          <w:cs/>
          <w:lang w:bidi="gu-IN"/>
        </w:rPr>
        <w:t>દરેક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ધોરણ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માટે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વાલીઓનું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એક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અલગ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વોટ્સએપ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ગ્રુપ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બનાવવામાં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આવ્યું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છે</w:t>
      </w:r>
      <w:r w:rsidRPr="00701F64">
        <w:rPr>
          <w:sz w:val="20"/>
          <w:szCs w:val="20"/>
        </w:rPr>
        <w:t xml:space="preserve">. </w:t>
      </w:r>
      <w:r w:rsidRPr="00701F64">
        <w:rPr>
          <w:rFonts w:cs="Shruti"/>
          <w:sz w:val="20"/>
          <w:szCs w:val="20"/>
          <w:cs/>
          <w:lang w:bidi="gu-IN"/>
        </w:rPr>
        <w:t>આ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ગ્રુપમાં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રોજબરોજની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શૈક્ષણિક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માહિતી</w:t>
      </w:r>
      <w:r w:rsidRPr="00701F64">
        <w:rPr>
          <w:sz w:val="20"/>
          <w:szCs w:val="20"/>
        </w:rPr>
        <w:t xml:space="preserve">, </w:t>
      </w:r>
      <w:r w:rsidRPr="00701F64">
        <w:rPr>
          <w:rFonts w:cs="Shruti"/>
          <w:sz w:val="20"/>
          <w:szCs w:val="20"/>
          <w:cs/>
          <w:lang w:bidi="gu-IN"/>
        </w:rPr>
        <w:t>હોમવર્ક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અને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સૂચનાઓ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મોકલવામાં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આવે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છે</w:t>
      </w:r>
      <w:r w:rsidRPr="00701F64">
        <w:rPr>
          <w:sz w:val="20"/>
          <w:szCs w:val="20"/>
        </w:rPr>
        <w:t>.</w:t>
      </w:r>
    </w:p>
    <w:p w14:paraId="7D6E965E" w14:textId="77777777" w:rsidR="00701F64" w:rsidRPr="00701F64" w:rsidRDefault="00701F64" w:rsidP="00701F64">
      <w:pPr>
        <w:spacing w:line="240" w:lineRule="auto"/>
        <w:rPr>
          <w:sz w:val="20"/>
          <w:szCs w:val="20"/>
        </w:rPr>
      </w:pPr>
      <w:r w:rsidRPr="00701F64">
        <w:rPr>
          <w:rFonts w:cs="Shruti"/>
          <w:b/>
          <w:bCs/>
          <w:sz w:val="20"/>
          <w:szCs w:val="20"/>
          <w:cs/>
          <w:lang w:bidi="gu-IN"/>
        </w:rPr>
        <w:t>સ્માર્ટ</w:t>
      </w:r>
      <w:r w:rsidRPr="00701F64">
        <w:rPr>
          <w:b/>
          <w:sz w:val="20"/>
          <w:szCs w:val="20"/>
        </w:rPr>
        <w:t xml:space="preserve"> </w:t>
      </w:r>
      <w:r w:rsidRPr="00701F64">
        <w:rPr>
          <w:rFonts w:cs="Shruti"/>
          <w:b/>
          <w:bCs/>
          <w:sz w:val="20"/>
          <w:szCs w:val="20"/>
          <w:cs/>
          <w:lang w:bidi="gu-IN"/>
        </w:rPr>
        <w:t>ક્લાસ</w:t>
      </w:r>
      <w:r w:rsidRPr="00701F64">
        <w:rPr>
          <w:b/>
          <w:sz w:val="20"/>
          <w:szCs w:val="20"/>
        </w:rPr>
        <w:t xml:space="preserve"> </w:t>
      </w:r>
      <w:r w:rsidRPr="00701F64">
        <w:rPr>
          <w:rFonts w:cs="Shruti"/>
          <w:b/>
          <w:bCs/>
          <w:sz w:val="20"/>
          <w:szCs w:val="20"/>
          <w:cs/>
          <w:lang w:bidi="gu-IN"/>
        </w:rPr>
        <w:t>અને</w:t>
      </w:r>
      <w:r w:rsidRPr="00701F64">
        <w:rPr>
          <w:b/>
          <w:sz w:val="20"/>
          <w:szCs w:val="20"/>
        </w:rPr>
        <w:t xml:space="preserve"> </w:t>
      </w:r>
      <w:r w:rsidRPr="00701F64">
        <w:rPr>
          <w:rFonts w:cs="Shruti"/>
          <w:b/>
          <w:bCs/>
          <w:sz w:val="20"/>
          <w:szCs w:val="20"/>
          <w:cs/>
          <w:lang w:bidi="gu-IN"/>
        </w:rPr>
        <w:t>દીક્ષા</w:t>
      </w:r>
      <w:r w:rsidRPr="00701F64">
        <w:rPr>
          <w:b/>
          <w:sz w:val="20"/>
          <w:szCs w:val="20"/>
        </w:rPr>
        <w:t xml:space="preserve"> </w:t>
      </w:r>
      <w:r w:rsidRPr="00701F64">
        <w:rPr>
          <w:rFonts w:cs="Shruti"/>
          <w:b/>
          <w:bCs/>
          <w:sz w:val="20"/>
          <w:szCs w:val="20"/>
          <w:cs/>
          <w:lang w:bidi="gu-IN"/>
        </w:rPr>
        <w:t>પોર્ટલ</w:t>
      </w:r>
      <w:r w:rsidRPr="00701F64">
        <w:rPr>
          <w:b/>
          <w:sz w:val="20"/>
          <w:szCs w:val="20"/>
        </w:rPr>
        <w:t xml:space="preserve"> (DIKSHA): </w:t>
      </w:r>
      <w:r w:rsidRPr="00701F64">
        <w:rPr>
          <w:rFonts w:cs="Shruti"/>
          <w:sz w:val="20"/>
          <w:szCs w:val="20"/>
          <w:cs/>
          <w:lang w:bidi="gu-IN"/>
        </w:rPr>
        <w:t>વર્ગખંડમાં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સ્માર્ટ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ક્લાસ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અને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પ્રોજેક્ટર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મારફતે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ડિજિટલ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કન્ટેન્ટ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રજૂ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કરાય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છે</w:t>
      </w:r>
      <w:r w:rsidRPr="00701F64">
        <w:rPr>
          <w:sz w:val="20"/>
          <w:szCs w:val="20"/>
        </w:rPr>
        <w:t xml:space="preserve">, </w:t>
      </w:r>
      <w:r w:rsidRPr="00701F64">
        <w:rPr>
          <w:rFonts w:cs="Shruti"/>
          <w:sz w:val="20"/>
          <w:szCs w:val="20"/>
          <w:cs/>
          <w:lang w:bidi="gu-IN"/>
        </w:rPr>
        <w:t>તથા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વાલીઓને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જી</w:t>
      </w:r>
      <w:r w:rsidRPr="00701F64">
        <w:rPr>
          <w:sz w:val="20"/>
          <w:szCs w:val="20"/>
        </w:rPr>
        <w:t>-</w:t>
      </w:r>
      <w:r w:rsidRPr="00701F64">
        <w:rPr>
          <w:rFonts w:cs="Shruti"/>
          <w:sz w:val="20"/>
          <w:szCs w:val="20"/>
          <w:cs/>
          <w:lang w:bidi="gu-IN"/>
        </w:rPr>
        <w:t>શાળા</w:t>
      </w:r>
      <w:r w:rsidRPr="00701F64">
        <w:rPr>
          <w:sz w:val="20"/>
          <w:szCs w:val="20"/>
        </w:rPr>
        <w:t xml:space="preserve"> (G-Shala) </w:t>
      </w:r>
      <w:r w:rsidRPr="00701F64">
        <w:rPr>
          <w:rFonts w:cs="Shruti"/>
          <w:sz w:val="20"/>
          <w:szCs w:val="20"/>
          <w:cs/>
          <w:lang w:bidi="gu-IN"/>
        </w:rPr>
        <w:t>અને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દીક્ષા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એપના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ઉપયોગ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અંગે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માહિતગાર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કરવામાં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આવે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છે</w:t>
      </w:r>
      <w:r w:rsidRPr="00701F64">
        <w:rPr>
          <w:sz w:val="20"/>
          <w:szCs w:val="20"/>
        </w:rPr>
        <w:t>.</w:t>
      </w:r>
    </w:p>
    <w:p w14:paraId="168B9002" w14:textId="77777777" w:rsidR="00701F64" w:rsidRPr="00701F64" w:rsidRDefault="00701F64" w:rsidP="00701F64">
      <w:pPr>
        <w:spacing w:line="240" w:lineRule="auto"/>
        <w:rPr>
          <w:sz w:val="20"/>
          <w:szCs w:val="20"/>
        </w:rPr>
      </w:pPr>
      <w:r w:rsidRPr="00701F64">
        <w:rPr>
          <w:rFonts w:cs="Shruti"/>
          <w:b/>
          <w:bCs/>
          <w:sz w:val="20"/>
          <w:szCs w:val="20"/>
          <w:cs/>
          <w:lang w:bidi="gu-IN"/>
        </w:rPr>
        <w:t>ઓનલાઇન</w:t>
      </w:r>
      <w:r w:rsidRPr="00701F64">
        <w:rPr>
          <w:b/>
          <w:sz w:val="20"/>
          <w:szCs w:val="20"/>
        </w:rPr>
        <w:t xml:space="preserve"> </w:t>
      </w:r>
      <w:r w:rsidRPr="00701F64">
        <w:rPr>
          <w:rFonts w:cs="Shruti"/>
          <w:b/>
          <w:bCs/>
          <w:sz w:val="20"/>
          <w:szCs w:val="20"/>
          <w:cs/>
          <w:lang w:bidi="gu-IN"/>
        </w:rPr>
        <w:t>હાજરી</w:t>
      </w:r>
      <w:r w:rsidRPr="00701F64">
        <w:rPr>
          <w:b/>
          <w:sz w:val="20"/>
          <w:szCs w:val="20"/>
        </w:rPr>
        <w:t xml:space="preserve"> (Online Attendance): </w:t>
      </w:r>
      <w:r w:rsidRPr="00701F64">
        <w:rPr>
          <w:rFonts w:cs="Shruti"/>
          <w:sz w:val="20"/>
          <w:szCs w:val="20"/>
          <w:cs/>
          <w:lang w:bidi="gu-IN"/>
        </w:rPr>
        <w:t>શિક્ષકો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અને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વિદ્યાર્થીઓની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દૈનિક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હાજરી</w:t>
      </w:r>
      <w:r w:rsidRPr="00701F64">
        <w:rPr>
          <w:sz w:val="20"/>
          <w:szCs w:val="20"/>
        </w:rPr>
        <w:t xml:space="preserve"> SSA </w:t>
      </w:r>
      <w:r w:rsidRPr="00701F64">
        <w:rPr>
          <w:rFonts w:cs="Shruti"/>
          <w:sz w:val="20"/>
          <w:szCs w:val="20"/>
          <w:cs/>
          <w:lang w:bidi="gu-IN"/>
        </w:rPr>
        <w:t>ના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ઓનલાઇન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હાજરી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પોર્ટલ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પર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રોજ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સવારે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અપડેટ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કરવામાં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આવે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છે</w:t>
      </w:r>
      <w:r w:rsidRPr="00701F64">
        <w:rPr>
          <w:sz w:val="20"/>
          <w:szCs w:val="20"/>
        </w:rPr>
        <w:t>.</w:t>
      </w:r>
    </w:p>
    <w:p w14:paraId="032059F2" w14:textId="77777777" w:rsidR="00701F64" w:rsidRPr="00701F64" w:rsidRDefault="00701F64" w:rsidP="00701F64">
      <w:pPr>
        <w:pStyle w:val="Heading2"/>
        <w:spacing w:line="240" w:lineRule="auto"/>
        <w:rPr>
          <w:sz w:val="20"/>
          <w:szCs w:val="20"/>
        </w:rPr>
      </w:pPr>
      <w:r w:rsidRPr="00701F64">
        <w:rPr>
          <w:rFonts w:cs="Shruti"/>
          <w:sz w:val="20"/>
          <w:szCs w:val="20"/>
          <w:cs/>
          <w:lang w:bidi="gu-IN"/>
        </w:rPr>
        <w:t>૨</w:t>
      </w:r>
      <w:r w:rsidRPr="00701F64">
        <w:rPr>
          <w:sz w:val="20"/>
          <w:szCs w:val="20"/>
        </w:rPr>
        <w:t xml:space="preserve">. </w:t>
      </w:r>
      <w:r w:rsidRPr="00701F64">
        <w:rPr>
          <w:rFonts w:cs="Shruti"/>
          <w:sz w:val="20"/>
          <w:szCs w:val="20"/>
          <w:cs/>
          <w:lang w:bidi="gu-IN"/>
        </w:rPr>
        <w:t>ટેક્નોલોજીના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માધ્યમથી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કઈ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માહિતી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મૂકવામાં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આવે</w:t>
      </w:r>
      <w:r w:rsidRPr="00701F64">
        <w:rPr>
          <w:sz w:val="20"/>
          <w:szCs w:val="20"/>
        </w:rPr>
        <w:t xml:space="preserve"> </w:t>
      </w:r>
      <w:r w:rsidRPr="00701F64">
        <w:rPr>
          <w:rFonts w:cs="Shruti"/>
          <w:sz w:val="20"/>
          <w:szCs w:val="20"/>
          <w:cs/>
          <w:lang w:bidi="gu-IN"/>
        </w:rPr>
        <w:t>છે</w:t>
      </w:r>
      <w:r w:rsidRPr="00701F64">
        <w:rPr>
          <w:sz w:val="20"/>
          <w:szCs w:val="20"/>
        </w:rPr>
        <w:t>?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675"/>
        <w:gridCol w:w="5085"/>
        <w:gridCol w:w="3562"/>
      </w:tblGrid>
      <w:tr w:rsidR="00701F64" w:rsidRPr="00701F64" w14:paraId="0F9A2F7C" w14:textId="77777777" w:rsidTr="00701F64">
        <w:tc>
          <w:tcPr>
            <w:tcW w:w="675" w:type="dxa"/>
          </w:tcPr>
          <w:p w14:paraId="0B275BC1" w14:textId="77777777" w:rsidR="00701F64" w:rsidRPr="00701F64" w:rsidRDefault="00701F64" w:rsidP="00701F64">
            <w:pPr>
              <w:rPr>
                <w:sz w:val="20"/>
                <w:szCs w:val="20"/>
              </w:rPr>
            </w:pPr>
            <w:r w:rsidRPr="00701F64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ક્રમ</w:t>
            </w:r>
          </w:p>
        </w:tc>
        <w:tc>
          <w:tcPr>
            <w:tcW w:w="5085" w:type="dxa"/>
          </w:tcPr>
          <w:p w14:paraId="7FF7AF7D" w14:textId="77777777" w:rsidR="00701F64" w:rsidRPr="00701F64" w:rsidRDefault="00701F64" w:rsidP="00701F64">
            <w:pPr>
              <w:rPr>
                <w:sz w:val="20"/>
                <w:szCs w:val="20"/>
              </w:rPr>
            </w:pPr>
            <w:r w:rsidRPr="00701F64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માહિતીનો</w:t>
            </w:r>
            <w:r w:rsidRPr="00701F64">
              <w:rPr>
                <w:b/>
                <w:sz w:val="20"/>
                <w:szCs w:val="20"/>
              </w:rPr>
              <w:t xml:space="preserve"> </w:t>
            </w:r>
            <w:r w:rsidRPr="00701F64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પ્રકાર</w:t>
            </w:r>
          </w:p>
        </w:tc>
        <w:tc>
          <w:tcPr>
            <w:tcW w:w="3562" w:type="dxa"/>
          </w:tcPr>
          <w:p w14:paraId="5C143DF8" w14:textId="77777777" w:rsidR="00701F64" w:rsidRPr="00701F64" w:rsidRDefault="00701F64" w:rsidP="00701F64">
            <w:pPr>
              <w:rPr>
                <w:sz w:val="20"/>
                <w:szCs w:val="20"/>
              </w:rPr>
            </w:pPr>
            <w:r w:rsidRPr="00701F64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કયા</w:t>
            </w:r>
            <w:r w:rsidRPr="00701F64">
              <w:rPr>
                <w:b/>
                <w:sz w:val="20"/>
                <w:szCs w:val="20"/>
              </w:rPr>
              <w:t xml:space="preserve"> </w:t>
            </w:r>
            <w:r w:rsidRPr="00701F64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માધ્યમથી</w:t>
            </w:r>
            <w:r w:rsidRPr="00701F64">
              <w:rPr>
                <w:b/>
                <w:sz w:val="20"/>
                <w:szCs w:val="20"/>
              </w:rPr>
              <w:t xml:space="preserve"> </w:t>
            </w:r>
            <w:r w:rsidRPr="00701F64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શેર</w:t>
            </w:r>
            <w:r w:rsidRPr="00701F64">
              <w:rPr>
                <w:b/>
                <w:sz w:val="20"/>
                <w:szCs w:val="20"/>
              </w:rPr>
              <w:t xml:space="preserve"> </w:t>
            </w:r>
            <w:r w:rsidRPr="00701F64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કરવામાં</w:t>
            </w:r>
            <w:r w:rsidRPr="00701F64">
              <w:rPr>
                <w:b/>
                <w:sz w:val="20"/>
                <w:szCs w:val="20"/>
              </w:rPr>
              <w:t xml:space="preserve"> </w:t>
            </w:r>
            <w:r w:rsidRPr="00701F64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આવે</w:t>
            </w:r>
            <w:r w:rsidRPr="00701F64">
              <w:rPr>
                <w:b/>
                <w:sz w:val="20"/>
                <w:szCs w:val="20"/>
              </w:rPr>
              <w:t xml:space="preserve"> </w:t>
            </w:r>
            <w:r w:rsidRPr="00701F64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છે</w:t>
            </w:r>
            <w:r w:rsidRPr="00701F64">
              <w:rPr>
                <w:b/>
                <w:sz w:val="20"/>
                <w:szCs w:val="20"/>
              </w:rPr>
              <w:t>?</w:t>
            </w:r>
          </w:p>
        </w:tc>
      </w:tr>
      <w:tr w:rsidR="00701F64" w:rsidRPr="00701F64" w14:paraId="4403C15D" w14:textId="77777777" w:rsidTr="00701F64">
        <w:tc>
          <w:tcPr>
            <w:tcW w:w="675" w:type="dxa"/>
          </w:tcPr>
          <w:p w14:paraId="291C5A1A" w14:textId="77777777" w:rsidR="00701F64" w:rsidRPr="00701F64" w:rsidRDefault="00701F64" w:rsidP="00701F64">
            <w:pPr>
              <w:rPr>
                <w:sz w:val="20"/>
                <w:szCs w:val="20"/>
              </w:rPr>
            </w:pP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૧</w:t>
            </w:r>
          </w:p>
        </w:tc>
        <w:tc>
          <w:tcPr>
            <w:tcW w:w="5085" w:type="dxa"/>
          </w:tcPr>
          <w:p w14:paraId="3FB957CF" w14:textId="77777777" w:rsidR="00701F64" w:rsidRPr="00701F64" w:rsidRDefault="00701F64" w:rsidP="00701F64">
            <w:pPr>
              <w:rPr>
                <w:sz w:val="20"/>
                <w:szCs w:val="20"/>
              </w:rPr>
            </w:pP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દૈનિક</w:t>
            </w:r>
            <w:r w:rsidRPr="00701F64">
              <w:rPr>
                <w:sz w:val="20"/>
                <w:szCs w:val="20"/>
              </w:rPr>
              <w:t xml:space="preserve"> </w:t>
            </w: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હાજરી</w:t>
            </w:r>
            <w:r w:rsidRPr="00701F64">
              <w:rPr>
                <w:sz w:val="20"/>
                <w:szCs w:val="20"/>
              </w:rPr>
              <w:t xml:space="preserve"> </w:t>
            </w: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701F64">
              <w:rPr>
                <w:sz w:val="20"/>
                <w:szCs w:val="20"/>
              </w:rPr>
              <w:t xml:space="preserve"> </w:t>
            </w: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હોમવર્કની</w:t>
            </w:r>
            <w:r w:rsidRPr="00701F64">
              <w:rPr>
                <w:sz w:val="20"/>
                <w:szCs w:val="20"/>
              </w:rPr>
              <w:t xml:space="preserve"> </w:t>
            </w: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વિગત</w:t>
            </w:r>
          </w:p>
        </w:tc>
        <w:tc>
          <w:tcPr>
            <w:tcW w:w="3562" w:type="dxa"/>
          </w:tcPr>
          <w:p w14:paraId="446A7B2A" w14:textId="77777777" w:rsidR="00701F64" w:rsidRPr="00701F64" w:rsidRDefault="00701F64" w:rsidP="00701F64">
            <w:pPr>
              <w:rPr>
                <w:sz w:val="20"/>
                <w:szCs w:val="20"/>
              </w:rPr>
            </w:pP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વોટ્સએપ</w:t>
            </w:r>
            <w:r w:rsidRPr="00701F64">
              <w:rPr>
                <w:sz w:val="20"/>
                <w:szCs w:val="20"/>
              </w:rPr>
              <w:t xml:space="preserve"> </w:t>
            </w: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ગ્રુપ</w:t>
            </w:r>
            <w:r w:rsidRPr="00701F64">
              <w:rPr>
                <w:sz w:val="20"/>
                <w:szCs w:val="20"/>
              </w:rPr>
              <w:t xml:space="preserve"> / </w:t>
            </w: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ઓનલાઇન</w:t>
            </w:r>
            <w:r w:rsidRPr="00701F64">
              <w:rPr>
                <w:sz w:val="20"/>
                <w:szCs w:val="20"/>
              </w:rPr>
              <w:t xml:space="preserve"> </w:t>
            </w: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હાજરી</w:t>
            </w:r>
            <w:r w:rsidRPr="00701F64">
              <w:rPr>
                <w:sz w:val="20"/>
                <w:szCs w:val="20"/>
              </w:rPr>
              <w:t xml:space="preserve"> </w:t>
            </w: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પોર્ટલ</w:t>
            </w:r>
          </w:p>
        </w:tc>
      </w:tr>
      <w:tr w:rsidR="00701F64" w:rsidRPr="00701F64" w14:paraId="205833DC" w14:textId="77777777" w:rsidTr="00701F64">
        <w:tc>
          <w:tcPr>
            <w:tcW w:w="675" w:type="dxa"/>
          </w:tcPr>
          <w:p w14:paraId="5F1DF515" w14:textId="77777777" w:rsidR="00701F64" w:rsidRPr="00701F64" w:rsidRDefault="00701F64" w:rsidP="00701F64">
            <w:pPr>
              <w:rPr>
                <w:sz w:val="20"/>
                <w:szCs w:val="20"/>
              </w:rPr>
            </w:pP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૨</w:t>
            </w:r>
          </w:p>
        </w:tc>
        <w:tc>
          <w:tcPr>
            <w:tcW w:w="5085" w:type="dxa"/>
          </w:tcPr>
          <w:p w14:paraId="1B5020D7" w14:textId="77777777" w:rsidR="00701F64" w:rsidRPr="00701F64" w:rsidRDefault="00701F64" w:rsidP="00701F64">
            <w:pPr>
              <w:rPr>
                <w:sz w:val="20"/>
                <w:szCs w:val="20"/>
              </w:rPr>
            </w:pP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એકમ</w:t>
            </w:r>
            <w:r w:rsidRPr="00701F64">
              <w:rPr>
                <w:sz w:val="20"/>
                <w:szCs w:val="20"/>
              </w:rPr>
              <w:t xml:space="preserve"> </w:t>
            </w: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કસોટી</w:t>
            </w:r>
            <w:r w:rsidRPr="00701F64">
              <w:rPr>
                <w:sz w:val="20"/>
                <w:szCs w:val="20"/>
              </w:rPr>
              <w:t xml:space="preserve"> </w:t>
            </w: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701F64">
              <w:rPr>
                <w:sz w:val="20"/>
                <w:szCs w:val="20"/>
              </w:rPr>
              <w:t xml:space="preserve"> </w:t>
            </w: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વાર્ષિક</w:t>
            </w:r>
            <w:r w:rsidRPr="00701F64">
              <w:rPr>
                <w:sz w:val="20"/>
                <w:szCs w:val="20"/>
              </w:rPr>
              <w:t xml:space="preserve"> </w:t>
            </w: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પરીક્ષાનું</w:t>
            </w:r>
            <w:r w:rsidRPr="00701F64">
              <w:rPr>
                <w:sz w:val="20"/>
                <w:szCs w:val="20"/>
              </w:rPr>
              <w:t xml:space="preserve"> </w:t>
            </w: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પરિણામ</w:t>
            </w:r>
          </w:p>
        </w:tc>
        <w:tc>
          <w:tcPr>
            <w:tcW w:w="3562" w:type="dxa"/>
          </w:tcPr>
          <w:p w14:paraId="6C089565" w14:textId="77777777" w:rsidR="00701F64" w:rsidRPr="00701F64" w:rsidRDefault="00701F64" w:rsidP="00701F64">
            <w:pPr>
              <w:rPr>
                <w:sz w:val="20"/>
                <w:szCs w:val="20"/>
              </w:rPr>
            </w:pP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વોટ્સએપ</w:t>
            </w:r>
            <w:r w:rsidRPr="00701F64">
              <w:rPr>
                <w:sz w:val="20"/>
                <w:szCs w:val="20"/>
              </w:rPr>
              <w:t xml:space="preserve"> </w:t>
            </w: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ગ્રુપ</w:t>
            </w:r>
            <w:r w:rsidRPr="00701F64">
              <w:rPr>
                <w:sz w:val="20"/>
                <w:szCs w:val="20"/>
              </w:rPr>
              <w:t xml:space="preserve"> / SARAL </w:t>
            </w: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ડેટા</w:t>
            </w:r>
            <w:r w:rsidRPr="00701F64">
              <w:rPr>
                <w:sz w:val="20"/>
                <w:szCs w:val="20"/>
              </w:rPr>
              <w:t xml:space="preserve"> </w:t>
            </w: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એપ</w:t>
            </w:r>
            <w:r w:rsidRPr="00701F64">
              <w:rPr>
                <w:sz w:val="20"/>
                <w:szCs w:val="20"/>
              </w:rPr>
              <w:t xml:space="preserve"> / CTS</w:t>
            </w:r>
          </w:p>
        </w:tc>
      </w:tr>
      <w:tr w:rsidR="00701F64" w:rsidRPr="00701F64" w14:paraId="6BAD26E4" w14:textId="77777777" w:rsidTr="00701F64">
        <w:tc>
          <w:tcPr>
            <w:tcW w:w="675" w:type="dxa"/>
          </w:tcPr>
          <w:p w14:paraId="72CA559C" w14:textId="77777777" w:rsidR="00701F64" w:rsidRPr="00701F64" w:rsidRDefault="00701F64" w:rsidP="00701F64">
            <w:pPr>
              <w:rPr>
                <w:sz w:val="20"/>
                <w:szCs w:val="20"/>
              </w:rPr>
            </w:pP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૩</w:t>
            </w:r>
          </w:p>
        </w:tc>
        <w:tc>
          <w:tcPr>
            <w:tcW w:w="5085" w:type="dxa"/>
          </w:tcPr>
          <w:p w14:paraId="574347F1" w14:textId="77777777" w:rsidR="00701F64" w:rsidRPr="00701F64" w:rsidRDefault="00701F64" w:rsidP="00701F64">
            <w:pPr>
              <w:rPr>
                <w:sz w:val="20"/>
                <w:szCs w:val="20"/>
              </w:rPr>
            </w:pPr>
            <w:r w:rsidRPr="00701F64">
              <w:rPr>
                <w:sz w:val="20"/>
                <w:szCs w:val="20"/>
              </w:rPr>
              <w:t xml:space="preserve">SMC </w:t>
            </w: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બેઠક</w:t>
            </w:r>
            <w:r w:rsidRPr="00701F64">
              <w:rPr>
                <w:sz w:val="20"/>
                <w:szCs w:val="20"/>
              </w:rPr>
              <w:t xml:space="preserve">, PTM </w:t>
            </w: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701F64">
              <w:rPr>
                <w:sz w:val="20"/>
                <w:szCs w:val="20"/>
              </w:rPr>
              <w:t xml:space="preserve"> </w:t>
            </w: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શાળાના</w:t>
            </w:r>
            <w:r w:rsidRPr="00701F64">
              <w:rPr>
                <w:sz w:val="20"/>
                <w:szCs w:val="20"/>
              </w:rPr>
              <w:t xml:space="preserve"> </w:t>
            </w: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કાર્યક્રમોની</w:t>
            </w:r>
            <w:r w:rsidRPr="00701F64">
              <w:rPr>
                <w:sz w:val="20"/>
                <w:szCs w:val="20"/>
              </w:rPr>
              <w:t xml:space="preserve"> </w:t>
            </w: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સૂચના</w:t>
            </w:r>
          </w:p>
        </w:tc>
        <w:tc>
          <w:tcPr>
            <w:tcW w:w="3562" w:type="dxa"/>
          </w:tcPr>
          <w:p w14:paraId="4B2BD592" w14:textId="77777777" w:rsidR="00701F64" w:rsidRPr="00701F64" w:rsidRDefault="00701F64" w:rsidP="00701F64">
            <w:pPr>
              <w:rPr>
                <w:sz w:val="20"/>
                <w:szCs w:val="20"/>
              </w:rPr>
            </w:pP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વોટ્સએપ</w:t>
            </w:r>
            <w:r w:rsidRPr="00701F64">
              <w:rPr>
                <w:sz w:val="20"/>
                <w:szCs w:val="20"/>
              </w:rPr>
              <w:t xml:space="preserve"> </w:t>
            </w: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બ્રોડકાસ્ટ</w:t>
            </w:r>
            <w:r w:rsidRPr="00701F64">
              <w:rPr>
                <w:sz w:val="20"/>
                <w:szCs w:val="20"/>
              </w:rPr>
              <w:t xml:space="preserve"> / SMS</w:t>
            </w:r>
          </w:p>
        </w:tc>
      </w:tr>
      <w:tr w:rsidR="00701F64" w:rsidRPr="00701F64" w14:paraId="70248D64" w14:textId="77777777" w:rsidTr="00701F64">
        <w:tc>
          <w:tcPr>
            <w:tcW w:w="675" w:type="dxa"/>
          </w:tcPr>
          <w:p w14:paraId="6CB9E566" w14:textId="77777777" w:rsidR="00701F64" w:rsidRPr="00701F64" w:rsidRDefault="00701F64" w:rsidP="00701F64">
            <w:pPr>
              <w:rPr>
                <w:sz w:val="20"/>
                <w:szCs w:val="20"/>
              </w:rPr>
            </w:pP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૪</w:t>
            </w:r>
          </w:p>
        </w:tc>
        <w:tc>
          <w:tcPr>
            <w:tcW w:w="5085" w:type="dxa"/>
          </w:tcPr>
          <w:p w14:paraId="32A25B8A" w14:textId="77777777" w:rsidR="00701F64" w:rsidRPr="00701F64" w:rsidRDefault="00701F64" w:rsidP="00701F64">
            <w:pPr>
              <w:rPr>
                <w:sz w:val="20"/>
                <w:szCs w:val="20"/>
              </w:rPr>
            </w:pP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સરકારી</w:t>
            </w:r>
            <w:r w:rsidRPr="00701F64">
              <w:rPr>
                <w:sz w:val="20"/>
                <w:szCs w:val="20"/>
              </w:rPr>
              <w:t xml:space="preserve"> </w:t>
            </w: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યોજનાઓ</w:t>
            </w:r>
            <w:r w:rsidRPr="00701F64">
              <w:rPr>
                <w:sz w:val="20"/>
                <w:szCs w:val="20"/>
              </w:rPr>
              <w:t xml:space="preserve"> (</w:t>
            </w: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શિષ્યવૃત્તિ</w:t>
            </w:r>
            <w:r w:rsidRPr="00701F64">
              <w:rPr>
                <w:sz w:val="20"/>
                <w:szCs w:val="20"/>
              </w:rPr>
              <w:t xml:space="preserve">, </w:t>
            </w: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ગણવેશ</w:t>
            </w:r>
            <w:r w:rsidRPr="00701F64">
              <w:rPr>
                <w:sz w:val="20"/>
                <w:szCs w:val="20"/>
              </w:rPr>
              <w:t xml:space="preserve"> </w:t>
            </w: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સહાય</w:t>
            </w:r>
            <w:r w:rsidRPr="00701F64">
              <w:rPr>
                <w:sz w:val="20"/>
                <w:szCs w:val="20"/>
              </w:rPr>
              <w:t>)</w:t>
            </w:r>
          </w:p>
        </w:tc>
        <w:tc>
          <w:tcPr>
            <w:tcW w:w="3562" w:type="dxa"/>
          </w:tcPr>
          <w:p w14:paraId="199E7CC0" w14:textId="77777777" w:rsidR="00701F64" w:rsidRPr="00701F64" w:rsidRDefault="00701F64" w:rsidP="00701F64">
            <w:pPr>
              <w:rPr>
                <w:sz w:val="20"/>
                <w:szCs w:val="20"/>
              </w:rPr>
            </w:pPr>
            <w:r w:rsidRPr="00701F64">
              <w:rPr>
                <w:sz w:val="20"/>
                <w:szCs w:val="20"/>
              </w:rPr>
              <w:t xml:space="preserve">SAS </w:t>
            </w: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ગુજરાત</w:t>
            </w:r>
            <w:r w:rsidRPr="00701F64">
              <w:rPr>
                <w:sz w:val="20"/>
                <w:szCs w:val="20"/>
              </w:rPr>
              <w:t xml:space="preserve"> / </w:t>
            </w: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વોટ્સએપ</w:t>
            </w:r>
            <w:r w:rsidRPr="00701F64">
              <w:rPr>
                <w:sz w:val="20"/>
                <w:szCs w:val="20"/>
              </w:rPr>
              <w:t xml:space="preserve"> </w:t>
            </w: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ગ્રુપ</w:t>
            </w:r>
          </w:p>
        </w:tc>
      </w:tr>
      <w:tr w:rsidR="00701F64" w:rsidRPr="00701F64" w14:paraId="54C18629" w14:textId="77777777" w:rsidTr="00701F64">
        <w:tc>
          <w:tcPr>
            <w:tcW w:w="675" w:type="dxa"/>
          </w:tcPr>
          <w:p w14:paraId="455125A5" w14:textId="77777777" w:rsidR="00701F64" w:rsidRPr="00701F64" w:rsidRDefault="00701F64" w:rsidP="00701F64">
            <w:pPr>
              <w:rPr>
                <w:sz w:val="20"/>
                <w:szCs w:val="20"/>
              </w:rPr>
            </w:pP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૫</w:t>
            </w:r>
          </w:p>
        </w:tc>
        <w:tc>
          <w:tcPr>
            <w:tcW w:w="5085" w:type="dxa"/>
          </w:tcPr>
          <w:p w14:paraId="551E0F92" w14:textId="77777777" w:rsidR="00701F64" w:rsidRPr="00701F64" w:rsidRDefault="00701F64" w:rsidP="00701F64">
            <w:pPr>
              <w:rPr>
                <w:sz w:val="20"/>
                <w:szCs w:val="20"/>
              </w:rPr>
            </w:pP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શાળા</w:t>
            </w:r>
            <w:r w:rsidRPr="00701F64">
              <w:rPr>
                <w:sz w:val="20"/>
                <w:szCs w:val="20"/>
              </w:rPr>
              <w:t xml:space="preserve"> </w:t>
            </w: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વિકાસ</w:t>
            </w:r>
            <w:r w:rsidRPr="00701F64">
              <w:rPr>
                <w:sz w:val="20"/>
                <w:szCs w:val="20"/>
              </w:rPr>
              <w:t xml:space="preserve"> </w:t>
            </w: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યોજના</w:t>
            </w:r>
            <w:r w:rsidRPr="00701F64">
              <w:rPr>
                <w:sz w:val="20"/>
                <w:szCs w:val="20"/>
              </w:rPr>
              <w:t xml:space="preserve"> (SDP) </w:t>
            </w: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701F64">
              <w:rPr>
                <w:sz w:val="20"/>
                <w:szCs w:val="20"/>
              </w:rPr>
              <w:t xml:space="preserve"> </w:t>
            </w: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ગ્રાન્ટનો</w:t>
            </w:r>
            <w:r w:rsidRPr="00701F64">
              <w:rPr>
                <w:sz w:val="20"/>
                <w:szCs w:val="20"/>
              </w:rPr>
              <w:t xml:space="preserve"> </w:t>
            </w: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ઉપયોગ</w:t>
            </w:r>
          </w:p>
        </w:tc>
        <w:tc>
          <w:tcPr>
            <w:tcW w:w="3562" w:type="dxa"/>
          </w:tcPr>
          <w:p w14:paraId="7D482BB4" w14:textId="77777777" w:rsidR="00701F64" w:rsidRPr="00701F64" w:rsidRDefault="00701F64" w:rsidP="00701F64">
            <w:pPr>
              <w:rPr>
                <w:sz w:val="20"/>
                <w:szCs w:val="20"/>
              </w:rPr>
            </w:pPr>
            <w:r w:rsidRPr="00701F64">
              <w:rPr>
                <w:sz w:val="20"/>
                <w:szCs w:val="20"/>
              </w:rPr>
              <w:t xml:space="preserve">SMC </w:t>
            </w: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બેઠકમાં</w:t>
            </w:r>
            <w:r w:rsidRPr="00701F64">
              <w:rPr>
                <w:sz w:val="20"/>
                <w:szCs w:val="20"/>
              </w:rPr>
              <w:t xml:space="preserve"> </w:t>
            </w: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પ્રોજેક્ટર</w:t>
            </w:r>
            <w:r w:rsidRPr="00701F64">
              <w:rPr>
                <w:sz w:val="20"/>
                <w:szCs w:val="20"/>
              </w:rPr>
              <w:t xml:space="preserve"> </w:t>
            </w: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દ્વારા</w:t>
            </w:r>
            <w:r w:rsidRPr="00701F64">
              <w:rPr>
                <w:sz w:val="20"/>
                <w:szCs w:val="20"/>
              </w:rPr>
              <w:t xml:space="preserve"> </w:t>
            </w: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પ્રેઝન્ટેશન</w:t>
            </w:r>
          </w:p>
        </w:tc>
      </w:tr>
      <w:tr w:rsidR="00701F64" w:rsidRPr="00701F64" w14:paraId="7A846638" w14:textId="77777777" w:rsidTr="00701F64">
        <w:tc>
          <w:tcPr>
            <w:tcW w:w="675" w:type="dxa"/>
          </w:tcPr>
          <w:p w14:paraId="1F44B0C8" w14:textId="77777777" w:rsidR="00701F64" w:rsidRPr="00701F64" w:rsidRDefault="00701F64" w:rsidP="00701F64">
            <w:pPr>
              <w:rPr>
                <w:sz w:val="20"/>
                <w:szCs w:val="20"/>
              </w:rPr>
            </w:pP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૬</w:t>
            </w:r>
          </w:p>
        </w:tc>
        <w:tc>
          <w:tcPr>
            <w:tcW w:w="5085" w:type="dxa"/>
          </w:tcPr>
          <w:p w14:paraId="293EB2FD" w14:textId="77777777" w:rsidR="00701F64" w:rsidRPr="00701F64" w:rsidRDefault="00701F64" w:rsidP="00701F64">
            <w:pPr>
              <w:rPr>
                <w:sz w:val="20"/>
                <w:szCs w:val="20"/>
              </w:rPr>
            </w:pP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આરોગ્ય</w:t>
            </w:r>
            <w:r w:rsidRPr="00701F64">
              <w:rPr>
                <w:sz w:val="20"/>
                <w:szCs w:val="20"/>
              </w:rPr>
              <w:t xml:space="preserve"> </w:t>
            </w: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તપાસણી</w:t>
            </w:r>
            <w:r w:rsidRPr="00701F64">
              <w:rPr>
                <w:sz w:val="20"/>
                <w:szCs w:val="20"/>
              </w:rPr>
              <w:t xml:space="preserve"> (RBSK) </w:t>
            </w: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701F64">
              <w:rPr>
                <w:sz w:val="20"/>
                <w:szCs w:val="20"/>
              </w:rPr>
              <w:t xml:space="preserve"> </w:t>
            </w: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રસીકરણની</w:t>
            </w:r>
            <w:r w:rsidRPr="00701F64">
              <w:rPr>
                <w:sz w:val="20"/>
                <w:szCs w:val="20"/>
              </w:rPr>
              <w:t xml:space="preserve"> </w:t>
            </w: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માહિતી</w:t>
            </w:r>
          </w:p>
        </w:tc>
        <w:tc>
          <w:tcPr>
            <w:tcW w:w="3562" w:type="dxa"/>
          </w:tcPr>
          <w:p w14:paraId="65654E94" w14:textId="77777777" w:rsidR="00701F64" w:rsidRPr="00701F64" w:rsidRDefault="00701F64" w:rsidP="00701F64">
            <w:pPr>
              <w:rPr>
                <w:sz w:val="20"/>
                <w:szCs w:val="20"/>
              </w:rPr>
            </w:pP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વોટ્સએપ</w:t>
            </w:r>
            <w:r w:rsidRPr="00701F64">
              <w:rPr>
                <w:sz w:val="20"/>
                <w:szCs w:val="20"/>
              </w:rPr>
              <w:t xml:space="preserve"> </w:t>
            </w: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ગ્રુપ</w:t>
            </w:r>
            <w:r w:rsidRPr="00701F64">
              <w:rPr>
                <w:sz w:val="20"/>
                <w:szCs w:val="20"/>
              </w:rPr>
              <w:t xml:space="preserve"> / </w:t>
            </w: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ફોન</w:t>
            </w:r>
            <w:r w:rsidRPr="00701F64">
              <w:rPr>
                <w:sz w:val="20"/>
                <w:szCs w:val="20"/>
              </w:rPr>
              <w:t xml:space="preserve"> </w:t>
            </w: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કૉલ</w:t>
            </w:r>
          </w:p>
        </w:tc>
      </w:tr>
    </w:tbl>
    <w:p w14:paraId="4452661C" w14:textId="77777777" w:rsidR="00701F64" w:rsidRPr="00701F64" w:rsidRDefault="00701F64" w:rsidP="00701F64">
      <w:pPr>
        <w:spacing w:line="240" w:lineRule="auto"/>
        <w:rPr>
          <w:sz w:val="20"/>
          <w:szCs w:val="20"/>
        </w:rPr>
      </w:pPr>
      <w:r w:rsidRPr="00701F64">
        <w:rPr>
          <w:rFonts w:cs="Shruti"/>
          <w:b/>
          <w:bCs/>
          <w:sz w:val="20"/>
          <w:szCs w:val="20"/>
          <w:cs/>
          <w:lang w:bidi="gu-IN"/>
        </w:rPr>
        <w:t>નિષ્કર્ષ</w:t>
      </w:r>
      <w:r w:rsidRPr="00701F64">
        <w:rPr>
          <w:b/>
          <w:sz w:val="20"/>
          <w:szCs w:val="20"/>
        </w:rPr>
        <w:t xml:space="preserve">: </w:t>
      </w:r>
      <w:r w:rsidRPr="00701F64">
        <w:rPr>
          <w:rFonts w:cs="Shruti"/>
          <w:b/>
          <w:bCs/>
          <w:sz w:val="20"/>
          <w:szCs w:val="20"/>
          <w:cs/>
          <w:lang w:bidi="gu-IN"/>
        </w:rPr>
        <w:t>ટેક્નોલોજીના</w:t>
      </w:r>
      <w:r w:rsidRPr="00701F64">
        <w:rPr>
          <w:b/>
          <w:sz w:val="20"/>
          <w:szCs w:val="20"/>
        </w:rPr>
        <w:t xml:space="preserve"> </w:t>
      </w:r>
      <w:r w:rsidRPr="00701F64">
        <w:rPr>
          <w:rFonts w:cs="Shruti"/>
          <w:b/>
          <w:bCs/>
          <w:sz w:val="20"/>
          <w:szCs w:val="20"/>
          <w:cs/>
          <w:lang w:bidi="gu-IN"/>
        </w:rPr>
        <w:t>આ</w:t>
      </w:r>
      <w:r w:rsidRPr="00701F64">
        <w:rPr>
          <w:b/>
          <w:sz w:val="20"/>
          <w:szCs w:val="20"/>
        </w:rPr>
        <w:t xml:space="preserve"> </w:t>
      </w:r>
      <w:r w:rsidRPr="00701F64">
        <w:rPr>
          <w:rFonts w:cs="Shruti"/>
          <w:b/>
          <w:bCs/>
          <w:sz w:val="20"/>
          <w:szCs w:val="20"/>
          <w:cs/>
          <w:lang w:bidi="gu-IN"/>
        </w:rPr>
        <w:t>સઘન</w:t>
      </w:r>
      <w:r w:rsidRPr="00701F64">
        <w:rPr>
          <w:b/>
          <w:sz w:val="20"/>
          <w:szCs w:val="20"/>
        </w:rPr>
        <w:t xml:space="preserve"> </w:t>
      </w:r>
      <w:r w:rsidRPr="00701F64">
        <w:rPr>
          <w:rFonts w:cs="Shruti"/>
          <w:b/>
          <w:bCs/>
          <w:sz w:val="20"/>
          <w:szCs w:val="20"/>
          <w:cs/>
          <w:lang w:bidi="gu-IN"/>
        </w:rPr>
        <w:t>ઉપયોગથી</w:t>
      </w:r>
      <w:r w:rsidRPr="00701F64">
        <w:rPr>
          <w:b/>
          <w:sz w:val="20"/>
          <w:szCs w:val="20"/>
        </w:rPr>
        <w:t xml:space="preserve"> </w:t>
      </w:r>
      <w:r w:rsidRPr="00701F64">
        <w:rPr>
          <w:rFonts w:cs="Shruti"/>
          <w:b/>
          <w:bCs/>
          <w:sz w:val="20"/>
          <w:szCs w:val="20"/>
          <w:cs/>
          <w:lang w:bidi="gu-IN"/>
        </w:rPr>
        <w:t>વાલીઓ</w:t>
      </w:r>
      <w:r w:rsidRPr="00701F64">
        <w:rPr>
          <w:b/>
          <w:sz w:val="20"/>
          <w:szCs w:val="20"/>
        </w:rPr>
        <w:t xml:space="preserve"> </w:t>
      </w:r>
      <w:r w:rsidRPr="00701F64">
        <w:rPr>
          <w:rFonts w:cs="Shruti"/>
          <w:b/>
          <w:bCs/>
          <w:sz w:val="20"/>
          <w:szCs w:val="20"/>
          <w:cs/>
          <w:lang w:bidi="gu-IN"/>
        </w:rPr>
        <w:t>શાળાની</w:t>
      </w:r>
      <w:r w:rsidRPr="00701F64">
        <w:rPr>
          <w:b/>
          <w:sz w:val="20"/>
          <w:szCs w:val="20"/>
        </w:rPr>
        <w:t xml:space="preserve"> </w:t>
      </w:r>
      <w:r w:rsidRPr="00701F64">
        <w:rPr>
          <w:rFonts w:cs="Shruti"/>
          <w:b/>
          <w:bCs/>
          <w:sz w:val="20"/>
          <w:szCs w:val="20"/>
          <w:cs/>
          <w:lang w:bidi="gu-IN"/>
        </w:rPr>
        <w:t>શૈક્ષણિક</w:t>
      </w:r>
      <w:r w:rsidRPr="00701F64">
        <w:rPr>
          <w:b/>
          <w:sz w:val="20"/>
          <w:szCs w:val="20"/>
        </w:rPr>
        <w:t xml:space="preserve"> </w:t>
      </w:r>
      <w:r w:rsidRPr="00701F64">
        <w:rPr>
          <w:rFonts w:cs="Shruti"/>
          <w:b/>
          <w:bCs/>
          <w:sz w:val="20"/>
          <w:szCs w:val="20"/>
          <w:cs/>
          <w:lang w:bidi="gu-IN"/>
        </w:rPr>
        <w:t>અને</w:t>
      </w:r>
      <w:r w:rsidRPr="00701F64">
        <w:rPr>
          <w:b/>
          <w:sz w:val="20"/>
          <w:szCs w:val="20"/>
        </w:rPr>
        <w:t xml:space="preserve"> </w:t>
      </w:r>
      <w:r w:rsidRPr="00701F64">
        <w:rPr>
          <w:rFonts w:cs="Shruti"/>
          <w:b/>
          <w:bCs/>
          <w:sz w:val="20"/>
          <w:szCs w:val="20"/>
          <w:cs/>
          <w:lang w:bidi="gu-IN"/>
        </w:rPr>
        <w:t>વહીવટી</w:t>
      </w:r>
      <w:r w:rsidRPr="00701F64">
        <w:rPr>
          <w:b/>
          <w:sz w:val="20"/>
          <w:szCs w:val="20"/>
        </w:rPr>
        <w:t xml:space="preserve"> </w:t>
      </w:r>
      <w:r w:rsidRPr="00701F64">
        <w:rPr>
          <w:rFonts w:cs="Shruti"/>
          <w:b/>
          <w:bCs/>
          <w:sz w:val="20"/>
          <w:szCs w:val="20"/>
          <w:cs/>
          <w:lang w:bidi="gu-IN"/>
        </w:rPr>
        <w:t>પ્રક્રિયાઓથી</w:t>
      </w:r>
      <w:r w:rsidRPr="00701F64">
        <w:rPr>
          <w:b/>
          <w:sz w:val="20"/>
          <w:szCs w:val="20"/>
        </w:rPr>
        <w:t xml:space="preserve"> </w:t>
      </w:r>
      <w:r w:rsidRPr="00701F64">
        <w:rPr>
          <w:rFonts w:cs="Shruti"/>
          <w:b/>
          <w:bCs/>
          <w:sz w:val="20"/>
          <w:szCs w:val="20"/>
          <w:cs/>
          <w:lang w:bidi="gu-IN"/>
        </w:rPr>
        <w:t>સતત</w:t>
      </w:r>
      <w:r w:rsidRPr="00701F64">
        <w:rPr>
          <w:b/>
          <w:sz w:val="20"/>
          <w:szCs w:val="20"/>
        </w:rPr>
        <w:t xml:space="preserve"> </w:t>
      </w:r>
      <w:r w:rsidRPr="00701F64">
        <w:rPr>
          <w:rFonts w:cs="Shruti"/>
          <w:b/>
          <w:bCs/>
          <w:sz w:val="20"/>
          <w:szCs w:val="20"/>
          <w:cs/>
          <w:lang w:bidi="gu-IN"/>
        </w:rPr>
        <w:t>માહિતગાર</w:t>
      </w:r>
      <w:r w:rsidRPr="00701F64">
        <w:rPr>
          <w:b/>
          <w:sz w:val="20"/>
          <w:szCs w:val="20"/>
        </w:rPr>
        <w:t xml:space="preserve"> </w:t>
      </w:r>
      <w:r w:rsidRPr="00701F64">
        <w:rPr>
          <w:rFonts w:cs="Shruti"/>
          <w:b/>
          <w:bCs/>
          <w:sz w:val="20"/>
          <w:szCs w:val="20"/>
          <w:cs/>
          <w:lang w:bidi="gu-IN"/>
        </w:rPr>
        <w:t>રહે</w:t>
      </w:r>
      <w:r w:rsidRPr="00701F64">
        <w:rPr>
          <w:b/>
          <w:sz w:val="20"/>
          <w:szCs w:val="20"/>
        </w:rPr>
        <w:t xml:space="preserve"> </w:t>
      </w:r>
      <w:r w:rsidRPr="00701F64">
        <w:rPr>
          <w:rFonts w:cs="Shruti"/>
          <w:b/>
          <w:bCs/>
          <w:sz w:val="20"/>
          <w:szCs w:val="20"/>
          <w:cs/>
          <w:lang w:bidi="gu-IN"/>
        </w:rPr>
        <w:t>છે</w:t>
      </w:r>
      <w:r w:rsidRPr="00701F64">
        <w:rPr>
          <w:b/>
          <w:sz w:val="20"/>
          <w:szCs w:val="20"/>
        </w:rPr>
        <w:t xml:space="preserve">. </w:t>
      </w:r>
      <w:r w:rsidRPr="00701F64">
        <w:rPr>
          <w:rFonts w:cs="Shruti"/>
          <w:b/>
          <w:bCs/>
          <w:sz w:val="20"/>
          <w:szCs w:val="20"/>
          <w:cs/>
          <w:lang w:bidi="gu-IN"/>
        </w:rPr>
        <w:t>માહિતીની</w:t>
      </w:r>
      <w:r w:rsidRPr="00701F64">
        <w:rPr>
          <w:b/>
          <w:sz w:val="20"/>
          <w:szCs w:val="20"/>
        </w:rPr>
        <w:t xml:space="preserve"> </w:t>
      </w:r>
      <w:r w:rsidRPr="00701F64">
        <w:rPr>
          <w:rFonts w:cs="Shruti"/>
          <w:b/>
          <w:bCs/>
          <w:sz w:val="20"/>
          <w:szCs w:val="20"/>
          <w:cs/>
          <w:lang w:bidi="gu-IN"/>
        </w:rPr>
        <w:t>પારદર્શિતા</w:t>
      </w:r>
      <w:r w:rsidRPr="00701F64">
        <w:rPr>
          <w:b/>
          <w:sz w:val="20"/>
          <w:szCs w:val="20"/>
        </w:rPr>
        <w:t xml:space="preserve"> </w:t>
      </w:r>
      <w:r w:rsidRPr="00701F64">
        <w:rPr>
          <w:rFonts w:cs="Shruti"/>
          <w:b/>
          <w:bCs/>
          <w:sz w:val="20"/>
          <w:szCs w:val="20"/>
          <w:cs/>
          <w:lang w:bidi="gu-IN"/>
        </w:rPr>
        <w:t>વધવાથી</w:t>
      </w:r>
      <w:r w:rsidRPr="00701F64">
        <w:rPr>
          <w:b/>
          <w:sz w:val="20"/>
          <w:szCs w:val="20"/>
        </w:rPr>
        <w:t xml:space="preserve"> </w:t>
      </w:r>
      <w:r w:rsidRPr="00701F64">
        <w:rPr>
          <w:rFonts w:cs="Shruti"/>
          <w:b/>
          <w:bCs/>
          <w:sz w:val="20"/>
          <w:szCs w:val="20"/>
          <w:cs/>
          <w:lang w:bidi="gu-IN"/>
        </w:rPr>
        <w:t>વાલીઓનો</w:t>
      </w:r>
      <w:r w:rsidRPr="00701F64">
        <w:rPr>
          <w:b/>
          <w:sz w:val="20"/>
          <w:szCs w:val="20"/>
        </w:rPr>
        <w:t xml:space="preserve"> </w:t>
      </w:r>
      <w:r w:rsidRPr="00701F64">
        <w:rPr>
          <w:rFonts w:cs="Shruti"/>
          <w:b/>
          <w:bCs/>
          <w:sz w:val="20"/>
          <w:szCs w:val="20"/>
          <w:cs/>
          <w:lang w:bidi="gu-IN"/>
        </w:rPr>
        <w:t>શાળા</w:t>
      </w:r>
      <w:r w:rsidRPr="00701F64">
        <w:rPr>
          <w:b/>
          <w:sz w:val="20"/>
          <w:szCs w:val="20"/>
        </w:rPr>
        <w:t xml:space="preserve"> </w:t>
      </w:r>
      <w:r w:rsidRPr="00701F64">
        <w:rPr>
          <w:rFonts w:cs="Shruti"/>
          <w:b/>
          <w:bCs/>
          <w:sz w:val="20"/>
          <w:szCs w:val="20"/>
          <w:cs/>
          <w:lang w:bidi="gu-IN"/>
        </w:rPr>
        <w:t>પ્રત્યેનો</w:t>
      </w:r>
      <w:r w:rsidRPr="00701F64">
        <w:rPr>
          <w:b/>
          <w:sz w:val="20"/>
          <w:szCs w:val="20"/>
        </w:rPr>
        <w:t xml:space="preserve"> </w:t>
      </w:r>
      <w:r w:rsidRPr="00701F64">
        <w:rPr>
          <w:rFonts w:cs="Shruti"/>
          <w:b/>
          <w:bCs/>
          <w:sz w:val="20"/>
          <w:szCs w:val="20"/>
          <w:cs/>
          <w:lang w:bidi="gu-IN"/>
        </w:rPr>
        <w:t>વિશ્વાસ</w:t>
      </w:r>
      <w:r w:rsidRPr="00701F64">
        <w:rPr>
          <w:b/>
          <w:sz w:val="20"/>
          <w:szCs w:val="20"/>
        </w:rPr>
        <w:t xml:space="preserve"> </w:t>
      </w:r>
      <w:r w:rsidRPr="00701F64">
        <w:rPr>
          <w:rFonts w:cs="Shruti"/>
          <w:b/>
          <w:bCs/>
          <w:sz w:val="20"/>
          <w:szCs w:val="20"/>
          <w:cs/>
          <w:lang w:bidi="gu-IN"/>
        </w:rPr>
        <w:t>મજબૂત</w:t>
      </w:r>
      <w:r w:rsidRPr="00701F64">
        <w:rPr>
          <w:b/>
          <w:sz w:val="20"/>
          <w:szCs w:val="20"/>
        </w:rPr>
        <w:t xml:space="preserve"> </w:t>
      </w:r>
      <w:r w:rsidRPr="00701F64">
        <w:rPr>
          <w:rFonts w:cs="Shruti"/>
          <w:b/>
          <w:bCs/>
          <w:sz w:val="20"/>
          <w:szCs w:val="20"/>
          <w:cs/>
          <w:lang w:bidi="gu-IN"/>
        </w:rPr>
        <w:t>બન્યો</w:t>
      </w:r>
      <w:r w:rsidRPr="00701F64">
        <w:rPr>
          <w:b/>
          <w:sz w:val="20"/>
          <w:szCs w:val="20"/>
        </w:rPr>
        <w:t xml:space="preserve"> </w:t>
      </w:r>
      <w:r w:rsidRPr="00701F64">
        <w:rPr>
          <w:rFonts w:cs="Shruti"/>
          <w:b/>
          <w:bCs/>
          <w:sz w:val="20"/>
          <w:szCs w:val="20"/>
          <w:cs/>
          <w:lang w:bidi="gu-IN"/>
        </w:rPr>
        <w:t>છે</w:t>
      </w:r>
      <w:r w:rsidRPr="00701F64">
        <w:rPr>
          <w:b/>
          <w:sz w:val="20"/>
          <w:szCs w:val="20"/>
        </w:rPr>
        <w:t xml:space="preserve"> </w:t>
      </w:r>
      <w:r w:rsidRPr="00701F64">
        <w:rPr>
          <w:rFonts w:cs="Shruti"/>
          <w:b/>
          <w:bCs/>
          <w:sz w:val="20"/>
          <w:szCs w:val="20"/>
          <w:cs/>
          <w:lang w:bidi="gu-IN"/>
        </w:rPr>
        <w:t>અને</w:t>
      </w:r>
      <w:r w:rsidRPr="00701F64">
        <w:rPr>
          <w:b/>
          <w:sz w:val="20"/>
          <w:szCs w:val="20"/>
        </w:rPr>
        <w:t xml:space="preserve"> </w:t>
      </w:r>
      <w:r w:rsidRPr="00701F64">
        <w:rPr>
          <w:rFonts w:cs="Shruti"/>
          <w:b/>
          <w:bCs/>
          <w:sz w:val="20"/>
          <w:szCs w:val="20"/>
          <w:cs/>
          <w:lang w:bidi="gu-IN"/>
        </w:rPr>
        <w:t>શૈક્ષણિક</w:t>
      </w:r>
      <w:r w:rsidRPr="00701F64">
        <w:rPr>
          <w:b/>
          <w:sz w:val="20"/>
          <w:szCs w:val="20"/>
        </w:rPr>
        <w:t xml:space="preserve"> </w:t>
      </w:r>
      <w:r w:rsidRPr="00701F64">
        <w:rPr>
          <w:rFonts w:cs="Shruti"/>
          <w:b/>
          <w:bCs/>
          <w:sz w:val="20"/>
          <w:szCs w:val="20"/>
          <w:cs/>
          <w:lang w:bidi="gu-IN"/>
        </w:rPr>
        <w:t>પ્રક્રિયા</w:t>
      </w:r>
      <w:r w:rsidRPr="00701F64">
        <w:rPr>
          <w:b/>
          <w:sz w:val="20"/>
          <w:szCs w:val="20"/>
        </w:rPr>
        <w:t xml:space="preserve"> </w:t>
      </w:r>
      <w:r w:rsidRPr="00701F64">
        <w:rPr>
          <w:rFonts w:cs="Shruti"/>
          <w:b/>
          <w:bCs/>
          <w:sz w:val="20"/>
          <w:szCs w:val="20"/>
          <w:cs/>
          <w:lang w:bidi="gu-IN"/>
        </w:rPr>
        <w:t>વધુ</w:t>
      </w:r>
      <w:r w:rsidRPr="00701F64">
        <w:rPr>
          <w:b/>
          <w:sz w:val="20"/>
          <w:szCs w:val="20"/>
        </w:rPr>
        <w:t xml:space="preserve"> </w:t>
      </w:r>
      <w:r w:rsidRPr="00701F64">
        <w:rPr>
          <w:rFonts w:cs="Shruti"/>
          <w:b/>
          <w:bCs/>
          <w:sz w:val="20"/>
          <w:szCs w:val="20"/>
          <w:cs/>
          <w:lang w:bidi="gu-IN"/>
        </w:rPr>
        <w:t>અસરકારક</w:t>
      </w:r>
      <w:r w:rsidRPr="00701F64">
        <w:rPr>
          <w:b/>
          <w:sz w:val="20"/>
          <w:szCs w:val="20"/>
        </w:rPr>
        <w:t xml:space="preserve"> </w:t>
      </w:r>
      <w:r w:rsidRPr="00701F64">
        <w:rPr>
          <w:rFonts w:cs="Shruti"/>
          <w:b/>
          <w:bCs/>
          <w:sz w:val="20"/>
          <w:szCs w:val="20"/>
          <w:cs/>
          <w:lang w:bidi="gu-IN"/>
        </w:rPr>
        <w:t>બની</w:t>
      </w:r>
      <w:r w:rsidRPr="00701F64">
        <w:rPr>
          <w:b/>
          <w:sz w:val="20"/>
          <w:szCs w:val="20"/>
        </w:rPr>
        <w:t xml:space="preserve"> </w:t>
      </w:r>
      <w:r w:rsidRPr="00701F64">
        <w:rPr>
          <w:rFonts w:cs="Shruti"/>
          <w:b/>
          <w:bCs/>
          <w:sz w:val="20"/>
          <w:szCs w:val="20"/>
          <w:cs/>
          <w:lang w:bidi="gu-IN"/>
        </w:rPr>
        <w:t>છે</w:t>
      </w:r>
      <w:r w:rsidRPr="00701F64">
        <w:rPr>
          <w:b/>
          <w:sz w:val="20"/>
          <w:szCs w:val="20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701F64" w:rsidRPr="00701F64" w14:paraId="59754091" w14:textId="77777777" w:rsidTr="00FE1643">
        <w:tc>
          <w:tcPr>
            <w:tcW w:w="4320" w:type="dxa"/>
          </w:tcPr>
          <w:p w14:paraId="28240C13" w14:textId="3922C794" w:rsidR="00701F64" w:rsidRPr="00701F64" w:rsidRDefault="00701F64" w:rsidP="00701F64">
            <w:pPr>
              <w:spacing w:line="240" w:lineRule="auto"/>
              <w:rPr>
                <w:sz w:val="20"/>
                <w:szCs w:val="20"/>
              </w:rPr>
            </w:pP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સ્થળ</w:t>
            </w:r>
            <w:r w:rsidRPr="00701F64">
              <w:rPr>
                <w:sz w:val="20"/>
                <w:szCs w:val="20"/>
              </w:rPr>
              <w:t xml:space="preserve">: </w:t>
            </w:r>
            <w:r w:rsidR="008E13CA">
              <w:rPr>
                <w:rFonts w:cs="Shruti" w:hint="cs"/>
                <w:cs/>
                <w:lang w:bidi="gu-IN"/>
              </w:rPr>
              <w:t xml:space="preserve">ઢાંકણ્રીયાવાસ પ્રાથમિક શાળા </w:t>
            </w:r>
            <w:r w:rsidRPr="00701F64">
              <w:rPr>
                <w:sz w:val="20"/>
                <w:szCs w:val="20"/>
              </w:rPr>
              <w:br/>
            </w:r>
            <w:r w:rsidRPr="00A052A9">
              <w:rPr>
                <w:rFonts w:cs="Shruti"/>
                <w:sz w:val="20"/>
                <w:szCs w:val="20"/>
                <w:cs/>
                <w:lang w:bidi="gu-IN"/>
              </w:rPr>
              <w:t>તારીખ</w:t>
            </w:r>
            <w:r w:rsidRPr="00A052A9">
              <w:rPr>
                <w:sz w:val="20"/>
                <w:szCs w:val="20"/>
              </w:rPr>
              <w:t xml:space="preserve">:       </w:t>
            </w:r>
            <w:r w:rsidR="008E13CA">
              <w:rPr>
                <w:sz w:val="20"/>
                <w:szCs w:val="20"/>
              </w:rPr>
              <w:t>21/08/2026</w:t>
            </w:r>
          </w:p>
        </w:tc>
        <w:tc>
          <w:tcPr>
            <w:tcW w:w="4320" w:type="dxa"/>
          </w:tcPr>
          <w:p w14:paraId="09F00ED2" w14:textId="77777777" w:rsidR="00701F64" w:rsidRPr="00701F64" w:rsidRDefault="00701F64" w:rsidP="00701F64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આચાર્યશ્રીની</w:t>
            </w:r>
            <w:r w:rsidRPr="00701F64">
              <w:rPr>
                <w:sz w:val="20"/>
                <w:szCs w:val="20"/>
              </w:rPr>
              <w:t xml:space="preserve"> </w:t>
            </w: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સહી</w:t>
            </w:r>
            <w:r w:rsidRPr="00701F64">
              <w:rPr>
                <w:sz w:val="20"/>
                <w:szCs w:val="20"/>
              </w:rPr>
              <w:t xml:space="preserve"> </w:t>
            </w: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701F64">
              <w:rPr>
                <w:sz w:val="20"/>
                <w:szCs w:val="20"/>
              </w:rPr>
              <w:t xml:space="preserve"> </w:t>
            </w:r>
            <w:r w:rsidRPr="00701F64">
              <w:rPr>
                <w:rFonts w:cs="Shruti"/>
                <w:sz w:val="20"/>
                <w:szCs w:val="20"/>
                <w:cs/>
                <w:lang w:bidi="gu-IN"/>
              </w:rPr>
              <w:t>સિક્કો</w:t>
            </w:r>
            <w:r w:rsidRPr="00701F64">
              <w:rPr>
                <w:sz w:val="20"/>
                <w:szCs w:val="20"/>
              </w:rPr>
              <w:br/>
            </w:r>
            <w:r w:rsidRPr="00701F64">
              <w:rPr>
                <w:sz w:val="20"/>
                <w:szCs w:val="20"/>
              </w:rPr>
              <w:br/>
            </w:r>
          </w:p>
        </w:tc>
      </w:tr>
    </w:tbl>
    <w:p w14:paraId="023ACFF3" w14:textId="77777777" w:rsidR="00701F64" w:rsidRDefault="00701F64" w:rsidP="00701F64">
      <w:pPr>
        <w:spacing w:line="240" w:lineRule="auto"/>
      </w:pPr>
    </w:p>
    <w:p w14:paraId="25484584" w14:textId="77777777" w:rsidR="00701F64" w:rsidRDefault="00701F64" w:rsidP="00701F64">
      <w:pPr>
        <w:spacing w:line="240" w:lineRule="auto"/>
      </w:pPr>
    </w:p>
    <w:p w14:paraId="6D6294EC" w14:textId="77777777" w:rsidR="003D3E34" w:rsidRDefault="003D3E34" w:rsidP="0003495A">
      <w:pPr>
        <w:spacing w:after="0" w:line="240" w:lineRule="auto"/>
        <w:rPr>
          <w:rFonts w:cs="Shruti"/>
          <w:sz w:val="28"/>
          <w:szCs w:val="28"/>
          <w:u w:val="single"/>
          <w:lang w:bidi="gu-IN"/>
        </w:rPr>
      </w:pPr>
    </w:p>
    <w:p w14:paraId="3BD0ED40" w14:textId="77777777" w:rsidR="003D3E34" w:rsidRDefault="003D3E34" w:rsidP="00502A5D">
      <w:pPr>
        <w:spacing w:after="0" w:line="240" w:lineRule="auto"/>
        <w:jc w:val="center"/>
        <w:rPr>
          <w:rFonts w:cs="Shruti"/>
          <w:sz w:val="28"/>
          <w:szCs w:val="28"/>
          <w:u w:val="single"/>
          <w:lang w:bidi="gu-IN"/>
        </w:rPr>
      </w:pPr>
    </w:p>
    <w:p w14:paraId="0BDB192C" w14:textId="31D4F139" w:rsidR="00502A5D" w:rsidRDefault="002546D1" w:rsidP="00502A5D">
      <w:pPr>
        <w:spacing w:after="0" w:line="240" w:lineRule="auto"/>
        <w:jc w:val="center"/>
        <w:rPr>
          <w:rFonts w:cs="Shruti"/>
          <w:b/>
          <w:u w:val="single"/>
          <w:lang w:val="en-IN" w:bidi="gu-IN"/>
        </w:rPr>
      </w:pPr>
      <w:r>
        <w:rPr>
          <w:rFonts w:cs="Shruti" w:hint="cs"/>
          <w:sz w:val="28"/>
          <w:szCs w:val="28"/>
          <w:u w:val="single"/>
          <w:cs/>
          <w:lang w:bidi="gu-IN"/>
        </w:rPr>
        <w:t>ઢાંકણ્રીયાવાસ પ્રાથમિક શાળા તા- લાખણી જિલ્લો - વાવ-થરાદ ડાયસ કોડ: 24021300207</w:t>
      </w:r>
    </w:p>
    <w:p w14:paraId="3F7C1141" w14:textId="77777777" w:rsidR="00BE4B94" w:rsidRPr="00BE4B94" w:rsidRDefault="00FE1643" w:rsidP="00BE4B94">
      <w:pPr>
        <w:tabs>
          <w:tab w:val="left" w:pos="2835"/>
        </w:tabs>
        <w:spacing w:line="240" w:lineRule="auto"/>
        <w:jc w:val="center"/>
        <w:rPr>
          <w:rFonts w:cs="Shruti"/>
          <w:bCs/>
          <w:sz w:val="24"/>
          <w:szCs w:val="24"/>
          <w:lang w:bidi="gu-IN"/>
        </w:rPr>
      </w:pPr>
      <w:r w:rsidRPr="00FE1643">
        <w:rPr>
          <w:rFonts w:cs="Shruti"/>
          <w:bCs/>
          <w:sz w:val="24"/>
          <w:szCs w:val="24"/>
          <w:cs/>
          <w:lang w:bidi="gu-IN"/>
        </w:rPr>
        <w:t>શૌચાલયોની સ્વચ્છતા અને રખરખાવ માટેના આયોજન અને અમલની વિગત</w:t>
      </w:r>
      <w:r w:rsidR="00BE4B94">
        <w:br/>
      </w:r>
      <w:r w:rsidR="00BE4B94" w:rsidRPr="00BE4B94">
        <w:rPr>
          <w:rFonts w:cs="Shruti"/>
          <w:b/>
          <w:bCs/>
          <w:u w:val="single"/>
          <w:cs/>
          <w:lang w:bidi="gu-IN"/>
        </w:rPr>
        <w:t>પ્રસ્તાવના</w:t>
      </w:r>
      <w:r w:rsidR="00BE4B94" w:rsidRPr="00BE4B94">
        <w:rPr>
          <w:b/>
          <w:bCs/>
          <w:u w:val="single"/>
        </w:rPr>
        <w:t>:</w:t>
      </w:r>
    </w:p>
    <w:p w14:paraId="15AEAE5A" w14:textId="77777777" w:rsidR="00BE4B94" w:rsidRPr="00BE4B94" w:rsidRDefault="00BE4B94" w:rsidP="00BE4B94">
      <w:pPr>
        <w:spacing w:after="0" w:line="240" w:lineRule="auto"/>
        <w:rPr>
          <w:sz w:val="20"/>
          <w:szCs w:val="20"/>
        </w:rPr>
      </w:pPr>
      <w:r w:rsidRPr="00BE4B94">
        <w:rPr>
          <w:rFonts w:cs="Shruti"/>
          <w:sz w:val="20"/>
          <w:szCs w:val="20"/>
          <w:cs/>
          <w:lang w:bidi="gu-IN"/>
        </w:rPr>
        <w:t>ગુણોત્સવ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૨</w:t>
      </w:r>
      <w:r w:rsidRPr="00BE4B94">
        <w:rPr>
          <w:sz w:val="20"/>
          <w:szCs w:val="20"/>
        </w:rPr>
        <w:t>.</w:t>
      </w:r>
      <w:r w:rsidRPr="00BE4B94">
        <w:rPr>
          <w:rFonts w:cs="Shruti"/>
          <w:sz w:val="20"/>
          <w:szCs w:val="20"/>
          <w:cs/>
          <w:lang w:bidi="gu-IN"/>
        </w:rPr>
        <w:t>૦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ના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માપદંડો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મુજબ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વિદ્યાર્થીઓ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અને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સ્ટાફના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સ્વાસ્થ્ય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અને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હાઇજીન</w:t>
      </w:r>
      <w:r w:rsidRPr="00BE4B94">
        <w:rPr>
          <w:sz w:val="20"/>
          <w:szCs w:val="20"/>
        </w:rPr>
        <w:t xml:space="preserve"> (Hygiene) </w:t>
      </w:r>
      <w:r w:rsidRPr="00BE4B94">
        <w:rPr>
          <w:rFonts w:cs="Shruti"/>
          <w:sz w:val="20"/>
          <w:szCs w:val="20"/>
          <w:cs/>
          <w:lang w:bidi="gu-IN"/>
        </w:rPr>
        <w:t>માટે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શાળામાં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સ્વચ્છ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અને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સુવિધાજનક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શૌચાલય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હોવા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અત્યંત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આવશ્યક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છે</w:t>
      </w:r>
      <w:r w:rsidRPr="00BE4B94">
        <w:rPr>
          <w:sz w:val="20"/>
          <w:szCs w:val="20"/>
        </w:rPr>
        <w:t xml:space="preserve">. </w:t>
      </w:r>
      <w:r w:rsidRPr="00BE4B94">
        <w:rPr>
          <w:rFonts w:cs="Shruti"/>
          <w:sz w:val="20"/>
          <w:szCs w:val="20"/>
          <w:cs/>
          <w:lang w:bidi="gu-IN"/>
        </w:rPr>
        <w:t>લીંબડ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પ્રાથમિક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શાળા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દ્વારા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કુમાર</w:t>
      </w:r>
      <w:r w:rsidRPr="00BE4B94">
        <w:rPr>
          <w:sz w:val="20"/>
          <w:szCs w:val="20"/>
        </w:rPr>
        <w:t xml:space="preserve">, </w:t>
      </w:r>
      <w:r w:rsidRPr="00BE4B94">
        <w:rPr>
          <w:rFonts w:cs="Shruti"/>
          <w:sz w:val="20"/>
          <w:szCs w:val="20"/>
          <w:cs/>
          <w:lang w:bidi="gu-IN"/>
        </w:rPr>
        <w:t>કન્યા</w:t>
      </w:r>
      <w:r w:rsidRPr="00BE4B94">
        <w:rPr>
          <w:sz w:val="20"/>
          <w:szCs w:val="20"/>
        </w:rPr>
        <w:t>, CWSN (</w:t>
      </w:r>
      <w:r w:rsidRPr="00BE4B94">
        <w:rPr>
          <w:rFonts w:cs="Shruti"/>
          <w:sz w:val="20"/>
          <w:szCs w:val="20"/>
          <w:cs/>
          <w:lang w:bidi="gu-IN"/>
        </w:rPr>
        <w:t>દિવ્યાંગ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બાળકો</w:t>
      </w:r>
      <w:r w:rsidRPr="00BE4B94">
        <w:rPr>
          <w:sz w:val="20"/>
          <w:szCs w:val="20"/>
        </w:rPr>
        <w:t xml:space="preserve">) </w:t>
      </w:r>
      <w:r w:rsidRPr="00BE4B94">
        <w:rPr>
          <w:rFonts w:cs="Shruti"/>
          <w:sz w:val="20"/>
          <w:szCs w:val="20"/>
          <w:cs/>
          <w:lang w:bidi="gu-IN"/>
        </w:rPr>
        <w:t>અને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સ્ટાફ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માટેના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અલગ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શૌચાલયોની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નિયમિત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સફાઈ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અને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રખરખાવ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માટે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નીચે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મુજબનું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આયોજન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અને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અમલીકરણ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કરવામાં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આવે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છે</w:t>
      </w:r>
      <w:r>
        <w:rPr>
          <w:sz w:val="20"/>
          <w:szCs w:val="20"/>
        </w:rPr>
        <w:t>:</w:t>
      </w:r>
    </w:p>
    <w:p w14:paraId="69636DF6" w14:textId="77777777" w:rsidR="00BE4B94" w:rsidRPr="00BE4B94" w:rsidRDefault="00BE4B94" w:rsidP="00BE4B94">
      <w:pPr>
        <w:pStyle w:val="Heading2"/>
        <w:spacing w:line="240" w:lineRule="auto"/>
        <w:rPr>
          <w:sz w:val="20"/>
          <w:szCs w:val="20"/>
        </w:rPr>
      </w:pPr>
      <w:r w:rsidRPr="00BE4B94">
        <w:rPr>
          <w:rFonts w:cs="Shruti"/>
          <w:sz w:val="20"/>
          <w:szCs w:val="20"/>
          <w:cs/>
          <w:lang w:bidi="gu-IN"/>
        </w:rPr>
        <w:t>૧</w:t>
      </w:r>
      <w:r w:rsidRPr="00BE4B94">
        <w:rPr>
          <w:sz w:val="20"/>
          <w:szCs w:val="20"/>
        </w:rPr>
        <w:t xml:space="preserve">. </w:t>
      </w:r>
      <w:r w:rsidRPr="00BE4B94">
        <w:rPr>
          <w:rFonts w:cs="Shruti"/>
          <w:sz w:val="20"/>
          <w:szCs w:val="20"/>
          <w:cs/>
          <w:lang w:bidi="gu-IN"/>
        </w:rPr>
        <w:t>શૌચાલયોની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સફાઈનું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આયોજન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અને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વ્યવસ્થા</w:t>
      </w:r>
      <w:r w:rsidRPr="00BE4B94">
        <w:rPr>
          <w:sz w:val="20"/>
          <w:szCs w:val="20"/>
        </w:rPr>
        <w:t>:</w:t>
      </w:r>
    </w:p>
    <w:p w14:paraId="267E6A35" w14:textId="77777777" w:rsidR="00BE4B94" w:rsidRPr="00BE4B94" w:rsidRDefault="00BE4B94" w:rsidP="00BE4B94">
      <w:pPr>
        <w:pStyle w:val="ListBullet"/>
        <w:spacing w:after="0" w:line="240" w:lineRule="auto"/>
        <w:rPr>
          <w:sz w:val="20"/>
          <w:szCs w:val="20"/>
        </w:rPr>
      </w:pPr>
      <w:r w:rsidRPr="00BE4B94">
        <w:rPr>
          <w:rFonts w:cs="Shruti"/>
          <w:sz w:val="20"/>
          <w:szCs w:val="20"/>
          <w:cs/>
          <w:lang w:bidi="gu-IN"/>
        </w:rPr>
        <w:t>સફાઈ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કામદારની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નિમણૂક</w:t>
      </w:r>
      <w:r w:rsidRPr="00BE4B94">
        <w:rPr>
          <w:sz w:val="20"/>
          <w:szCs w:val="20"/>
        </w:rPr>
        <w:t xml:space="preserve">: </w:t>
      </w:r>
      <w:r w:rsidRPr="00BE4B94">
        <w:rPr>
          <w:rFonts w:cs="Shruti"/>
          <w:sz w:val="20"/>
          <w:szCs w:val="20"/>
          <w:cs/>
          <w:lang w:bidi="gu-IN"/>
        </w:rPr>
        <w:t>શાળાના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તમામ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શૌચાલયો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અને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મૂતરડીઓ</w:t>
      </w:r>
      <w:r w:rsidRPr="00BE4B94">
        <w:rPr>
          <w:sz w:val="20"/>
          <w:szCs w:val="20"/>
        </w:rPr>
        <w:t xml:space="preserve"> (Urinals) </w:t>
      </w:r>
      <w:r w:rsidRPr="00BE4B94">
        <w:rPr>
          <w:rFonts w:cs="Shruti"/>
          <w:sz w:val="20"/>
          <w:szCs w:val="20"/>
          <w:cs/>
          <w:lang w:bidi="gu-IN"/>
        </w:rPr>
        <w:t>ની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નિયમિત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સફાઈ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માટે</w:t>
      </w:r>
      <w:r w:rsidRPr="00BE4B94">
        <w:rPr>
          <w:sz w:val="20"/>
          <w:szCs w:val="20"/>
        </w:rPr>
        <w:t xml:space="preserve"> SMC </w:t>
      </w:r>
      <w:r w:rsidRPr="00BE4B94">
        <w:rPr>
          <w:rFonts w:cs="Shruti"/>
          <w:sz w:val="20"/>
          <w:szCs w:val="20"/>
          <w:cs/>
          <w:lang w:bidi="gu-IN"/>
        </w:rPr>
        <w:t>દ્વારા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સફાઈ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કામદારની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નિમણૂક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કરવામાં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આવી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છે</w:t>
      </w:r>
      <w:r w:rsidRPr="00BE4B94">
        <w:rPr>
          <w:sz w:val="20"/>
          <w:szCs w:val="20"/>
        </w:rPr>
        <w:t>.</w:t>
      </w:r>
    </w:p>
    <w:p w14:paraId="5ABD460C" w14:textId="77777777" w:rsidR="00BE4B94" w:rsidRPr="00BE4B94" w:rsidRDefault="00BE4B94" w:rsidP="00BE4B94">
      <w:pPr>
        <w:pStyle w:val="ListBullet"/>
        <w:spacing w:after="0" w:line="240" w:lineRule="auto"/>
        <w:rPr>
          <w:sz w:val="20"/>
          <w:szCs w:val="20"/>
        </w:rPr>
      </w:pPr>
      <w:r w:rsidRPr="00BE4B94">
        <w:rPr>
          <w:rFonts w:cs="Shruti"/>
          <w:sz w:val="20"/>
          <w:szCs w:val="20"/>
          <w:cs/>
          <w:lang w:bidi="gu-IN"/>
        </w:rPr>
        <w:t>દૈનિક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સફાઈ</w:t>
      </w:r>
      <w:r w:rsidRPr="00BE4B94">
        <w:rPr>
          <w:sz w:val="20"/>
          <w:szCs w:val="20"/>
        </w:rPr>
        <w:t xml:space="preserve">: </w:t>
      </w:r>
      <w:r w:rsidRPr="00BE4B94">
        <w:rPr>
          <w:rFonts w:cs="Shruti"/>
          <w:sz w:val="20"/>
          <w:szCs w:val="20"/>
          <w:cs/>
          <w:lang w:bidi="gu-IN"/>
        </w:rPr>
        <w:t>સફાઈ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કામદાર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દ્વારા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દરરોજ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બે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વખત</w:t>
      </w:r>
      <w:r w:rsidRPr="00BE4B94">
        <w:rPr>
          <w:sz w:val="20"/>
          <w:szCs w:val="20"/>
        </w:rPr>
        <w:t xml:space="preserve"> (</w:t>
      </w:r>
      <w:r w:rsidRPr="00BE4B94">
        <w:rPr>
          <w:rFonts w:cs="Shruti"/>
          <w:sz w:val="20"/>
          <w:szCs w:val="20"/>
          <w:cs/>
          <w:lang w:bidi="gu-IN"/>
        </w:rPr>
        <w:t>શાળા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શરૂ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થતાં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પહેલાં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અને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રિસેસ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દરમિયાન</w:t>
      </w:r>
      <w:r w:rsidRPr="00BE4B94">
        <w:rPr>
          <w:sz w:val="20"/>
          <w:szCs w:val="20"/>
        </w:rPr>
        <w:t>/</w:t>
      </w:r>
      <w:r w:rsidRPr="00BE4B94">
        <w:rPr>
          <w:rFonts w:cs="Shruti"/>
          <w:sz w:val="20"/>
          <w:szCs w:val="20"/>
          <w:cs/>
          <w:lang w:bidi="gu-IN"/>
        </w:rPr>
        <w:t>પછી</w:t>
      </w:r>
      <w:r w:rsidRPr="00BE4B94">
        <w:rPr>
          <w:sz w:val="20"/>
          <w:szCs w:val="20"/>
        </w:rPr>
        <w:t xml:space="preserve">) </w:t>
      </w:r>
      <w:r w:rsidRPr="00BE4B94">
        <w:rPr>
          <w:rFonts w:cs="Shruti"/>
          <w:sz w:val="20"/>
          <w:szCs w:val="20"/>
          <w:cs/>
          <w:lang w:bidi="gu-IN"/>
        </w:rPr>
        <w:t>ફિનાઇલ</w:t>
      </w:r>
      <w:r w:rsidRPr="00BE4B94">
        <w:rPr>
          <w:sz w:val="20"/>
          <w:szCs w:val="20"/>
        </w:rPr>
        <w:t xml:space="preserve">, </w:t>
      </w:r>
      <w:r w:rsidRPr="00BE4B94">
        <w:rPr>
          <w:rFonts w:cs="Shruti"/>
          <w:sz w:val="20"/>
          <w:szCs w:val="20"/>
          <w:cs/>
          <w:lang w:bidi="gu-IN"/>
        </w:rPr>
        <w:t>એસિડ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અને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બ્રશ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વડે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શૌચાલયની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સંપૂર્ણ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સફાઈ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કરવામાં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આવે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છે</w:t>
      </w:r>
      <w:r w:rsidRPr="00BE4B94">
        <w:rPr>
          <w:sz w:val="20"/>
          <w:szCs w:val="20"/>
        </w:rPr>
        <w:t>.</w:t>
      </w:r>
    </w:p>
    <w:p w14:paraId="2A352F8D" w14:textId="77777777" w:rsidR="00BE4B94" w:rsidRPr="00BE4B94" w:rsidRDefault="00BE4B94" w:rsidP="00BE4B94">
      <w:pPr>
        <w:pStyle w:val="ListBullet"/>
        <w:spacing w:after="0" w:line="240" w:lineRule="auto"/>
        <w:rPr>
          <w:sz w:val="20"/>
          <w:szCs w:val="20"/>
        </w:rPr>
      </w:pPr>
      <w:r w:rsidRPr="00BE4B94">
        <w:rPr>
          <w:rFonts w:cs="Shruti"/>
          <w:sz w:val="20"/>
          <w:szCs w:val="20"/>
          <w:cs/>
          <w:lang w:bidi="gu-IN"/>
        </w:rPr>
        <w:t>પાણીની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વ્યવસ્થા</w:t>
      </w:r>
      <w:r w:rsidRPr="00BE4B94">
        <w:rPr>
          <w:sz w:val="20"/>
          <w:szCs w:val="20"/>
        </w:rPr>
        <w:t xml:space="preserve">: </w:t>
      </w:r>
      <w:r w:rsidRPr="00BE4B94">
        <w:rPr>
          <w:rFonts w:cs="Shruti"/>
          <w:sz w:val="20"/>
          <w:szCs w:val="20"/>
          <w:cs/>
          <w:lang w:bidi="gu-IN"/>
        </w:rPr>
        <w:t>તમામ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શૌચાલયોમાં</w:t>
      </w:r>
      <w:r w:rsidRPr="00BE4B94">
        <w:rPr>
          <w:sz w:val="20"/>
          <w:szCs w:val="20"/>
        </w:rPr>
        <w:t xml:space="preserve"> 24x7 </w:t>
      </w:r>
      <w:r w:rsidRPr="00BE4B94">
        <w:rPr>
          <w:rFonts w:cs="Shruti"/>
          <w:sz w:val="20"/>
          <w:szCs w:val="20"/>
          <w:cs/>
          <w:lang w:bidi="gu-IN"/>
        </w:rPr>
        <w:t>વહેતા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પાણીની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વ્યવસ્થા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માટે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ઓવરહેડ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ટાંકી</w:t>
      </w:r>
      <w:r w:rsidRPr="00BE4B94">
        <w:rPr>
          <w:sz w:val="20"/>
          <w:szCs w:val="20"/>
        </w:rPr>
        <w:t xml:space="preserve"> (Overhead Tank) </w:t>
      </w:r>
      <w:r w:rsidRPr="00BE4B94">
        <w:rPr>
          <w:rFonts w:cs="Shruti"/>
          <w:sz w:val="20"/>
          <w:szCs w:val="20"/>
          <w:cs/>
          <w:lang w:bidi="gu-IN"/>
        </w:rPr>
        <w:t>અને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નળના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જોડાણ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સુનિશ્ચિત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કરેલ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છે</w:t>
      </w:r>
      <w:r w:rsidRPr="00BE4B94">
        <w:rPr>
          <w:sz w:val="20"/>
          <w:szCs w:val="20"/>
        </w:rPr>
        <w:t>.</w:t>
      </w:r>
    </w:p>
    <w:p w14:paraId="556DEAFF" w14:textId="77777777" w:rsidR="00BE4B94" w:rsidRPr="00BE4B94" w:rsidRDefault="00BE4B94" w:rsidP="00BE4B94">
      <w:pPr>
        <w:pStyle w:val="ListBullet"/>
        <w:spacing w:after="0" w:line="240" w:lineRule="auto"/>
        <w:rPr>
          <w:sz w:val="20"/>
          <w:szCs w:val="20"/>
        </w:rPr>
      </w:pPr>
      <w:r w:rsidRPr="00BE4B94">
        <w:rPr>
          <w:rFonts w:cs="Shruti"/>
          <w:sz w:val="20"/>
          <w:szCs w:val="20"/>
          <w:cs/>
          <w:lang w:bidi="gu-IN"/>
        </w:rPr>
        <w:t>સાબુ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અને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ડસ્ટબિન</w:t>
      </w:r>
      <w:r w:rsidRPr="00BE4B94">
        <w:rPr>
          <w:sz w:val="20"/>
          <w:szCs w:val="20"/>
        </w:rPr>
        <w:t xml:space="preserve">: </w:t>
      </w:r>
      <w:r w:rsidRPr="00BE4B94">
        <w:rPr>
          <w:rFonts w:cs="Shruti"/>
          <w:sz w:val="20"/>
          <w:szCs w:val="20"/>
          <w:cs/>
          <w:lang w:bidi="gu-IN"/>
        </w:rPr>
        <w:t>હાથ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ધોવા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માટે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લિક્વિડ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સાબુ</w:t>
      </w:r>
      <w:r w:rsidRPr="00BE4B94">
        <w:rPr>
          <w:sz w:val="20"/>
          <w:szCs w:val="20"/>
        </w:rPr>
        <w:t xml:space="preserve"> (Handwash) </w:t>
      </w:r>
      <w:r w:rsidRPr="00BE4B94">
        <w:rPr>
          <w:rFonts w:cs="Shruti"/>
          <w:sz w:val="20"/>
          <w:szCs w:val="20"/>
          <w:cs/>
          <w:lang w:bidi="gu-IN"/>
        </w:rPr>
        <w:t>અને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કચરાના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નિકાલ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માટે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કવરવાળી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ડસ્ટબિન</w:t>
      </w:r>
      <w:r w:rsidRPr="00BE4B94">
        <w:rPr>
          <w:sz w:val="20"/>
          <w:szCs w:val="20"/>
        </w:rPr>
        <w:t xml:space="preserve"> (</w:t>
      </w:r>
      <w:r w:rsidRPr="00BE4B94">
        <w:rPr>
          <w:rFonts w:cs="Shruti"/>
          <w:sz w:val="20"/>
          <w:szCs w:val="20"/>
          <w:cs/>
          <w:lang w:bidi="gu-IN"/>
        </w:rPr>
        <w:t>ખાસ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કરીને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કન્યાઓના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શૌચાલયમાં</w:t>
      </w:r>
      <w:r w:rsidRPr="00BE4B94">
        <w:rPr>
          <w:sz w:val="20"/>
          <w:szCs w:val="20"/>
        </w:rPr>
        <w:t xml:space="preserve">) </w:t>
      </w:r>
      <w:r w:rsidRPr="00BE4B94">
        <w:rPr>
          <w:rFonts w:cs="Shruti"/>
          <w:sz w:val="20"/>
          <w:szCs w:val="20"/>
          <w:cs/>
          <w:lang w:bidi="gu-IN"/>
        </w:rPr>
        <w:t>રાખવામાં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આવી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છે</w:t>
      </w:r>
      <w:r w:rsidRPr="00BE4B94">
        <w:rPr>
          <w:sz w:val="20"/>
          <w:szCs w:val="20"/>
        </w:rPr>
        <w:t>.</w:t>
      </w:r>
    </w:p>
    <w:p w14:paraId="74DD0A02" w14:textId="77777777" w:rsidR="00BE4B94" w:rsidRPr="00BE4B94" w:rsidRDefault="00BE4B94" w:rsidP="00BE4B94">
      <w:pPr>
        <w:pStyle w:val="ListBullet"/>
        <w:spacing w:after="0" w:line="240" w:lineRule="auto"/>
        <w:rPr>
          <w:sz w:val="20"/>
          <w:szCs w:val="20"/>
        </w:rPr>
      </w:pPr>
      <w:r w:rsidRPr="00BE4B94">
        <w:rPr>
          <w:sz w:val="20"/>
          <w:szCs w:val="20"/>
        </w:rPr>
        <w:t xml:space="preserve">CWSN </w:t>
      </w:r>
      <w:r w:rsidRPr="00BE4B94">
        <w:rPr>
          <w:rFonts w:cs="Shruti"/>
          <w:sz w:val="20"/>
          <w:szCs w:val="20"/>
          <w:cs/>
          <w:lang w:bidi="gu-IN"/>
        </w:rPr>
        <w:t>શૌચાલય</w:t>
      </w:r>
      <w:r w:rsidRPr="00BE4B94">
        <w:rPr>
          <w:sz w:val="20"/>
          <w:szCs w:val="20"/>
        </w:rPr>
        <w:t xml:space="preserve">: </w:t>
      </w:r>
      <w:r w:rsidRPr="00BE4B94">
        <w:rPr>
          <w:rFonts w:cs="Shruti"/>
          <w:sz w:val="20"/>
          <w:szCs w:val="20"/>
          <w:cs/>
          <w:lang w:bidi="gu-IN"/>
        </w:rPr>
        <w:t>દિવ્યાંગ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બાળકો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માટેના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શૌચાલયમાં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રેમ્પ</w:t>
      </w:r>
      <w:r w:rsidRPr="00BE4B94">
        <w:rPr>
          <w:sz w:val="20"/>
          <w:szCs w:val="20"/>
        </w:rPr>
        <w:t xml:space="preserve">, </w:t>
      </w:r>
      <w:r w:rsidRPr="00BE4B94">
        <w:rPr>
          <w:rFonts w:cs="Shruti"/>
          <w:sz w:val="20"/>
          <w:szCs w:val="20"/>
          <w:cs/>
          <w:lang w:bidi="gu-IN"/>
        </w:rPr>
        <w:t>સપોર્ટ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હેન્ડલ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અને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એન્ટિ</w:t>
      </w:r>
      <w:r w:rsidRPr="00BE4B94">
        <w:rPr>
          <w:sz w:val="20"/>
          <w:szCs w:val="20"/>
        </w:rPr>
        <w:t>-</w:t>
      </w:r>
      <w:r w:rsidRPr="00BE4B94">
        <w:rPr>
          <w:rFonts w:cs="Shruti"/>
          <w:sz w:val="20"/>
          <w:szCs w:val="20"/>
          <w:cs/>
          <w:lang w:bidi="gu-IN"/>
        </w:rPr>
        <w:t>સ્લિપ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ટાઇલ્સ</w:t>
      </w:r>
      <w:r w:rsidRPr="00BE4B94">
        <w:rPr>
          <w:sz w:val="20"/>
          <w:szCs w:val="20"/>
        </w:rPr>
        <w:t xml:space="preserve"> (Anti-slip tiles) </w:t>
      </w:r>
      <w:r w:rsidRPr="00BE4B94">
        <w:rPr>
          <w:rFonts w:cs="Shruti"/>
          <w:sz w:val="20"/>
          <w:szCs w:val="20"/>
          <w:cs/>
          <w:lang w:bidi="gu-IN"/>
        </w:rPr>
        <w:t>ની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વ્યવસ્થા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છે</w:t>
      </w:r>
      <w:r w:rsidRPr="00BE4B94">
        <w:rPr>
          <w:sz w:val="20"/>
          <w:szCs w:val="20"/>
        </w:rPr>
        <w:t>.</w:t>
      </w:r>
    </w:p>
    <w:p w14:paraId="5ED5D29B" w14:textId="77777777" w:rsidR="00BE4B94" w:rsidRPr="00BE4B94" w:rsidRDefault="00BE4B94" w:rsidP="00BE4B94">
      <w:pPr>
        <w:pStyle w:val="Heading2"/>
        <w:spacing w:line="240" w:lineRule="auto"/>
        <w:rPr>
          <w:sz w:val="20"/>
          <w:szCs w:val="20"/>
        </w:rPr>
      </w:pPr>
      <w:r w:rsidRPr="00BE4B94">
        <w:rPr>
          <w:rFonts w:cs="Shruti"/>
          <w:sz w:val="20"/>
          <w:szCs w:val="20"/>
          <w:cs/>
          <w:lang w:bidi="gu-IN"/>
        </w:rPr>
        <w:t>૨</w:t>
      </w:r>
      <w:r w:rsidRPr="00BE4B94">
        <w:rPr>
          <w:sz w:val="20"/>
          <w:szCs w:val="20"/>
        </w:rPr>
        <w:t xml:space="preserve">. </w:t>
      </w:r>
      <w:r w:rsidRPr="00BE4B94">
        <w:rPr>
          <w:rFonts w:cs="Shruti"/>
          <w:sz w:val="20"/>
          <w:szCs w:val="20"/>
          <w:cs/>
          <w:lang w:bidi="gu-IN"/>
        </w:rPr>
        <w:t>શૌચાલયોની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દૈનિક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સફાઈ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અને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ચેકિંગ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રજીસ્ટર</w:t>
      </w:r>
      <w:r w:rsidRPr="00BE4B94">
        <w:rPr>
          <w:sz w:val="20"/>
          <w:szCs w:val="20"/>
        </w:rPr>
        <w:t xml:space="preserve"> (</w:t>
      </w:r>
      <w:r w:rsidRPr="00BE4B94">
        <w:rPr>
          <w:rFonts w:cs="Shruti"/>
          <w:sz w:val="20"/>
          <w:szCs w:val="20"/>
          <w:cs/>
          <w:lang w:bidi="gu-IN"/>
        </w:rPr>
        <w:t>નમૂનો</w:t>
      </w:r>
      <w:r w:rsidRPr="00BE4B94">
        <w:rPr>
          <w:sz w:val="20"/>
          <w:szCs w:val="20"/>
        </w:rPr>
        <w:t>):</w:t>
      </w:r>
    </w:p>
    <w:p w14:paraId="4BFD6318" w14:textId="77777777" w:rsidR="00BE4B94" w:rsidRPr="00BE4B94" w:rsidRDefault="00BE4B94" w:rsidP="00BE4B94">
      <w:pPr>
        <w:spacing w:after="0" w:line="240" w:lineRule="auto"/>
        <w:rPr>
          <w:sz w:val="20"/>
          <w:szCs w:val="20"/>
        </w:rPr>
      </w:pPr>
      <w:r w:rsidRPr="00BE4B94">
        <w:rPr>
          <w:rFonts w:cs="Shruti"/>
          <w:sz w:val="20"/>
          <w:szCs w:val="20"/>
          <w:cs/>
          <w:lang w:bidi="gu-IN"/>
        </w:rPr>
        <w:t>આચાર્યશ્રી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અને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શિક્ષકો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દ્વારા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દૈનિક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ધોરણે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શૌચાલયની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સ્વચ્છતાનું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ચેકિંગ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કરી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નીચે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મુજબના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પત્રકમાં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નોંધ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કરવામાં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આવે</w:t>
      </w:r>
      <w:r w:rsidRPr="00BE4B94">
        <w:rPr>
          <w:sz w:val="20"/>
          <w:szCs w:val="20"/>
        </w:rPr>
        <w:t xml:space="preserve"> </w:t>
      </w:r>
      <w:r w:rsidRPr="00BE4B94">
        <w:rPr>
          <w:rFonts w:cs="Shruti"/>
          <w:sz w:val="20"/>
          <w:szCs w:val="20"/>
          <w:cs/>
          <w:lang w:bidi="gu-IN"/>
        </w:rPr>
        <w:t>છે</w:t>
      </w:r>
      <w:r w:rsidRPr="00BE4B94">
        <w:rPr>
          <w:sz w:val="20"/>
          <w:szCs w:val="20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40"/>
        <w:gridCol w:w="1413"/>
        <w:gridCol w:w="1490"/>
        <w:gridCol w:w="1395"/>
        <w:gridCol w:w="1346"/>
        <w:gridCol w:w="1546"/>
      </w:tblGrid>
      <w:tr w:rsidR="00BE4B94" w:rsidRPr="00BE4B94" w14:paraId="3DB03FBF" w14:textId="77777777" w:rsidTr="005C344A">
        <w:tc>
          <w:tcPr>
            <w:tcW w:w="1217" w:type="dxa"/>
          </w:tcPr>
          <w:p w14:paraId="52CF60F1" w14:textId="77777777" w:rsidR="00BE4B94" w:rsidRPr="00BE4B94" w:rsidRDefault="00BE4B94" w:rsidP="00BE4B94">
            <w:pPr>
              <w:rPr>
                <w:sz w:val="20"/>
                <w:szCs w:val="20"/>
              </w:rPr>
            </w:pPr>
            <w:r w:rsidRPr="00BE4B94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તારીખ</w:t>
            </w:r>
          </w:p>
        </w:tc>
        <w:tc>
          <w:tcPr>
            <w:tcW w:w="1557" w:type="dxa"/>
          </w:tcPr>
          <w:p w14:paraId="78C6D37E" w14:textId="77777777" w:rsidR="00BE4B94" w:rsidRPr="00BE4B94" w:rsidRDefault="00BE4B94" w:rsidP="00BE4B94">
            <w:pPr>
              <w:rPr>
                <w:sz w:val="20"/>
                <w:szCs w:val="20"/>
              </w:rPr>
            </w:pPr>
            <w:r w:rsidRPr="00BE4B94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કુમાર</w:t>
            </w:r>
            <w:r w:rsidRPr="00BE4B94">
              <w:rPr>
                <w:b/>
                <w:sz w:val="20"/>
                <w:szCs w:val="20"/>
              </w:rPr>
              <w:t xml:space="preserve"> </w:t>
            </w:r>
            <w:r w:rsidRPr="00BE4B94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શૌચાલય</w:t>
            </w:r>
            <w:r w:rsidRPr="00BE4B94">
              <w:rPr>
                <w:b/>
                <w:sz w:val="20"/>
                <w:szCs w:val="20"/>
              </w:rPr>
              <w:t xml:space="preserve"> </w:t>
            </w:r>
            <w:r w:rsidRPr="00BE4B94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સાફ</w:t>
            </w:r>
            <w:r w:rsidRPr="00BE4B94">
              <w:rPr>
                <w:b/>
                <w:sz w:val="20"/>
                <w:szCs w:val="20"/>
              </w:rPr>
              <w:t xml:space="preserve"> </w:t>
            </w:r>
            <w:r w:rsidRPr="00BE4B94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છે</w:t>
            </w:r>
            <w:r w:rsidRPr="00BE4B94">
              <w:rPr>
                <w:b/>
                <w:sz w:val="20"/>
                <w:szCs w:val="20"/>
              </w:rPr>
              <w:t>? (</w:t>
            </w:r>
            <w:r w:rsidRPr="00BE4B94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હા</w:t>
            </w:r>
            <w:r w:rsidRPr="00BE4B94">
              <w:rPr>
                <w:b/>
                <w:sz w:val="20"/>
                <w:szCs w:val="20"/>
              </w:rPr>
              <w:t>/</w:t>
            </w:r>
            <w:r w:rsidRPr="00BE4B94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ના</w:t>
            </w:r>
            <w:r w:rsidRPr="00BE4B94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658" w:type="dxa"/>
          </w:tcPr>
          <w:p w14:paraId="7EAC6FB9" w14:textId="77777777" w:rsidR="00BE4B94" w:rsidRPr="00BE4B94" w:rsidRDefault="00BE4B94" w:rsidP="00BE4B94">
            <w:pPr>
              <w:rPr>
                <w:sz w:val="20"/>
                <w:szCs w:val="20"/>
              </w:rPr>
            </w:pPr>
            <w:r w:rsidRPr="00BE4B94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કન્યા</w:t>
            </w:r>
            <w:r w:rsidRPr="00BE4B94">
              <w:rPr>
                <w:b/>
                <w:sz w:val="20"/>
                <w:szCs w:val="20"/>
              </w:rPr>
              <w:t xml:space="preserve"> </w:t>
            </w:r>
            <w:r w:rsidRPr="00BE4B94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શૌચાલય</w:t>
            </w:r>
            <w:r w:rsidRPr="00BE4B94">
              <w:rPr>
                <w:b/>
                <w:sz w:val="20"/>
                <w:szCs w:val="20"/>
              </w:rPr>
              <w:t xml:space="preserve"> </w:t>
            </w:r>
            <w:r w:rsidRPr="00BE4B94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સાફ</w:t>
            </w:r>
            <w:r w:rsidRPr="00BE4B94">
              <w:rPr>
                <w:b/>
                <w:sz w:val="20"/>
                <w:szCs w:val="20"/>
              </w:rPr>
              <w:t xml:space="preserve"> </w:t>
            </w:r>
            <w:r w:rsidRPr="00BE4B94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છે</w:t>
            </w:r>
            <w:r w:rsidRPr="00BE4B94">
              <w:rPr>
                <w:b/>
                <w:sz w:val="20"/>
                <w:szCs w:val="20"/>
              </w:rPr>
              <w:t>? (</w:t>
            </w:r>
            <w:r w:rsidRPr="00BE4B94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હા</w:t>
            </w:r>
            <w:r w:rsidRPr="00BE4B94">
              <w:rPr>
                <w:b/>
                <w:sz w:val="20"/>
                <w:szCs w:val="20"/>
              </w:rPr>
              <w:t>/</w:t>
            </w:r>
            <w:r w:rsidRPr="00BE4B94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ના</w:t>
            </w:r>
            <w:r w:rsidRPr="00BE4B94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439" w:type="dxa"/>
          </w:tcPr>
          <w:p w14:paraId="3846FC3A" w14:textId="77777777" w:rsidR="00BE4B94" w:rsidRPr="00BE4B94" w:rsidRDefault="00BE4B94" w:rsidP="00BE4B94">
            <w:pPr>
              <w:rPr>
                <w:sz w:val="20"/>
                <w:szCs w:val="20"/>
              </w:rPr>
            </w:pPr>
            <w:r w:rsidRPr="00BE4B94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સ્ટાફ</w:t>
            </w:r>
            <w:r w:rsidRPr="00BE4B94">
              <w:rPr>
                <w:b/>
                <w:sz w:val="20"/>
                <w:szCs w:val="20"/>
              </w:rPr>
              <w:t xml:space="preserve">/CWSN </w:t>
            </w:r>
            <w:r w:rsidRPr="00BE4B94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શૌચાલય</w:t>
            </w:r>
            <w:r w:rsidRPr="00BE4B94">
              <w:rPr>
                <w:b/>
                <w:sz w:val="20"/>
                <w:szCs w:val="20"/>
              </w:rPr>
              <w:t xml:space="preserve"> </w:t>
            </w:r>
            <w:r w:rsidRPr="00BE4B94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સાફ</w:t>
            </w:r>
            <w:r w:rsidRPr="00BE4B94">
              <w:rPr>
                <w:b/>
                <w:sz w:val="20"/>
                <w:szCs w:val="20"/>
              </w:rPr>
              <w:t xml:space="preserve"> </w:t>
            </w:r>
            <w:r w:rsidRPr="00BE4B94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છે</w:t>
            </w:r>
            <w:r w:rsidRPr="00BE4B94">
              <w:rPr>
                <w:b/>
                <w:sz w:val="20"/>
                <w:szCs w:val="20"/>
              </w:rPr>
              <w:t>?</w:t>
            </w:r>
          </w:p>
        </w:tc>
        <w:tc>
          <w:tcPr>
            <w:tcW w:w="1439" w:type="dxa"/>
          </w:tcPr>
          <w:p w14:paraId="164705D4" w14:textId="77777777" w:rsidR="00BE4B94" w:rsidRPr="00BE4B94" w:rsidRDefault="00BE4B94" w:rsidP="00BE4B94">
            <w:pPr>
              <w:rPr>
                <w:sz w:val="20"/>
                <w:szCs w:val="20"/>
              </w:rPr>
            </w:pPr>
            <w:r w:rsidRPr="00BE4B94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સફાઈ</w:t>
            </w:r>
            <w:r w:rsidRPr="00BE4B94">
              <w:rPr>
                <w:b/>
                <w:sz w:val="20"/>
                <w:szCs w:val="20"/>
              </w:rPr>
              <w:t xml:space="preserve"> </w:t>
            </w:r>
            <w:r w:rsidRPr="00BE4B94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કામદારની</w:t>
            </w:r>
            <w:r w:rsidRPr="00BE4B94">
              <w:rPr>
                <w:b/>
                <w:sz w:val="20"/>
                <w:szCs w:val="20"/>
              </w:rPr>
              <w:t xml:space="preserve"> </w:t>
            </w:r>
            <w:r w:rsidRPr="00BE4B94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સહી</w:t>
            </w:r>
          </w:p>
        </w:tc>
        <w:tc>
          <w:tcPr>
            <w:tcW w:w="1546" w:type="dxa"/>
          </w:tcPr>
          <w:p w14:paraId="3DB757CE" w14:textId="77777777" w:rsidR="00BE4B94" w:rsidRPr="00BE4B94" w:rsidRDefault="00BE4B94" w:rsidP="00BE4B94">
            <w:pPr>
              <w:rPr>
                <w:sz w:val="20"/>
                <w:szCs w:val="20"/>
              </w:rPr>
            </w:pPr>
            <w:r w:rsidRPr="00BE4B94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ચેકિંગ</w:t>
            </w:r>
            <w:r w:rsidRPr="00BE4B94">
              <w:rPr>
                <w:b/>
                <w:sz w:val="20"/>
                <w:szCs w:val="20"/>
              </w:rPr>
              <w:t xml:space="preserve"> </w:t>
            </w:r>
            <w:r w:rsidRPr="00BE4B94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કરનાર</w:t>
            </w:r>
            <w:r w:rsidRPr="00BE4B94">
              <w:rPr>
                <w:b/>
                <w:sz w:val="20"/>
                <w:szCs w:val="20"/>
              </w:rPr>
              <w:t xml:space="preserve"> </w:t>
            </w:r>
            <w:r w:rsidRPr="00BE4B94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શિક્ષક</w:t>
            </w:r>
            <w:r w:rsidRPr="00BE4B94">
              <w:rPr>
                <w:b/>
                <w:sz w:val="20"/>
                <w:szCs w:val="20"/>
              </w:rPr>
              <w:t>/</w:t>
            </w:r>
            <w:r w:rsidRPr="00BE4B94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આચાર્યની</w:t>
            </w:r>
            <w:r w:rsidRPr="00BE4B94">
              <w:rPr>
                <w:b/>
                <w:sz w:val="20"/>
                <w:szCs w:val="20"/>
              </w:rPr>
              <w:t xml:space="preserve"> </w:t>
            </w:r>
            <w:r w:rsidRPr="00BE4B94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સહી</w:t>
            </w:r>
          </w:p>
        </w:tc>
      </w:tr>
      <w:tr w:rsidR="00BE4B94" w:rsidRPr="00BE4B94" w14:paraId="3D73E635" w14:textId="77777777" w:rsidTr="005C344A">
        <w:tc>
          <w:tcPr>
            <w:tcW w:w="1217" w:type="dxa"/>
          </w:tcPr>
          <w:p w14:paraId="2D8A47EC" w14:textId="231FC6F1" w:rsidR="00BE4B94" w:rsidRPr="00BE4B94" w:rsidRDefault="005C344A" w:rsidP="00BE4B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24/06/2026</w:t>
            </w:r>
          </w:p>
        </w:tc>
        <w:tc>
          <w:tcPr>
            <w:tcW w:w="1557" w:type="dxa"/>
          </w:tcPr>
          <w:p w14:paraId="2CF5F1CA" w14:textId="407EB385" w:rsidR="00BE4B94" w:rsidRPr="00B231CF" w:rsidRDefault="00B231CF" w:rsidP="00B231CF">
            <w:pPr>
              <w:jc w:val="center"/>
              <w:rPr>
                <w:rFonts w:cs="Shruti"/>
                <w:sz w:val="20"/>
                <w:szCs w:val="20"/>
                <w:cs/>
                <w:lang w:bidi="gu-IN"/>
              </w:rPr>
            </w:pPr>
            <w:r>
              <w:rPr>
                <w:rFonts w:cs="Shruti" w:hint="cs"/>
                <w:sz w:val="20"/>
                <w:szCs w:val="20"/>
                <w:cs/>
                <w:lang w:bidi="gu-IN"/>
              </w:rPr>
              <w:t>હા</w:t>
            </w:r>
          </w:p>
        </w:tc>
        <w:tc>
          <w:tcPr>
            <w:tcW w:w="1658" w:type="dxa"/>
          </w:tcPr>
          <w:p w14:paraId="7249B00A" w14:textId="2619A029" w:rsidR="00BE4B94" w:rsidRPr="00BE4B94" w:rsidRDefault="00B231CF" w:rsidP="00B231CF">
            <w:pPr>
              <w:jc w:val="center"/>
              <w:rPr>
                <w:sz w:val="20"/>
                <w:szCs w:val="20"/>
              </w:rPr>
            </w:pPr>
            <w:r>
              <w:rPr>
                <w:rFonts w:cs="Shruti" w:hint="cs"/>
                <w:sz w:val="20"/>
                <w:szCs w:val="20"/>
                <w:cs/>
                <w:lang w:bidi="gu-IN"/>
              </w:rPr>
              <w:t>હા</w:t>
            </w:r>
          </w:p>
        </w:tc>
        <w:tc>
          <w:tcPr>
            <w:tcW w:w="1439" w:type="dxa"/>
          </w:tcPr>
          <w:p w14:paraId="0FF371C9" w14:textId="4022009D" w:rsidR="00BE4B94" w:rsidRPr="00BE4B94" w:rsidRDefault="00B231CF" w:rsidP="00B231CF">
            <w:pPr>
              <w:jc w:val="center"/>
              <w:rPr>
                <w:sz w:val="20"/>
                <w:szCs w:val="20"/>
              </w:rPr>
            </w:pPr>
            <w:r>
              <w:rPr>
                <w:rFonts w:cs="Shruti" w:hint="cs"/>
                <w:sz w:val="20"/>
                <w:szCs w:val="20"/>
                <w:cs/>
                <w:lang w:bidi="gu-IN"/>
              </w:rPr>
              <w:t>હા</w:t>
            </w:r>
          </w:p>
        </w:tc>
        <w:tc>
          <w:tcPr>
            <w:tcW w:w="1439" w:type="dxa"/>
          </w:tcPr>
          <w:p w14:paraId="0960F321" w14:textId="77777777" w:rsidR="00BE4B94" w:rsidRPr="00BE4B94" w:rsidRDefault="00BE4B94" w:rsidP="00BE4B94">
            <w:pPr>
              <w:rPr>
                <w:sz w:val="20"/>
                <w:szCs w:val="20"/>
              </w:rPr>
            </w:pPr>
          </w:p>
        </w:tc>
        <w:tc>
          <w:tcPr>
            <w:tcW w:w="1546" w:type="dxa"/>
          </w:tcPr>
          <w:p w14:paraId="675BFAEC" w14:textId="77777777" w:rsidR="00BE4B94" w:rsidRDefault="00BE4B94" w:rsidP="00BE4B94">
            <w:pPr>
              <w:rPr>
                <w:sz w:val="20"/>
                <w:szCs w:val="20"/>
              </w:rPr>
            </w:pPr>
          </w:p>
          <w:p w14:paraId="4EB629F1" w14:textId="77777777" w:rsidR="00D501A2" w:rsidRPr="00BE4B94" w:rsidRDefault="00D501A2" w:rsidP="00BE4B94">
            <w:pPr>
              <w:rPr>
                <w:sz w:val="20"/>
                <w:szCs w:val="20"/>
              </w:rPr>
            </w:pPr>
          </w:p>
        </w:tc>
      </w:tr>
      <w:tr w:rsidR="005C344A" w:rsidRPr="00BE4B94" w14:paraId="6B5801FA" w14:textId="77777777" w:rsidTr="005C344A">
        <w:tc>
          <w:tcPr>
            <w:tcW w:w="1217" w:type="dxa"/>
          </w:tcPr>
          <w:p w14:paraId="2253490F" w14:textId="42F71991" w:rsidR="005C344A" w:rsidRPr="00BE4B94" w:rsidRDefault="005C344A" w:rsidP="005C34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10/07/2026</w:t>
            </w:r>
          </w:p>
        </w:tc>
        <w:tc>
          <w:tcPr>
            <w:tcW w:w="1557" w:type="dxa"/>
          </w:tcPr>
          <w:p w14:paraId="70269B10" w14:textId="7EEFE03D" w:rsidR="005C344A" w:rsidRPr="00BE4B94" w:rsidRDefault="005C344A" w:rsidP="005C344A">
            <w:pPr>
              <w:jc w:val="center"/>
              <w:rPr>
                <w:sz w:val="20"/>
                <w:szCs w:val="20"/>
              </w:rPr>
            </w:pPr>
            <w:r w:rsidRPr="00A64239">
              <w:rPr>
                <w:rFonts w:cs="Shruti" w:hint="cs"/>
                <w:sz w:val="20"/>
                <w:szCs w:val="20"/>
                <w:cs/>
                <w:lang w:bidi="gu-IN"/>
              </w:rPr>
              <w:t>હા</w:t>
            </w:r>
          </w:p>
        </w:tc>
        <w:tc>
          <w:tcPr>
            <w:tcW w:w="1658" w:type="dxa"/>
          </w:tcPr>
          <w:p w14:paraId="6C65ADC0" w14:textId="6A7F5989" w:rsidR="005C344A" w:rsidRPr="00BE4B94" w:rsidRDefault="005C344A" w:rsidP="005C344A">
            <w:pPr>
              <w:jc w:val="center"/>
              <w:rPr>
                <w:sz w:val="20"/>
                <w:szCs w:val="20"/>
              </w:rPr>
            </w:pPr>
            <w:r w:rsidRPr="00A64239">
              <w:rPr>
                <w:rFonts w:cs="Shruti" w:hint="cs"/>
                <w:sz w:val="20"/>
                <w:szCs w:val="20"/>
                <w:cs/>
                <w:lang w:bidi="gu-IN"/>
              </w:rPr>
              <w:t>હા</w:t>
            </w:r>
          </w:p>
        </w:tc>
        <w:tc>
          <w:tcPr>
            <w:tcW w:w="1439" w:type="dxa"/>
          </w:tcPr>
          <w:p w14:paraId="13C78A33" w14:textId="29CD5608" w:rsidR="005C344A" w:rsidRPr="00BE4B94" w:rsidRDefault="005C344A" w:rsidP="005C344A">
            <w:pPr>
              <w:jc w:val="center"/>
              <w:rPr>
                <w:sz w:val="20"/>
                <w:szCs w:val="20"/>
              </w:rPr>
            </w:pPr>
            <w:r w:rsidRPr="00A64239">
              <w:rPr>
                <w:rFonts w:cs="Shruti" w:hint="cs"/>
                <w:sz w:val="20"/>
                <w:szCs w:val="20"/>
                <w:cs/>
                <w:lang w:bidi="gu-IN"/>
              </w:rPr>
              <w:t>હા</w:t>
            </w:r>
          </w:p>
        </w:tc>
        <w:tc>
          <w:tcPr>
            <w:tcW w:w="1439" w:type="dxa"/>
          </w:tcPr>
          <w:p w14:paraId="690D8C49" w14:textId="77777777" w:rsidR="005C344A" w:rsidRPr="00BE4B94" w:rsidRDefault="005C344A" w:rsidP="005C344A">
            <w:pPr>
              <w:rPr>
                <w:sz w:val="20"/>
                <w:szCs w:val="20"/>
              </w:rPr>
            </w:pPr>
          </w:p>
        </w:tc>
        <w:tc>
          <w:tcPr>
            <w:tcW w:w="1546" w:type="dxa"/>
          </w:tcPr>
          <w:p w14:paraId="47CBAA7B" w14:textId="77777777" w:rsidR="005C344A" w:rsidRPr="00BE4B94" w:rsidRDefault="005C344A" w:rsidP="005C344A">
            <w:pPr>
              <w:rPr>
                <w:sz w:val="20"/>
                <w:szCs w:val="20"/>
              </w:rPr>
            </w:pPr>
          </w:p>
        </w:tc>
      </w:tr>
      <w:tr w:rsidR="005C344A" w:rsidRPr="00BE4B94" w14:paraId="4FC3CC7C" w14:textId="77777777" w:rsidTr="005C344A">
        <w:tc>
          <w:tcPr>
            <w:tcW w:w="1217" w:type="dxa"/>
          </w:tcPr>
          <w:p w14:paraId="2A50D719" w14:textId="7609BBC6" w:rsidR="005C344A" w:rsidRPr="00BE4B94" w:rsidRDefault="005C344A" w:rsidP="005C34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27/07/2026</w:t>
            </w:r>
          </w:p>
        </w:tc>
        <w:tc>
          <w:tcPr>
            <w:tcW w:w="1557" w:type="dxa"/>
          </w:tcPr>
          <w:p w14:paraId="7A58968C" w14:textId="537A74ED" w:rsidR="005C344A" w:rsidRPr="00BE4B94" w:rsidRDefault="005C344A" w:rsidP="005C344A">
            <w:pPr>
              <w:jc w:val="center"/>
              <w:rPr>
                <w:sz w:val="20"/>
                <w:szCs w:val="20"/>
              </w:rPr>
            </w:pPr>
            <w:r w:rsidRPr="00A64239">
              <w:rPr>
                <w:rFonts w:cs="Shruti" w:hint="cs"/>
                <w:sz w:val="20"/>
                <w:szCs w:val="20"/>
                <w:cs/>
                <w:lang w:bidi="gu-IN"/>
              </w:rPr>
              <w:t>હા</w:t>
            </w:r>
          </w:p>
        </w:tc>
        <w:tc>
          <w:tcPr>
            <w:tcW w:w="1658" w:type="dxa"/>
          </w:tcPr>
          <w:p w14:paraId="5F90E82E" w14:textId="329ACBD0" w:rsidR="005C344A" w:rsidRPr="00BE4B94" w:rsidRDefault="005C344A" w:rsidP="005C344A">
            <w:pPr>
              <w:jc w:val="center"/>
              <w:rPr>
                <w:sz w:val="20"/>
                <w:szCs w:val="20"/>
              </w:rPr>
            </w:pPr>
            <w:r w:rsidRPr="00A64239">
              <w:rPr>
                <w:rFonts w:cs="Shruti" w:hint="cs"/>
                <w:sz w:val="20"/>
                <w:szCs w:val="20"/>
                <w:cs/>
                <w:lang w:bidi="gu-IN"/>
              </w:rPr>
              <w:t>હા</w:t>
            </w:r>
          </w:p>
        </w:tc>
        <w:tc>
          <w:tcPr>
            <w:tcW w:w="1439" w:type="dxa"/>
          </w:tcPr>
          <w:p w14:paraId="55280F77" w14:textId="456A3D8F" w:rsidR="005C344A" w:rsidRPr="00BE4B94" w:rsidRDefault="005C344A" w:rsidP="005C344A">
            <w:pPr>
              <w:jc w:val="center"/>
              <w:rPr>
                <w:sz w:val="20"/>
                <w:szCs w:val="20"/>
              </w:rPr>
            </w:pPr>
            <w:r w:rsidRPr="00A64239">
              <w:rPr>
                <w:rFonts w:cs="Shruti" w:hint="cs"/>
                <w:sz w:val="20"/>
                <w:szCs w:val="20"/>
                <w:cs/>
                <w:lang w:bidi="gu-IN"/>
              </w:rPr>
              <w:t>હા</w:t>
            </w:r>
          </w:p>
        </w:tc>
        <w:tc>
          <w:tcPr>
            <w:tcW w:w="1439" w:type="dxa"/>
          </w:tcPr>
          <w:p w14:paraId="7CE63180" w14:textId="77777777" w:rsidR="005C344A" w:rsidRPr="00BE4B94" w:rsidRDefault="005C344A" w:rsidP="005C344A">
            <w:pPr>
              <w:rPr>
                <w:sz w:val="20"/>
                <w:szCs w:val="20"/>
              </w:rPr>
            </w:pPr>
          </w:p>
        </w:tc>
        <w:tc>
          <w:tcPr>
            <w:tcW w:w="1546" w:type="dxa"/>
          </w:tcPr>
          <w:p w14:paraId="26060392" w14:textId="77777777" w:rsidR="005C344A" w:rsidRPr="00BE4B94" w:rsidRDefault="005C344A" w:rsidP="005C344A">
            <w:pPr>
              <w:rPr>
                <w:sz w:val="20"/>
                <w:szCs w:val="20"/>
              </w:rPr>
            </w:pPr>
          </w:p>
        </w:tc>
      </w:tr>
      <w:tr w:rsidR="005C344A" w:rsidRPr="00BE4B94" w14:paraId="1ADDD2AD" w14:textId="77777777" w:rsidTr="005C344A">
        <w:tc>
          <w:tcPr>
            <w:tcW w:w="1217" w:type="dxa"/>
          </w:tcPr>
          <w:p w14:paraId="25887FB9" w14:textId="2CD8CDB4" w:rsidR="005C344A" w:rsidRPr="00BE4B94" w:rsidRDefault="005C344A" w:rsidP="005C34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8E13CA">
              <w:rPr>
                <w:sz w:val="20"/>
                <w:szCs w:val="20"/>
              </w:rPr>
              <w:t>21/08/2026</w:t>
            </w:r>
          </w:p>
        </w:tc>
        <w:tc>
          <w:tcPr>
            <w:tcW w:w="1557" w:type="dxa"/>
          </w:tcPr>
          <w:p w14:paraId="0098AB69" w14:textId="1BE4902D" w:rsidR="005C344A" w:rsidRPr="00BE4B94" w:rsidRDefault="005C344A" w:rsidP="005C344A">
            <w:pPr>
              <w:jc w:val="center"/>
              <w:rPr>
                <w:sz w:val="20"/>
                <w:szCs w:val="20"/>
              </w:rPr>
            </w:pPr>
            <w:r w:rsidRPr="00A64239">
              <w:rPr>
                <w:rFonts w:cs="Shruti" w:hint="cs"/>
                <w:sz w:val="20"/>
                <w:szCs w:val="20"/>
                <w:cs/>
                <w:lang w:bidi="gu-IN"/>
              </w:rPr>
              <w:t>હા</w:t>
            </w:r>
          </w:p>
        </w:tc>
        <w:tc>
          <w:tcPr>
            <w:tcW w:w="1658" w:type="dxa"/>
          </w:tcPr>
          <w:p w14:paraId="70079BD2" w14:textId="7789CBBE" w:rsidR="005C344A" w:rsidRPr="00BE4B94" w:rsidRDefault="005C344A" w:rsidP="005C344A">
            <w:pPr>
              <w:jc w:val="center"/>
              <w:rPr>
                <w:sz w:val="20"/>
                <w:szCs w:val="20"/>
              </w:rPr>
            </w:pPr>
            <w:r w:rsidRPr="00A64239">
              <w:rPr>
                <w:rFonts w:cs="Shruti" w:hint="cs"/>
                <w:sz w:val="20"/>
                <w:szCs w:val="20"/>
                <w:cs/>
                <w:lang w:bidi="gu-IN"/>
              </w:rPr>
              <w:t>હા</w:t>
            </w:r>
          </w:p>
        </w:tc>
        <w:tc>
          <w:tcPr>
            <w:tcW w:w="1439" w:type="dxa"/>
          </w:tcPr>
          <w:p w14:paraId="6EF1B8A7" w14:textId="17C869D3" w:rsidR="005C344A" w:rsidRPr="00BE4B94" w:rsidRDefault="005C344A" w:rsidP="005C344A">
            <w:pPr>
              <w:jc w:val="center"/>
              <w:rPr>
                <w:sz w:val="20"/>
                <w:szCs w:val="20"/>
              </w:rPr>
            </w:pPr>
            <w:r w:rsidRPr="00A64239">
              <w:rPr>
                <w:rFonts w:cs="Shruti" w:hint="cs"/>
                <w:sz w:val="20"/>
                <w:szCs w:val="20"/>
                <w:cs/>
                <w:lang w:bidi="gu-IN"/>
              </w:rPr>
              <w:t>હા</w:t>
            </w:r>
          </w:p>
        </w:tc>
        <w:tc>
          <w:tcPr>
            <w:tcW w:w="1439" w:type="dxa"/>
          </w:tcPr>
          <w:p w14:paraId="4A45D820" w14:textId="77777777" w:rsidR="005C344A" w:rsidRPr="00BE4B94" w:rsidRDefault="005C344A" w:rsidP="005C344A">
            <w:pPr>
              <w:rPr>
                <w:sz w:val="20"/>
                <w:szCs w:val="20"/>
              </w:rPr>
            </w:pPr>
          </w:p>
        </w:tc>
        <w:tc>
          <w:tcPr>
            <w:tcW w:w="1546" w:type="dxa"/>
          </w:tcPr>
          <w:p w14:paraId="74812E65" w14:textId="77777777" w:rsidR="005C344A" w:rsidRPr="00BE4B94" w:rsidRDefault="005C344A" w:rsidP="005C344A">
            <w:pPr>
              <w:rPr>
                <w:sz w:val="20"/>
                <w:szCs w:val="20"/>
              </w:rPr>
            </w:pPr>
          </w:p>
        </w:tc>
      </w:tr>
      <w:tr w:rsidR="005C344A" w:rsidRPr="00BE4B94" w14:paraId="3F0FE339" w14:textId="77777777" w:rsidTr="005C344A">
        <w:tc>
          <w:tcPr>
            <w:tcW w:w="1217" w:type="dxa"/>
          </w:tcPr>
          <w:p w14:paraId="4AE80599" w14:textId="1B17FD9B" w:rsidR="005C344A" w:rsidRPr="00BE4B94" w:rsidRDefault="005C344A" w:rsidP="005C34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8E13CA">
              <w:rPr>
                <w:sz w:val="20"/>
                <w:szCs w:val="20"/>
              </w:rPr>
              <w:t>21/08/2026</w:t>
            </w:r>
          </w:p>
        </w:tc>
        <w:tc>
          <w:tcPr>
            <w:tcW w:w="1557" w:type="dxa"/>
          </w:tcPr>
          <w:p w14:paraId="422B94C0" w14:textId="2A7BCD4A" w:rsidR="005C344A" w:rsidRPr="00BE4B94" w:rsidRDefault="005C344A" w:rsidP="005C344A">
            <w:pPr>
              <w:jc w:val="center"/>
              <w:rPr>
                <w:sz w:val="20"/>
                <w:szCs w:val="20"/>
              </w:rPr>
            </w:pPr>
            <w:r w:rsidRPr="00A64239">
              <w:rPr>
                <w:rFonts w:cs="Shruti" w:hint="cs"/>
                <w:sz w:val="20"/>
                <w:szCs w:val="20"/>
                <w:cs/>
                <w:lang w:bidi="gu-IN"/>
              </w:rPr>
              <w:t>હા</w:t>
            </w:r>
          </w:p>
        </w:tc>
        <w:tc>
          <w:tcPr>
            <w:tcW w:w="1658" w:type="dxa"/>
          </w:tcPr>
          <w:p w14:paraId="32B0B108" w14:textId="7C5A286A" w:rsidR="005C344A" w:rsidRPr="00BE4B94" w:rsidRDefault="005C344A" w:rsidP="005C344A">
            <w:pPr>
              <w:jc w:val="center"/>
              <w:rPr>
                <w:sz w:val="20"/>
                <w:szCs w:val="20"/>
              </w:rPr>
            </w:pPr>
            <w:r w:rsidRPr="00A64239">
              <w:rPr>
                <w:rFonts w:cs="Shruti" w:hint="cs"/>
                <w:sz w:val="20"/>
                <w:szCs w:val="20"/>
                <w:cs/>
                <w:lang w:bidi="gu-IN"/>
              </w:rPr>
              <w:t>હા</w:t>
            </w:r>
          </w:p>
        </w:tc>
        <w:tc>
          <w:tcPr>
            <w:tcW w:w="1439" w:type="dxa"/>
          </w:tcPr>
          <w:p w14:paraId="3F843BC6" w14:textId="7E907314" w:rsidR="005C344A" w:rsidRPr="00BE4B94" w:rsidRDefault="005C344A" w:rsidP="005C344A">
            <w:pPr>
              <w:jc w:val="center"/>
              <w:rPr>
                <w:sz w:val="20"/>
                <w:szCs w:val="20"/>
              </w:rPr>
            </w:pPr>
            <w:r w:rsidRPr="00A64239">
              <w:rPr>
                <w:rFonts w:cs="Shruti" w:hint="cs"/>
                <w:sz w:val="20"/>
                <w:szCs w:val="20"/>
                <w:cs/>
                <w:lang w:bidi="gu-IN"/>
              </w:rPr>
              <w:t>હા</w:t>
            </w:r>
          </w:p>
        </w:tc>
        <w:tc>
          <w:tcPr>
            <w:tcW w:w="1439" w:type="dxa"/>
          </w:tcPr>
          <w:p w14:paraId="4EF5F9CA" w14:textId="77777777" w:rsidR="005C344A" w:rsidRPr="00BE4B94" w:rsidRDefault="005C344A" w:rsidP="005C344A">
            <w:pPr>
              <w:rPr>
                <w:sz w:val="20"/>
                <w:szCs w:val="20"/>
              </w:rPr>
            </w:pPr>
          </w:p>
        </w:tc>
        <w:tc>
          <w:tcPr>
            <w:tcW w:w="1546" w:type="dxa"/>
          </w:tcPr>
          <w:p w14:paraId="4D7C9293" w14:textId="77777777" w:rsidR="005C344A" w:rsidRPr="00BE4B94" w:rsidRDefault="005C344A" w:rsidP="005C344A">
            <w:pPr>
              <w:rPr>
                <w:sz w:val="20"/>
                <w:szCs w:val="20"/>
              </w:rPr>
            </w:pPr>
          </w:p>
        </w:tc>
      </w:tr>
    </w:tbl>
    <w:p w14:paraId="5F8CE908" w14:textId="77777777" w:rsidR="00BE4B94" w:rsidRPr="00BE4B94" w:rsidRDefault="00BE4B94" w:rsidP="00BE4B94">
      <w:pPr>
        <w:spacing w:after="0" w:line="240" w:lineRule="auto"/>
        <w:rPr>
          <w:sz w:val="20"/>
          <w:szCs w:val="20"/>
        </w:rPr>
      </w:pPr>
      <w:r w:rsidRPr="00BE4B94">
        <w:rPr>
          <w:rFonts w:cs="Shruti"/>
          <w:b/>
          <w:bCs/>
          <w:sz w:val="20"/>
          <w:szCs w:val="20"/>
          <w:cs/>
          <w:lang w:bidi="gu-IN"/>
        </w:rPr>
        <w:t>નિષ્કર્ષ</w:t>
      </w:r>
      <w:r w:rsidRPr="00BE4B94">
        <w:rPr>
          <w:b/>
          <w:sz w:val="20"/>
          <w:szCs w:val="20"/>
        </w:rPr>
        <w:t xml:space="preserve">: </w:t>
      </w:r>
      <w:r w:rsidRPr="00BE4B94">
        <w:rPr>
          <w:rFonts w:cs="Shruti"/>
          <w:b/>
          <w:bCs/>
          <w:sz w:val="20"/>
          <w:szCs w:val="20"/>
          <w:cs/>
          <w:lang w:bidi="gu-IN"/>
        </w:rPr>
        <w:t>ઉપરોક્ત</w:t>
      </w:r>
      <w:r w:rsidRPr="00BE4B94">
        <w:rPr>
          <w:b/>
          <w:sz w:val="20"/>
          <w:szCs w:val="20"/>
        </w:rPr>
        <w:t xml:space="preserve"> </w:t>
      </w:r>
      <w:r w:rsidRPr="00BE4B94">
        <w:rPr>
          <w:rFonts w:cs="Shruti"/>
          <w:b/>
          <w:bCs/>
          <w:sz w:val="20"/>
          <w:szCs w:val="20"/>
          <w:cs/>
          <w:lang w:bidi="gu-IN"/>
        </w:rPr>
        <w:t>આયોજન</w:t>
      </w:r>
      <w:r w:rsidRPr="00BE4B94">
        <w:rPr>
          <w:b/>
          <w:sz w:val="20"/>
          <w:szCs w:val="20"/>
        </w:rPr>
        <w:t xml:space="preserve"> </w:t>
      </w:r>
      <w:r w:rsidRPr="00BE4B94">
        <w:rPr>
          <w:rFonts w:cs="Shruti"/>
          <w:b/>
          <w:bCs/>
          <w:sz w:val="20"/>
          <w:szCs w:val="20"/>
          <w:cs/>
          <w:lang w:bidi="gu-IN"/>
        </w:rPr>
        <w:t>મુજબ</w:t>
      </w:r>
      <w:r w:rsidRPr="00BE4B94">
        <w:rPr>
          <w:b/>
          <w:sz w:val="20"/>
          <w:szCs w:val="20"/>
        </w:rPr>
        <w:t xml:space="preserve"> </w:t>
      </w:r>
      <w:r w:rsidRPr="00BE4B94">
        <w:rPr>
          <w:rFonts w:cs="Shruti"/>
          <w:b/>
          <w:bCs/>
          <w:sz w:val="20"/>
          <w:szCs w:val="20"/>
          <w:cs/>
          <w:lang w:bidi="gu-IN"/>
        </w:rPr>
        <w:t>શૌચાલયની</w:t>
      </w:r>
      <w:r w:rsidRPr="00BE4B94">
        <w:rPr>
          <w:b/>
          <w:sz w:val="20"/>
          <w:szCs w:val="20"/>
        </w:rPr>
        <w:t xml:space="preserve"> </w:t>
      </w:r>
      <w:r w:rsidRPr="00BE4B94">
        <w:rPr>
          <w:rFonts w:cs="Shruti"/>
          <w:b/>
          <w:bCs/>
          <w:sz w:val="20"/>
          <w:szCs w:val="20"/>
          <w:cs/>
          <w:lang w:bidi="gu-IN"/>
        </w:rPr>
        <w:t>સઘન</w:t>
      </w:r>
      <w:r w:rsidRPr="00BE4B94">
        <w:rPr>
          <w:b/>
          <w:sz w:val="20"/>
          <w:szCs w:val="20"/>
        </w:rPr>
        <w:t xml:space="preserve"> </w:t>
      </w:r>
      <w:r w:rsidRPr="00BE4B94">
        <w:rPr>
          <w:rFonts w:cs="Shruti"/>
          <w:b/>
          <w:bCs/>
          <w:sz w:val="20"/>
          <w:szCs w:val="20"/>
          <w:cs/>
          <w:lang w:bidi="gu-IN"/>
        </w:rPr>
        <w:t>સફાઈના</w:t>
      </w:r>
      <w:r w:rsidRPr="00BE4B94">
        <w:rPr>
          <w:b/>
          <w:sz w:val="20"/>
          <w:szCs w:val="20"/>
        </w:rPr>
        <w:t xml:space="preserve"> </w:t>
      </w:r>
      <w:r w:rsidRPr="00BE4B94">
        <w:rPr>
          <w:rFonts w:cs="Shruti"/>
          <w:b/>
          <w:bCs/>
          <w:sz w:val="20"/>
          <w:szCs w:val="20"/>
          <w:cs/>
          <w:lang w:bidi="gu-IN"/>
        </w:rPr>
        <w:t>કારણે</w:t>
      </w:r>
      <w:r w:rsidRPr="00BE4B94">
        <w:rPr>
          <w:b/>
          <w:sz w:val="20"/>
          <w:szCs w:val="20"/>
        </w:rPr>
        <w:t xml:space="preserve"> </w:t>
      </w:r>
      <w:r w:rsidRPr="00BE4B94">
        <w:rPr>
          <w:rFonts w:cs="Shruti"/>
          <w:b/>
          <w:bCs/>
          <w:sz w:val="20"/>
          <w:szCs w:val="20"/>
          <w:cs/>
          <w:lang w:bidi="gu-IN"/>
        </w:rPr>
        <w:t>શાળામાં</w:t>
      </w:r>
      <w:r w:rsidRPr="00BE4B94">
        <w:rPr>
          <w:b/>
          <w:sz w:val="20"/>
          <w:szCs w:val="20"/>
        </w:rPr>
        <w:t xml:space="preserve"> </w:t>
      </w:r>
      <w:r w:rsidRPr="00BE4B94">
        <w:rPr>
          <w:rFonts w:cs="Shruti"/>
          <w:b/>
          <w:bCs/>
          <w:sz w:val="20"/>
          <w:szCs w:val="20"/>
          <w:cs/>
          <w:lang w:bidi="gu-IN"/>
        </w:rPr>
        <w:t>મચ્છર</w:t>
      </w:r>
      <w:r w:rsidRPr="00BE4B94">
        <w:rPr>
          <w:b/>
          <w:sz w:val="20"/>
          <w:szCs w:val="20"/>
        </w:rPr>
        <w:t xml:space="preserve"> </w:t>
      </w:r>
      <w:r w:rsidRPr="00BE4B94">
        <w:rPr>
          <w:rFonts w:cs="Shruti"/>
          <w:b/>
          <w:bCs/>
          <w:sz w:val="20"/>
          <w:szCs w:val="20"/>
          <w:cs/>
          <w:lang w:bidi="gu-IN"/>
        </w:rPr>
        <w:t>કે</w:t>
      </w:r>
      <w:r w:rsidRPr="00BE4B94">
        <w:rPr>
          <w:b/>
          <w:sz w:val="20"/>
          <w:szCs w:val="20"/>
        </w:rPr>
        <w:t xml:space="preserve"> </w:t>
      </w:r>
      <w:r w:rsidRPr="00BE4B94">
        <w:rPr>
          <w:rFonts w:cs="Shruti"/>
          <w:b/>
          <w:bCs/>
          <w:sz w:val="20"/>
          <w:szCs w:val="20"/>
          <w:cs/>
          <w:lang w:bidi="gu-IN"/>
        </w:rPr>
        <w:t>દુર્ગંધનો</w:t>
      </w:r>
      <w:r w:rsidRPr="00BE4B94">
        <w:rPr>
          <w:b/>
          <w:sz w:val="20"/>
          <w:szCs w:val="20"/>
        </w:rPr>
        <w:t xml:space="preserve"> </w:t>
      </w:r>
      <w:r w:rsidRPr="00BE4B94">
        <w:rPr>
          <w:rFonts w:cs="Shruti"/>
          <w:b/>
          <w:bCs/>
          <w:sz w:val="20"/>
          <w:szCs w:val="20"/>
          <w:cs/>
          <w:lang w:bidi="gu-IN"/>
        </w:rPr>
        <w:t>પ્રશ્ન</w:t>
      </w:r>
      <w:r w:rsidRPr="00BE4B94">
        <w:rPr>
          <w:b/>
          <w:sz w:val="20"/>
          <w:szCs w:val="20"/>
        </w:rPr>
        <w:t xml:space="preserve"> </w:t>
      </w:r>
      <w:r w:rsidRPr="00BE4B94">
        <w:rPr>
          <w:rFonts w:cs="Shruti"/>
          <w:b/>
          <w:bCs/>
          <w:sz w:val="20"/>
          <w:szCs w:val="20"/>
          <w:cs/>
          <w:lang w:bidi="gu-IN"/>
        </w:rPr>
        <w:t>રહેતો</w:t>
      </w:r>
      <w:r w:rsidRPr="00BE4B94">
        <w:rPr>
          <w:b/>
          <w:sz w:val="20"/>
          <w:szCs w:val="20"/>
        </w:rPr>
        <w:t xml:space="preserve"> </w:t>
      </w:r>
      <w:r w:rsidRPr="00BE4B94">
        <w:rPr>
          <w:rFonts w:cs="Shruti"/>
          <w:b/>
          <w:bCs/>
          <w:sz w:val="20"/>
          <w:szCs w:val="20"/>
          <w:cs/>
          <w:lang w:bidi="gu-IN"/>
        </w:rPr>
        <w:t>નથી</w:t>
      </w:r>
      <w:r w:rsidRPr="00BE4B94">
        <w:rPr>
          <w:b/>
          <w:sz w:val="20"/>
          <w:szCs w:val="20"/>
        </w:rPr>
        <w:t xml:space="preserve"> </w:t>
      </w:r>
      <w:r w:rsidRPr="00BE4B94">
        <w:rPr>
          <w:rFonts w:cs="Shruti"/>
          <w:b/>
          <w:bCs/>
          <w:sz w:val="20"/>
          <w:szCs w:val="20"/>
          <w:cs/>
          <w:lang w:bidi="gu-IN"/>
        </w:rPr>
        <w:t>અને</w:t>
      </w:r>
      <w:r w:rsidRPr="00BE4B94">
        <w:rPr>
          <w:b/>
          <w:sz w:val="20"/>
          <w:szCs w:val="20"/>
        </w:rPr>
        <w:t xml:space="preserve"> </w:t>
      </w:r>
      <w:r w:rsidRPr="00BE4B94">
        <w:rPr>
          <w:rFonts w:cs="Shruti"/>
          <w:b/>
          <w:bCs/>
          <w:sz w:val="20"/>
          <w:szCs w:val="20"/>
          <w:cs/>
          <w:lang w:bidi="gu-IN"/>
        </w:rPr>
        <w:t>વિદ્યાર્થીઓને</w:t>
      </w:r>
      <w:r w:rsidRPr="00BE4B94">
        <w:rPr>
          <w:b/>
          <w:sz w:val="20"/>
          <w:szCs w:val="20"/>
        </w:rPr>
        <w:t xml:space="preserve"> </w:t>
      </w:r>
      <w:r w:rsidRPr="00BE4B94">
        <w:rPr>
          <w:rFonts w:cs="Shruti"/>
          <w:b/>
          <w:bCs/>
          <w:sz w:val="20"/>
          <w:szCs w:val="20"/>
          <w:cs/>
          <w:lang w:bidi="gu-IN"/>
        </w:rPr>
        <w:t>સ્વચ્છ</w:t>
      </w:r>
      <w:r w:rsidRPr="00BE4B94">
        <w:rPr>
          <w:b/>
          <w:sz w:val="20"/>
          <w:szCs w:val="20"/>
        </w:rPr>
        <w:t xml:space="preserve"> </w:t>
      </w:r>
      <w:r w:rsidRPr="00BE4B94">
        <w:rPr>
          <w:rFonts w:cs="Shruti"/>
          <w:b/>
          <w:bCs/>
          <w:sz w:val="20"/>
          <w:szCs w:val="20"/>
          <w:cs/>
          <w:lang w:bidi="gu-IN"/>
        </w:rPr>
        <w:t>તથા</w:t>
      </w:r>
      <w:r w:rsidRPr="00BE4B94">
        <w:rPr>
          <w:b/>
          <w:sz w:val="20"/>
          <w:szCs w:val="20"/>
        </w:rPr>
        <w:t xml:space="preserve"> </w:t>
      </w:r>
      <w:r w:rsidRPr="00BE4B94">
        <w:rPr>
          <w:rFonts w:cs="Shruti"/>
          <w:b/>
          <w:bCs/>
          <w:sz w:val="20"/>
          <w:szCs w:val="20"/>
          <w:cs/>
          <w:lang w:bidi="gu-IN"/>
        </w:rPr>
        <w:t>આરોગ્યપ્રદ</w:t>
      </w:r>
      <w:r w:rsidRPr="00BE4B94">
        <w:rPr>
          <w:b/>
          <w:sz w:val="20"/>
          <w:szCs w:val="20"/>
        </w:rPr>
        <w:t xml:space="preserve"> </w:t>
      </w:r>
      <w:r w:rsidRPr="00BE4B94">
        <w:rPr>
          <w:rFonts w:cs="Shruti"/>
          <w:b/>
          <w:bCs/>
          <w:sz w:val="20"/>
          <w:szCs w:val="20"/>
          <w:cs/>
          <w:lang w:bidi="gu-IN"/>
        </w:rPr>
        <w:t>વાતાવરણ</w:t>
      </w:r>
      <w:r w:rsidRPr="00BE4B94">
        <w:rPr>
          <w:b/>
          <w:sz w:val="20"/>
          <w:szCs w:val="20"/>
        </w:rPr>
        <w:t xml:space="preserve"> </w:t>
      </w:r>
      <w:r w:rsidRPr="00BE4B94">
        <w:rPr>
          <w:rFonts w:cs="Shruti"/>
          <w:b/>
          <w:bCs/>
          <w:sz w:val="20"/>
          <w:szCs w:val="20"/>
          <w:cs/>
          <w:lang w:bidi="gu-IN"/>
        </w:rPr>
        <w:t>પૂરું</w:t>
      </w:r>
      <w:r w:rsidRPr="00BE4B94">
        <w:rPr>
          <w:b/>
          <w:sz w:val="20"/>
          <w:szCs w:val="20"/>
        </w:rPr>
        <w:t xml:space="preserve"> </w:t>
      </w:r>
      <w:r w:rsidRPr="00BE4B94">
        <w:rPr>
          <w:rFonts w:cs="Shruti"/>
          <w:b/>
          <w:bCs/>
          <w:sz w:val="20"/>
          <w:szCs w:val="20"/>
          <w:cs/>
          <w:lang w:bidi="gu-IN"/>
        </w:rPr>
        <w:t>પાડવામાં</w:t>
      </w:r>
      <w:r w:rsidRPr="00BE4B94">
        <w:rPr>
          <w:b/>
          <w:sz w:val="20"/>
          <w:szCs w:val="20"/>
        </w:rPr>
        <w:t xml:space="preserve"> </w:t>
      </w:r>
      <w:r w:rsidRPr="00BE4B94">
        <w:rPr>
          <w:rFonts w:cs="Shruti"/>
          <w:b/>
          <w:bCs/>
          <w:sz w:val="20"/>
          <w:szCs w:val="20"/>
          <w:cs/>
          <w:lang w:bidi="gu-IN"/>
        </w:rPr>
        <w:t>શાળા</w:t>
      </w:r>
      <w:r w:rsidRPr="00BE4B94">
        <w:rPr>
          <w:b/>
          <w:sz w:val="20"/>
          <w:szCs w:val="20"/>
        </w:rPr>
        <w:t xml:space="preserve"> </w:t>
      </w:r>
      <w:r w:rsidRPr="00BE4B94">
        <w:rPr>
          <w:rFonts w:cs="Shruti"/>
          <w:b/>
          <w:bCs/>
          <w:sz w:val="20"/>
          <w:szCs w:val="20"/>
          <w:cs/>
          <w:lang w:bidi="gu-IN"/>
        </w:rPr>
        <w:t>સંપૂર્ણ</w:t>
      </w:r>
      <w:r w:rsidRPr="00BE4B94">
        <w:rPr>
          <w:b/>
          <w:sz w:val="20"/>
          <w:szCs w:val="20"/>
        </w:rPr>
        <w:t xml:space="preserve"> </w:t>
      </w:r>
      <w:r w:rsidRPr="00BE4B94">
        <w:rPr>
          <w:rFonts w:cs="Shruti"/>
          <w:b/>
          <w:bCs/>
          <w:sz w:val="20"/>
          <w:szCs w:val="20"/>
          <w:cs/>
          <w:lang w:bidi="gu-IN"/>
        </w:rPr>
        <w:t>સફળ</w:t>
      </w:r>
      <w:r w:rsidRPr="00BE4B94">
        <w:rPr>
          <w:b/>
          <w:sz w:val="20"/>
          <w:szCs w:val="20"/>
        </w:rPr>
        <w:t xml:space="preserve"> </w:t>
      </w:r>
      <w:r w:rsidRPr="00BE4B94">
        <w:rPr>
          <w:rFonts w:cs="Shruti"/>
          <w:b/>
          <w:bCs/>
          <w:sz w:val="20"/>
          <w:szCs w:val="20"/>
          <w:cs/>
          <w:lang w:bidi="gu-IN"/>
        </w:rPr>
        <w:t>રહી</w:t>
      </w:r>
      <w:r w:rsidRPr="00BE4B94">
        <w:rPr>
          <w:b/>
          <w:sz w:val="20"/>
          <w:szCs w:val="20"/>
        </w:rPr>
        <w:t xml:space="preserve"> </w:t>
      </w:r>
      <w:r w:rsidRPr="00BE4B94">
        <w:rPr>
          <w:rFonts w:cs="Shruti"/>
          <w:b/>
          <w:bCs/>
          <w:sz w:val="20"/>
          <w:szCs w:val="20"/>
          <w:cs/>
          <w:lang w:bidi="gu-IN"/>
        </w:rPr>
        <w:t>છે</w:t>
      </w:r>
      <w:r w:rsidRPr="00BE4B94">
        <w:rPr>
          <w:b/>
          <w:sz w:val="20"/>
          <w:szCs w:val="20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BE4B94" w:rsidRPr="00BE4B94" w14:paraId="157F49D6" w14:textId="77777777" w:rsidTr="007206F2">
        <w:tc>
          <w:tcPr>
            <w:tcW w:w="4320" w:type="dxa"/>
          </w:tcPr>
          <w:p w14:paraId="3BD4C441" w14:textId="0F5FFC84" w:rsidR="00BE4B94" w:rsidRPr="00BE4B94" w:rsidRDefault="00BE4B94" w:rsidP="00BE4B94">
            <w:pPr>
              <w:spacing w:after="0" w:line="240" w:lineRule="auto"/>
              <w:rPr>
                <w:sz w:val="20"/>
                <w:szCs w:val="20"/>
              </w:rPr>
            </w:pPr>
            <w:r w:rsidRPr="00BE4B94">
              <w:rPr>
                <w:rFonts w:cs="Shruti"/>
                <w:sz w:val="20"/>
                <w:szCs w:val="20"/>
                <w:cs/>
                <w:lang w:bidi="gu-IN"/>
              </w:rPr>
              <w:t>સ્થળ</w:t>
            </w:r>
            <w:r w:rsidRPr="00BE4B94">
              <w:rPr>
                <w:sz w:val="20"/>
                <w:szCs w:val="20"/>
              </w:rPr>
              <w:t>:</w:t>
            </w:r>
            <w:r w:rsidR="00B231CF">
              <w:rPr>
                <w:rFonts w:cs="Shruti" w:hint="cs"/>
                <w:cs/>
                <w:lang w:bidi="gu-IN"/>
              </w:rPr>
              <w:t xml:space="preserve"> </w:t>
            </w:r>
            <w:r w:rsidR="008E13CA">
              <w:rPr>
                <w:rFonts w:cs="Shruti" w:hint="cs"/>
                <w:cs/>
                <w:lang w:bidi="gu-IN"/>
              </w:rPr>
              <w:t xml:space="preserve">ઢાંકણ્રીયાવાસ પ્રાથમિક શાળા </w:t>
            </w:r>
            <w:r w:rsidRPr="00BE4B94">
              <w:rPr>
                <w:sz w:val="20"/>
                <w:szCs w:val="20"/>
              </w:rPr>
              <w:br/>
            </w:r>
            <w:r w:rsidR="001255B6" w:rsidRPr="00A052A9">
              <w:rPr>
                <w:rFonts w:cs="Shruti"/>
                <w:sz w:val="20"/>
                <w:szCs w:val="20"/>
                <w:cs/>
                <w:lang w:bidi="gu-IN"/>
              </w:rPr>
              <w:t>તારીખ</w:t>
            </w:r>
            <w:r w:rsidR="001255B6" w:rsidRPr="00A052A9">
              <w:rPr>
                <w:sz w:val="20"/>
                <w:szCs w:val="20"/>
              </w:rPr>
              <w:t xml:space="preserve">:       </w:t>
            </w:r>
            <w:r w:rsidR="008E13CA">
              <w:rPr>
                <w:sz w:val="20"/>
                <w:szCs w:val="20"/>
              </w:rPr>
              <w:t>21/08/2026</w:t>
            </w:r>
          </w:p>
        </w:tc>
        <w:tc>
          <w:tcPr>
            <w:tcW w:w="4320" w:type="dxa"/>
          </w:tcPr>
          <w:p w14:paraId="6C79BE1D" w14:textId="77777777" w:rsidR="00BE4B94" w:rsidRPr="00BE4B94" w:rsidRDefault="00BE4B94" w:rsidP="00BE4B94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BE4B94">
              <w:rPr>
                <w:rFonts w:cs="Shruti"/>
                <w:sz w:val="20"/>
                <w:szCs w:val="20"/>
                <w:cs/>
                <w:lang w:bidi="gu-IN"/>
              </w:rPr>
              <w:t>આચાર્યશ્રીની</w:t>
            </w:r>
            <w:r w:rsidRPr="00BE4B94">
              <w:rPr>
                <w:sz w:val="20"/>
                <w:szCs w:val="20"/>
              </w:rPr>
              <w:t xml:space="preserve"> </w:t>
            </w:r>
            <w:r w:rsidRPr="00BE4B94">
              <w:rPr>
                <w:rFonts w:cs="Shruti"/>
                <w:sz w:val="20"/>
                <w:szCs w:val="20"/>
                <w:cs/>
                <w:lang w:bidi="gu-IN"/>
              </w:rPr>
              <w:t>સહી</w:t>
            </w:r>
            <w:r w:rsidRPr="00BE4B94">
              <w:rPr>
                <w:sz w:val="20"/>
                <w:szCs w:val="20"/>
              </w:rPr>
              <w:t xml:space="preserve"> </w:t>
            </w:r>
            <w:r w:rsidRPr="00BE4B94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BE4B94">
              <w:rPr>
                <w:sz w:val="20"/>
                <w:szCs w:val="20"/>
              </w:rPr>
              <w:t xml:space="preserve"> </w:t>
            </w:r>
            <w:r w:rsidRPr="00BE4B94">
              <w:rPr>
                <w:rFonts w:cs="Shruti"/>
                <w:sz w:val="20"/>
                <w:szCs w:val="20"/>
                <w:cs/>
                <w:lang w:bidi="gu-IN"/>
              </w:rPr>
              <w:t>સિક્કો</w:t>
            </w:r>
            <w:r w:rsidRPr="00BE4B94">
              <w:rPr>
                <w:sz w:val="20"/>
                <w:szCs w:val="20"/>
              </w:rPr>
              <w:br/>
            </w:r>
            <w:r w:rsidRPr="00BE4B94">
              <w:rPr>
                <w:sz w:val="20"/>
                <w:szCs w:val="20"/>
              </w:rPr>
              <w:br/>
              <w:t>______________________</w:t>
            </w:r>
          </w:p>
        </w:tc>
      </w:tr>
    </w:tbl>
    <w:p w14:paraId="4F404E6A" w14:textId="77777777" w:rsidR="00BE4B94" w:rsidRDefault="00BE4B94" w:rsidP="00BE4B94">
      <w:pPr>
        <w:spacing w:after="0"/>
      </w:pPr>
    </w:p>
    <w:p w14:paraId="710D10C5" w14:textId="77777777" w:rsidR="00BE4B94" w:rsidRDefault="00BE4B94" w:rsidP="00701F64">
      <w:pPr>
        <w:tabs>
          <w:tab w:val="left" w:pos="2835"/>
        </w:tabs>
        <w:spacing w:line="240" w:lineRule="auto"/>
        <w:jc w:val="center"/>
        <w:rPr>
          <w:rFonts w:cs="Shruti"/>
          <w:bCs/>
          <w:sz w:val="24"/>
          <w:szCs w:val="24"/>
          <w:lang w:bidi="gu-IN"/>
        </w:rPr>
      </w:pPr>
    </w:p>
    <w:p w14:paraId="1D4954B9" w14:textId="77777777" w:rsidR="007E2D18" w:rsidRDefault="007E2D18" w:rsidP="00701F64">
      <w:pPr>
        <w:tabs>
          <w:tab w:val="left" w:pos="2835"/>
        </w:tabs>
        <w:spacing w:line="240" w:lineRule="auto"/>
        <w:jc w:val="center"/>
        <w:rPr>
          <w:rFonts w:cs="Shruti"/>
          <w:bCs/>
          <w:sz w:val="24"/>
          <w:szCs w:val="24"/>
          <w:lang w:bidi="gu-IN"/>
        </w:rPr>
      </w:pPr>
    </w:p>
    <w:p w14:paraId="2143FA20" w14:textId="77777777" w:rsidR="007E2D18" w:rsidRDefault="007E2D18" w:rsidP="00701F64">
      <w:pPr>
        <w:tabs>
          <w:tab w:val="left" w:pos="2835"/>
        </w:tabs>
        <w:spacing w:line="240" w:lineRule="auto"/>
        <w:jc w:val="center"/>
        <w:rPr>
          <w:rFonts w:cs="Shruti"/>
          <w:bCs/>
          <w:sz w:val="24"/>
          <w:szCs w:val="24"/>
          <w:lang w:bidi="gu-IN"/>
        </w:rPr>
      </w:pPr>
    </w:p>
    <w:p w14:paraId="4F037168" w14:textId="77777777" w:rsidR="003D3E34" w:rsidRDefault="003D3E34" w:rsidP="00502A5D">
      <w:pPr>
        <w:spacing w:after="0" w:line="240" w:lineRule="auto"/>
        <w:jc w:val="center"/>
        <w:rPr>
          <w:rFonts w:cs="Shruti"/>
          <w:sz w:val="28"/>
          <w:szCs w:val="28"/>
          <w:u w:val="single"/>
          <w:lang w:bidi="gu-IN"/>
        </w:rPr>
      </w:pPr>
    </w:p>
    <w:p w14:paraId="129D5436" w14:textId="77777777" w:rsidR="003D3E34" w:rsidRDefault="003D3E34" w:rsidP="00502A5D">
      <w:pPr>
        <w:spacing w:after="0" w:line="240" w:lineRule="auto"/>
        <w:jc w:val="center"/>
        <w:rPr>
          <w:rFonts w:cs="Shruti"/>
          <w:sz w:val="28"/>
          <w:szCs w:val="28"/>
          <w:u w:val="single"/>
          <w:lang w:bidi="gu-IN"/>
        </w:rPr>
      </w:pPr>
    </w:p>
    <w:p w14:paraId="76A1B087" w14:textId="77777777" w:rsidR="003D3E34" w:rsidRDefault="003D3E34" w:rsidP="00502A5D">
      <w:pPr>
        <w:spacing w:after="0" w:line="240" w:lineRule="auto"/>
        <w:jc w:val="center"/>
        <w:rPr>
          <w:rFonts w:cs="Shruti"/>
          <w:sz w:val="28"/>
          <w:szCs w:val="28"/>
          <w:u w:val="single"/>
          <w:lang w:bidi="gu-IN"/>
        </w:rPr>
      </w:pPr>
    </w:p>
    <w:p w14:paraId="38272923" w14:textId="77777777" w:rsidR="003D3E34" w:rsidRDefault="003D3E34" w:rsidP="00502A5D">
      <w:pPr>
        <w:spacing w:after="0" w:line="240" w:lineRule="auto"/>
        <w:jc w:val="center"/>
        <w:rPr>
          <w:rFonts w:cs="Shruti"/>
          <w:sz w:val="28"/>
          <w:szCs w:val="28"/>
          <w:u w:val="single"/>
          <w:lang w:bidi="gu-IN"/>
        </w:rPr>
      </w:pPr>
    </w:p>
    <w:p w14:paraId="6F616F4B" w14:textId="3F768C3A" w:rsidR="00502A5D" w:rsidRDefault="002546D1" w:rsidP="00502A5D">
      <w:pPr>
        <w:spacing w:after="0" w:line="240" w:lineRule="auto"/>
        <w:jc w:val="center"/>
        <w:rPr>
          <w:rFonts w:cs="Shruti"/>
          <w:b/>
          <w:u w:val="single"/>
          <w:lang w:val="en-IN" w:bidi="gu-IN"/>
        </w:rPr>
      </w:pPr>
      <w:r>
        <w:rPr>
          <w:rFonts w:cs="Shruti" w:hint="cs"/>
          <w:sz w:val="28"/>
          <w:szCs w:val="28"/>
          <w:u w:val="single"/>
          <w:cs/>
          <w:lang w:bidi="gu-IN"/>
        </w:rPr>
        <w:t>ઢાંકણ્રીયાવાસ પ્રાથમિક શાળા તા- લાખણી જિલ્લો - વાવ-થરાદ ડાયસ કોડ: 24021300207</w:t>
      </w:r>
    </w:p>
    <w:p w14:paraId="6116D77F" w14:textId="77777777" w:rsidR="00C10A2A" w:rsidRDefault="00C10A2A" w:rsidP="00C10A2A">
      <w:pPr>
        <w:pStyle w:val="Heading1"/>
      </w:pPr>
      <w:r>
        <w:rPr>
          <w:rFonts w:cs="Shruti"/>
          <w:cs/>
          <w:lang w:bidi="gu-IN"/>
        </w:rPr>
        <w:t>કચરાના</w:t>
      </w:r>
      <w:r>
        <w:t xml:space="preserve"> </w:t>
      </w:r>
      <w:r>
        <w:rPr>
          <w:rFonts w:cs="Shruti"/>
          <w:cs/>
          <w:lang w:bidi="gu-IN"/>
        </w:rPr>
        <w:t>વ્યવસ્થાપન</w:t>
      </w:r>
      <w:r>
        <w:t xml:space="preserve"> (Waste Management) </w:t>
      </w:r>
      <w:r>
        <w:rPr>
          <w:rFonts w:cs="Shruti"/>
          <w:cs/>
          <w:lang w:bidi="gu-IN"/>
        </w:rPr>
        <w:t>અંગે</w:t>
      </w:r>
      <w:r>
        <w:t xml:space="preserve"> </w:t>
      </w:r>
      <w:r>
        <w:rPr>
          <w:rFonts w:cs="Shruti"/>
          <w:cs/>
          <w:lang w:bidi="gu-IN"/>
        </w:rPr>
        <w:t>શાળાની</w:t>
      </w:r>
      <w:r>
        <w:t xml:space="preserve"> </w:t>
      </w:r>
      <w:r>
        <w:rPr>
          <w:rFonts w:cs="Shruti"/>
          <w:cs/>
          <w:lang w:bidi="gu-IN"/>
        </w:rPr>
        <w:t>પદ્ધતિનો</w:t>
      </w:r>
      <w:r>
        <w:t xml:space="preserve"> </w:t>
      </w:r>
      <w:r>
        <w:rPr>
          <w:rFonts w:cs="Shruti"/>
          <w:cs/>
          <w:lang w:bidi="gu-IN"/>
        </w:rPr>
        <w:t>અહેવાલ</w:t>
      </w:r>
    </w:p>
    <w:p w14:paraId="44562091" w14:textId="77777777" w:rsidR="00C10A2A" w:rsidRPr="00C10A2A" w:rsidRDefault="00C10A2A" w:rsidP="00C10A2A">
      <w:pPr>
        <w:pStyle w:val="Heading2"/>
        <w:spacing w:line="240" w:lineRule="auto"/>
        <w:rPr>
          <w:sz w:val="20"/>
          <w:szCs w:val="20"/>
        </w:rPr>
      </w:pPr>
      <w:r w:rsidRPr="00C10A2A">
        <w:rPr>
          <w:rFonts w:cs="Shruti"/>
          <w:sz w:val="20"/>
          <w:szCs w:val="20"/>
          <w:cs/>
          <w:lang w:bidi="gu-IN"/>
        </w:rPr>
        <w:t>પ્રસ્તાવના</w:t>
      </w:r>
      <w:r w:rsidRPr="00C10A2A">
        <w:rPr>
          <w:sz w:val="20"/>
          <w:szCs w:val="20"/>
        </w:rPr>
        <w:t>:</w:t>
      </w:r>
    </w:p>
    <w:p w14:paraId="372C3710" w14:textId="18869243" w:rsidR="00C10A2A" w:rsidRPr="00C10A2A" w:rsidRDefault="00C10A2A" w:rsidP="00C10A2A">
      <w:pPr>
        <w:spacing w:line="240" w:lineRule="auto"/>
        <w:rPr>
          <w:sz w:val="20"/>
          <w:szCs w:val="20"/>
        </w:rPr>
      </w:pPr>
      <w:r w:rsidRPr="00C10A2A">
        <w:rPr>
          <w:rFonts w:cs="Shruti"/>
          <w:sz w:val="20"/>
          <w:szCs w:val="20"/>
          <w:cs/>
          <w:lang w:bidi="gu-IN"/>
        </w:rPr>
        <w:t>પર્યાવરણની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જાળવણી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અને</w:t>
      </w:r>
      <w:r w:rsidRPr="00C10A2A">
        <w:rPr>
          <w:sz w:val="20"/>
          <w:szCs w:val="20"/>
        </w:rPr>
        <w:t xml:space="preserve"> "</w:t>
      </w:r>
      <w:r w:rsidRPr="00C10A2A">
        <w:rPr>
          <w:rFonts w:cs="Shruti"/>
          <w:sz w:val="20"/>
          <w:szCs w:val="20"/>
          <w:cs/>
          <w:lang w:bidi="gu-IN"/>
        </w:rPr>
        <w:t>સ્વચ્છ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ભારત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અભિયાન</w:t>
      </w:r>
      <w:r w:rsidRPr="00C10A2A">
        <w:rPr>
          <w:sz w:val="20"/>
          <w:szCs w:val="20"/>
        </w:rPr>
        <w:t xml:space="preserve">" </w:t>
      </w:r>
      <w:r w:rsidRPr="00C10A2A">
        <w:rPr>
          <w:rFonts w:cs="Shruti"/>
          <w:sz w:val="20"/>
          <w:szCs w:val="20"/>
          <w:cs/>
          <w:lang w:bidi="gu-IN"/>
        </w:rPr>
        <w:t>અંતર્ગત</w:t>
      </w:r>
      <w:r w:rsidR="00E966C8" w:rsidRPr="00E966C8">
        <w:rPr>
          <w:rFonts w:cs="Shruti" w:hint="cs"/>
          <w:cs/>
          <w:lang w:bidi="gu-IN"/>
        </w:rPr>
        <w:t xml:space="preserve"> </w:t>
      </w:r>
      <w:r w:rsidR="008E13CA">
        <w:rPr>
          <w:rFonts w:cs="Shruti" w:hint="cs"/>
          <w:cs/>
          <w:lang w:bidi="gu-IN"/>
        </w:rPr>
        <w:t xml:space="preserve">ઢાંકણ્રીયાવાસ પ્રાથમિક શાળા 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દ્વારા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શાળા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કેમ્પસમાં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ઉત્પન્ન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થતા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કચરાના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યોગ્ય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નિકાલ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અને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વ્યવસ્થાપન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માટે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એક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વૈજ્ઞાનિક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પદ્ધતિ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અપનાવવામાં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આવી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છે</w:t>
      </w:r>
      <w:r w:rsidRPr="00C10A2A">
        <w:rPr>
          <w:sz w:val="20"/>
          <w:szCs w:val="20"/>
        </w:rPr>
        <w:t xml:space="preserve">. SQAAF </w:t>
      </w:r>
      <w:r w:rsidRPr="00C10A2A">
        <w:rPr>
          <w:rFonts w:cs="Shruti"/>
          <w:sz w:val="20"/>
          <w:szCs w:val="20"/>
          <w:cs/>
          <w:lang w:bidi="gu-IN"/>
        </w:rPr>
        <w:t>ગુણોત્સવ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૨</w:t>
      </w:r>
      <w:r w:rsidRPr="00C10A2A">
        <w:rPr>
          <w:sz w:val="20"/>
          <w:szCs w:val="20"/>
        </w:rPr>
        <w:t>.</w:t>
      </w:r>
      <w:r w:rsidRPr="00C10A2A">
        <w:rPr>
          <w:rFonts w:cs="Shruti"/>
          <w:sz w:val="20"/>
          <w:szCs w:val="20"/>
          <w:cs/>
          <w:lang w:bidi="gu-IN"/>
        </w:rPr>
        <w:t>૦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ના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માપદંડો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મુજબ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શાળામાં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કચરાના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વ્યવસ્થાપનની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વિગતો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નીચે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મુજબ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છે</w:t>
      </w:r>
      <w:r>
        <w:rPr>
          <w:sz w:val="20"/>
          <w:szCs w:val="20"/>
        </w:rPr>
        <w:t>:</w:t>
      </w:r>
    </w:p>
    <w:p w14:paraId="3649393B" w14:textId="77777777" w:rsidR="00C10A2A" w:rsidRPr="00C10A2A" w:rsidRDefault="00C10A2A" w:rsidP="00C10A2A">
      <w:pPr>
        <w:pStyle w:val="Heading2"/>
        <w:spacing w:line="240" w:lineRule="auto"/>
        <w:rPr>
          <w:sz w:val="20"/>
          <w:szCs w:val="20"/>
        </w:rPr>
      </w:pPr>
      <w:r w:rsidRPr="00C10A2A">
        <w:rPr>
          <w:rFonts w:cs="Shruti"/>
          <w:sz w:val="20"/>
          <w:szCs w:val="20"/>
          <w:cs/>
          <w:lang w:bidi="gu-IN"/>
        </w:rPr>
        <w:t>૧</w:t>
      </w:r>
      <w:r w:rsidRPr="00C10A2A">
        <w:rPr>
          <w:sz w:val="20"/>
          <w:szCs w:val="20"/>
        </w:rPr>
        <w:t xml:space="preserve">. </w:t>
      </w:r>
      <w:r w:rsidRPr="00C10A2A">
        <w:rPr>
          <w:rFonts w:cs="Shruti"/>
          <w:sz w:val="20"/>
          <w:szCs w:val="20"/>
          <w:cs/>
          <w:lang w:bidi="gu-IN"/>
        </w:rPr>
        <w:t>કચરાનું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વર્ગીકરણ</w:t>
      </w:r>
      <w:r w:rsidRPr="00C10A2A">
        <w:rPr>
          <w:sz w:val="20"/>
          <w:szCs w:val="20"/>
        </w:rPr>
        <w:t xml:space="preserve"> (Waste Segregation):</w:t>
      </w:r>
    </w:p>
    <w:p w14:paraId="32254CCC" w14:textId="77777777" w:rsidR="00C10A2A" w:rsidRPr="00C10A2A" w:rsidRDefault="00C10A2A" w:rsidP="00C10A2A">
      <w:pPr>
        <w:pStyle w:val="ListBullet"/>
        <w:spacing w:line="240" w:lineRule="auto"/>
        <w:rPr>
          <w:sz w:val="20"/>
          <w:szCs w:val="20"/>
        </w:rPr>
      </w:pPr>
      <w:r w:rsidRPr="00C10A2A">
        <w:rPr>
          <w:rFonts w:cs="Shruti"/>
          <w:sz w:val="20"/>
          <w:szCs w:val="20"/>
          <w:cs/>
          <w:lang w:bidi="gu-IN"/>
        </w:rPr>
        <w:t>લીલી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અને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ભૂરી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ડસ્ટબિનનો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ઉપયોગ</w:t>
      </w:r>
      <w:r w:rsidRPr="00C10A2A">
        <w:rPr>
          <w:sz w:val="20"/>
          <w:szCs w:val="20"/>
        </w:rPr>
        <w:t xml:space="preserve">: </w:t>
      </w:r>
      <w:r w:rsidRPr="00C10A2A">
        <w:rPr>
          <w:rFonts w:cs="Shruti"/>
          <w:sz w:val="20"/>
          <w:szCs w:val="20"/>
          <w:cs/>
          <w:lang w:bidi="gu-IN"/>
        </w:rPr>
        <w:t>શાળાના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દરેક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વર્ગખંડ</w:t>
      </w:r>
      <w:r w:rsidRPr="00C10A2A">
        <w:rPr>
          <w:sz w:val="20"/>
          <w:szCs w:val="20"/>
        </w:rPr>
        <w:t xml:space="preserve">, </w:t>
      </w:r>
      <w:r w:rsidRPr="00C10A2A">
        <w:rPr>
          <w:rFonts w:cs="Shruti"/>
          <w:sz w:val="20"/>
          <w:szCs w:val="20"/>
          <w:cs/>
          <w:lang w:bidi="gu-IN"/>
        </w:rPr>
        <w:t>મેદાન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અને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મધ્યાહ્ન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ભોજન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રૂમ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પાસે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અલગ</w:t>
      </w:r>
      <w:r w:rsidRPr="00C10A2A">
        <w:rPr>
          <w:sz w:val="20"/>
          <w:szCs w:val="20"/>
        </w:rPr>
        <w:t>-</w:t>
      </w:r>
      <w:r w:rsidRPr="00C10A2A">
        <w:rPr>
          <w:rFonts w:cs="Shruti"/>
          <w:sz w:val="20"/>
          <w:szCs w:val="20"/>
          <w:cs/>
          <w:lang w:bidi="gu-IN"/>
        </w:rPr>
        <w:t>અલગ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ડસ્ટબિન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મૂકવામાં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આવી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છે</w:t>
      </w:r>
      <w:r w:rsidRPr="00C10A2A">
        <w:rPr>
          <w:sz w:val="20"/>
          <w:szCs w:val="20"/>
        </w:rPr>
        <w:t>.</w:t>
      </w:r>
    </w:p>
    <w:p w14:paraId="5C000912" w14:textId="77777777" w:rsidR="00C10A2A" w:rsidRPr="00C10A2A" w:rsidRDefault="00C10A2A" w:rsidP="00C10A2A">
      <w:pPr>
        <w:pStyle w:val="ListBullet"/>
        <w:spacing w:line="240" w:lineRule="auto"/>
        <w:rPr>
          <w:sz w:val="20"/>
          <w:szCs w:val="20"/>
        </w:rPr>
      </w:pPr>
      <w:r w:rsidRPr="00C10A2A">
        <w:rPr>
          <w:rFonts w:cs="Shruti"/>
          <w:sz w:val="20"/>
          <w:szCs w:val="20"/>
          <w:cs/>
          <w:lang w:bidi="gu-IN"/>
        </w:rPr>
        <w:t>ભીનો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કચરો</w:t>
      </w:r>
      <w:r w:rsidRPr="00C10A2A">
        <w:rPr>
          <w:sz w:val="20"/>
          <w:szCs w:val="20"/>
        </w:rPr>
        <w:t xml:space="preserve"> (</w:t>
      </w:r>
      <w:r w:rsidRPr="00C10A2A">
        <w:rPr>
          <w:rFonts w:cs="Shruti"/>
          <w:sz w:val="20"/>
          <w:szCs w:val="20"/>
          <w:cs/>
          <w:lang w:bidi="gu-IN"/>
        </w:rPr>
        <w:t>લીલી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ડસ્ટબિન</w:t>
      </w:r>
      <w:r w:rsidRPr="00C10A2A">
        <w:rPr>
          <w:sz w:val="20"/>
          <w:szCs w:val="20"/>
        </w:rPr>
        <w:t xml:space="preserve"> - Green Bin): </w:t>
      </w:r>
      <w:r w:rsidRPr="00C10A2A">
        <w:rPr>
          <w:rFonts w:cs="Shruti"/>
          <w:sz w:val="20"/>
          <w:szCs w:val="20"/>
          <w:cs/>
          <w:lang w:bidi="gu-IN"/>
        </w:rPr>
        <w:t>જેમાં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ફળ</w:t>
      </w:r>
      <w:r w:rsidRPr="00C10A2A">
        <w:rPr>
          <w:sz w:val="20"/>
          <w:szCs w:val="20"/>
        </w:rPr>
        <w:t>-</w:t>
      </w:r>
      <w:r w:rsidRPr="00C10A2A">
        <w:rPr>
          <w:rFonts w:cs="Shruti"/>
          <w:sz w:val="20"/>
          <w:szCs w:val="20"/>
          <w:cs/>
          <w:lang w:bidi="gu-IN"/>
        </w:rPr>
        <w:t>શાકભાજીની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છાલ</w:t>
      </w:r>
      <w:r w:rsidRPr="00C10A2A">
        <w:rPr>
          <w:sz w:val="20"/>
          <w:szCs w:val="20"/>
        </w:rPr>
        <w:t xml:space="preserve">, </w:t>
      </w:r>
      <w:r w:rsidRPr="00C10A2A">
        <w:rPr>
          <w:rFonts w:cs="Shruti"/>
          <w:sz w:val="20"/>
          <w:szCs w:val="20"/>
          <w:cs/>
          <w:lang w:bidi="gu-IN"/>
        </w:rPr>
        <w:t>વધેલું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ભોજન</w:t>
      </w:r>
      <w:r w:rsidRPr="00C10A2A">
        <w:rPr>
          <w:sz w:val="20"/>
          <w:szCs w:val="20"/>
        </w:rPr>
        <w:t xml:space="preserve">, </w:t>
      </w:r>
      <w:r w:rsidRPr="00C10A2A">
        <w:rPr>
          <w:rFonts w:cs="Shruti"/>
          <w:sz w:val="20"/>
          <w:szCs w:val="20"/>
          <w:cs/>
          <w:lang w:bidi="gu-IN"/>
        </w:rPr>
        <w:t>બગીચાનો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કચરો</w:t>
      </w:r>
      <w:r w:rsidRPr="00C10A2A">
        <w:rPr>
          <w:sz w:val="20"/>
          <w:szCs w:val="20"/>
        </w:rPr>
        <w:t xml:space="preserve"> (</w:t>
      </w:r>
      <w:r w:rsidRPr="00C10A2A">
        <w:rPr>
          <w:rFonts w:cs="Shruti"/>
          <w:sz w:val="20"/>
          <w:szCs w:val="20"/>
          <w:cs/>
          <w:lang w:bidi="gu-IN"/>
        </w:rPr>
        <w:t>પાંદડા</w:t>
      </w:r>
      <w:r w:rsidRPr="00C10A2A">
        <w:rPr>
          <w:sz w:val="20"/>
          <w:szCs w:val="20"/>
        </w:rPr>
        <w:t xml:space="preserve">) </w:t>
      </w:r>
      <w:r w:rsidRPr="00C10A2A">
        <w:rPr>
          <w:rFonts w:cs="Shruti"/>
          <w:sz w:val="20"/>
          <w:szCs w:val="20"/>
          <w:cs/>
          <w:lang w:bidi="gu-IN"/>
        </w:rPr>
        <w:t>વગેરે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એકત્રિત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કરવામાં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આવે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છે</w:t>
      </w:r>
      <w:r w:rsidRPr="00C10A2A">
        <w:rPr>
          <w:sz w:val="20"/>
          <w:szCs w:val="20"/>
        </w:rPr>
        <w:t>.</w:t>
      </w:r>
    </w:p>
    <w:p w14:paraId="0868E503" w14:textId="77777777" w:rsidR="00C10A2A" w:rsidRPr="00C10A2A" w:rsidRDefault="00C10A2A" w:rsidP="00C10A2A">
      <w:pPr>
        <w:pStyle w:val="ListBullet"/>
        <w:spacing w:line="240" w:lineRule="auto"/>
        <w:rPr>
          <w:sz w:val="20"/>
          <w:szCs w:val="20"/>
        </w:rPr>
      </w:pPr>
      <w:r w:rsidRPr="00C10A2A">
        <w:rPr>
          <w:rFonts w:cs="Shruti"/>
          <w:sz w:val="20"/>
          <w:szCs w:val="20"/>
          <w:cs/>
          <w:lang w:bidi="gu-IN"/>
        </w:rPr>
        <w:t>સૂકો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કચરો</w:t>
      </w:r>
      <w:r w:rsidRPr="00C10A2A">
        <w:rPr>
          <w:sz w:val="20"/>
          <w:szCs w:val="20"/>
        </w:rPr>
        <w:t xml:space="preserve"> (</w:t>
      </w:r>
      <w:r w:rsidRPr="00C10A2A">
        <w:rPr>
          <w:rFonts w:cs="Shruti"/>
          <w:sz w:val="20"/>
          <w:szCs w:val="20"/>
          <w:cs/>
          <w:lang w:bidi="gu-IN"/>
        </w:rPr>
        <w:t>ભૂરી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ડસ્ટબિન</w:t>
      </w:r>
      <w:r w:rsidRPr="00C10A2A">
        <w:rPr>
          <w:sz w:val="20"/>
          <w:szCs w:val="20"/>
        </w:rPr>
        <w:t xml:space="preserve"> - Blue Bin): </w:t>
      </w:r>
      <w:r w:rsidRPr="00C10A2A">
        <w:rPr>
          <w:rFonts w:cs="Shruti"/>
          <w:sz w:val="20"/>
          <w:szCs w:val="20"/>
          <w:cs/>
          <w:lang w:bidi="gu-IN"/>
        </w:rPr>
        <w:t>જેમાં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કાગળ</w:t>
      </w:r>
      <w:r w:rsidRPr="00C10A2A">
        <w:rPr>
          <w:sz w:val="20"/>
          <w:szCs w:val="20"/>
        </w:rPr>
        <w:t xml:space="preserve">, </w:t>
      </w:r>
      <w:r w:rsidRPr="00C10A2A">
        <w:rPr>
          <w:rFonts w:cs="Shruti"/>
          <w:sz w:val="20"/>
          <w:szCs w:val="20"/>
          <w:cs/>
          <w:lang w:bidi="gu-IN"/>
        </w:rPr>
        <w:t>પૂંઠા</w:t>
      </w:r>
      <w:r w:rsidRPr="00C10A2A">
        <w:rPr>
          <w:sz w:val="20"/>
          <w:szCs w:val="20"/>
        </w:rPr>
        <w:t xml:space="preserve">, </w:t>
      </w:r>
      <w:r w:rsidRPr="00C10A2A">
        <w:rPr>
          <w:rFonts w:cs="Shruti"/>
          <w:sz w:val="20"/>
          <w:szCs w:val="20"/>
          <w:cs/>
          <w:lang w:bidi="gu-IN"/>
        </w:rPr>
        <w:t>પેન્સિલનો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છોલ</w:t>
      </w:r>
      <w:r w:rsidRPr="00C10A2A">
        <w:rPr>
          <w:sz w:val="20"/>
          <w:szCs w:val="20"/>
        </w:rPr>
        <w:t xml:space="preserve">, </w:t>
      </w:r>
      <w:r w:rsidRPr="00C10A2A">
        <w:rPr>
          <w:rFonts w:cs="Shruti"/>
          <w:sz w:val="20"/>
          <w:szCs w:val="20"/>
          <w:cs/>
          <w:lang w:bidi="gu-IN"/>
        </w:rPr>
        <w:t>પ્લાસ્ટિક</w:t>
      </w:r>
      <w:r w:rsidRPr="00C10A2A">
        <w:rPr>
          <w:sz w:val="20"/>
          <w:szCs w:val="20"/>
        </w:rPr>
        <w:t xml:space="preserve"> (</w:t>
      </w:r>
      <w:r w:rsidRPr="00C10A2A">
        <w:rPr>
          <w:rFonts w:cs="Shruti"/>
          <w:sz w:val="20"/>
          <w:szCs w:val="20"/>
          <w:cs/>
          <w:lang w:bidi="gu-IN"/>
        </w:rPr>
        <w:t>પ્રતિબંધિત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સિવાયનું</w:t>
      </w:r>
      <w:r w:rsidRPr="00C10A2A">
        <w:rPr>
          <w:sz w:val="20"/>
          <w:szCs w:val="20"/>
        </w:rPr>
        <w:t xml:space="preserve">) </w:t>
      </w:r>
      <w:r w:rsidRPr="00C10A2A">
        <w:rPr>
          <w:rFonts w:cs="Shruti"/>
          <w:sz w:val="20"/>
          <w:szCs w:val="20"/>
          <w:cs/>
          <w:lang w:bidi="gu-IN"/>
        </w:rPr>
        <w:t>અને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પ્લાસ્ટિકના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રેપર્સ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એકત્રિત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કરવામાં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આવે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છે</w:t>
      </w:r>
      <w:r w:rsidRPr="00C10A2A">
        <w:rPr>
          <w:sz w:val="20"/>
          <w:szCs w:val="20"/>
        </w:rPr>
        <w:t>.</w:t>
      </w:r>
    </w:p>
    <w:p w14:paraId="3B266607" w14:textId="77777777" w:rsidR="00C10A2A" w:rsidRPr="00C10A2A" w:rsidRDefault="00C10A2A" w:rsidP="00C10A2A">
      <w:pPr>
        <w:pStyle w:val="Heading2"/>
        <w:spacing w:line="240" w:lineRule="auto"/>
        <w:rPr>
          <w:sz w:val="20"/>
          <w:szCs w:val="20"/>
        </w:rPr>
      </w:pPr>
      <w:r w:rsidRPr="00C10A2A">
        <w:rPr>
          <w:rFonts w:cs="Shruti"/>
          <w:sz w:val="20"/>
          <w:szCs w:val="20"/>
          <w:cs/>
          <w:lang w:bidi="gu-IN"/>
        </w:rPr>
        <w:t>૨</w:t>
      </w:r>
      <w:r w:rsidRPr="00C10A2A">
        <w:rPr>
          <w:sz w:val="20"/>
          <w:szCs w:val="20"/>
        </w:rPr>
        <w:t xml:space="preserve">. </w:t>
      </w:r>
      <w:r w:rsidRPr="00C10A2A">
        <w:rPr>
          <w:rFonts w:cs="Shruti"/>
          <w:sz w:val="20"/>
          <w:szCs w:val="20"/>
          <w:cs/>
          <w:lang w:bidi="gu-IN"/>
        </w:rPr>
        <w:t>કચરાના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નિકાલની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પદ્ધતિ</w:t>
      </w:r>
      <w:r w:rsidRPr="00C10A2A">
        <w:rPr>
          <w:sz w:val="20"/>
          <w:szCs w:val="20"/>
        </w:rPr>
        <w:t xml:space="preserve"> (Waste Disposal System):</w:t>
      </w:r>
    </w:p>
    <w:p w14:paraId="4B24EE63" w14:textId="77777777" w:rsidR="00C10A2A" w:rsidRPr="003E7E3B" w:rsidRDefault="00C10A2A" w:rsidP="00C10A2A">
      <w:pPr>
        <w:spacing w:line="240" w:lineRule="auto"/>
        <w:rPr>
          <w:rFonts w:cs="Shruti"/>
          <w:sz w:val="20"/>
          <w:szCs w:val="20"/>
          <w:u w:val="single"/>
          <w:cs/>
          <w:lang w:bidi="gu-IN"/>
        </w:rPr>
      </w:pPr>
      <w:r w:rsidRPr="00C10A2A">
        <w:rPr>
          <w:rFonts w:cs="Shruti"/>
          <w:b/>
          <w:bCs/>
          <w:sz w:val="20"/>
          <w:szCs w:val="20"/>
          <w:cs/>
          <w:lang w:bidi="gu-IN"/>
        </w:rPr>
        <w:t>ભીના</w:t>
      </w:r>
      <w:r w:rsidRPr="00C10A2A">
        <w:rPr>
          <w:b/>
          <w:sz w:val="20"/>
          <w:szCs w:val="20"/>
        </w:rPr>
        <w:t xml:space="preserve"> </w:t>
      </w:r>
      <w:r w:rsidRPr="00C10A2A">
        <w:rPr>
          <w:rFonts w:cs="Shruti"/>
          <w:b/>
          <w:bCs/>
          <w:sz w:val="20"/>
          <w:szCs w:val="20"/>
          <w:cs/>
          <w:lang w:bidi="gu-IN"/>
        </w:rPr>
        <w:t>કચરામાંથી</w:t>
      </w:r>
      <w:r w:rsidRPr="00C10A2A">
        <w:rPr>
          <w:b/>
          <w:sz w:val="20"/>
          <w:szCs w:val="20"/>
        </w:rPr>
        <w:t xml:space="preserve"> </w:t>
      </w:r>
      <w:r w:rsidRPr="00C10A2A">
        <w:rPr>
          <w:rFonts w:cs="Shruti"/>
          <w:b/>
          <w:bCs/>
          <w:sz w:val="20"/>
          <w:szCs w:val="20"/>
          <w:cs/>
          <w:lang w:bidi="gu-IN"/>
        </w:rPr>
        <w:t>ખાતર</w:t>
      </w:r>
      <w:r w:rsidRPr="00C10A2A">
        <w:rPr>
          <w:b/>
          <w:sz w:val="20"/>
          <w:szCs w:val="20"/>
        </w:rPr>
        <w:t xml:space="preserve"> (Composting): </w:t>
      </w:r>
      <w:r w:rsidRPr="00C10A2A">
        <w:rPr>
          <w:rFonts w:cs="Shruti"/>
          <w:sz w:val="20"/>
          <w:szCs w:val="20"/>
          <w:cs/>
          <w:lang w:bidi="gu-IN"/>
        </w:rPr>
        <w:t>શાળાના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બગીચાના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એક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ખૂણામાં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કમ્પોસ્ટ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પીટ</w:t>
      </w:r>
      <w:r w:rsidRPr="00C10A2A">
        <w:rPr>
          <w:sz w:val="20"/>
          <w:szCs w:val="20"/>
        </w:rPr>
        <w:t xml:space="preserve"> (Compost Pit - </w:t>
      </w:r>
      <w:r w:rsidRPr="00C10A2A">
        <w:rPr>
          <w:rFonts w:cs="Shruti"/>
          <w:sz w:val="20"/>
          <w:szCs w:val="20"/>
          <w:cs/>
          <w:lang w:bidi="gu-IN"/>
        </w:rPr>
        <w:t>ખાતરનો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ખાડો</w:t>
      </w:r>
      <w:r w:rsidRPr="00C10A2A">
        <w:rPr>
          <w:sz w:val="20"/>
          <w:szCs w:val="20"/>
        </w:rPr>
        <w:t xml:space="preserve">) </w:t>
      </w:r>
      <w:r w:rsidRPr="00C10A2A">
        <w:rPr>
          <w:rFonts w:cs="Shruti"/>
          <w:sz w:val="20"/>
          <w:szCs w:val="20"/>
          <w:cs/>
          <w:lang w:bidi="gu-IN"/>
        </w:rPr>
        <w:t>બનાવવામાં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આવ્યો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છે</w:t>
      </w:r>
      <w:r w:rsidRPr="00C10A2A">
        <w:rPr>
          <w:sz w:val="20"/>
          <w:szCs w:val="20"/>
        </w:rPr>
        <w:t xml:space="preserve">. </w:t>
      </w:r>
      <w:r w:rsidRPr="00C10A2A">
        <w:rPr>
          <w:rFonts w:cs="Shruti"/>
          <w:sz w:val="20"/>
          <w:szCs w:val="20"/>
          <w:cs/>
          <w:lang w:bidi="gu-IN"/>
        </w:rPr>
        <w:t>રોજેરોજ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એકત્ર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થતો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ભીનો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કચરો</w:t>
      </w:r>
      <w:r w:rsidRPr="00C10A2A">
        <w:rPr>
          <w:sz w:val="20"/>
          <w:szCs w:val="20"/>
        </w:rPr>
        <w:t xml:space="preserve"> (</w:t>
      </w:r>
      <w:r w:rsidRPr="00C10A2A">
        <w:rPr>
          <w:rFonts w:cs="Shruti"/>
          <w:sz w:val="20"/>
          <w:szCs w:val="20"/>
          <w:cs/>
          <w:lang w:bidi="gu-IN"/>
        </w:rPr>
        <w:t>લીલી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ડસ્ટબિન</w:t>
      </w:r>
      <w:r w:rsidRPr="00C10A2A">
        <w:rPr>
          <w:sz w:val="20"/>
          <w:szCs w:val="20"/>
        </w:rPr>
        <w:t xml:space="preserve">) </w:t>
      </w:r>
      <w:r w:rsidRPr="00C10A2A">
        <w:rPr>
          <w:rFonts w:cs="Shruti"/>
          <w:sz w:val="20"/>
          <w:szCs w:val="20"/>
          <w:cs/>
          <w:lang w:bidi="gu-IN"/>
        </w:rPr>
        <w:t>આ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ખાડામાં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નાખવામાં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આવે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છે</w:t>
      </w:r>
      <w:r w:rsidRPr="00C10A2A">
        <w:rPr>
          <w:sz w:val="20"/>
          <w:szCs w:val="20"/>
        </w:rPr>
        <w:t xml:space="preserve">, </w:t>
      </w:r>
      <w:r w:rsidRPr="00C10A2A">
        <w:rPr>
          <w:rFonts w:cs="Shruti"/>
          <w:sz w:val="20"/>
          <w:szCs w:val="20"/>
          <w:cs/>
          <w:lang w:bidi="gu-IN"/>
        </w:rPr>
        <w:t>જેમાંથી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બનતું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સેન્દ્રીય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ખાતર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શાળાના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વૃક્ષો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અને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બગીચા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માટે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વપરાય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છે</w:t>
      </w:r>
      <w:r w:rsidRPr="00C10A2A">
        <w:rPr>
          <w:sz w:val="20"/>
          <w:szCs w:val="20"/>
        </w:rPr>
        <w:t>.</w:t>
      </w:r>
      <w:r w:rsidR="003E7E3B">
        <w:rPr>
          <w:sz w:val="20"/>
          <w:szCs w:val="20"/>
        </w:rPr>
        <w:t xml:space="preserve"> </w:t>
      </w:r>
      <w:r w:rsidR="003E7E3B" w:rsidRPr="003E7E3B">
        <w:rPr>
          <w:rFonts w:cs="Shruti" w:hint="cs"/>
          <w:b/>
          <w:bCs/>
          <w:sz w:val="24"/>
          <w:szCs w:val="24"/>
          <w:u w:val="single"/>
          <w:cs/>
          <w:lang w:bidi="gu-IN"/>
        </w:rPr>
        <w:t>હા કે ના</w:t>
      </w:r>
    </w:p>
    <w:p w14:paraId="62DA2F9E" w14:textId="77777777" w:rsidR="00C10A2A" w:rsidRPr="00C10A2A" w:rsidRDefault="00C10A2A" w:rsidP="00C10A2A">
      <w:pPr>
        <w:spacing w:line="240" w:lineRule="auto"/>
        <w:rPr>
          <w:sz w:val="20"/>
          <w:szCs w:val="20"/>
        </w:rPr>
      </w:pPr>
      <w:r w:rsidRPr="00C10A2A">
        <w:rPr>
          <w:rFonts w:cs="Shruti"/>
          <w:b/>
          <w:bCs/>
          <w:sz w:val="20"/>
          <w:szCs w:val="20"/>
          <w:cs/>
          <w:lang w:bidi="gu-IN"/>
        </w:rPr>
        <w:t>સૂકા</w:t>
      </w:r>
      <w:r w:rsidRPr="00C10A2A">
        <w:rPr>
          <w:b/>
          <w:sz w:val="20"/>
          <w:szCs w:val="20"/>
        </w:rPr>
        <w:t xml:space="preserve"> </w:t>
      </w:r>
      <w:r w:rsidRPr="00C10A2A">
        <w:rPr>
          <w:rFonts w:cs="Shruti"/>
          <w:b/>
          <w:bCs/>
          <w:sz w:val="20"/>
          <w:szCs w:val="20"/>
          <w:cs/>
          <w:lang w:bidi="gu-IN"/>
        </w:rPr>
        <w:t>કચરાનો</w:t>
      </w:r>
      <w:r w:rsidRPr="00C10A2A">
        <w:rPr>
          <w:b/>
          <w:sz w:val="20"/>
          <w:szCs w:val="20"/>
        </w:rPr>
        <w:t xml:space="preserve"> </w:t>
      </w:r>
      <w:r w:rsidRPr="00C10A2A">
        <w:rPr>
          <w:rFonts w:cs="Shruti"/>
          <w:b/>
          <w:bCs/>
          <w:sz w:val="20"/>
          <w:szCs w:val="20"/>
          <w:cs/>
          <w:lang w:bidi="gu-IN"/>
        </w:rPr>
        <w:t>નિકાલ</w:t>
      </w:r>
      <w:r w:rsidRPr="00C10A2A">
        <w:rPr>
          <w:b/>
          <w:sz w:val="20"/>
          <w:szCs w:val="20"/>
        </w:rPr>
        <w:t xml:space="preserve">: </w:t>
      </w:r>
      <w:r w:rsidRPr="00C10A2A">
        <w:rPr>
          <w:rFonts w:cs="Shruti"/>
          <w:sz w:val="20"/>
          <w:szCs w:val="20"/>
          <w:cs/>
          <w:lang w:bidi="gu-IN"/>
        </w:rPr>
        <w:t>કાગળ</w:t>
      </w:r>
      <w:r w:rsidRPr="00C10A2A">
        <w:rPr>
          <w:sz w:val="20"/>
          <w:szCs w:val="20"/>
        </w:rPr>
        <w:t xml:space="preserve">, </w:t>
      </w:r>
      <w:r w:rsidRPr="00C10A2A">
        <w:rPr>
          <w:rFonts w:cs="Shruti"/>
          <w:sz w:val="20"/>
          <w:szCs w:val="20"/>
          <w:cs/>
          <w:lang w:bidi="gu-IN"/>
        </w:rPr>
        <w:t>પૂંઠા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જેવા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રિસાયકલ</w:t>
      </w:r>
      <w:r w:rsidRPr="00C10A2A">
        <w:rPr>
          <w:sz w:val="20"/>
          <w:szCs w:val="20"/>
        </w:rPr>
        <w:t xml:space="preserve"> (Recycle) </w:t>
      </w:r>
      <w:r w:rsidRPr="00C10A2A">
        <w:rPr>
          <w:rFonts w:cs="Shruti"/>
          <w:sz w:val="20"/>
          <w:szCs w:val="20"/>
          <w:cs/>
          <w:lang w:bidi="gu-IN"/>
        </w:rPr>
        <w:t>થઈ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શકે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તેવા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સૂકા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કચરાને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ભેગો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કરી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પસ્તીવાળા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કે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ભંગારવાળાને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આપવામાં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આવે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છે</w:t>
      </w:r>
      <w:r w:rsidRPr="00C10A2A">
        <w:rPr>
          <w:sz w:val="20"/>
          <w:szCs w:val="20"/>
        </w:rPr>
        <w:t xml:space="preserve">, </w:t>
      </w:r>
      <w:r w:rsidRPr="00C10A2A">
        <w:rPr>
          <w:rFonts w:cs="Shruti"/>
          <w:sz w:val="20"/>
          <w:szCs w:val="20"/>
          <w:cs/>
          <w:lang w:bidi="gu-IN"/>
        </w:rPr>
        <w:t>જેમાંથી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થતી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આવકનો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ઉપયોગ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શાળા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વિકાસ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માટે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થાય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છે</w:t>
      </w:r>
      <w:r w:rsidRPr="00C10A2A">
        <w:rPr>
          <w:sz w:val="20"/>
          <w:szCs w:val="20"/>
        </w:rPr>
        <w:t>.</w:t>
      </w:r>
      <w:r w:rsidR="003E7E3B">
        <w:rPr>
          <w:rFonts w:cs="Shruti"/>
          <w:sz w:val="20"/>
          <w:szCs w:val="20"/>
          <w:cs/>
          <w:lang w:bidi="gu-IN"/>
        </w:rPr>
        <w:t>બાકી કચરાને સળગાવી નિકાલ કરવામા આવે છે.</w:t>
      </w:r>
    </w:p>
    <w:p w14:paraId="6761B090" w14:textId="77777777" w:rsidR="00C10A2A" w:rsidRPr="00C10A2A" w:rsidRDefault="00C10A2A" w:rsidP="00C10A2A">
      <w:pPr>
        <w:spacing w:line="240" w:lineRule="auto"/>
        <w:rPr>
          <w:sz w:val="20"/>
          <w:szCs w:val="20"/>
        </w:rPr>
      </w:pPr>
      <w:r w:rsidRPr="00C10A2A">
        <w:rPr>
          <w:rFonts w:cs="Shruti"/>
          <w:b/>
          <w:bCs/>
          <w:sz w:val="20"/>
          <w:szCs w:val="20"/>
          <w:cs/>
          <w:lang w:bidi="gu-IN"/>
        </w:rPr>
        <w:t>સિંગલ</w:t>
      </w:r>
      <w:r w:rsidRPr="00C10A2A">
        <w:rPr>
          <w:b/>
          <w:sz w:val="20"/>
          <w:szCs w:val="20"/>
        </w:rPr>
        <w:t xml:space="preserve"> </w:t>
      </w:r>
      <w:r w:rsidRPr="00C10A2A">
        <w:rPr>
          <w:rFonts w:cs="Shruti"/>
          <w:b/>
          <w:bCs/>
          <w:sz w:val="20"/>
          <w:szCs w:val="20"/>
          <w:cs/>
          <w:lang w:bidi="gu-IN"/>
        </w:rPr>
        <w:t>યુઝ</w:t>
      </w:r>
      <w:r w:rsidRPr="00C10A2A">
        <w:rPr>
          <w:b/>
          <w:sz w:val="20"/>
          <w:szCs w:val="20"/>
        </w:rPr>
        <w:t xml:space="preserve"> </w:t>
      </w:r>
      <w:r w:rsidRPr="00C10A2A">
        <w:rPr>
          <w:rFonts w:cs="Shruti"/>
          <w:b/>
          <w:bCs/>
          <w:sz w:val="20"/>
          <w:szCs w:val="20"/>
          <w:cs/>
          <w:lang w:bidi="gu-IN"/>
        </w:rPr>
        <w:t>પ્લાસ્ટિક</w:t>
      </w:r>
      <w:r w:rsidRPr="00C10A2A">
        <w:rPr>
          <w:b/>
          <w:sz w:val="20"/>
          <w:szCs w:val="20"/>
        </w:rPr>
        <w:t xml:space="preserve"> </w:t>
      </w:r>
      <w:r w:rsidRPr="00C10A2A">
        <w:rPr>
          <w:rFonts w:cs="Shruti"/>
          <w:b/>
          <w:bCs/>
          <w:sz w:val="20"/>
          <w:szCs w:val="20"/>
          <w:cs/>
          <w:lang w:bidi="gu-IN"/>
        </w:rPr>
        <w:t>પર</w:t>
      </w:r>
      <w:r w:rsidRPr="00C10A2A">
        <w:rPr>
          <w:b/>
          <w:sz w:val="20"/>
          <w:szCs w:val="20"/>
        </w:rPr>
        <w:t xml:space="preserve"> </w:t>
      </w:r>
      <w:r w:rsidRPr="00C10A2A">
        <w:rPr>
          <w:rFonts w:cs="Shruti"/>
          <w:b/>
          <w:bCs/>
          <w:sz w:val="20"/>
          <w:szCs w:val="20"/>
          <w:cs/>
          <w:lang w:bidi="gu-IN"/>
        </w:rPr>
        <w:t>પ્રતિબંધ</w:t>
      </w:r>
      <w:r w:rsidRPr="00C10A2A">
        <w:rPr>
          <w:b/>
          <w:sz w:val="20"/>
          <w:szCs w:val="20"/>
        </w:rPr>
        <w:t xml:space="preserve">: </w:t>
      </w:r>
      <w:r w:rsidRPr="00C10A2A">
        <w:rPr>
          <w:rFonts w:cs="Shruti"/>
          <w:sz w:val="20"/>
          <w:szCs w:val="20"/>
          <w:cs/>
          <w:lang w:bidi="gu-IN"/>
        </w:rPr>
        <w:t>શાળા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કેમ્પસમાં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સિંગલ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યુઝ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પ્લાસ્ટિક</w:t>
      </w:r>
      <w:r w:rsidRPr="00C10A2A">
        <w:rPr>
          <w:sz w:val="20"/>
          <w:szCs w:val="20"/>
        </w:rPr>
        <w:t xml:space="preserve"> (Single-use plastic) </w:t>
      </w:r>
      <w:r w:rsidRPr="00C10A2A">
        <w:rPr>
          <w:rFonts w:cs="Shruti"/>
          <w:sz w:val="20"/>
          <w:szCs w:val="20"/>
          <w:cs/>
          <w:lang w:bidi="gu-IN"/>
        </w:rPr>
        <w:t>ના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ઉપયોગ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પર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સંપૂર્ણ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પ્રતિબંધ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મૂકવામાં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આવ્યો</w:t>
      </w:r>
      <w:r w:rsidRPr="00C10A2A">
        <w:rPr>
          <w:sz w:val="20"/>
          <w:szCs w:val="20"/>
        </w:rPr>
        <w:t xml:space="preserve"> </w:t>
      </w:r>
      <w:r w:rsidRPr="00C10A2A">
        <w:rPr>
          <w:rFonts w:cs="Shruti"/>
          <w:sz w:val="20"/>
          <w:szCs w:val="20"/>
          <w:cs/>
          <w:lang w:bidi="gu-IN"/>
        </w:rPr>
        <w:t>છે</w:t>
      </w:r>
      <w:r w:rsidRPr="00C10A2A">
        <w:rPr>
          <w:sz w:val="20"/>
          <w:szCs w:val="20"/>
        </w:rPr>
        <w:t>.</w:t>
      </w:r>
    </w:p>
    <w:p w14:paraId="29BF814B" w14:textId="77777777" w:rsidR="00C10A2A" w:rsidRPr="00C10A2A" w:rsidRDefault="00C10A2A" w:rsidP="00C10A2A">
      <w:pPr>
        <w:spacing w:line="240" w:lineRule="auto"/>
        <w:rPr>
          <w:sz w:val="20"/>
          <w:szCs w:val="20"/>
        </w:rPr>
      </w:pPr>
      <w:r w:rsidRPr="00C10A2A">
        <w:rPr>
          <w:rFonts w:cs="Shruti"/>
          <w:b/>
          <w:bCs/>
          <w:sz w:val="20"/>
          <w:szCs w:val="20"/>
          <w:cs/>
          <w:lang w:bidi="gu-IN"/>
        </w:rPr>
        <w:t>નિષ્કર્ષ</w:t>
      </w:r>
      <w:r w:rsidRPr="00C10A2A">
        <w:rPr>
          <w:b/>
          <w:sz w:val="20"/>
          <w:szCs w:val="20"/>
        </w:rPr>
        <w:t xml:space="preserve">: </w:t>
      </w:r>
      <w:r w:rsidRPr="00C10A2A">
        <w:rPr>
          <w:rFonts w:cs="Shruti"/>
          <w:b/>
          <w:bCs/>
          <w:sz w:val="20"/>
          <w:szCs w:val="20"/>
          <w:cs/>
          <w:lang w:bidi="gu-IN"/>
        </w:rPr>
        <w:t>કચરાના</w:t>
      </w:r>
      <w:r w:rsidRPr="00C10A2A">
        <w:rPr>
          <w:b/>
          <w:sz w:val="20"/>
          <w:szCs w:val="20"/>
        </w:rPr>
        <w:t xml:space="preserve"> </w:t>
      </w:r>
      <w:r w:rsidRPr="00C10A2A">
        <w:rPr>
          <w:rFonts w:cs="Shruti"/>
          <w:b/>
          <w:bCs/>
          <w:sz w:val="20"/>
          <w:szCs w:val="20"/>
          <w:cs/>
          <w:lang w:bidi="gu-IN"/>
        </w:rPr>
        <w:t>યોગ્ય</w:t>
      </w:r>
      <w:r w:rsidRPr="00C10A2A">
        <w:rPr>
          <w:b/>
          <w:sz w:val="20"/>
          <w:szCs w:val="20"/>
        </w:rPr>
        <w:t xml:space="preserve"> </w:t>
      </w:r>
      <w:r w:rsidRPr="00C10A2A">
        <w:rPr>
          <w:rFonts w:cs="Shruti"/>
          <w:b/>
          <w:bCs/>
          <w:sz w:val="20"/>
          <w:szCs w:val="20"/>
          <w:cs/>
          <w:lang w:bidi="gu-IN"/>
        </w:rPr>
        <w:t>વ્યવસ્થાપનથી</w:t>
      </w:r>
      <w:r w:rsidRPr="00C10A2A">
        <w:rPr>
          <w:b/>
          <w:sz w:val="20"/>
          <w:szCs w:val="20"/>
        </w:rPr>
        <w:t xml:space="preserve"> </w:t>
      </w:r>
      <w:r w:rsidRPr="00C10A2A">
        <w:rPr>
          <w:rFonts w:cs="Shruti"/>
          <w:b/>
          <w:bCs/>
          <w:sz w:val="20"/>
          <w:szCs w:val="20"/>
          <w:cs/>
          <w:lang w:bidi="gu-IN"/>
        </w:rPr>
        <w:t>શાળા</w:t>
      </w:r>
      <w:r w:rsidRPr="00C10A2A">
        <w:rPr>
          <w:b/>
          <w:sz w:val="20"/>
          <w:szCs w:val="20"/>
        </w:rPr>
        <w:t xml:space="preserve"> </w:t>
      </w:r>
      <w:r w:rsidRPr="00C10A2A">
        <w:rPr>
          <w:rFonts w:cs="Shruti"/>
          <w:b/>
          <w:bCs/>
          <w:sz w:val="20"/>
          <w:szCs w:val="20"/>
          <w:cs/>
          <w:lang w:bidi="gu-IN"/>
        </w:rPr>
        <w:t>પરિસર</w:t>
      </w:r>
      <w:r w:rsidRPr="00C10A2A">
        <w:rPr>
          <w:b/>
          <w:sz w:val="20"/>
          <w:szCs w:val="20"/>
        </w:rPr>
        <w:t xml:space="preserve"> </w:t>
      </w:r>
      <w:r w:rsidRPr="00C10A2A">
        <w:rPr>
          <w:rFonts w:cs="Shruti"/>
          <w:b/>
          <w:bCs/>
          <w:sz w:val="20"/>
          <w:szCs w:val="20"/>
          <w:cs/>
          <w:lang w:bidi="gu-IN"/>
        </w:rPr>
        <w:t>સંપૂર્ણ</w:t>
      </w:r>
      <w:r w:rsidRPr="00C10A2A">
        <w:rPr>
          <w:b/>
          <w:sz w:val="20"/>
          <w:szCs w:val="20"/>
        </w:rPr>
        <w:t xml:space="preserve"> </w:t>
      </w:r>
      <w:r w:rsidRPr="00C10A2A">
        <w:rPr>
          <w:rFonts w:cs="Shruti"/>
          <w:b/>
          <w:bCs/>
          <w:sz w:val="20"/>
          <w:szCs w:val="20"/>
          <w:cs/>
          <w:lang w:bidi="gu-IN"/>
        </w:rPr>
        <w:t>સ્વચ્છ</w:t>
      </w:r>
      <w:r w:rsidRPr="00C10A2A">
        <w:rPr>
          <w:b/>
          <w:sz w:val="20"/>
          <w:szCs w:val="20"/>
        </w:rPr>
        <w:t xml:space="preserve"> </w:t>
      </w:r>
      <w:r w:rsidRPr="00C10A2A">
        <w:rPr>
          <w:rFonts w:cs="Shruti"/>
          <w:b/>
          <w:bCs/>
          <w:sz w:val="20"/>
          <w:szCs w:val="20"/>
          <w:cs/>
          <w:lang w:bidi="gu-IN"/>
        </w:rPr>
        <w:t>રહે</w:t>
      </w:r>
      <w:r w:rsidRPr="00C10A2A">
        <w:rPr>
          <w:b/>
          <w:sz w:val="20"/>
          <w:szCs w:val="20"/>
        </w:rPr>
        <w:t xml:space="preserve"> </w:t>
      </w:r>
      <w:r w:rsidRPr="00C10A2A">
        <w:rPr>
          <w:rFonts w:cs="Shruti"/>
          <w:b/>
          <w:bCs/>
          <w:sz w:val="20"/>
          <w:szCs w:val="20"/>
          <w:cs/>
          <w:lang w:bidi="gu-IN"/>
        </w:rPr>
        <w:t>છે</w:t>
      </w:r>
      <w:r w:rsidRPr="00C10A2A">
        <w:rPr>
          <w:b/>
          <w:sz w:val="20"/>
          <w:szCs w:val="20"/>
        </w:rPr>
        <w:t xml:space="preserve">. </w:t>
      </w:r>
      <w:r w:rsidRPr="00C10A2A">
        <w:rPr>
          <w:rFonts w:cs="Shruti"/>
          <w:b/>
          <w:bCs/>
          <w:sz w:val="20"/>
          <w:szCs w:val="20"/>
          <w:cs/>
          <w:lang w:bidi="gu-IN"/>
        </w:rPr>
        <w:t>ઉપરાંત</w:t>
      </w:r>
      <w:r w:rsidRPr="00C10A2A">
        <w:rPr>
          <w:b/>
          <w:sz w:val="20"/>
          <w:szCs w:val="20"/>
        </w:rPr>
        <w:t xml:space="preserve">, </w:t>
      </w:r>
      <w:r w:rsidRPr="00C10A2A">
        <w:rPr>
          <w:rFonts w:cs="Shruti"/>
          <w:b/>
          <w:bCs/>
          <w:sz w:val="20"/>
          <w:szCs w:val="20"/>
          <w:cs/>
          <w:lang w:bidi="gu-IN"/>
        </w:rPr>
        <w:t>વિદ્યાર્થીઓમાં</w:t>
      </w:r>
      <w:r w:rsidRPr="00C10A2A">
        <w:rPr>
          <w:b/>
          <w:sz w:val="20"/>
          <w:szCs w:val="20"/>
        </w:rPr>
        <w:t xml:space="preserve"> "Reduce, Reuse, Recycle (3R)" </w:t>
      </w:r>
      <w:r w:rsidRPr="00C10A2A">
        <w:rPr>
          <w:rFonts w:cs="Shruti"/>
          <w:b/>
          <w:bCs/>
          <w:sz w:val="20"/>
          <w:szCs w:val="20"/>
          <w:cs/>
          <w:lang w:bidi="gu-IN"/>
        </w:rPr>
        <w:t>ની</w:t>
      </w:r>
      <w:r w:rsidRPr="00C10A2A">
        <w:rPr>
          <w:b/>
          <w:sz w:val="20"/>
          <w:szCs w:val="20"/>
        </w:rPr>
        <w:t xml:space="preserve"> </w:t>
      </w:r>
      <w:r w:rsidRPr="00C10A2A">
        <w:rPr>
          <w:rFonts w:cs="Shruti"/>
          <w:b/>
          <w:bCs/>
          <w:sz w:val="20"/>
          <w:szCs w:val="20"/>
          <w:cs/>
          <w:lang w:bidi="gu-IN"/>
        </w:rPr>
        <w:t>સમજ</w:t>
      </w:r>
      <w:r w:rsidRPr="00C10A2A">
        <w:rPr>
          <w:b/>
          <w:sz w:val="20"/>
          <w:szCs w:val="20"/>
        </w:rPr>
        <w:t xml:space="preserve"> </w:t>
      </w:r>
      <w:r w:rsidRPr="00C10A2A">
        <w:rPr>
          <w:rFonts w:cs="Shruti"/>
          <w:b/>
          <w:bCs/>
          <w:sz w:val="20"/>
          <w:szCs w:val="20"/>
          <w:cs/>
          <w:lang w:bidi="gu-IN"/>
        </w:rPr>
        <w:t>વિકસી</w:t>
      </w:r>
      <w:r w:rsidRPr="00C10A2A">
        <w:rPr>
          <w:b/>
          <w:sz w:val="20"/>
          <w:szCs w:val="20"/>
        </w:rPr>
        <w:t xml:space="preserve"> </w:t>
      </w:r>
      <w:r w:rsidRPr="00C10A2A">
        <w:rPr>
          <w:rFonts w:cs="Shruti"/>
          <w:b/>
          <w:bCs/>
          <w:sz w:val="20"/>
          <w:szCs w:val="20"/>
          <w:cs/>
          <w:lang w:bidi="gu-IN"/>
        </w:rPr>
        <w:t>છે</w:t>
      </w:r>
      <w:r w:rsidRPr="00C10A2A">
        <w:rPr>
          <w:b/>
          <w:sz w:val="20"/>
          <w:szCs w:val="20"/>
        </w:rPr>
        <w:t xml:space="preserve"> </w:t>
      </w:r>
      <w:r w:rsidRPr="00C10A2A">
        <w:rPr>
          <w:rFonts w:cs="Shruti"/>
          <w:b/>
          <w:bCs/>
          <w:sz w:val="20"/>
          <w:szCs w:val="20"/>
          <w:cs/>
          <w:lang w:bidi="gu-IN"/>
        </w:rPr>
        <w:t>અને</w:t>
      </w:r>
      <w:r w:rsidRPr="00C10A2A">
        <w:rPr>
          <w:b/>
          <w:sz w:val="20"/>
          <w:szCs w:val="20"/>
        </w:rPr>
        <w:t xml:space="preserve"> </w:t>
      </w:r>
      <w:r w:rsidRPr="00C10A2A">
        <w:rPr>
          <w:rFonts w:cs="Shruti"/>
          <w:b/>
          <w:bCs/>
          <w:sz w:val="20"/>
          <w:szCs w:val="20"/>
          <w:cs/>
          <w:lang w:bidi="gu-IN"/>
        </w:rPr>
        <w:t>પર્યાવરણ</w:t>
      </w:r>
      <w:r w:rsidRPr="00C10A2A">
        <w:rPr>
          <w:b/>
          <w:sz w:val="20"/>
          <w:szCs w:val="20"/>
        </w:rPr>
        <w:t xml:space="preserve"> </w:t>
      </w:r>
      <w:r w:rsidRPr="00C10A2A">
        <w:rPr>
          <w:rFonts w:cs="Shruti"/>
          <w:b/>
          <w:bCs/>
          <w:sz w:val="20"/>
          <w:szCs w:val="20"/>
          <w:cs/>
          <w:lang w:bidi="gu-IN"/>
        </w:rPr>
        <w:t>પ્રત્યે</w:t>
      </w:r>
      <w:r w:rsidRPr="00C10A2A">
        <w:rPr>
          <w:b/>
          <w:sz w:val="20"/>
          <w:szCs w:val="20"/>
        </w:rPr>
        <w:t xml:space="preserve"> </w:t>
      </w:r>
      <w:r w:rsidRPr="00C10A2A">
        <w:rPr>
          <w:rFonts w:cs="Shruti"/>
          <w:b/>
          <w:bCs/>
          <w:sz w:val="20"/>
          <w:szCs w:val="20"/>
          <w:cs/>
          <w:lang w:bidi="gu-IN"/>
        </w:rPr>
        <w:t>જાગૃતિ</w:t>
      </w:r>
      <w:r w:rsidRPr="00C10A2A">
        <w:rPr>
          <w:b/>
          <w:sz w:val="20"/>
          <w:szCs w:val="20"/>
        </w:rPr>
        <w:t xml:space="preserve"> </w:t>
      </w:r>
      <w:r w:rsidRPr="00C10A2A">
        <w:rPr>
          <w:rFonts w:cs="Shruti"/>
          <w:b/>
          <w:bCs/>
          <w:sz w:val="20"/>
          <w:szCs w:val="20"/>
          <w:cs/>
          <w:lang w:bidi="gu-IN"/>
        </w:rPr>
        <w:t>આવી</w:t>
      </w:r>
      <w:r w:rsidRPr="00C10A2A">
        <w:rPr>
          <w:b/>
          <w:sz w:val="20"/>
          <w:szCs w:val="20"/>
        </w:rPr>
        <w:t xml:space="preserve"> </w:t>
      </w:r>
      <w:r w:rsidRPr="00C10A2A">
        <w:rPr>
          <w:rFonts w:cs="Shruti"/>
          <w:b/>
          <w:bCs/>
          <w:sz w:val="20"/>
          <w:szCs w:val="20"/>
          <w:cs/>
          <w:lang w:bidi="gu-IN"/>
        </w:rPr>
        <w:t>છે</w:t>
      </w:r>
      <w:r w:rsidRPr="00C10A2A">
        <w:rPr>
          <w:b/>
          <w:sz w:val="20"/>
          <w:szCs w:val="20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C10A2A" w:rsidRPr="00C10A2A" w14:paraId="216C7976" w14:textId="77777777" w:rsidTr="007206F2">
        <w:tc>
          <w:tcPr>
            <w:tcW w:w="4320" w:type="dxa"/>
          </w:tcPr>
          <w:p w14:paraId="32CFF330" w14:textId="3D5B1B34" w:rsidR="00C10A2A" w:rsidRPr="00C10A2A" w:rsidRDefault="00C10A2A" w:rsidP="00C10A2A">
            <w:pPr>
              <w:spacing w:line="240" w:lineRule="auto"/>
              <w:rPr>
                <w:sz w:val="20"/>
                <w:szCs w:val="20"/>
              </w:rPr>
            </w:pPr>
            <w:r w:rsidRPr="00C10A2A">
              <w:rPr>
                <w:rFonts w:cs="Shruti"/>
                <w:sz w:val="20"/>
                <w:szCs w:val="20"/>
                <w:cs/>
                <w:lang w:bidi="gu-IN"/>
              </w:rPr>
              <w:t>સ્થળ</w:t>
            </w:r>
            <w:r w:rsidRPr="00C10A2A">
              <w:rPr>
                <w:sz w:val="20"/>
                <w:szCs w:val="20"/>
              </w:rPr>
              <w:t>:</w:t>
            </w:r>
            <w:r w:rsidR="00B36C4E">
              <w:rPr>
                <w:rFonts w:cs="Shruti" w:hint="cs"/>
                <w:cs/>
                <w:lang w:bidi="gu-IN"/>
              </w:rPr>
              <w:t xml:space="preserve"> </w:t>
            </w:r>
            <w:r w:rsidR="008E13CA">
              <w:rPr>
                <w:rFonts w:cs="Shruti" w:hint="cs"/>
                <w:cs/>
                <w:lang w:bidi="gu-IN"/>
              </w:rPr>
              <w:t xml:space="preserve">ઢાંકણ્રીયાવાસ પ્રાથમિક શાળા </w:t>
            </w:r>
            <w:r w:rsidRPr="00C10A2A">
              <w:rPr>
                <w:sz w:val="20"/>
                <w:szCs w:val="20"/>
              </w:rPr>
              <w:br/>
            </w:r>
            <w:r w:rsidRPr="00A052A9">
              <w:rPr>
                <w:rFonts w:cs="Shruti"/>
                <w:sz w:val="20"/>
                <w:szCs w:val="20"/>
                <w:cs/>
                <w:lang w:bidi="gu-IN"/>
              </w:rPr>
              <w:t>તારીખ</w:t>
            </w:r>
            <w:r w:rsidRPr="00A052A9">
              <w:rPr>
                <w:sz w:val="20"/>
                <w:szCs w:val="20"/>
              </w:rPr>
              <w:t xml:space="preserve">:       </w:t>
            </w:r>
            <w:r w:rsidR="008E13CA">
              <w:rPr>
                <w:sz w:val="20"/>
                <w:szCs w:val="20"/>
              </w:rPr>
              <w:t>21/08/2026</w:t>
            </w:r>
          </w:p>
        </w:tc>
        <w:tc>
          <w:tcPr>
            <w:tcW w:w="4320" w:type="dxa"/>
          </w:tcPr>
          <w:p w14:paraId="6EB14337" w14:textId="77777777" w:rsidR="00C10A2A" w:rsidRPr="00C10A2A" w:rsidRDefault="00C10A2A" w:rsidP="00C10A2A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10A2A">
              <w:rPr>
                <w:rFonts w:cs="Shruti"/>
                <w:sz w:val="20"/>
                <w:szCs w:val="20"/>
                <w:cs/>
                <w:lang w:bidi="gu-IN"/>
              </w:rPr>
              <w:t>આચાર્યશ્રીની</w:t>
            </w:r>
            <w:r w:rsidRPr="00C10A2A">
              <w:rPr>
                <w:sz w:val="20"/>
                <w:szCs w:val="20"/>
              </w:rPr>
              <w:t xml:space="preserve"> </w:t>
            </w:r>
            <w:r w:rsidRPr="00C10A2A">
              <w:rPr>
                <w:rFonts w:cs="Shruti"/>
                <w:sz w:val="20"/>
                <w:szCs w:val="20"/>
                <w:cs/>
                <w:lang w:bidi="gu-IN"/>
              </w:rPr>
              <w:t>સહી</w:t>
            </w:r>
            <w:r w:rsidRPr="00C10A2A">
              <w:rPr>
                <w:sz w:val="20"/>
                <w:szCs w:val="20"/>
              </w:rPr>
              <w:t xml:space="preserve"> </w:t>
            </w:r>
            <w:r w:rsidRPr="00C10A2A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C10A2A">
              <w:rPr>
                <w:sz w:val="20"/>
                <w:szCs w:val="20"/>
              </w:rPr>
              <w:t xml:space="preserve"> </w:t>
            </w:r>
            <w:r w:rsidRPr="00C10A2A">
              <w:rPr>
                <w:rFonts w:cs="Shruti"/>
                <w:sz w:val="20"/>
                <w:szCs w:val="20"/>
                <w:cs/>
                <w:lang w:bidi="gu-IN"/>
              </w:rPr>
              <w:t>સિક્કો</w:t>
            </w:r>
            <w:r w:rsidRPr="00C10A2A">
              <w:rPr>
                <w:sz w:val="20"/>
                <w:szCs w:val="20"/>
              </w:rPr>
              <w:br/>
            </w:r>
            <w:r w:rsidRPr="00C10A2A">
              <w:rPr>
                <w:sz w:val="20"/>
                <w:szCs w:val="20"/>
              </w:rPr>
              <w:br/>
              <w:t>______________________</w:t>
            </w:r>
          </w:p>
        </w:tc>
      </w:tr>
    </w:tbl>
    <w:p w14:paraId="597C6DAC" w14:textId="77777777" w:rsidR="00C10A2A" w:rsidRDefault="00C10A2A" w:rsidP="00C10A2A">
      <w:pPr>
        <w:spacing w:line="240" w:lineRule="auto"/>
        <w:rPr>
          <w:rFonts w:cs="Shruti"/>
          <w:sz w:val="20"/>
          <w:szCs w:val="20"/>
          <w:lang w:bidi="gu-IN"/>
        </w:rPr>
      </w:pPr>
    </w:p>
    <w:p w14:paraId="5763FD41" w14:textId="727E83D9" w:rsidR="00B36C4E" w:rsidRDefault="002546D1" w:rsidP="00521B9B">
      <w:pPr>
        <w:spacing w:after="0" w:line="240" w:lineRule="auto"/>
        <w:rPr>
          <w:rFonts w:cs="Shruti"/>
          <w:b/>
          <w:u w:val="single"/>
          <w:lang w:val="en-IN" w:bidi="gu-IN"/>
        </w:rPr>
      </w:pPr>
      <w:r>
        <w:rPr>
          <w:rFonts w:cs="Shruti" w:hint="cs"/>
          <w:sz w:val="28"/>
          <w:szCs w:val="28"/>
          <w:u w:val="single"/>
          <w:cs/>
          <w:lang w:bidi="gu-IN"/>
        </w:rPr>
        <w:lastRenderedPageBreak/>
        <w:t>ઢાંકણ્રીયાવાસ પ્રાથમિક શાળા તા- લાખણી જિલ્લો - વાવ-થરાદ ડાયસ કોડ: 24021300207</w:t>
      </w:r>
    </w:p>
    <w:p w14:paraId="00AB8987" w14:textId="77777777" w:rsidR="007206F2" w:rsidRDefault="007206F2" w:rsidP="007206F2">
      <w:pPr>
        <w:pStyle w:val="Heading1"/>
      </w:pPr>
      <w:r>
        <w:rPr>
          <w:rFonts w:cs="Shruti"/>
          <w:cs/>
          <w:lang w:bidi="gu-IN"/>
        </w:rPr>
        <w:t>વિદ્યાર્થીઓના</w:t>
      </w:r>
      <w:r>
        <w:t xml:space="preserve"> </w:t>
      </w:r>
      <w:r>
        <w:rPr>
          <w:rFonts w:cs="Shruti"/>
          <w:cs/>
          <w:lang w:bidi="gu-IN"/>
        </w:rPr>
        <w:t>વાર્ષિક</w:t>
      </w:r>
      <w:r>
        <w:t xml:space="preserve"> </w:t>
      </w:r>
      <w:r>
        <w:rPr>
          <w:rFonts w:cs="Shruti"/>
          <w:cs/>
          <w:lang w:bidi="gu-IN"/>
        </w:rPr>
        <w:t>આરોગ્ય</w:t>
      </w:r>
      <w:r>
        <w:t xml:space="preserve"> </w:t>
      </w:r>
      <w:r>
        <w:rPr>
          <w:rFonts w:cs="Shruti"/>
          <w:cs/>
          <w:lang w:bidi="gu-IN"/>
        </w:rPr>
        <w:t>તપાસ</w:t>
      </w:r>
      <w:r>
        <w:t xml:space="preserve"> (Health Check-up) </w:t>
      </w:r>
      <w:r>
        <w:rPr>
          <w:rFonts w:cs="Shruti"/>
          <w:cs/>
          <w:lang w:bidi="gu-IN"/>
        </w:rPr>
        <w:t>નો</w:t>
      </w:r>
      <w:r>
        <w:t xml:space="preserve"> </w:t>
      </w:r>
      <w:r>
        <w:rPr>
          <w:rFonts w:cs="Shruti"/>
          <w:cs/>
          <w:lang w:bidi="gu-IN"/>
        </w:rPr>
        <w:t>અહેવાલ</w:t>
      </w:r>
      <w:r>
        <w:br/>
      </w:r>
      <w:r>
        <w:rPr>
          <w:rFonts w:cs="Shruti"/>
          <w:cs/>
          <w:lang w:bidi="gu-IN"/>
        </w:rPr>
        <w:t>પ્રસ્તાવના</w:t>
      </w:r>
      <w:r>
        <w:t>:</w:t>
      </w:r>
    </w:p>
    <w:p w14:paraId="4FC7B89D" w14:textId="5F924BE6" w:rsidR="007206F2" w:rsidRPr="007206F2" w:rsidRDefault="007206F2" w:rsidP="007206F2">
      <w:pPr>
        <w:spacing w:after="0" w:line="240" w:lineRule="auto"/>
        <w:rPr>
          <w:rFonts w:cs="Shruti"/>
          <w:sz w:val="20"/>
          <w:szCs w:val="20"/>
          <w:lang w:bidi="gu-IN"/>
        </w:rPr>
      </w:pPr>
      <w:r w:rsidRPr="007206F2">
        <w:rPr>
          <w:rFonts w:cs="Shruti"/>
          <w:sz w:val="20"/>
          <w:szCs w:val="20"/>
          <w:cs/>
          <w:lang w:bidi="gu-IN"/>
        </w:rPr>
        <w:t>ગુણોત્સવ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૨</w:t>
      </w:r>
      <w:r w:rsidRPr="007206F2">
        <w:rPr>
          <w:sz w:val="20"/>
          <w:szCs w:val="20"/>
        </w:rPr>
        <w:t>.</w:t>
      </w:r>
      <w:r w:rsidRPr="007206F2">
        <w:rPr>
          <w:rFonts w:cs="Shruti"/>
          <w:sz w:val="20"/>
          <w:szCs w:val="20"/>
          <w:cs/>
          <w:lang w:bidi="gu-IN"/>
        </w:rPr>
        <w:t>૦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ના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માપદંડો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અને</w:t>
      </w:r>
      <w:r w:rsidRPr="007206F2">
        <w:rPr>
          <w:sz w:val="20"/>
          <w:szCs w:val="20"/>
        </w:rPr>
        <w:t xml:space="preserve"> "</w:t>
      </w:r>
      <w:r w:rsidRPr="007206F2">
        <w:rPr>
          <w:rFonts w:cs="Shruti"/>
          <w:sz w:val="20"/>
          <w:szCs w:val="20"/>
          <w:cs/>
          <w:lang w:bidi="gu-IN"/>
        </w:rPr>
        <w:t>રાષ્ટ્રીય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બાળ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સ્વાસ્થ્ય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કાર્યક્રમ</w:t>
      </w:r>
      <w:r w:rsidRPr="007206F2">
        <w:rPr>
          <w:sz w:val="20"/>
          <w:szCs w:val="20"/>
        </w:rPr>
        <w:t xml:space="preserve">" (RBSK) </w:t>
      </w:r>
      <w:r w:rsidRPr="007206F2">
        <w:rPr>
          <w:rFonts w:cs="Shruti"/>
          <w:sz w:val="20"/>
          <w:szCs w:val="20"/>
          <w:cs/>
          <w:lang w:bidi="gu-IN"/>
        </w:rPr>
        <w:t>અંતર્ગત</w:t>
      </w:r>
      <w:r w:rsidRPr="007206F2">
        <w:rPr>
          <w:sz w:val="20"/>
          <w:szCs w:val="20"/>
        </w:rPr>
        <w:t xml:space="preserve"> </w:t>
      </w:r>
      <w:r w:rsidR="008E13CA">
        <w:rPr>
          <w:rFonts w:cs="Shruti" w:hint="cs"/>
          <w:cs/>
          <w:lang w:bidi="gu-IN"/>
        </w:rPr>
        <w:t xml:space="preserve">ઢાંકણ્રીયાવાસ પ્રાથમિક શાળા </w:t>
      </w:r>
      <w:r w:rsidRPr="007206F2">
        <w:rPr>
          <w:rFonts w:cs="Shruti"/>
          <w:sz w:val="20"/>
          <w:szCs w:val="20"/>
          <w:cs/>
          <w:lang w:bidi="gu-IN"/>
        </w:rPr>
        <w:t>માં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વિદ્યાર્થીઓની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શારીરિક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અને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માનસિક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સુખાકારી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માટે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વાર્ષિક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આરોગ્ય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તપાસણી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કેમ્પનું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આયોજન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કરવામાં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આવ્યું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હતું</w:t>
      </w:r>
      <w:r w:rsidRPr="007206F2">
        <w:rPr>
          <w:sz w:val="20"/>
          <w:szCs w:val="20"/>
        </w:rPr>
        <w:t xml:space="preserve">. </w:t>
      </w:r>
      <w:r w:rsidRPr="007206F2">
        <w:rPr>
          <w:rFonts w:cs="Shruti"/>
          <w:sz w:val="20"/>
          <w:szCs w:val="20"/>
          <w:cs/>
          <w:lang w:bidi="gu-IN"/>
        </w:rPr>
        <w:t>આ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અહેવાલ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આરોગ્ય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તપાસના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તારણો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અને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શાળા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દ્વારા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લેવાયેલ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ફોલો</w:t>
      </w:r>
      <w:r w:rsidRPr="007206F2">
        <w:rPr>
          <w:sz w:val="20"/>
          <w:szCs w:val="20"/>
        </w:rPr>
        <w:t>-</w:t>
      </w:r>
      <w:r w:rsidRPr="007206F2">
        <w:rPr>
          <w:rFonts w:cs="Shruti"/>
          <w:sz w:val="20"/>
          <w:szCs w:val="20"/>
          <w:cs/>
          <w:lang w:bidi="gu-IN"/>
        </w:rPr>
        <w:t>અપની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વિગતો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રજૂ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કરે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છે</w:t>
      </w:r>
      <w:r w:rsidRPr="007206F2">
        <w:rPr>
          <w:sz w:val="20"/>
          <w:szCs w:val="20"/>
        </w:rPr>
        <w:t>.</w:t>
      </w:r>
    </w:p>
    <w:p w14:paraId="3C023E32" w14:textId="77777777" w:rsidR="007206F2" w:rsidRPr="007206F2" w:rsidRDefault="007206F2" w:rsidP="007206F2">
      <w:pPr>
        <w:pStyle w:val="Heading2"/>
        <w:spacing w:line="240" w:lineRule="auto"/>
        <w:rPr>
          <w:sz w:val="20"/>
          <w:szCs w:val="20"/>
        </w:rPr>
      </w:pPr>
      <w:r w:rsidRPr="007206F2">
        <w:rPr>
          <w:rFonts w:cs="Shruti"/>
          <w:sz w:val="20"/>
          <w:szCs w:val="20"/>
          <w:cs/>
          <w:lang w:bidi="gu-IN"/>
        </w:rPr>
        <w:t>૧</w:t>
      </w:r>
      <w:r w:rsidRPr="007206F2">
        <w:rPr>
          <w:sz w:val="20"/>
          <w:szCs w:val="20"/>
        </w:rPr>
        <w:t xml:space="preserve">. </w:t>
      </w:r>
      <w:r w:rsidRPr="007206F2">
        <w:rPr>
          <w:rFonts w:cs="Shruti"/>
          <w:sz w:val="20"/>
          <w:szCs w:val="20"/>
          <w:cs/>
          <w:lang w:bidi="gu-IN"/>
        </w:rPr>
        <w:t>આરોગ્ય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તપાસણી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કેમ્પની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પ્રાથમિક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વિગતો</w:t>
      </w:r>
      <w:r w:rsidRPr="007206F2">
        <w:rPr>
          <w:sz w:val="20"/>
          <w:szCs w:val="20"/>
        </w:rPr>
        <w:t>:</w:t>
      </w:r>
    </w:p>
    <w:p w14:paraId="3D18DD54" w14:textId="77777777" w:rsidR="007206F2" w:rsidRPr="007206F2" w:rsidRDefault="007206F2" w:rsidP="007206F2">
      <w:pPr>
        <w:pStyle w:val="ListBullet"/>
        <w:spacing w:after="0" w:line="240" w:lineRule="auto"/>
        <w:rPr>
          <w:sz w:val="20"/>
          <w:szCs w:val="20"/>
        </w:rPr>
      </w:pPr>
      <w:r w:rsidRPr="007206F2">
        <w:rPr>
          <w:rFonts w:cs="Shruti"/>
          <w:sz w:val="20"/>
          <w:szCs w:val="20"/>
          <w:cs/>
          <w:lang w:bidi="gu-IN"/>
        </w:rPr>
        <w:t>આરોગ્ય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તપાસણીની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તારીખ</w:t>
      </w:r>
      <w:r w:rsidRPr="007206F2">
        <w:rPr>
          <w:sz w:val="20"/>
          <w:szCs w:val="20"/>
        </w:rPr>
        <w:t>: ____/____/</w:t>
      </w:r>
      <w:r w:rsidRPr="007206F2">
        <w:rPr>
          <w:rFonts w:cs="Shruti"/>
          <w:sz w:val="20"/>
          <w:szCs w:val="20"/>
          <w:cs/>
          <w:lang w:bidi="gu-IN"/>
        </w:rPr>
        <w:t>૨૦૨</w:t>
      </w:r>
      <w:r w:rsidRPr="007206F2">
        <w:rPr>
          <w:sz w:val="20"/>
          <w:szCs w:val="20"/>
        </w:rPr>
        <w:t>__</w:t>
      </w:r>
    </w:p>
    <w:p w14:paraId="7DEFBF32" w14:textId="77777777" w:rsidR="007206F2" w:rsidRPr="007206F2" w:rsidRDefault="007206F2" w:rsidP="007206F2">
      <w:pPr>
        <w:pStyle w:val="ListBullet"/>
        <w:spacing w:after="0" w:line="240" w:lineRule="auto"/>
        <w:rPr>
          <w:sz w:val="20"/>
          <w:szCs w:val="20"/>
        </w:rPr>
      </w:pPr>
      <w:r w:rsidRPr="007206F2">
        <w:rPr>
          <w:rFonts w:cs="Shruti"/>
          <w:sz w:val="20"/>
          <w:szCs w:val="20"/>
          <w:cs/>
          <w:lang w:bidi="gu-IN"/>
        </w:rPr>
        <w:t>તપાસ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કરનાર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આરોગ્ય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ટીમ</w:t>
      </w:r>
      <w:r w:rsidRPr="007206F2">
        <w:rPr>
          <w:sz w:val="20"/>
          <w:szCs w:val="20"/>
        </w:rPr>
        <w:t xml:space="preserve">: RBSK </w:t>
      </w:r>
      <w:r w:rsidRPr="007206F2">
        <w:rPr>
          <w:rFonts w:cs="Shruti"/>
          <w:sz w:val="20"/>
          <w:szCs w:val="20"/>
          <w:cs/>
          <w:lang w:bidi="gu-IN"/>
        </w:rPr>
        <w:t>ટીમ</w:t>
      </w:r>
      <w:r w:rsidRPr="007206F2">
        <w:rPr>
          <w:sz w:val="20"/>
          <w:szCs w:val="20"/>
        </w:rPr>
        <w:t xml:space="preserve"> / </w:t>
      </w:r>
      <w:r w:rsidRPr="007206F2">
        <w:rPr>
          <w:rFonts w:cs="Shruti"/>
          <w:sz w:val="20"/>
          <w:szCs w:val="20"/>
          <w:cs/>
          <w:lang w:bidi="gu-IN"/>
        </w:rPr>
        <w:t>પ્રાથમિક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આરોગ્ય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કેન્દ્ર</w:t>
      </w:r>
      <w:r w:rsidRPr="007206F2">
        <w:rPr>
          <w:sz w:val="20"/>
          <w:szCs w:val="20"/>
        </w:rPr>
        <w:t xml:space="preserve"> (PHC) </w:t>
      </w:r>
      <w:r w:rsidRPr="007206F2">
        <w:rPr>
          <w:rFonts w:cs="Shruti"/>
          <w:sz w:val="20"/>
          <w:szCs w:val="20"/>
          <w:cs/>
          <w:lang w:bidi="gu-IN"/>
        </w:rPr>
        <w:t>ના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ડોક્ટરશ્રી</w:t>
      </w:r>
    </w:p>
    <w:p w14:paraId="7186DFA4" w14:textId="74BBB40A" w:rsidR="007206F2" w:rsidRPr="007206F2" w:rsidRDefault="007206F2" w:rsidP="007206F2">
      <w:pPr>
        <w:pStyle w:val="ListBullet"/>
        <w:spacing w:after="0" w:line="240" w:lineRule="auto"/>
        <w:rPr>
          <w:sz w:val="20"/>
          <w:szCs w:val="20"/>
        </w:rPr>
      </w:pPr>
      <w:r w:rsidRPr="007206F2">
        <w:rPr>
          <w:rFonts w:cs="Shruti"/>
          <w:sz w:val="20"/>
          <w:szCs w:val="20"/>
          <w:cs/>
          <w:lang w:bidi="gu-IN"/>
        </w:rPr>
        <w:t>શાળામાં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કુલ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નોંધાયેલ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વિદ્યાર્થીઓની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સંખ્યા</w:t>
      </w:r>
      <w:r w:rsidR="00740C37">
        <w:rPr>
          <w:sz w:val="20"/>
          <w:szCs w:val="20"/>
        </w:rPr>
        <w:t xml:space="preserve">: </w:t>
      </w:r>
      <w:r w:rsidR="005C344A">
        <w:rPr>
          <w:rFonts w:cs="Shruti"/>
          <w:sz w:val="20"/>
          <w:szCs w:val="20"/>
          <w:lang w:bidi="gu-IN"/>
        </w:rPr>
        <w:t>144</w:t>
      </w:r>
    </w:p>
    <w:p w14:paraId="5E3E87CB" w14:textId="4961DA13" w:rsidR="007206F2" w:rsidRPr="007206F2" w:rsidRDefault="007206F2" w:rsidP="007206F2">
      <w:pPr>
        <w:pStyle w:val="ListBullet"/>
        <w:spacing w:after="0" w:line="240" w:lineRule="auto"/>
        <w:rPr>
          <w:sz w:val="20"/>
          <w:szCs w:val="20"/>
        </w:rPr>
      </w:pPr>
      <w:r w:rsidRPr="007206F2">
        <w:rPr>
          <w:rFonts w:cs="Shruti"/>
          <w:sz w:val="20"/>
          <w:szCs w:val="20"/>
          <w:cs/>
          <w:lang w:bidi="gu-IN"/>
        </w:rPr>
        <w:t>તપાસ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કરવામાં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આવેલ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કુલ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વિદ્યાર્થીઓની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સંખ્યા</w:t>
      </w:r>
      <w:r w:rsidR="00740C37">
        <w:rPr>
          <w:sz w:val="20"/>
          <w:szCs w:val="20"/>
        </w:rPr>
        <w:t xml:space="preserve">: </w:t>
      </w:r>
    </w:p>
    <w:p w14:paraId="1FEC6245" w14:textId="77777777" w:rsidR="007206F2" w:rsidRPr="007206F2" w:rsidRDefault="007206F2" w:rsidP="007206F2">
      <w:pPr>
        <w:pStyle w:val="Heading2"/>
        <w:spacing w:line="240" w:lineRule="auto"/>
        <w:rPr>
          <w:sz w:val="20"/>
          <w:szCs w:val="20"/>
        </w:rPr>
      </w:pPr>
      <w:r w:rsidRPr="007206F2">
        <w:rPr>
          <w:rFonts w:cs="Shruti"/>
          <w:sz w:val="20"/>
          <w:szCs w:val="20"/>
          <w:cs/>
          <w:lang w:bidi="gu-IN"/>
        </w:rPr>
        <w:t>૨</w:t>
      </w:r>
      <w:r w:rsidRPr="007206F2">
        <w:rPr>
          <w:sz w:val="20"/>
          <w:szCs w:val="20"/>
        </w:rPr>
        <w:t xml:space="preserve">. </w:t>
      </w:r>
      <w:r w:rsidRPr="007206F2">
        <w:rPr>
          <w:rFonts w:cs="Shruti"/>
          <w:sz w:val="20"/>
          <w:szCs w:val="20"/>
          <w:cs/>
          <w:lang w:bidi="gu-IN"/>
        </w:rPr>
        <w:t>આરોગ્ય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તપાસણીનું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વર્ગવાર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તારણ</w:t>
      </w:r>
      <w:r w:rsidRPr="007206F2">
        <w:rPr>
          <w:sz w:val="20"/>
          <w:szCs w:val="20"/>
        </w:rPr>
        <w:t xml:space="preserve"> (Summary):</w:t>
      </w: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534"/>
        <w:gridCol w:w="1275"/>
        <w:gridCol w:w="2517"/>
        <w:gridCol w:w="1439"/>
        <w:gridCol w:w="1439"/>
        <w:gridCol w:w="2402"/>
      </w:tblGrid>
      <w:tr w:rsidR="007206F2" w:rsidRPr="007206F2" w14:paraId="68A47D90" w14:textId="77777777" w:rsidTr="0055626B">
        <w:tc>
          <w:tcPr>
            <w:tcW w:w="534" w:type="dxa"/>
          </w:tcPr>
          <w:p w14:paraId="4A82BDA5" w14:textId="77777777" w:rsidR="007206F2" w:rsidRPr="007206F2" w:rsidRDefault="007206F2" w:rsidP="00651797">
            <w:pPr>
              <w:jc w:val="center"/>
              <w:rPr>
                <w:sz w:val="20"/>
                <w:szCs w:val="20"/>
              </w:rPr>
            </w:pPr>
            <w:r w:rsidRPr="007206F2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ક્રમ</w:t>
            </w:r>
          </w:p>
        </w:tc>
        <w:tc>
          <w:tcPr>
            <w:tcW w:w="1275" w:type="dxa"/>
          </w:tcPr>
          <w:p w14:paraId="14B22ED9" w14:textId="77777777" w:rsidR="007206F2" w:rsidRPr="007206F2" w:rsidRDefault="007206F2" w:rsidP="00651797">
            <w:pPr>
              <w:jc w:val="center"/>
              <w:rPr>
                <w:sz w:val="20"/>
                <w:szCs w:val="20"/>
              </w:rPr>
            </w:pPr>
            <w:r w:rsidRPr="007206F2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ધોરણ</w:t>
            </w:r>
          </w:p>
        </w:tc>
        <w:tc>
          <w:tcPr>
            <w:tcW w:w="2517" w:type="dxa"/>
          </w:tcPr>
          <w:p w14:paraId="12BBEE63" w14:textId="77777777" w:rsidR="007206F2" w:rsidRPr="007206F2" w:rsidRDefault="007206F2" w:rsidP="00651797">
            <w:pPr>
              <w:jc w:val="center"/>
              <w:rPr>
                <w:sz w:val="20"/>
                <w:szCs w:val="20"/>
              </w:rPr>
            </w:pPr>
            <w:r w:rsidRPr="007206F2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તપાસ</w:t>
            </w:r>
            <w:r w:rsidRPr="007206F2">
              <w:rPr>
                <w:b/>
                <w:sz w:val="20"/>
                <w:szCs w:val="20"/>
              </w:rPr>
              <w:t xml:space="preserve"> </w:t>
            </w:r>
            <w:r w:rsidRPr="007206F2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થયેલ</w:t>
            </w:r>
            <w:r w:rsidRPr="007206F2">
              <w:rPr>
                <w:b/>
                <w:sz w:val="20"/>
                <w:szCs w:val="20"/>
              </w:rPr>
              <w:t xml:space="preserve"> </w:t>
            </w:r>
            <w:r w:rsidRPr="007206F2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વિદ્યાર્થીઓ</w:t>
            </w:r>
          </w:p>
        </w:tc>
        <w:tc>
          <w:tcPr>
            <w:tcW w:w="1439" w:type="dxa"/>
          </w:tcPr>
          <w:p w14:paraId="4EB4FE3E" w14:textId="77777777" w:rsidR="007206F2" w:rsidRPr="007206F2" w:rsidRDefault="007206F2" w:rsidP="00651797">
            <w:pPr>
              <w:jc w:val="center"/>
              <w:rPr>
                <w:sz w:val="20"/>
                <w:szCs w:val="20"/>
              </w:rPr>
            </w:pPr>
            <w:r w:rsidRPr="007206F2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સ્વસ્થ</w:t>
            </w:r>
            <w:r w:rsidRPr="007206F2">
              <w:rPr>
                <w:b/>
                <w:sz w:val="20"/>
                <w:szCs w:val="20"/>
              </w:rPr>
              <w:t xml:space="preserve"> (Normal)</w:t>
            </w:r>
          </w:p>
        </w:tc>
        <w:tc>
          <w:tcPr>
            <w:tcW w:w="1439" w:type="dxa"/>
          </w:tcPr>
          <w:p w14:paraId="108A65CC" w14:textId="77777777" w:rsidR="007206F2" w:rsidRPr="007206F2" w:rsidRDefault="007206F2" w:rsidP="00651797">
            <w:pPr>
              <w:jc w:val="center"/>
              <w:rPr>
                <w:sz w:val="20"/>
                <w:szCs w:val="20"/>
              </w:rPr>
            </w:pPr>
            <w:r w:rsidRPr="007206F2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ખામી</w:t>
            </w:r>
            <w:r w:rsidRPr="007206F2">
              <w:rPr>
                <w:b/>
                <w:sz w:val="20"/>
                <w:szCs w:val="20"/>
              </w:rPr>
              <w:t xml:space="preserve"> </w:t>
            </w:r>
            <w:r w:rsidRPr="007206F2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જણાયેલ</w:t>
            </w:r>
            <w:r w:rsidRPr="007206F2">
              <w:rPr>
                <w:b/>
                <w:sz w:val="20"/>
                <w:szCs w:val="20"/>
              </w:rPr>
              <w:t xml:space="preserve"> (Referred)</w:t>
            </w:r>
          </w:p>
        </w:tc>
        <w:tc>
          <w:tcPr>
            <w:tcW w:w="2402" w:type="dxa"/>
          </w:tcPr>
          <w:p w14:paraId="286FEB59" w14:textId="77777777" w:rsidR="007206F2" w:rsidRPr="007206F2" w:rsidRDefault="007206F2" w:rsidP="00651797">
            <w:pPr>
              <w:jc w:val="center"/>
              <w:rPr>
                <w:sz w:val="20"/>
                <w:szCs w:val="20"/>
              </w:rPr>
            </w:pPr>
            <w:r w:rsidRPr="007206F2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મુખ્ય</w:t>
            </w:r>
            <w:r w:rsidRPr="007206F2">
              <w:rPr>
                <w:b/>
                <w:sz w:val="20"/>
                <w:szCs w:val="20"/>
              </w:rPr>
              <w:t xml:space="preserve"> </w:t>
            </w:r>
            <w:r w:rsidRPr="007206F2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ખામી</w:t>
            </w:r>
            <w:r w:rsidRPr="007206F2">
              <w:rPr>
                <w:b/>
                <w:sz w:val="20"/>
                <w:szCs w:val="20"/>
              </w:rPr>
              <w:t xml:space="preserve"> (</w:t>
            </w:r>
            <w:r w:rsidRPr="007206F2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આંખ</w:t>
            </w:r>
            <w:r w:rsidRPr="007206F2">
              <w:rPr>
                <w:b/>
                <w:sz w:val="20"/>
                <w:szCs w:val="20"/>
              </w:rPr>
              <w:t xml:space="preserve">, </w:t>
            </w:r>
            <w:r w:rsidRPr="007206F2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દાંત</w:t>
            </w:r>
            <w:r w:rsidRPr="007206F2">
              <w:rPr>
                <w:b/>
                <w:sz w:val="20"/>
                <w:szCs w:val="20"/>
              </w:rPr>
              <w:t xml:space="preserve">, </w:t>
            </w:r>
            <w:r w:rsidRPr="007206F2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પાંડુરોગ</w:t>
            </w:r>
            <w:r w:rsidRPr="007206F2">
              <w:rPr>
                <w:b/>
                <w:sz w:val="20"/>
                <w:szCs w:val="20"/>
              </w:rPr>
              <w:t>)</w:t>
            </w:r>
          </w:p>
        </w:tc>
      </w:tr>
      <w:tr w:rsidR="007206F2" w:rsidRPr="007206F2" w14:paraId="63CD7D2D" w14:textId="77777777" w:rsidTr="0055626B">
        <w:tc>
          <w:tcPr>
            <w:tcW w:w="534" w:type="dxa"/>
          </w:tcPr>
          <w:p w14:paraId="0971DB0D" w14:textId="77777777" w:rsidR="007206F2" w:rsidRPr="007206F2" w:rsidRDefault="007206F2" w:rsidP="00651797">
            <w:pPr>
              <w:jc w:val="center"/>
              <w:rPr>
                <w:sz w:val="20"/>
                <w:szCs w:val="20"/>
              </w:rPr>
            </w:pPr>
            <w:r w:rsidRPr="007206F2">
              <w:rPr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14:paraId="6FED3E1D" w14:textId="77777777" w:rsidR="007206F2" w:rsidRPr="007206F2" w:rsidRDefault="0055626B" w:rsidP="007206F2">
            <w:pPr>
              <w:rPr>
                <w:sz w:val="20"/>
                <w:szCs w:val="20"/>
              </w:rPr>
            </w:pPr>
            <w:r>
              <w:rPr>
                <w:rFonts w:cs="Shruti"/>
                <w:sz w:val="20"/>
                <w:szCs w:val="20"/>
                <w:cs/>
                <w:lang w:bidi="gu-IN"/>
              </w:rPr>
              <w:t>બાલવાટીકા</w:t>
            </w:r>
          </w:p>
        </w:tc>
        <w:tc>
          <w:tcPr>
            <w:tcW w:w="2517" w:type="dxa"/>
          </w:tcPr>
          <w:p w14:paraId="7B74C7CE" w14:textId="77777777" w:rsidR="007206F2" w:rsidRPr="007206F2" w:rsidRDefault="007206F2" w:rsidP="007206F2">
            <w:pPr>
              <w:rPr>
                <w:sz w:val="20"/>
                <w:szCs w:val="20"/>
              </w:rPr>
            </w:pPr>
          </w:p>
        </w:tc>
        <w:tc>
          <w:tcPr>
            <w:tcW w:w="1439" w:type="dxa"/>
          </w:tcPr>
          <w:p w14:paraId="4A2231FB" w14:textId="77777777" w:rsidR="007206F2" w:rsidRPr="007206F2" w:rsidRDefault="007206F2" w:rsidP="007206F2">
            <w:pPr>
              <w:rPr>
                <w:sz w:val="20"/>
                <w:szCs w:val="20"/>
              </w:rPr>
            </w:pPr>
          </w:p>
        </w:tc>
        <w:tc>
          <w:tcPr>
            <w:tcW w:w="1439" w:type="dxa"/>
          </w:tcPr>
          <w:p w14:paraId="1CE445AC" w14:textId="77777777" w:rsidR="007206F2" w:rsidRPr="007206F2" w:rsidRDefault="007206F2" w:rsidP="007206F2">
            <w:pPr>
              <w:rPr>
                <w:sz w:val="20"/>
                <w:szCs w:val="20"/>
              </w:rPr>
            </w:pPr>
          </w:p>
        </w:tc>
        <w:tc>
          <w:tcPr>
            <w:tcW w:w="2402" w:type="dxa"/>
          </w:tcPr>
          <w:p w14:paraId="7C51A901" w14:textId="77777777" w:rsidR="007206F2" w:rsidRPr="007206F2" w:rsidRDefault="007206F2" w:rsidP="007206F2">
            <w:pPr>
              <w:rPr>
                <w:sz w:val="20"/>
                <w:szCs w:val="20"/>
              </w:rPr>
            </w:pPr>
          </w:p>
        </w:tc>
      </w:tr>
      <w:tr w:rsidR="0055626B" w:rsidRPr="007206F2" w14:paraId="28B16E39" w14:textId="77777777" w:rsidTr="0055626B">
        <w:tc>
          <w:tcPr>
            <w:tcW w:w="534" w:type="dxa"/>
          </w:tcPr>
          <w:p w14:paraId="5D482440" w14:textId="77777777" w:rsidR="0055626B" w:rsidRPr="007206F2" w:rsidRDefault="0055626B" w:rsidP="0078136E">
            <w:pPr>
              <w:jc w:val="center"/>
              <w:rPr>
                <w:sz w:val="20"/>
                <w:szCs w:val="20"/>
              </w:rPr>
            </w:pPr>
            <w:r w:rsidRPr="007206F2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14:paraId="33A3A396" w14:textId="77777777" w:rsidR="0055626B" w:rsidRPr="007206F2" w:rsidRDefault="0055626B" w:rsidP="007206F2">
            <w:pPr>
              <w:rPr>
                <w:rFonts w:cs="Shruti"/>
                <w:sz w:val="20"/>
                <w:szCs w:val="20"/>
                <w:cs/>
                <w:lang w:bidi="gu-IN"/>
              </w:rPr>
            </w:pPr>
            <w:r w:rsidRPr="007206F2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7206F2">
              <w:rPr>
                <w:sz w:val="20"/>
                <w:szCs w:val="20"/>
              </w:rPr>
              <w:t xml:space="preserve"> 1</w:t>
            </w:r>
          </w:p>
        </w:tc>
        <w:tc>
          <w:tcPr>
            <w:tcW w:w="2517" w:type="dxa"/>
          </w:tcPr>
          <w:p w14:paraId="27C78065" w14:textId="77777777" w:rsidR="0055626B" w:rsidRPr="007206F2" w:rsidRDefault="0055626B" w:rsidP="007206F2">
            <w:pPr>
              <w:rPr>
                <w:sz w:val="20"/>
                <w:szCs w:val="20"/>
              </w:rPr>
            </w:pPr>
          </w:p>
        </w:tc>
        <w:tc>
          <w:tcPr>
            <w:tcW w:w="1439" w:type="dxa"/>
          </w:tcPr>
          <w:p w14:paraId="2B95606F" w14:textId="77777777" w:rsidR="0055626B" w:rsidRPr="007206F2" w:rsidRDefault="0055626B" w:rsidP="007206F2">
            <w:pPr>
              <w:rPr>
                <w:sz w:val="20"/>
                <w:szCs w:val="20"/>
              </w:rPr>
            </w:pPr>
          </w:p>
        </w:tc>
        <w:tc>
          <w:tcPr>
            <w:tcW w:w="1439" w:type="dxa"/>
          </w:tcPr>
          <w:p w14:paraId="1CA14F94" w14:textId="77777777" w:rsidR="0055626B" w:rsidRPr="007206F2" w:rsidRDefault="0055626B" w:rsidP="007206F2">
            <w:pPr>
              <w:rPr>
                <w:sz w:val="20"/>
                <w:szCs w:val="20"/>
              </w:rPr>
            </w:pPr>
          </w:p>
        </w:tc>
        <w:tc>
          <w:tcPr>
            <w:tcW w:w="2402" w:type="dxa"/>
          </w:tcPr>
          <w:p w14:paraId="73769EA7" w14:textId="77777777" w:rsidR="0055626B" w:rsidRPr="007206F2" w:rsidRDefault="0055626B" w:rsidP="007206F2">
            <w:pPr>
              <w:rPr>
                <w:sz w:val="20"/>
                <w:szCs w:val="20"/>
              </w:rPr>
            </w:pPr>
          </w:p>
        </w:tc>
      </w:tr>
      <w:tr w:rsidR="0055626B" w:rsidRPr="007206F2" w14:paraId="59C5D578" w14:textId="77777777" w:rsidTr="0055626B">
        <w:tc>
          <w:tcPr>
            <w:tcW w:w="534" w:type="dxa"/>
          </w:tcPr>
          <w:p w14:paraId="39DE366E" w14:textId="77777777" w:rsidR="0055626B" w:rsidRPr="007206F2" w:rsidRDefault="0055626B" w:rsidP="0078136E">
            <w:pPr>
              <w:jc w:val="center"/>
              <w:rPr>
                <w:sz w:val="20"/>
                <w:szCs w:val="20"/>
              </w:rPr>
            </w:pPr>
            <w:r w:rsidRPr="007206F2">
              <w:rPr>
                <w:sz w:val="20"/>
                <w:szCs w:val="20"/>
              </w:rPr>
              <w:t>3</w:t>
            </w:r>
          </w:p>
        </w:tc>
        <w:tc>
          <w:tcPr>
            <w:tcW w:w="1275" w:type="dxa"/>
          </w:tcPr>
          <w:p w14:paraId="1CDAFCDE" w14:textId="77777777" w:rsidR="0055626B" w:rsidRPr="007206F2" w:rsidRDefault="0055626B" w:rsidP="007206F2">
            <w:pPr>
              <w:rPr>
                <w:sz w:val="20"/>
                <w:szCs w:val="20"/>
              </w:rPr>
            </w:pPr>
            <w:r w:rsidRPr="007206F2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7206F2">
              <w:rPr>
                <w:sz w:val="20"/>
                <w:szCs w:val="20"/>
              </w:rPr>
              <w:t xml:space="preserve"> 2</w:t>
            </w:r>
          </w:p>
        </w:tc>
        <w:tc>
          <w:tcPr>
            <w:tcW w:w="2517" w:type="dxa"/>
          </w:tcPr>
          <w:p w14:paraId="1823A180" w14:textId="77777777" w:rsidR="0055626B" w:rsidRPr="007206F2" w:rsidRDefault="0055626B" w:rsidP="007206F2">
            <w:pPr>
              <w:rPr>
                <w:sz w:val="20"/>
                <w:szCs w:val="20"/>
              </w:rPr>
            </w:pPr>
          </w:p>
        </w:tc>
        <w:tc>
          <w:tcPr>
            <w:tcW w:w="1439" w:type="dxa"/>
          </w:tcPr>
          <w:p w14:paraId="29F75E9A" w14:textId="77777777" w:rsidR="0055626B" w:rsidRPr="007206F2" w:rsidRDefault="0055626B" w:rsidP="007206F2">
            <w:pPr>
              <w:rPr>
                <w:sz w:val="20"/>
                <w:szCs w:val="20"/>
              </w:rPr>
            </w:pPr>
          </w:p>
        </w:tc>
        <w:tc>
          <w:tcPr>
            <w:tcW w:w="1439" w:type="dxa"/>
          </w:tcPr>
          <w:p w14:paraId="11F50F24" w14:textId="77777777" w:rsidR="0055626B" w:rsidRPr="007206F2" w:rsidRDefault="0055626B" w:rsidP="007206F2">
            <w:pPr>
              <w:rPr>
                <w:sz w:val="20"/>
                <w:szCs w:val="20"/>
              </w:rPr>
            </w:pPr>
          </w:p>
        </w:tc>
        <w:tc>
          <w:tcPr>
            <w:tcW w:w="2402" w:type="dxa"/>
          </w:tcPr>
          <w:p w14:paraId="01529FB7" w14:textId="77777777" w:rsidR="0055626B" w:rsidRPr="007206F2" w:rsidRDefault="0055626B" w:rsidP="007206F2">
            <w:pPr>
              <w:rPr>
                <w:sz w:val="20"/>
                <w:szCs w:val="20"/>
              </w:rPr>
            </w:pPr>
          </w:p>
        </w:tc>
      </w:tr>
      <w:tr w:rsidR="0055626B" w:rsidRPr="007206F2" w14:paraId="6F60871F" w14:textId="77777777" w:rsidTr="0055626B">
        <w:tc>
          <w:tcPr>
            <w:tcW w:w="534" w:type="dxa"/>
          </w:tcPr>
          <w:p w14:paraId="159B39F5" w14:textId="77777777" w:rsidR="0055626B" w:rsidRPr="007206F2" w:rsidRDefault="0055626B" w:rsidP="0078136E">
            <w:pPr>
              <w:jc w:val="center"/>
              <w:rPr>
                <w:sz w:val="20"/>
                <w:szCs w:val="20"/>
              </w:rPr>
            </w:pPr>
            <w:r w:rsidRPr="007206F2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</w:tcPr>
          <w:p w14:paraId="7F0B3761" w14:textId="77777777" w:rsidR="0055626B" w:rsidRPr="007206F2" w:rsidRDefault="0055626B" w:rsidP="007206F2">
            <w:pPr>
              <w:rPr>
                <w:sz w:val="20"/>
                <w:szCs w:val="20"/>
              </w:rPr>
            </w:pPr>
            <w:r w:rsidRPr="007206F2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7206F2">
              <w:rPr>
                <w:sz w:val="20"/>
                <w:szCs w:val="20"/>
              </w:rPr>
              <w:t xml:space="preserve"> 3</w:t>
            </w:r>
          </w:p>
        </w:tc>
        <w:tc>
          <w:tcPr>
            <w:tcW w:w="2517" w:type="dxa"/>
          </w:tcPr>
          <w:p w14:paraId="6C587A19" w14:textId="77777777" w:rsidR="0055626B" w:rsidRPr="007206F2" w:rsidRDefault="0055626B" w:rsidP="007206F2">
            <w:pPr>
              <w:rPr>
                <w:sz w:val="20"/>
                <w:szCs w:val="20"/>
              </w:rPr>
            </w:pPr>
          </w:p>
        </w:tc>
        <w:tc>
          <w:tcPr>
            <w:tcW w:w="1439" w:type="dxa"/>
          </w:tcPr>
          <w:p w14:paraId="195106A6" w14:textId="77777777" w:rsidR="0055626B" w:rsidRPr="007206F2" w:rsidRDefault="0055626B" w:rsidP="007206F2">
            <w:pPr>
              <w:rPr>
                <w:sz w:val="20"/>
                <w:szCs w:val="20"/>
              </w:rPr>
            </w:pPr>
          </w:p>
        </w:tc>
        <w:tc>
          <w:tcPr>
            <w:tcW w:w="1439" w:type="dxa"/>
          </w:tcPr>
          <w:p w14:paraId="5478C1A1" w14:textId="77777777" w:rsidR="0055626B" w:rsidRPr="007206F2" w:rsidRDefault="0055626B" w:rsidP="007206F2">
            <w:pPr>
              <w:rPr>
                <w:sz w:val="20"/>
                <w:szCs w:val="20"/>
              </w:rPr>
            </w:pPr>
          </w:p>
        </w:tc>
        <w:tc>
          <w:tcPr>
            <w:tcW w:w="2402" w:type="dxa"/>
          </w:tcPr>
          <w:p w14:paraId="37A92796" w14:textId="77777777" w:rsidR="0055626B" w:rsidRPr="007206F2" w:rsidRDefault="0055626B" w:rsidP="007206F2">
            <w:pPr>
              <w:rPr>
                <w:sz w:val="20"/>
                <w:szCs w:val="20"/>
              </w:rPr>
            </w:pPr>
          </w:p>
        </w:tc>
      </w:tr>
      <w:tr w:rsidR="0055626B" w:rsidRPr="007206F2" w14:paraId="216F0058" w14:textId="77777777" w:rsidTr="0055626B">
        <w:tc>
          <w:tcPr>
            <w:tcW w:w="534" w:type="dxa"/>
          </w:tcPr>
          <w:p w14:paraId="652CA419" w14:textId="77777777" w:rsidR="0055626B" w:rsidRPr="007206F2" w:rsidRDefault="0055626B" w:rsidP="0078136E">
            <w:pPr>
              <w:jc w:val="center"/>
              <w:rPr>
                <w:sz w:val="20"/>
                <w:szCs w:val="20"/>
              </w:rPr>
            </w:pPr>
            <w:r w:rsidRPr="007206F2">
              <w:rPr>
                <w:sz w:val="20"/>
                <w:szCs w:val="20"/>
              </w:rPr>
              <w:t>5</w:t>
            </w:r>
          </w:p>
        </w:tc>
        <w:tc>
          <w:tcPr>
            <w:tcW w:w="1275" w:type="dxa"/>
          </w:tcPr>
          <w:p w14:paraId="7CA04C63" w14:textId="77777777" w:rsidR="0055626B" w:rsidRPr="007206F2" w:rsidRDefault="0055626B" w:rsidP="007206F2">
            <w:pPr>
              <w:rPr>
                <w:sz w:val="20"/>
                <w:szCs w:val="20"/>
              </w:rPr>
            </w:pPr>
            <w:r w:rsidRPr="007206F2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7206F2">
              <w:rPr>
                <w:sz w:val="20"/>
                <w:szCs w:val="20"/>
              </w:rPr>
              <w:t xml:space="preserve"> 4</w:t>
            </w:r>
          </w:p>
        </w:tc>
        <w:tc>
          <w:tcPr>
            <w:tcW w:w="2517" w:type="dxa"/>
          </w:tcPr>
          <w:p w14:paraId="2C9F7517" w14:textId="77777777" w:rsidR="0055626B" w:rsidRPr="007206F2" w:rsidRDefault="0055626B" w:rsidP="007206F2">
            <w:pPr>
              <w:rPr>
                <w:sz w:val="20"/>
                <w:szCs w:val="20"/>
              </w:rPr>
            </w:pPr>
          </w:p>
        </w:tc>
        <w:tc>
          <w:tcPr>
            <w:tcW w:w="1439" w:type="dxa"/>
          </w:tcPr>
          <w:p w14:paraId="7C5BC865" w14:textId="77777777" w:rsidR="0055626B" w:rsidRPr="007206F2" w:rsidRDefault="0055626B" w:rsidP="007206F2">
            <w:pPr>
              <w:rPr>
                <w:sz w:val="20"/>
                <w:szCs w:val="20"/>
              </w:rPr>
            </w:pPr>
          </w:p>
        </w:tc>
        <w:tc>
          <w:tcPr>
            <w:tcW w:w="1439" w:type="dxa"/>
          </w:tcPr>
          <w:p w14:paraId="6823D11C" w14:textId="77777777" w:rsidR="0055626B" w:rsidRPr="007206F2" w:rsidRDefault="0055626B" w:rsidP="007206F2">
            <w:pPr>
              <w:rPr>
                <w:sz w:val="20"/>
                <w:szCs w:val="20"/>
              </w:rPr>
            </w:pPr>
          </w:p>
        </w:tc>
        <w:tc>
          <w:tcPr>
            <w:tcW w:w="2402" w:type="dxa"/>
          </w:tcPr>
          <w:p w14:paraId="411A1A48" w14:textId="77777777" w:rsidR="0055626B" w:rsidRPr="007206F2" w:rsidRDefault="0055626B" w:rsidP="007206F2">
            <w:pPr>
              <w:rPr>
                <w:sz w:val="20"/>
                <w:szCs w:val="20"/>
              </w:rPr>
            </w:pPr>
          </w:p>
        </w:tc>
      </w:tr>
      <w:tr w:rsidR="0055626B" w:rsidRPr="007206F2" w14:paraId="5FB3BDA5" w14:textId="77777777" w:rsidTr="0055626B">
        <w:tc>
          <w:tcPr>
            <w:tcW w:w="534" w:type="dxa"/>
          </w:tcPr>
          <w:p w14:paraId="3A6CEEAF" w14:textId="77777777" w:rsidR="0055626B" w:rsidRPr="007206F2" w:rsidRDefault="0055626B" w:rsidP="0078136E">
            <w:pPr>
              <w:jc w:val="center"/>
              <w:rPr>
                <w:sz w:val="20"/>
                <w:szCs w:val="20"/>
              </w:rPr>
            </w:pPr>
            <w:r w:rsidRPr="007206F2">
              <w:rPr>
                <w:sz w:val="20"/>
                <w:szCs w:val="20"/>
              </w:rPr>
              <w:t>6</w:t>
            </w:r>
          </w:p>
        </w:tc>
        <w:tc>
          <w:tcPr>
            <w:tcW w:w="1275" w:type="dxa"/>
          </w:tcPr>
          <w:p w14:paraId="000D8AB1" w14:textId="77777777" w:rsidR="0055626B" w:rsidRPr="007206F2" w:rsidRDefault="0055626B" w:rsidP="007206F2">
            <w:pPr>
              <w:rPr>
                <w:sz w:val="20"/>
                <w:szCs w:val="20"/>
              </w:rPr>
            </w:pPr>
            <w:r w:rsidRPr="007206F2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7206F2">
              <w:rPr>
                <w:sz w:val="20"/>
                <w:szCs w:val="20"/>
              </w:rPr>
              <w:t xml:space="preserve"> 5</w:t>
            </w:r>
          </w:p>
        </w:tc>
        <w:tc>
          <w:tcPr>
            <w:tcW w:w="2517" w:type="dxa"/>
          </w:tcPr>
          <w:p w14:paraId="228E56FC" w14:textId="77777777" w:rsidR="0055626B" w:rsidRPr="007206F2" w:rsidRDefault="0055626B" w:rsidP="007206F2">
            <w:pPr>
              <w:rPr>
                <w:sz w:val="20"/>
                <w:szCs w:val="20"/>
              </w:rPr>
            </w:pPr>
          </w:p>
        </w:tc>
        <w:tc>
          <w:tcPr>
            <w:tcW w:w="1439" w:type="dxa"/>
          </w:tcPr>
          <w:p w14:paraId="49ABBB3E" w14:textId="77777777" w:rsidR="0055626B" w:rsidRPr="007206F2" w:rsidRDefault="0055626B" w:rsidP="007206F2">
            <w:pPr>
              <w:rPr>
                <w:sz w:val="20"/>
                <w:szCs w:val="20"/>
              </w:rPr>
            </w:pPr>
          </w:p>
        </w:tc>
        <w:tc>
          <w:tcPr>
            <w:tcW w:w="1439" w:type="dxa"/>
          </w:tcPr>
          <w:p w14:paraId="5C3B1BC1" w14:textId="77777777" w:rsidR="0055626B" w:rsidRPr="007206F2" w:rsidRDefault="0055626B" w:rsidP="007206F2">
            <w:pPr>
              <w:rPr>
                <w:sz w:val="20"/>
                <w:szCs w:val="20"/>
              </w:rPr>
            </w:pPr>
          </w:p>
        </w:tc>
        <w:tc>
          <w:tcPr>
            <w:tcW w:w="2402" w:type="dxa"/>
          </w:tcPr>
          <w:p w14:paraId="62A499F9" w14:textId="77777777" w:rsidR="0055626B" w:rsidRPr="007206F2" w:rsidRDefault="0055626B" w:rsidP="007206F2">
            <w:pPr>
              <w:rPr>
                <w:sz w:val="20"/>
                <w:szCs w:val="20"/>
              </w:rPr>
            </w:pPr>
          </w:p>
        </w:tc>
      </w:tr>
      <w:tr w:rsidR="0055626B" w:rsidRPr="007206F2" w14:paraId="0A5E7656" w14:textId="77777777" w:rsidTr="0055626B">
        <w:tc>
          <w:tcPr>
            <w:tcW w:w="534" w:type="dxa"/>
          </w:tcPr>
          <w:p w14:paraId="0D7F5B21" w14:textId="77777777" w:rsidR="0055626B" w:rsidRPr="007206F2" w:rsidRDefault="0055626B" w:rsidP="0078136E">
            <w:pPr>
              <w:jc w:val="center"/>
              <w:rPr>
                <w:sz w:val="20"/>
                <w:szCs w:val="20"/>
              </w:rPr>
            </w:pPr>
            <w:r w:rsidRPr="007206F2"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</w:tcPr>
          <w:p w14:paraId="69D7C1F3" w14:textId="77777777" w:rsidR="0055626B" w:rsidRPr="007206F2" w:rsidRDefault="0055626B" w:rsidP="007206F2">
            <w:pPr>
              <w:rPr>
                <w:sz w:val="20"/>
                <w:szCs w:val="20"/>
              </w:rPr>
            </w:pPr>
            <w:r w:rsidRPr="007206F2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7206F2">
              <w:rPr>
                <w:sz w:val="20"/>
                <w:szCs w:val="20"/>
              </w:rPr>
              <w:t xml:space="preserve"> 6</w:t>
            </w:r>
          </w:p>
        </w:tc>
        <w:tc>
          <w:tcPr>
            <w:tcW w:w="2517" w:type="dxa"/>
          </w:tcPr>
          <w:p w14:paraId="153873A0" w14:textId="77777777" w:rsidR="0055626B" w:rsidRPr="007206F2" w:rsidRDefault="0055626B" w:rsidP="007206F2">
            <w:pPr>
              <w:rPr>
                <w:sz w:val="20"/>
                <w:szCs w:val="20"/>
              </w:rPr>
            </w:pPr>
          </w:p>
        </w:tc>
        <w:tc>
          <w:tcPr>
            <w:tcW w:w="1439" w:type="dxa"/>
          </w:tcPr>
          <w:p w14:paraId="31B88DA1" w14:textId="77777777" w:rsidR="0055626B" w:rsidRPr="007206F2" w:rsidRDefault="0055626B" w:rsidP="007206F2">
            <w:pPr>
              <w:rPr>
                <w:sz w:val="20"/>
                <w:szCs w:val="20"/>
              </w:rPr>
            </w:pPr>
          </w:p>
        </w:tc>
        <w:tc>
          <w:tcPr>
            <w:tcW w:w="1439" w:type="dxa"/>
          </w:tcPr>
          <w:p w14:paraId="101E1E6D" w14:textId="77777777" w:rsidR="0055626B" w:rsidRPr="007206F2" w:rsidRDefault="0055626B" w:rsidP="007206F2">
            <w:pPr>
              <w:rPr>
                <w:sz w:val="20"/>
                <w:szCs w:val="20"/>
              </w:rPr>
            </w:pPr>
          </w:p>
        </w:tc>
        <w:tc>
          <w:tcPr>
            <w:tcW w:w="2402" w:type="dxa"/>
          </w:tcPr>
          <w:p w14:paraId="6E81F344" w14:textId="77777777" w:rsidR="0055626B" w:rsidRPr="007206F2" w:rsidRDefault="0055626B" w:rsidP="007206F2">
            <w:pPr>
              <w:rPr>
                <w:sz w:val="20"/>
                <w:szCs w:val="20"/>
              </w:rPr>
            </w:pPr>
          </w:p>
        </w:tc>
      </w:tr>
      <w:tr w:rsidR="0055626B" w:rsidRPr="007206F2" w14:paraId="4490EC5C" w14:textId="77777777" w:rsidTr="0055626B">
        <w:tc>
          <w:tcPr>
            <w:tcW w:w="534" w:type="dxa"/>
          </w:tcPr>
          <w:p w14:paraId="64EE73D1" w14:textId="77777777" w:rsidR="0055626B" w:rsidRPr="007206F2" w:rsidRDefault="0055626B" w:rsidP="0078136E">
            <w:pPr>
              <w:jc w:val="center"/>
              <w:rPr>
                <w:sz w:val="20"/>
                <w:szCs w:val="20"/>
              </w:rPr>
            </w:pPr>
            <w:r w:rsidRPr="007206F2">
              <w:rPr>
                <w:sz w:val="20"/>
                <w:szCs w:val="20"/>
              </w:rPr>
              <w:t>8</w:t>
            </w:r>
          </w:p>
        </w:tc>
        <w:tc>
          <w:tcPr>
            <w:tcW w:w="1275" w:type="dxa"/>
          </w:tcPr>
          <w:p w14:paraId="2ADE0A12" w14:textId="77777777" w:rsidR="0055626B" w:rsidRPr="007206F2" w:rsidRDefault="0055626B" w:rsidP="007206F2">
            <w:pPr>
              <w:rPr>
                <w:sz w:val="20"/>
                <w:szCs w:val="20"/>
              </w:rPr>
            </w:pPr>
            <w:r w:rsidRPr="007206F2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7206F2">
              <w:rPr>
                <w:sz w:val="20"/>
                <w:szCs w:val="20"/>
              </w:rPr>
              <w:t xml:space="preserve"> 7</w:t>
            </w:r>
          </w:p>
        </w:tc>
        <w:tc>
          <w:tcPr>
            <w:tcW w:w="2517" w:type="dxa"/>
          </w:tcPr>
          <w:p w14:paraId="233512A8" w14:textId="77777777" w:rsidR="0055626B" w:rsidRPr="007206F2" w:rsidRDefault="0055626B" w:rsidP="007206F2">
            <w:pPr>
              <w:rPr>
                <w:sz w:val="20"/>
                <w:szCs w:val="20"/>
              </w:rPr>
            </w:pPr>
          </w:p>
        </w:tc>
        <w:tc>
          <w:tcPr>
            <w:tcW w:w="1439" w:type="dxa"/>
          </w:tcPr>
          <w:p w14:paraId="461980C3" w14:textId="77777777" w:rsidR="0055626B" w:rsidRPr="007206F2" w:rsidRDefault="0055626B" w:rsidP="007206F2">
            <w:pPr>
              <w:rPr>
                <w:sz w:val="20"/>
                <w:szCs w:val="20"/>
              </w:rPr>
            </w:pPr>
          </w:p>
        </w:tc>
        <w:tc>
          <w:tcPr>
            <w:tcW w:w="1439" w:type="dxa"/>
          </w:tcPr>
          <w:p w14:paraId="5B6D887D" w14:textId="77777777" w:rsidR="0055626B" w:rsidRPr="007206F2" w:rsidRDefault="0055626B" w:rsidP="007206F2">
            <w:pPr>
              <w:rPr>
                <w:sz w:val="20"/>
                <w:szCs w:val="20"/>
              </w:rPr>
            </w:pPr>
          </w:p>
        </w:tc>
        <w:tc>
          <w:tcPr>
            <w:tcW w:w="2402" w:type="dxa"/>
          </w:tcPr>
          <w:p w14:paraId="141A0079" w14:textId="77777777" w:rsidR="0055626B" w:rsidRPr="007206F2" w:rsidRDefault="0055626B" w:rsidP="007206F2">
            <w:pPr>
              <w:rPr>
                <w:sz w:val="20"/>
                <w:szCs w:val="20"/>
              </w:rPr>
            </w:pPr>
          </w:p>
        </w:tc>
      </w:tr>
      <w:tr w:rsidR="0055626B" w:rsidRPr="007206F2" w14:paraId="62EBA30E" w14:textId="77777777" w:rsidTr="0055626B">
        <w:tc>
          <w:tcPr>
            <w:tcW w:w="534" w:type="dxa"/>
          </w:tcPr>
          <w:p w14:paraId="06C86D6D" w14:textId="77777777" w:rsidR="0055626B" w:rsidRPr="0055626B" w:rsidRDefault="0055626B" w:rsidP="00651797">
            <w:pPr>
              <w:jc w:val="center"/>
              <w:rPr>
                <w:rFonts w:cs="Shruti"/>
                <w:sz w:val="20"/>
                <w:szCs w:val="20"/>
                <w:lang w:bidi="gu-IN"/>
              </w:rPr>
            </w:pPr>
            <w:r>
              <w:rPr>
                <w:rFonts w:cs="Shruti"/>
                <w:sz w:val="20"/>
                <w:szCs w:val="20"/>
                <w:cs/>
                <w:lang w:bidi="gu-IN"/>
              </w:rPr>
              <w:t>9</w:t>
            </w:r>
          </w:p>
        </w:tc>
        <w:tc>
          <w:tcPr>
            <w:tcW w:w="1275" w:type="dxa"/>
          </w:tcPr>
          <w:p w14:paraId="521AA691" w14:textId="77777777" w:rsidR="0055626B" w:rsidRPr="007206F2" w:rsidRDefault="0055626B" w:rsidP="007206F2">
            <w:pPr>
              <w:rPr>
                <w:sz w:val="20"/>
                <w:szCs w:val="20"/>
              </w:rPr>
            </w:pPr>
            <w:r w:rsidRPr="007206F2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7206F2">
              <w:rPr>
                <w:sz w:val="20"/>
                <w:szCs w:val="20"/>
              </w:rPr>
              <w:t xml:space="preserve"> 8</w:t>
            </w:r>
          </w:p>
        </w:tc>
        <w:tc>
          <w:tcPr>
            <w:tcW w:w="2517" w:type="dxa"/>
          </w:tcPr>
          <w:p w14:paraId="6374FCD0" w14:textId="77777777" w:rsidR="0055626B" w:rsidRPr="007206F2" w:rsidRDefault="0055626B" w:rsidP="007206F2">
            <w:pPr>
              <w:rPr>
                <w:sz w:val="20"/>
                <w:szCs w:val="20"/>
              </w:rPr>
            </w:pPr>
          </w:p>
        </w:tc>
        <w:tc>
          <w:tcPr>
            <w:tcW w:w="1439" w:type="dxa"/>
          </w:tcPr>
          <w:p w14:paraId="1A13A63C" w14:textId="77777777" w:rsidR="0055626B" w:rsidRPr="007206F2" w:rsidRDefault="0055626B" w:rsidP="007206F2">
            <w:pPr>
              <w:rPr>
                <w:sz w:val="20"/>
                <w:szCs w:val="20"/>
              </w:rPr>
            </w:pPr>
          </w:p>
        </w:tc>
        <w:tc>
          <w:tcPr>
            <w:tcW w:w="1439" w:type="dxa"/>
          </w:tcPr>
          <w:p w14:paraId="7EDD0A22" w14:textId="77777777" w:rsidR="0055626B" w:rsidRPr="007206F2" w:rsidRDefault="0055626B" w:rsidP="007206F2">
            <w:pPr>
              <w:rPr>
                <w:sz w:val="20"/>
                <w:szCs w:val="20"/>
              </w:rPr>
            </w:pPr>
          </w:p>
        </w:tc>
        <w:tc>
          <w:tcPr>
            <w:tcW w:w="2402" w:type="dxa"/>
          </w:tcPr>
          <w:p w14:paraId="00DABF5A" w14:textId="77777777" w:rsidR="0055626B" w:rsidRPr="007206F2" w:rsidRDefault="0055626B" w:rsidP="007206F2">
            <w:pPr>
              <w:rPr>
                <w:sz w:val="20"/>
                <w:szCs w:val="20"/>
              </w:rPr>
            </w:pPr>
          </w:p>
        </w:tc>
      </w:tr>
    </w:tbl>
    <w:p w14:paraId="04DB353F" w14:textId="77777777" w:rsidR="007206F2" w:rsidRPr="007206F2" w:rsidRDefault="007206F2" w:rsidP="007206F2">
      <w:pPr>
        <w:pStyle w:val="Heading2"/>
        <w:spacing w:line="240" w:lineRule="auto"/>
        <w:rPr>
          <w:sz w:val="20"/>
          <w:szCs w:val="20"/>
        </w:rPr>
      </w:pPr>
      <w:r w:rsidRPr="007206F2">
        <w:rPr>
          <w:rFonts w:cs="Shruti"/>
          <w:sz w:val="20"/>
          <w:szCs w:val="20"/>
          <w:cs/>
          <w:lang w:bidi="gu-IN"/>
        </w:rPr>
        <w:t>૩</w:t>
      </w:r>
      <w:r w:rsidRPr="007206F2">
        <w:rPr>
          <w:sz w:val="20"/>
          <w:szCs w:val="20"/>
        </w:rPr>
        <w:t xml:space="preserve">. </w:t>
      </w:r>
      <w:r w:rsidRPr="007206F2">
        <w:rPr>
          <w:rFonts w:cs="Shruti"/>
          <w:sz w:val="20"/>
          <w:szCs w:val="20"/>
          <w:cs/>
          <w:lang w:bidi="gu-IN"/>
        </w:rPr>
        <w:t>શાળા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દ્વારા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લેવાયેલ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ફોલો</w:t>
      </w:r>
      <w:r w:rsidRPr="007206F2">
        <w:rPr>
          <w:sz w:val="20"/>
          <w:szCs w:val="20"/>
        </w:rPr>
        <w:t>-</w:t>
      </w:r>
      <w:r w:rsidRPr="007206F2">
        <w:rPr>
          <w:rFonts w:cs="Shruti"/>
          <w:sz w:val="20"/>
          <w:szCs w:val="20"/>
          <w:cs/>
          <w:lang w:bidi="gu-IN"/>
        </w:rPr>
        <w:t>અપ</w:t>
      </w:r>
      <w:r w:rsidRPr="007206F2">
        <w:rPr>
          <w:sz w:val="20"/>
          <w:szCs w:val="20"/>
        </w:rPr>
        <w:t xml:space="preserve"> (Follow-up Action):</w:t>
      </w:r>
    </w:p>
    <w:p w14:paraId="689652B4" w14:textId="77777777" w:rsidR="007206F2" w:rsidRPr="0055626B" w:rsidRDefault="007206F2" w:rsidP="0055626B">
      <w:pPr>
        <w:pStyle w:val="ListBullet"/>
        <w:spacing w:after="0" w:line="240" w:lineRule="auto"/>
        <w:rPr>
          <w:sz w:val="20"/>
          <w:szCs w:val="20"/>
        </w:rPr>
      </w:pPr>
      <w:r w:rsidRPr="007206F2">
        <w:rPr>
          <w:rFonts w:cs="Shruti"/>
          <w:sz w:val="20"/>
          <w:szCs w:val="20"/>
          <w:cs/>
          <w:lang w:bidi="gu-IN"/>
        </w:rPr>
        <w:t>આયર્ન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અને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ફોલિક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એસિડ</w:t>
      </w:r>
      <w:r w:rsidRPr="007206F2">
        <w:rPr>
          <w:sz w:val="20"/>
          <w:szCs w:val="20"/>
        </w:rPr>
        <w:t xml:space="preserve"> (IFA) </w:t>
      </w:r>
      <w:r w:rsidRPr="007206F2">
        <w:rPr>
          <w:rFonts w:cs="Shruti"/>
          <w:sz w:val="20"/>
          <w:szCs w:val="20"/>
          <w:cs/>
          <w:lang w:bidi="gu-IN"/>
        </w:rPr>
        <w:t>ની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ગોળીઓ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અને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કૃમિનાશક</w:t>
      </w:r>
      <w:r w:rsidRPr="007206F2">
        <w:rPr>
          <w:sz w:val="20"/>
          <w:szCs w:val="20"/>
        </w:rPr>
        <w:t xml:space="preserve"> (Albendazole) </w:t>
      </w:r>
      <w:r w:rsidRPr="007206F2">
        <w:rPr>
          <w:rFonts w:cs="Shruti"/>
          <w:sz w:val="20"/>
          <w:szCs w:val="20"/>
          <w:cs/>
          <w:lang w:bidi="gu-IN"/>
        </w:rPr>
        <w:t>ગોળીઓનું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નિયમિત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વિતરણ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કરવામાં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આવે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છે</w:t>
      </w:r>
      <w:r w:rsidRPr="007206F2">
        <w:rPr>
          <w:sz w:val="20"/>
          <w:szCs w:val="20"/>
        </w:rPr>
        <w:t>.</w:t>
      </w:r>
      <w:r w:rsidRPr="0055626B">
        <w:rPr>
          <w:sz w:val="20"/>
          <w:szCs w:val="20"/>
        </w:rPr>
        <w:t>.</w:t>
      </w:r>
    </w:p>
    <w:p w14:paraId="69EFB2A8" w14:textId="77777777" w:rsidR="007206F2" w:rsidRPr="0055626B" w:rsidRDefault="007206F2" w:rsidP="0055626B">
      <w:pPr>
        <w:pStyle w:val="ListBullet"/>
        <w:spacing w:after="0" w:line="240" w:lineRule="auto"/>
        <w:rPr>
          <w:sz w:val="20"/>
          <w:szCs w:val="20"/>
        </w:rPr>
      </w:pPr>
      <w:r w:rsidRPr="007206F2">
        <w:rPr>
          <w:rFonts w:cs="Shruti"/>
          <w:sz w:val="20"/>
          <w:szCs w:val="20"/>
          <w:cs/>
          <w:lang w:bidi="gu-IN"/>
        </w:rPr>
        <w:t>દાંતની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સફાઈ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અને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વ્યક્તિગત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સ્વચ્છતા</w:t>
      </w:r>
      <w:r w:rsidRPr="007206F2">
        <w:rPr>
          <w:sz w:val="20"/>
          <w:szCs w:val="20"/>
        </w:rPr>
        <w:t xml:space="preserve"> (Personal Hygiene) </w:t>
      </w:r>
      <w:r w:rsidRPr="007206F2">
        <w:rPr>
          <w:rFonts w:cs="Shruti"/>
          <w:sz w:val="20"/>
          <w:szCs w:val="20"/>
          <w:cs/>
          <w:lang w:bidi="gu-IN"/>
        </w:rPr>
        <w:t>અંગે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બાળકોને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અને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વાલીઓને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માર્ગદર્શન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આપવામાં</w:t>
      </w:r>
      <w:r w:rsidRPr="007206F2">
        <w:rPr>
          <w:sz w:val="20"/>
          <w:szCs w:val="20"/>
        </w:rPr>
        <w:t xml:space="preserve"> </w:t>
      </w:r>
      <w:r w:rsidRPr="007206F2">
        <w:rPr>
          <w:rFonts w:cs="Shruti"/>
          <w:sz w:val="20"/>
          <w:szCs w:val="20"/>
          <w:cs/>
          <w:lang w:bidi="gu-IN"/>
        </w:rPr>
        <w:t>આવ્યું</w:t>
      </w:r>
      <w:r w:rsidRPr="007206F2">
        <w:rPr>
          <w:sz w:val="20"/>
          <w:szCs w:val="20"/>
        </w:rPr>
        <w:t>.</w:t>
      </w:r>
    </w:p>
    <w:p w14:paraId="2BA5CD1F" w14:textId="77777777" w:rsidR="007206F2" w:rsidRPr="0055626B" w:rsidRDefault="007206F2" w:rsidP="007206F2">
      <w:pPr>
        <w:spacing w:after="0" w:line="240" w:lineRule="auto"/>
        <w:rPr>
          <w:sz w:val="18"/>
          <w:szCs w:val="18"/>
        </w:rPr>
      </w:pPr>
      <w:r w:rsidRPr="0055626B">
        <w:rPr>
          <w:rFonts w:cs="Shruti"/>
          <w:sz w:val="18"/>
          <w:szCs w:val="18"/>
          <w:cs/>
          <w:lang w:bidi="gu-IN"/>
        </w:rPr>
        <w:t>નિષ્કર્ષ</w:t>
      </w:r>
      <w:r w:rsidRPr="0055626B">
        <w:rPr>
          <w:sz w:val="18"/>
          <w:szCs w:val="18"/>
        </w:rPr>
        <w:t xml:space="preserve">: </w:t>
      </w:r>
      <w:r w:rsidRPr="0055626B">
        <w:rPr>
          <w:rFonts w:cs="Shruti"/>
          <w:sz w:val="18"/>
          <w:szCs w:val="18"/>
          <w:cs/>
          <w:lang w:bidi="gu-IN"/>
        </w:rPr>
        <w:t>શાળામાં</w:t>
      </w:r>
      <w:r w:rsidRPr="0055626B">
        <w:rPr>
          <w:sz w:val="18"/>
          <w:szCs w:val="18"/>
        </w:rPr>
        <w:t xml:space="preserve"> </w:t>
      </w:r>
      <w:r w:rsidRPr="0055626B">
        <w:rPr>
          <w:rFonts w:cs="Shruti"/>
          <w:sz w:val="18"/>
          <w:szCs w:val="18"/>
          <w:cs/>
          <w:lang w:bidi="gu-IN"/>
        </w:rPr>
        <w:t>નિયમિત</w:t>
      </w:r>
      <w:r w:rsidRPr="0055626B">
        <w:rPr>
          <w:sz w:val="18"/>
          <w:szCs w:val="18"/>
        </w:rPr>
        <w:t xml:space="preserve"> </w:t>
      </w:r>
      <w:r w:rsidRPr="0055626B">
        <w:rPr>
          <w:rFonts w:cs="Shruti"/>
          <w:sz w:val="18"/>
          <w:szCs w:val="18"/>
          <w:cs/>
          <w:lang w:bidi="gu-IN"/>
        </w:rPr>
        <w:t>આરોગ્ય</w:t>
      </w:r>
      <w:r w:rsidRPr="0055626B">
        <w:rPr>
          <w:sz w:val="18"/>
          <w:szCs w:val="18"/>
        </w:rPr>
        <w:t xml:space="preserve"> </w:t>
      </w:r>
      <w:r w:rsidRPr="0055626B">
        <w:rPr>
          <w:rFonts w:cs="Shruti"/>
          <w:sz w:val="18"/>
          <w:szCs w:val="18"/>
          <w:cs/>
          <w:lang w:bidi="gu-IN"/>
        </w:rPr>
        <w:t>તપાસથી</w:t>
      </w:r>
      <w:r w:rsidRPr="0055626B">
        <w:rPr>
          <w:sz w:val="18"/>
          <w:szCs w:val="18"/>
        </w:rPr>
        <w:t xml:space="preserve"> </w:t>
      </w:r>
      <w:r w:rsidRPr="0055626B">
        <w:rPr>
          <w:rFonts w:cs="Shruti"/>
          <w:sz w:val="18"/>
          <w:szCs w:val="18"/>
          <w:cs/>
          <w:lang w:bidi="gu-IN"/>
        </w:rPr>
        <w:t>બાળકોની</w:t>
      </w:r>
      <w:r w:rsidRPr="0055626B">
        <w:rPr>
          <w:sz w:val="18"/>
          <w:szCs w:val="18"/>
        </w:rPr>
        <w:t xml:space="preserve"> </w:t>
      </w:r>
      <w:r w:rsidRPr="0055626B">
        <w:rPr>
          <w:rFonts w:cs="Shruti"/>
          <w:sz w:val="18"/>
          <w:szCs w:val="18"/>
          <w:cs/>
          <w:lang w:bidi="gu-IN"/>
        </w:rPr>
        <w:t>બીમારીઓ</w:t>
      </w:r>
      <w:r w:rsidRPr="0055626B">
        <w:rPr>
          <w:sz w:val="18"/>
          <w:szCs w:val="18"/>
        </w:rPr>
        <w:t xml:space="preserve"> </w:t>
      </w:r>
      <w:r w:rsidRPr="0055626B">
        <w:rPr>
          <w:rFonts w:cs="Shruti"/>
          <w:sz w:val="18"/>
          <w:szCs w:val="18"/>
          <w:cs/>
          <w:lang w:bidi="gu-IN"/>
        </w:rPr>
        <w:t>પ્રાથમિક</w:t>
      </w:r>
      <w:r w:rsidRPr="0055626B">
        <w:rPr>
          <w:sz w:val="18"/>
          <w:szCs w:val="18"/>
        </w:rPr>
        <w:t xml:space="preserve"> </w:t>
      </w:r>
      <w:r w:rsidRPr="0055626B">
        <w:rPr>
          <w:rFonts w:cs="Shruti"/>
          <w:sz w:val="18"/>
          <w:szCs w:val="18"/>
          <w:cs/>
          <w:lang w:bidi="gu-IN"/>
        </w:rPr>
        <w:t>તબક્કે</w:t>
      </w:r>
      <w:r w:rsidRPr="0055626B">
        <w:rPr>
          <w:sz w:val="18"/>
          <w:szCs w:val="18"/>
        </w:rPr>
        <w:t xml:space="preserve"> </w:t>
      </w:r>
      <w:r w:rsidRPr="0055626B">
        <w:rPr>
          <w:rFonts w:cs="Shruti"/>
          <w:sz w:val="18"/>
          <w:szCs w:val="18"/>
          <w:cs/>
          <w:lang w:bidi="gu-IN"/>
        </w:rPr>
        <w:t>જાણી</w:t>
      </w:r>
      <w:r w:rsidRPr="0055626B">
        <w:rPr>
          <w:sz w:val="18"/>
          <w:szCs w:val="18"/>
        </w:rPr>
        <w:t xml:space="preserve"> </w:t>
      </w:r>
      <w:r w:rsidRPr="0055626B">
        <w:rPr>
          <w:rFonts w:cs="Shruti"/>
          <w:sz w:val="18"/>
          <w:szCs w:val="18"/>
          <w:cs/>
          <w:lang w:bidi="gu-IN"/>
        </w:rPr>
        <w:t>શકાય</w:t>
      </w:r>
      <w:r w:rsidRPr="0055626B">
        <w:rPr>
          <w:sz w:val="18"/>
          <w:szCs w:val="18"/>
        </w:rPr>
        <w:t xml:space="preserve"> </w:t>
      </w:r>
      <w:r w:rsidRPr="0055626B">
        <w:rPr>
          <w:rFonts w:cs="Shruti"/>
          <w:sz w:val="18"/>
          <w:szCs w:val="18"/>
          <w:cs/>
          <w:lang w:bidi="gu-IN"/>
        </w:rPr>
        <w:t>છે</w:t>
      </w:r>
      <w:r w:rsidRPr="0055626B">
        <w:rPr>
          <w:sz w:val="18"/>
          <w:szCs w:val="18"/>
        </w:rPr>
        <w:t xml:space="preserve"> </w:t>
      </w:r>
      <w:r w:rsidRPr="0055626B">
        <w:rPr>
          <w:rFonts w:cs="Shruti"/>
          <w:sz w:val="18"/>
          <w:szCs w:val="18"/>
          <w:cs/>
          <w:lang w:bidi="gu-IN"/>
        </w:rPr>
        <w:t>અને</w:t>
      </w:r>
      <w:r w:rsidRPr="0055626B">
        <w:rPr>
          <w:sz w:val="18"/>
          <w:szCs w:val="18"/>
        </w:rPr>
        <w:t xml:space="preserve"> </w:t>
      </w:r>
      <w:r w:rsidRPr="0055626B">
        <w:rPr>
          <w:rFonts w:cs="Shruti"/>
          <w:sz w:val="18"/>
          <w:szCs w:val="18"/>
          <w:cs/>
          <w:lang w:bidi="gu-IN"/>
        </w:rPr>
        <w:t>તેમની</w:t>
      </w:r>
      <w:r w:rsidRPr="0055626B">
        <w:rPr>
          <w:sz w:val="18"/>
          <w:szCs w:val="18"/>
        </w:rPr>
        <w:t xml:space="preserve"> </w:t>
      </w:r>
      <w:r w:rsidRPr="0055626B">
        <w:rPr>
          <w:rFonts w:cs="Shruti"/>
          <w:sz w:val="18"/>
          <w:szCs w:val="18"/>
          <w:cs/>
          <w:lang w:bidi="gu-IN"/>
        </w:rPr>
        <w:t>શૈક્ષણિક</w:t>
      </w:r>
      <w:r w:rsidRPr="0055626B">
        <w:rPr>
          <w:sz w:val="18"/>
          <w:szCs w:val="18"/>
        </w:rPr>
        <w:t xml:space="preserve"> </w:t>
      </w:r>
      <w:r w:rsidRPr="0055626B">
        <w:rPr>
          <w:rFonts w:cs="Shruti"/>
          <w:sz w:val="18"/>
          <w:szCs w:val="18"/>
          <w:cs/>
          <w:lang w:bidi="gu-IN"/>
        </w:rPr>
        <w:t>પ્રગતિમાં</w:t>
      </w:r>
      <w:r w:rsidRPr="0055626B">
        <w:rPr>
          <w:sz w:val="18"/>
          <w:szCs w:val="18"/>
        </w:rPr>
        <w:t xml:space="preserve"> </w:t>
      </w:r>
      <w:r w:rsidRPr="0055626B">
        <w:rPr>
          <w:rFonts w:cs="Shruti"/>
          <w:sz w:val="18"/>
          <w:szCs w:val="18"/>
          <w:cs/>
          <w:lang w:bidi="gu-IN"/>
        </w:rPr>
        <w:t>સ્વાસ્થ્ય</w:t>
      </w:r>
      <w:r w:rsidRPr="0055626B">
        <w:rPr>
          <w:sz w:val="18"/>
          <w:szCs w:val="18"/>
        </w:rPr>
        <w:t xml:space="preserve"> </w:t>
      </w:r>
      <w:r w:rsidRPr="0055626B">
        <w:rPr>
          <w:rFonts w:cs="Shruti"/>
          <w:sz w:val="18"/>
          <w:szCs w:val="18"/>
          <w:cs/>
          <w:lang w:bidi="gu-IN"/>
        </w:rPr>
        <w:t>બાધારૂપ</w:t>
      </w:r>
      <w:r w:rsidRPr="0055626B">
        <w:rPr>
          <w:sz w:val="18"/>
          <w:szCs w:val="18"/>
        </w:rPr>
        <w:t xml:space="preserve"> </w:t>
      </w:r>
      <w:r w:rsidRPr="0055626B">
        <w:rPr>
          <w:rFonts w:cs="Shruti"/>
          <w:sz w:val="18"/>
          <w:szCs w:val="18"/>
          <w:cs/>
          <w:lang w:bidi="gu-IN"/>
        </w:rPr>
        <w:t>ન</w:t>
      </w:r>
      <w:r w:rsidRPr="0055626B">
        <w:rPr>
          <w:sz w:val="18"/>
          <w:szCs w:val="18"/>
        </w:rPr>
        <w:t xml:space="preserve"> </w:t>
      </w:r>
      <w:r w:rsidRPr="0055626B">
        <w:rPr>
          <w:rFonts w:cs="Shruti"/>
          <w:sz w:val="18"/>
          <w:szCs w:val="18"/>
          <w:cs/>
          <w:lang w:bidi="gu-IN"/>
        </w:rPr>
        <w:t>બને</w:t>
      </w:r>
      <w:r w:rsidRPr="0055626B">
        <w:rPr>
          <w:sz w:val="18"/>
          <w:szCs w:val="18"/>
        </w:rPr>
        <w:t xml:space="preserve"> </w:t>
      </w:r>
      <w:r w:rsidRPr="0055626B">
        <w:rPr>
          <w:rFonts w:cs="Shruti"/>
          <w:sz w:val="18"/>
          <w:szCs w:val="18"/>
          <w:cs/>
          <w:lang w:bidi="gu-IN"/>
        </w:rPr>
        <w:t>તે</w:t>
      </w:r>
      <w:r w:rsidRPr="0055626B">
        <w:rPr>
          <w:sz w:val="18"/>
          <w:szCs w:val="18"/>
        </w:rPr>
        <w:t xml:space="preserve"> </w:t>
      </w:r>
      <w:r w:rsidRPr="0055626B">
        <w:rPr>
          <w:rFonts w:cs="Shruti"/>
          <w:sz w:val="18"/>
          <w:szCs w:val="18"/>
          <w:cs/>
          <w:lang w:bidi="gu-IN"/>
        </w:rPr>
        <w:t>સુનિશ્ચિત</w:t>
      </w:r>
      <w:r w:rsidRPr="0055626B">
        <w:rPr>
          <w:sz w:val="18"/>
          <w:szCs w:val="18"/>
        </w:rPr>
        <w:t xml:space="preserve"> </w:t>
      </w:r>
      <w:r w:rsidRPr="0055626B">
        <w:rPr>
          <w:rFonts w:cs="Shruti"/>
          <w:sz w:val="18"/>
          <w:szCs w:val="18"/>
          <w:cs/>
          <w:lang w:bidi="gu-IN"/>
        </w:rPr>
        <w:t>થાય</w:t>
      </w:r>
      <w:r w:rsidRPr="0055626B">
        <w:rPr>
          <w:sz w:val="18"/>
          <w:szCs w:val="18"/>
        </w:rPr>
        <w:t xml:space="preserve"> </w:t>
      </w:r>
      <w:r w:rsidRPr="0055626B">
        <w:rPr>
          <w:rFonts w:cs="Shruti"/>
          <w:sz w:val="18"/>
          <w:szCs w:val="18"/>
          <w:cs/>
          <w:lang w:bidi="gu-IN"/>
        </w:rPr>
        <w:t>છે</w:t>
      </w:r>
      <w:r w:rsidRPr="0055626B">
        <w:rPr>
          <w:sz w:val="18"/>
          <w:szCs w:val="18"/>
        </w:rPr>
        <w:t>.</w:t>
      </w:r>
    </w:p>
    <w:p w14:paraId="12BADBEE" w14:textId="77777777" w:rsidR="007206F2" w:rsidRPr="0055626B" w:rsidRDefault="007206F2" w:rsidP="007206F2">
      <w:pPr>
        <w:spacing w:after="0" w:line="240" w:lineRule="auto"/>
        <w:rPr>
          <w:rFonts w:cs="Shruti"/>
          <w:sz w:val="20"/>
          <w:szCs w:val="20"/>
          <w:lang w:bidi="gu-I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7206F2" w:rsidRPr="007206F2" w14:paraId="230097DF" w14:textId="77777777" w:rsidTr="007206F2">
        <w:tc>
          <w:tcPr>
            <w:tcW w:w="4320" w:type="dxa"/>
          </w:tcPr>
          <w:p w14:paraId="2593FFBF" w14:textId="77777777" w:rsidR="007206F2" w:rsidRPr="007206F2" w:rsidRDefault="007206F2" w:rsidP="007206F2">
            <w:pPr>
              <w:spacing w:after="0" w:line="240" w:lineRule="auto"/>
              <w:rPr>
                <w:sz w:val="20"/>
                <w:szCs w:val="20"/>
              </w:rPr>
            </w:pPr>
            <w:r w:rsidRPr="007206F2">
              <w:rPr>
                <w:sz w:val="20"/>
                <w:szCs w:val="20"/>
              </w:rPr>
              <w:t xml:space="preserve">RBSK </w:t>
            </w:r>
            <w:r w:rsidRPr="007206F2">
              <w:rPr>
                <w:rFonts w:cs="Shruti"/>
                <w:sz w:val="20"/>
                <w:szCs w:val="20"/>
                <w:cs/>
                <w:lang w:bidi="gu-IN"/>
              </w:rPr>
              <w:t>ડોક્ટર</w:t>
            </w:r>
            <w:r w:rsidRPr="007206F2">
              <w:rPr>
                <w:sz w:val="20"/>
                <w:szCs w:val="20"/>
              </w:rPr>
              <w:t xml:space="preserve"> / </w:t>
            </w:r>
            <w:r w:rsidRPr="007206F2">
              <w:rPr>
                <w:rFonts w:cs="Shruti"/>
                <w:sz w:val="20"/>
                <w:szCs w:val="20"/>
                <w:cs/>
                <w:lang w:bidi="gu-IN"/>
              </w:rPr>
              <w:t>આરોગ્ય</w:t>
            </w:r>
            <w:r w:rsidRPr="007206F2">
              <w:rPr>
                <w:sz w:val="20"/>
                <w:szCs w:val="20"/>
              </w:rPr>
              <w:t xml:space="preserve"> </w:t>
            </w:r>
            <w:r w:rsidRPr="007206F2">
              <w:rPr>
                <w:rFonts w:cs="Shruti"/>
                <w:sz w:val="20"/>
                <w:szCs w:val="20"/>
                <w:cs/>
                <w:lang w:bidi="gu-IN"/>
              </w:rPr>
              <w:t>અધિકારીની</w:t>
            </w:r>
            <w:r w:rsidRPr="007206F2">
              <w:rPr>
                <w:sz w:val="20"/>
                <w:szCs w:val="20"/>
              </w:rPr>
              <w:t xml:space="preserve"> </w:t>
            </w:r>
            <w:r w:rsidRPr="007206F2">
              <w:rPr>
                <w:rFonts w:cs="Shruti"/>
                <w:sz w:val="20"/>
                <w:szCs w:val="20"/>
                <w:cs/>
                <w:lang w:bidi="gu-IN"/>
              </w:rPr>
              <w:t>સહી</w:t>
            </w:r>
            <w:r w:rsidRPr="007206F2">
              <w:rPr>
                <w:sz w:val="20"/>
                <w:szCs w:val="20"/>
              </w:rPr>
              <w:br/>
            </w:r>
            <w:r w:rsidRPr="007206F2">
              <w:rPr>
                <w:sz w:val="20"/>
                <w:szCs w:val="20"/>
              </w:rPr>
              <w:br/>
              <w:t>______________________</w:t>
            </w:r>
          </w:p>
        </w:tc>
        <w:tc>
          <w:tcPr>
            <w:tcW w:w="4320" w:type="dxa"/>
          </w:tcPr>
          <w:p w14:paraId="39C70466" w14:textId="0206FEF0" w:rsidR="007206F2" w:rsidRPr="00F56B31" w:rsidRDefault="007206F2" w:rsidP="007206F2">
            <w:pPr>
              <w:spacing w:after="0" w:line="240" w:lineRule="auto"/>
              <w:jc w:val="right"/>
              <w:rPr>
                <w:rFonts w:cs="Shruti"/>
                <w:sz w:val="20"/>
                <w:szCs w:val="20"/>
              </w:rPr>
            </w:pPr>
            <w:r w:rsidRPr="007206F2">
              <w:rPr>
                <w:rFonts w:cs="Shruti"/>
                <w:sz w:val="20"/>
                <w:szCs w:val="20"/>
                <w:cs/>
                <w:lang w:bidi="gu-IN"/>
              </w:rPr>
              <w:t>આચાર્યશ્રીની</w:t>
            </w:r>
            <w:r w:rsidRPr="007206F2">
              <w:rPr>
                <w:sz w:val="20"/>
                <w:szCs w:val="20"/>
              </w:rPr>
              <w:t xml:space="preserve"> </w:t>
            </w:r>
            <w:r w:rsidRPr="007206F2">
              <w:rPr>
                <w:rFonts w:cs="Shruti"/>
                <w:sz w:val="20"/>
                <w:szCs w:val="20"/>
                <w:cs/>
                <w:lang w:bidi="gu-IN"/>
              </w:rPr>
              <w:t>સહી</w:t>
            </w:r>
            <w:r w:rsidRPr="007206F2">
              <w:rPr>
                <w:sz w:val="20"/>
                <w:szCs w:val="20"/>
              </w:rPr>
              <w:t xml:space="preserve"> </w:t>
            </w:r>
            <w:r w:rsidRPr="007206F2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7206F2">
              <w:rPr>
                <w:sz w:val="20"/>
                <w:szCs w:val="20"/>
              </w:rPr>
              <w:t xml:space="preserve"> </w:t>
            </w:r>
            <w:r w:rsidRPr="007206F2">
              <w:rPr>
                <w:rFonts w:cs="Shruti"/>
                <w:sz w:val="20"/>
                <w:szCs w:val="20"/>
                <w:cs/>
                <w:lang w:bidi="gu-IN"/>
              </w:rPr>
              <w:t>સિક્કો</w:t>
            </w:r>
            <w:r w:rsidRPr="007206F2">
              <w:rPr>
                <w:sz w:val="20"/>
                <w:szCs w:val="20"/>
              </w:rPr>
              <w:br/>
            </w:r>
            <w:r w:rsidRPr="007206F2">
              <w:rPr>
                <w:sz w:val="20"/>
                <w:szCs w:val="20"/>
              </w:rPr>
              <w:br/>
              <w:t>______________________</w:t>
            </w:r>
            <w:r w:rsidRPr="007206F2">
              <w:rPr>
                <w:sz w:val="20"/>
                <w:szCs w:val="20"/>
              </w:rPr>
              <w:br/>
            </w:r>
            <w:r w:rsidRPr="007206F2">
              <w:rPr>
                <w:rFonts w:cs="Shruti"/>
                <w:sz w:val="20"/>
                <w:szCs w:val="20"/>
                <w:cs/>
                <w:lang w:bidi="gu-IN"/>
              </w:rPr>
              <w:t>સ્થળ</w:t>
            </w:r>
            <w:r w:rsidRPr="007206F2">
              <w:rPr>
                <w:sz w:val="20"/>
                <w:szCs w:val="20"/>
              </w:rPr>
              <w:t xml:space="preserve">: </w:t>
            </w:r>
            <w:r w:rsidR="008E13CA">
              <w:rPr>
                <w:rFonts w:cs="Shruti" w:hint="cs"/>
                <w:cs/>
                <w:lang w:bidi="gu-IN"/>
              </w:rPr>
              <w:t xml:space="preserve">ઢાંકણ્રીયાવાસ પ્રાથમિક શાળા </w:t>
            </w:r>
          </w:p>
        </w:tc>
      </w:tr>
    </w:tbl>
    <w:p w14:paraId="31F77F54" w14:textId="432DF05D" w:rsidR="00B36C4E" w:rsidRDefault="002546D1" w:rsidP="00521B9B">
      <w:pPr>
        <w:spacing w:after="0" w:line="240" w:lineRule="auto"/>
        <w:rPr>
          <w:rFonts w:cs="Shruti"/>
          <w:b/>
          <w:u w:val="single"/>
          <w:lang w:val="en-IN" w:bidi="gu-IN"/>
        </w:rPr>
      </w:pPr>
      <w:r>
        <w:rPr>
          <w:rFonts w:cs="Shruti" w:hint="cs"/>
          <w:sz w:val="28"/>
          <w:szCs w:val="28"/>
          <w:u w:val="single"/>
          <w:cs/>
          <w:lang w:bidi="gu-IN"/>
        </w:rPr>
        <w:lastRenderedPageBreak/>
        <w:t>ઢાંકણ્રીયાવાસ પ્રાથમિક શાળા તા- લાખણી જિલ્લો - વાવ-થરાદ ડાયસ કોડ: 24021300207</w:t>
      </w:r>
    </w:p>
    <w:p w14:paraId="158F38CC" w14:textId="77777777" w:rsidR="000849D3" w:rsidRPr="000849D3" w:rsidRDefault="00654EFD" w:rsidP="000849D3">
      <w:pPr>
        <w:tabs>
          <w:tab w:val="left" w:pos="2835"/>
        </w:tabs>
        <w:spacing w:line="240" w:lineRule="auto"/>
        <w:jc w:val="center"/>
        <w:rPr>
          <w:rFonts w:cs="Shruti"/>
          <w:bCs/>
          <w:sz w:val="24"/>
          <w:szCs w:val="24"/>
          <w:lang w:bidi="gu-IN"/>
        </w:rPr>
      </w:pPr>
      <w:r w:rsidRPr="00654EFD">
        <w:rPr>
          <w:rFonts w:cs="Shruti"/>
          <w:bCs/>
          <w:sz w:val="24"/>
          <w:szCs w:val="24"/>
          <w:cs/>
          <w:lang w:bidi="gu-IN"/>
        </w:rPr>
        <w:t>દિવ્યાંગતાની જાણ માટે વિદ્યાર્થીઓના સ્ક્રિનિંગ અને કરેલ અનુકાર્યની વિગત (અહેવાલ)</w:t>
      </w:r>
    </w:p>
    <w:p w14:paraId="3282969E" w14:textId="75111E17" w:rsidR="000849D3" w:rsidRPr="006773FD" w:rsidRDefault="000849D3" w:rsidP="006773FD">
      <w:pPr>
        <w:spacing w:line="240" w:lineRule="auto"/>
        <w:rPr>
          <w:rFonts w:cs="Shruti"/>
          <w:sz w:val="18"/>
          <w:szCs w:val="18"/>
          <w:lang w:bidi="gu-IN"/>
        </w:rPr>
      </w:pPr>
      <w:r w:rsidRPr="006773FD">
        <w:rPr>
          <w:rFonts w:cs="Shruti"/>
          <w:sz w:val="18"/>
          <w:szCs w:val="18"/>
          <w:cs/>
          <w:lang w:bidi="gu-IN"/>
        </w:rPr>
        <w:t>સમાવેશી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શિક્ષણ</w:t>
      </w:r>
      <w:r w:rsidRPr="006773FD">
        <w:rPr>
          <w:sz w:val="18"/>
          <w:szCs w:val="18"/>
        </w:rPr>
        <w:t xml:space="preserve"> (Inclusive Education) </w:t>
      </w:r>
      <w:r w:rsidRPr="006773FD">
        <w:rPr>
          <w:rFonts w:cs="Shruti"/>
          <w:sz w:val="18"/>
          <w:szCs w:val="18"/>
          <w:cs/>
          <w:lang w:bidi="gu-IN"/>
        </w:rPr>
        <w:t>અને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રાઈટ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ટુ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એજ્યુકેશન</w:t>
      </w:r>
      <w:r w:rsidRPr="006773FD">
        <w:rPr>
          <w:sz w:val="18"/>
          <w:szCs w:val="18"/>
        </w:rPr>
        <w:t xml:space="preserve"> (RTE) </w:t>
      </w:r>
      <w:r w:rsidRPr="006773FD">
        <w:rPr>
          <w:rFonts w:cs="Shruti"/>
          <w:sz w:val="18"/>
          <w:szCs w:val="18"/>
          <w:cs/>
          <w:lang w:bidi="gu-IN"/>
        </w:rPr>
        <w:t>અંતર્ગત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શાળામાં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અભ્યાસ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કરતા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દિવ્યાંગ</w:t>
      </w:r>
      <w:r w:rsidRPr="006773FD">
        <w:rPr>
          <w:sz w:val="18"/>
          <w:szCs w:val="18"/>
        </w:rPr>
        <w:t xml:space="preserve"> (CWSN - Children with Special Needs) </w:t>
      </w:r>
      <w:r w:rsidRPr="006773FD">
        <w:rPr>
          <w:rFonts w:cs="Shruti"/>
          <w:sz w:val="18"/>
          <w:szCs w:val="18"/>
          <w:cs/>
          <w:lang w:bidi="gu-IN"/>
        </w:rPr>
        <w:t>બાળકોની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વહેલી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ઓળખ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થાય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અને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તેમને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જરૂરી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શૈક્ષણિક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તથા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તબીબી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સુવિધાઓ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મળી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રહે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તે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હેતુથી</w:t>
      </w:r>
      <w:r w:rsidR="00A87D89" w:rsidRPr="00A87D89">
        <w:rPr>
          <w:rFonts w:cs="Shruti" w:hint="cs"/>
          <w:cs/>
          <w:lang w:bidi="gu-IN"/>
        </w:rPr>
        <w:t xml:space="preserve"> </w:t>
      </w:r>
      <w:r w:rsidR="008E13CA">
        <w:rPr>
          <w:rFonts w:cs="Shruti" w:hint="cs"/>
          <w:cs/>
          <w:lang w:bidi="gu-IN"/>
        </w:rPr>
        <w:t xml:space="preserve">ઢાંકણ્રીયાવાસ પ્રાથમિક શાળા </w:t>
      </w:r>
      <w:r w:rsidRPr="006773FD">
        <w:rPr>
          <w:rFonts w:cs="Shruti"/>
          <w:sz w:val="18"/>
          <w:szCs w:val="18"/>
          <w:cs/>
          <w:lang w:bidi="gu-IN"/>
        </w:rPr>
        <w:t>માં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નિયમિત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સ્ક્રિનિંગ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અને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અનુકાર્ય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કરવામાં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આવે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છે</w:t>
      </w:r>
      <w:r w:rsidRPr="006773FD">
        <w:rPr>
          <w:sz w:val="18"/>
          <w:szCs w:val="18"/>
        </w:rPr>
        <w:t>.</w:t>
      </w:r>
    </w:p>
    <w:p w14:paraId="56D90131" w14:textId="77777777" w:rsidR="000849D3" w:rsidRPr="006773FD" w:rsidRDefault="000849D3" w:rsidP="000849D3">
      <w:pPr>
        <w:pStyle w:val="Heading2"/>
        <w:rPr>
          <w:sz w:val="18"/>
          <w:szCs w:val="18"/>
        </w:rPr>
      </w:pPr>
      <w:r w:rsidRPr="006773FD">
        <w:rPr>
          <w:rFonts w:cs="Shruti"/>
          <w:sz w:val="18"/>
          <w:szCs w:val="18"/>
          <w:cs/>
          <w:lang w:bidi="gu-IN"/>
        </w:rPr>
        <w:t>૧</w:t>
      </w:r>
      <w:r w:rsidRPr="006773FD">
        <w:rPr>
          <w:sz w:val="18"/>
          <w:szCs w:val="18"/>
        </w:rPr>
        <w:t xml:space="preserve">. </w:t>
      </w:r>
      <w:r w:rsidRPr="006773FD">
        <w:rPr>
          <w:rFonts w:cs="Shruti"/>
          <w:sz w:val="18"/>
          <w:szCs w:val="18"/>
          <w:cs/>
          <w:lang w:bidi="gu-IN"/>
        </w:rPr>
        <w:t>દિવ્યાંગતા</w:t>
      </w:r>
      <w:r w:rsidRPr="006773FD">
        <w:rPr>
          <w:sz w:val="18"/>
          <w:szCs w:val="18"/>
        </w:rPr>
        <w:t xml:space="preserve"> (CWSN) </w:t>
      </w:r>
      <w:r w:rsidRPr="006773FD">
        <w:rPr>
          <w:rFonts w:cs="Shruti"/>
          <w:sz w:val="18"/>
          <w:szCs w:val="18"/>
          <w:cs/>
          <w:lang w:bidi="gu-IN"/>
        </w:rPr>
        <w:t>સ્ક્રિનિંગની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પદ્ધતિ</w:t>
      </w:r>
      <w:r w:rsidRPr="006773FD">
        <w:rPr>
          <w:sz w:val="18"/>
          <w:szCs w:val="18"/>
        </w:rPr>
        <w:t>:</w:t>
      </w:r>
    </w:p>
    <w:p w14:paraId="5E0F8DD0" w14:textId="77777777" w:rsidR="000849D3" w:rsidRPr="006773FD" w:rsidRDefault="000849D3" w:rsidP="00577A6D">
      <w:pPr>
        <w:pStyle w:val="ListBullet"/>
        <w:spacing w:line="240" w:lineRule="auto"/>
        <w:rPr>
          <w:sz w:val="18"/>
          <w:szCs w:val="18"/>
        </w:rPr>
      </w:pPr>
      <w:r w:rsidRPr="006773FD">
        <w:rPr>
          <w:rFonts w:cs="Shruti"/>
          <w:sz w:val="18"/>
          <w:szCs w:val="18"/>
          <w:cs/>
          <w:lang w:bidi="gu-IN"/>
        </w:rPr>
        <w:t>પ્રશસ્ત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એપ</w:t>
      </w:r>
      <w:r w:rsidRPr="006773FD">
        <w:rPr>
          <w:sz w:val="18"/>
          <w:szCs w:val="18"/>
        </w:rPr>
        <w:t xml:space="preserve"> (PRASHAST App): </w:t>
      </w:r>
      <w:r w:rsidRPr="006773FD">
        <w:rPr>
          <w:rFonts w:cs="Shruti"/>
          <w:sz w:val="18"/>
          <w:szCs w:val="18"/>
          <w:cs/>
          <w:lang w:bidi="gu-IN"/>
        </w:rPr>
        <w:t>શાળાના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શિક્ષકો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દ્વારા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તમામ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બાળકોનું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પ્રાથમિક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અવલોકન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કરી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ભારત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સરકારની</w:t>
      </w:r>
      <w:r w:rsidRPr="006773FD">
        <w:rPr>
          <w:sz w:val="18"/>
          <w:szCs w:val="18"/>
        </w:rPr>
        <w:t xml:space="preserve"> "</w:t>
      </w:r>
      <w:r w:rsidRPr="006773FD">
        <w:rPr>
          <w:rFonts w:cs="Shruti"/>
          <w:sz w:val="18"/>
          <w:szCs w:val="18"/>
          <w:cs/>
          <w:lang w:bidi="gu-IN"/>
        </w:rPr>
        <w:t>પ્રશસ્ત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એપ</w:t>
      </w:r>
      <w:r w:rsidRPr="006773FD">
        <w:rPr>
          <w:sz w:val="18"/>
          <w:szCs w:val="18"/>
        </w:rPr>
        <w:t xml:space="preserve">" </w:t>
      </w:r>
      <w:r w:rsidRPr="006773FD">
        <w:rPr>
          <w:rFonts w:cs="Shruti"/>
          <w:sz w:val="18"/>
          <w:szCs w:val="18"/>
          <w:cs/>
          <w:lang w:bidi="gu-IN"/>
        </w:rPr>
        <w:t>માં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નોંધણી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અને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સ્ક્રિનિંગ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કરવામાં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આવે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છે</w:t>
      </w:r>
      <w:r w:rsidRPr="006773FD">
        <w:rPr>
          <w:sz w:val="18"/>
          <w:szCs w:val="18"/>
        </w:rPr>
        <w:t>.</w:t>
      </w:r>
    </w:p>
    <w:p w14:paraId="15C05CAD" w14:textId="77777777" w:rsidR="000849D3" w:rsidRPr="006773FD" w:rsidRDefault="000849D3" w:rsidP="00577A6D">
      <w:pPr>
        <w:pStyle w:val="ListBullet"/>
        <w:spacing w:line="240" w:lineRule="auto"/>
        <w:rPr>
          <w:sz w:val="18"/>
          <w:szCs w:val="18"/>
        </w:rPr>
      </w:pPr>
      <w:r w:rsidRPr="006773FD">
        <w:rPr>
          <w:rFonts w:cs="Shruti"/>
          <w:sz w:val="18"/>
          <w:szCs w:val="18"/>
          <w:cs/>
          <w:lang w:bidi="gu-IN"/>
        </w:rPr>
        <w:t>મેડિકલ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કેમ્પ</w:t>
      </w:r>
      <w:r w:rsidRPr="006773FD">
        <w:rPr>
          <w:sz w:val="18"/>
          <w:szCs w:val="18"/>
        </w:rPr>
        <w:t xml:space="preserve"> (RBSK): </w:t>
      </w:r>
      <w:r w:rsidRPr="006773FD">
        <w:rPr>
          <w:rFonts w:cs="Shruti"/>
          <w:sz w:val="18"/>
          <w:szCs w:val="18"/>
          <w:cs/>
          <w:lang w:bidi="gu-IN"/>
        </w:rPr>
        <w:t>રાષ્ટ્રીય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બાળ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સ્વાસ્થ્ય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કાર્યક્રમ</w:t>
      </w:r>
      <w:r w:rsidRPr="006773FD">
        <w:rPr>
          <w:sz w:val="18"/>
          <w:szCs w:val="18"/>
        </w:rPr>
        <w:t xml:space="preserve"> (RBSK) </w:t>
      </w:r>
      <w:r w:rsidRPr="006773FD">
        <w:rPr>
          <w:rFonts w:cs="Shruti"/>
          <w:sz w:val="18"/>
          <w:szCs w:val="18"/>
          <w:cs/>
          <w:lang w:bidi="gu-IN"/>
        </w:rPr>
        <w:t>ના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ડોક્ટરો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દ્વારા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શારીરિક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તપાસ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અને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માર્ગદર્શન</w:t>
      </w:r>
      <w:r w:rsidRPr="006773FD">
        <w:rPr>
          <w:sz w:val="18"/>
          <w:szCs w:val="18"/>
        </w:rPr>
        <w:t>.</w:t>
      </w:r>
    </w:p>
    <w:p w14:paraId="0FB012D8" w14:textId="77777777" w:rsidR="000849D3" w:rsidRPr="006773FD" w:rsidRDefault="000849D3" w:rsidP="00577A6D">
      <w:pPr>
        <w:pStyle w:val="ListBullet"/>
        <w:spacing w:line="240" w:lineRule="auto"/>
        <w:rPr>
          <w:sz w:val="18"/>
          <w:szCs w:val="18"/>
        </w:rPr>
      </w:pPr>
      <w:r w:rsidRPr="006773FD">
        <w:rPr>
          <w:sz w:val="18"/>
          <w:szCs w:val="18"/>
        </w:rPr>
        <w:t xml:space="preserve">IED </w:t>
      </w:r>
      <w:r w:rsidRPr="006773FD">
        <w:rPr>
          <w:rFonts w:cs="Shruti"/>
          <w:sz w:val="18"/>
          <w:szCs w:val="18"/>
          <w:cs/>
          <w:lang w:bidi="gu-IN"/>
        </w:rPr>
        <w:t>કો</w:t>
      </w:r>
      <w:r w:rsidRPr="006773FD">
        <w:rPr>
          <w:sz w:val="18"/>
          <w:szCs w:val="18"/>
        </w:rPr>
        <w:t>-</w:t>
      </w:r>
      <w:r w:rsidRPr="006773FD">
        <w:rPr>
          <w:rFonts w:cs="Shruti"/>
          <w:sz w:val="18"/>
          <w:szCs w:val="18"/>
          <w:cs/>
          <w:lang w:bidi="gu-IN"/>
        </w:rPr>
        <w:t>ઓર્ડિનેટર</w:t>
      </w:r>
      <w:r w:rsidRPr="006773FD">
        <w:rPr>
          <w:sz w:val="18"/>
          <w:szCs w:val="18"/>
        </w:rPr>
        <w:t xml:space="preserve"> / </w:t>
      </w:r>
      <w:r w:rsidRPr="006773FD">
        <w:rPr>
          <w:rFonts w:cs="Shruti"/>
          <w:sz w:val="18"/>
          <w:szCs w:val="18"/>
          <w:cs/>
          <w:lang w:bidi="gu-IN"/>
        </w:rPr>
        <w:t>સ્પેશિયલ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એજ્યુકેટર</w:t>
      </w:r>
      <w:r w:rsidRPr="006773FD">
        <w:rPr>
          <w:sz w:val="18"/>
          <w:szCs w:val="18"/>
        </w:rPr>
        <w:t xml:space="preserve">: BRC </w:t>
      </w:r>
      <w:r w:rsidRPr="006773FD">
        <w:rPr>
          <w:rFonts w:cs="Shruti"/>
          <w:sz w:val="18"/>
          <w:szCs w:val="18"/>
          <w:cs/>
          <w:lang w:bidi="gu-IN"/>
        </w:rPr>
        <w:t>ભવનના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સ્પેશિયલ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એજ્યુકેટર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દ્વારા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શાળાની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મુલાકાત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લઈ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શંકાસ્પદ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દિવ્યાંગતા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ધરાવતા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બાળકોની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સઘન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ચકાસણી</w:t>
      </w:r>
      <w:r w:rsidRPr="006773FD">
        <w:rPr>
          <w:sz w:val="18"/>
          <w:szCs w:val="18"/>
        </w:rPr>
        <w:t>.</w:t>
      </w:r>
    </w:p>
    <w:p w14:paraId="70CFB292" w14:textId="77777777" w:rsidR="000849D3" w:rsidRPr="006773FD" w:rsidRDefault="000849D3" w:rsidP="00577A6D">
      <w:pPr>
        <w:pStyle w:val="ListBullet"/>
        <w:spacing w:line="240" w:lineRule="auto"/>
        <w:rPr>
          <w:sz w:val="18"/>
          <w:szCs w:val="18"/>
        </w:rPr>
      </w:pPr>
      <w:r w:rsidRPr="006773FD">
        <w:rPr>
          <w:rFonts w:cs="Shruti"/>
          <w:sz w:val="18"/>
          <w:szCs w:val="18"/>
          <w:cs/>
          <w:lang w:bidi="gu-IN"/>
        </w:rPr>
        <w:t>વાલી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સંપર્ક</w:t>
      </w:r>
      <w:r w:rsidRPr="006773FD">
        <w:rPr>
          <w:sz w:val="18"/>
          <w:szCs w:val="18"/>
        </w:rPr>
        <w:t xml:space="preserve">: </w:t>
      </w:r>
      <w:r w:rsidRPr="006773FD">
        <w:rPr>
          <w:rFonts w:cs="Shruti"/>
          <w:sz w:val="18"/>
          <w:szCs w:val="18"/>
          <w:cs/>
          <w:lang w:bidi="gu-IN"/>
        </w:rPr>
        <w:t>પ્રવેશ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સમયે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અને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વાલી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મીટિંગમાં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વાલીઓ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પાસેથી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બાળકની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વર્તણૂક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અને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શારીરિક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સ્થિતિની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માહિતી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મેળવવી</w:t>
      </w:r>
      <w:r w:rsidRPr="006773FD">
        <w:rPr>
          <w:sz w:val="18"/>
          <w:szCs w:val="18"/>
        </w:rPr>
        <w:t>.</w:t>
      </w:r>
    </w:p>
    <w:p w14:paraId="6B027D87" w14:textId="77777777" w:rsidR="000849D3" w:rsidRPr="006773FD" w:rsidRDefault="000849D3" w:rsidP="000849D3">
      <w:pPr>
        <w:pStyle w:val="Heading2"/>
        <w:rPr>
          <w:sz w:val="18"/>
          <w:szCs w:val="18"/>
        </w:rPr>
      </w:pPr>
      <w:r w:rsidRPr="006773FD">
        <w:rPr>
          <w:rFonts w:cs="Shruti"/>
          <w:sz w:val="18"/>
          <w:szCs w:val="18"/>
          <w:cs/>
          <w:lang w:bidi="gu-IN"/>
        </w:rPr>
        <w:t>૨</w:t>
      </w:r>
      <w:r w:rsidRPr="006773FD">
        <w:rPr>
          <w:sz w:val="18"/>
          <w:szCs w:val="18"/>
        </w:rPr>
        <w:t xml:space="preserve">. </w:t>
      </w:r>
      <w:r w:rsidRPr="006773FD">
        <w:rPr>
          <w:rFonts w:cs="Shruti"/>
          <w:sz w:val="18"/>
          <w:szCs w:val="18"/>
          <w:cs/>
          <w:lang w:bidi="gu-IN"/>
        </w:rPr>
        <w:t>ચાલુ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શૈક્ષણિક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વર્ષનો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સ્ક્રિનિંગ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ડેટા</w:t>
      </w:r>
      <w:r w:rsidRPr="006773FD">
        <w:rPr>
          <w:sz w:val="18"/>
          <w:szCs w:val="18"/>
        </w:rPr>
        <w:t>: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534"/>
        <w:gridCol w:w="1275"/>
        <w:gridCol w:w="2127"/>
        <w:gridCol w:w="2976"/>
        <w:gridCol w:w="2410"/>
      </w:tblGrid>
      <w:tr w:rsidR="000849D3" w:rsidRPr="006773FD" w14:paraId="7BEE489D" w14:textId="77777777" w:rsidTr="00C96575">
        <w:tc>
          <w:tcPr>
            <w:tcW w:w="534" w:type="dxa"/>
          </w:tcPr>
          <w:p w14:paraId="599692DC" w14:textId="77777777" w:rsidR="000849D3" w:rsidRPr="006773FD" w:rsidRDefault="000849D3" w:rsidP="0078136E">
            <w:pPr>
              <w:rPr>
                <w:sz w:val="18"/>
                <w:szCs w:val="18"/>
              </w:rPr>
            </w:pPr>
            <w:r w:rsidRPr="006773FD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ક્રમ</w:t>
            </w:r>
          </w:p>
        </w:tc>
        <w:tc>
          <w:tcPr>
            <w:tcW w:w="1275" w:type="dxa"/>
          </w:tcPr>
          <w:p w14:paraId="008CF4A4" w14:textId="77777777" w:rsidR="000849D3" w:rsidRPr="006773FD" w:rsidRDefault="000849D3" w:rsidP="0078136E">
            <w:pPr>
              <w:rPr>
                <w:sz w:val="18"/>
                <w:szCs w:val="18"/>
              </w:rPr>
            </w:pPr>
            <w:r w:rsidRPr="006773FD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ધોરણ</w:t>
            </w:r>
          </w:p>
        </w:tc>
        <w:tc>
          <w:tcPr>
            <w:tcW w:w="2127" w:type="dxa"/>
          </w:tcPr>
          <w:p w14:paraId="3A91EE93" w14:textId="77777777" w:rsidR="000849D3" w:rsidRPr="006773FD" w:rsidRDefault="000849D3" w:rsidP="0078136E">
            <w:pPr>
              <w:rPr>
                <w:sz w:val="18"/>
                <w:szCs w:val="18"/>
              </w:rPr>
            </w:pPr>
            <w:r w:rsidRPr="006773FD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કુલ</w:t>
            </w:r>
            <w:r w:rsidRPr="006773FD">
              <w:rPr>
                <w:b/>
                <w:sz w:val="18"/>
                <w:szCs w:val="18"/>
              </w:rPr>
              <w:t xml:space="preserve"> </w:t>
            </w:r>
            <w:r w:rsidRPr="006773FD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સ્ક્રિનિંગ</w:t>
            </w:r>
            <w:r w:rsidRPr="006773FD">
              <w:rPr>
                <w:b/>
                <w:sz w:val="18"/>
                <w:szCs w:val="18"/>
              </w:rPr>
              <w:t xml:space="preserve"> </w:t>
            </w:r>
            <w:r w:rsidRPr="006773FD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થયેલ</w:t>
            </w:r>
            <w:r w:rsidRPr="006773FD">
              <w:rPr>
                <w:b/>
                <w:sz w:val="18"/>
                <w:szCs w:val="18"/>
              </w:rPr>
              <w:t xml:space="preserve"> </w:t>
            </w:r>
            <w:r w:rsidRPr="006773FD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બાળકો</w:t>
            </w:r>
          </w:p>
        </w:tc>
        <w:tc>
          <w:tcPr>
            <w:tcW w:w="2976" w:type="dxa"/>
          </w:tcPr>
          <w:p w14:paraId="0B7A63AF" w14:textId="77777777" w:rsidR="000849D3" w:rsidRPr="006773FD" w:rsidRDefault="000849D3" w:rsidP="0078136E">
            <w:pPr>
              <w:rPr>
                <w:sz w:val="18"/>
                <w:szCs w:val="18"/>
              </w:rPr>
            </w:pPr>
            <w:r w:rsidRPr="006773FD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ઓળખી</w:t>
            </w:r>
            <w:r w:rsidRPr="006773FD">
              <w:rPr>
                <w:b/>
                <w:sz w:val="18"/>
                <w:szCs w:val="18"/>
              </w:rPr>
              <w:t xml:space="preserve"> </w:t>
            </w:r>
            <w:r w:rsidRPr="006773FD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કાઢેલ</w:t>
            </w:r>
            <w:r w:rsidRPr="006773FD">
              <w:rPr>
                <w:b/>
                <w:sz w:val="18"/>
                <w:szCs w:val="18"/>
              </w:rPr>
              <w:t xml:space="preserve"> CWSN </w:t>
            </w:r>
            <w:r w:rsidRPr="006773FD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બાળકોની</w:t>
            </w:r>
            <w:r w:rsidRPr="006773FD">
              <w:rPr>
                <w:b/>
                <w:sz w:val="18"/>
                <w:szCs w:val="18"/>
              </w:rPr>
              <w:t xml:space="preserve"> </w:t>
            </w:r>
            <w:r w:rsidRPr="006773FD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સંખ્યા</w:t>
            </w:r>
          </w:p>
        </w:tc>
        <w:tc>
          <w:tcPr>
            <w:tcW w:w="2410" w:type="dxa"/>
          </w:tcPr>
          <w:p w14:paraId="714EED30" w14:textId="77777777" w:rsidR="000849D3" w:rsidRPr="006773FD" w:rsidRDefault="000849D3" w:rsidP="0078136E">
            <w:pPr>
              <w:rPr>
                <w:sz w:val="18"/>
                <w:szCs w:val="18"/>
              </w:rPr>
            </w:pPr>
            <w:r w:rsidRPr="006773FD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દિવ્યાંગતાનો</w:t>
            </w:r>
            <w:r w:rsidRPr="006773FD">
              <w:rPr>
                <w:b/>
                <w:sz w:val="18"/>
                <w:szCs w:val="18"/>
              </w:rPr>
              <w:t xml:space="preserve"> </w:t>
            </w:r>
            <w:r w:rsidRPr="006773FD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પ્રકાર</w:t>
            </w:r>
            <w:r w:rsidRPr="006773FD">
              <w:rPr>
                <w:b/>
                <w:sz w:val="18"/>
                <w:szCs w:val="18"/>
              </w:rPr>
              <w:t xml:space="preserve"> (Type of Disability)</w:t>
            </w:r>
          </w:p>
        </w:tc>
      </w:tr>
      <w:tr w:rsidR="000849D3" w:rsidRPr="006773FD" w14:paraId="68AE75BC" w14:textId="77777777" w:rsidTr="00C96575">
        <w:tc>
          <w:tcPr>
            <w:tcW w:w="534" w:type="dxa"/>
          </w:tcPr>
          <w:p w14:paraId="7F64AABD" w14:textId="77777777" w:rsidR="000849D3" w:rsidRPr="006773FD" w:rsidRDefault="000849D3" w:rsidP="0078136E">
            <w:pPr>
              <w:rPr>
                <w:sz w:val="18"/>
                <w:szCs w:val="18"/>
              </w:rPr>
            </w:pPr>
            <w:r w:rsidRPr="006773FD">
              <w:rPr>
                <w:sz w:val="18"/>
                <w:szCs w:val="18"/>
              </w:rPr>
              <w:t>1</w:t>
            </w:r>
          </w:p>
        </w:tc>
        <w:tc>
          <w:tcPr>
            <w:tcW w:w="1275" w:type="dxa"/>
          </w:tcPr>
          <w:p w14:paraId="53F710AA" w14:textId="77777777" w:rsidR="000849D3" w:rsidRPr="006773FD" w:rsidRDefault="00C96575" w:rsidP="0078136E">
            <w:pPr>
              <w:rPr>
                <w:sz w:val="18"/>
                <w:szCs w:val="18"/>
              </w:rPr>
            </w:pPr>
            <w:r>
              <w:rPr>
                <w:rFonts w:cs="Shruti"/>
                <w:sz w:val="18"/>
                <w:szCs w:val="18"/>
                <w:cs/>
                <w:lang w:bidi="gu-IN"/>
              </w:rPr>
              <w:t>બાલવાટીકા</w:t>
            </w:r>
          </w:p>
        </w:tc>
        <w:tc>
          <w:tcPr>
            <w:tcW w:w="2127" w:type="dxa"/>
          </w:tcPr>
          <w:p w14:paraId="48473B46" w14:textId="77777777" w:rsidR="000849D3" w:rsidRPr="006773FD" w:rsidRDefault="000849D3" w:rsidP="0078136E">
            <w:pPr>
              <w:rPr>
                <w:sz w:val="18"/>
                <w:szCs w:val="18"/>
              </w:rPr>
            </w:pPr>
          </w:p>
        </w:tc>
        <w:tc>
          <w:tcPr>
            <w:tcW w:w="2976" w:type="dxa"/>
          </w:tcPr>
          <w:p w14:paraId="6FB9CD62" w14:textId="77777777" w:rsidR="000849D3" w:rsidRPr="006773FD" w:rsidRDefault="000849D3" w:rsidP="0078136E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46092A74" w14:textId="77777777" w:rsidR="000849D3" w:rsidRPr="006773FD" w:rsidRDefault="000849D3" w:rsidP="0078136E">
            <w:pPr>
              <w:rPr>
                <w:sz w:val="18"/>
                <w:szCs w:val="18"/>
              </w:rPr>
            </w:pPr>
          </w:p>
        </w:tc>
      </w:tr>
      <w:tr w:rsidR="00C96575" w:rsidRPr="006773FD" w14:paraId="3FB5B4C4" w14:textId="77777777" w:rsidTr="00C96575">
        <w:tc>
          <w:tcPr>
            <w:tcW w:w="534" w:type="dxa"/>
          </w:tcPr>
          <w:p w14:paraId="07E7A616" w14:textId="77777777" w:rsidR="00C96575" w:rsidRPr="006773FD" w:rsidRDefault="00C96575" w:rsidP="0078136E">
            <w:pPr>
              <w:rPr>
                <w:sz w:val="18"/>
                <w:szCs w:val="18"/>
              </w:rPr>
            </w:pPr>
            <w:r w:rsidRPr="006773FD">
              <w:rPr>
                <w:sz w:val="18"/>
                <w:szCs w:val="18"/>
              </w:rPr>
              <w:t>2</w:t>
            </w:r>
          </w:p>
        </w:tc>
        <w:tc>
          <w:tcPr>
            <w:tcW w:w="1275" w:type="dxa"/>
          </w:tcPr>
          <w:p w14:paraId="5CDB45F9" w14:textId="77777777" w:rsidR="00C96575" w:rsidRPr="006773FD" w:rsidRDefault="00C96575" w:rsidP="0078136E">
            <w:pPr>
              <w:rPr>
                <w:rFonts w:cs="Shruti"/>
                <w:sz w:val="18"/>
                <w:szCs w:val="18"/>
                <w:cs/>
                <w:lang w:bidi="gu-IN"/>
              </w:rPr>
            </w:pPr>
            <w:r w:rsidRPr="006773FD">
              <w:rPr>
                <w:rFonts w:cs="Shruti"/>
                <w:sz w:val="18"/>
                <w:szCs w:val="18"/>
                <w:cs/>
                <w:lang w:bidi="gu-IN"/>
              </w:rPr>
              <w:t>ધોરણ</w:t>
            </w:r>
            <w:r w:rsidRPr="006773FD">
              <w:rPr>
                <w:sz w:val="18"/>
                <w:szCs w:val="18"/>
              </w:rPr>
              <w:t xml:space="preserve"> 1</w:t>
            </w:r>
          </w:p>
        </w:tc>
        <w:tc>
          <w:tcPr>
            <w:tcW w:w="2127" w:type="dxa"/>
          </w:tcPr>
          <w:p w14:paraId="63185332" w14:textId="77777777" w:rsidR="00C96575" w:rsidRPr="006773FD" w:rsidRDefault="00C96575" w:rsidP="0078136E">
            <w:pPr>
              <w:rPr>
                <w:sz w:val="18"/>
                <w:szCs w:val="18"/>
              </w:rPr>
            </w:pPr>
          </w:p>
        </w:tc>
        <w:tc>
          <w:tcPr>
            <w:tcW w:w="2976" w:type="dxa"/>
          </w:tcPr>
          <w:p w14:paraId="373C9B07" w14:textId="77777777" w:rsidR="00C96575" w:rsidRPr="006773FD" w:rsidRDefault="00C96575" w:rsidP="0078136E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2B142AAB" w14:textId="77777777" w:rsidR="00C96575" w:rsidRPr="006773FD" w:rsidRDefault="00C96575" w:rsidP="0078136E">
            <w:pPr>
              <w:rPr>
                <w:sz w:val="18"/>
                <w:szCs w:val="18"/>
              </w:rPr>
            </w:pPr>
          </w:p>
        </w:tc>
      </w:tr>
      <w:tr w:rsidR="00C96575" w:rsidRPr="006773FD" w14:paraId="14503472" w14:textId="77777777" w:rsidTr="00C96575">
        <w:tc>
          <w:tcPr>
            <w:tcW w:w="534" w:type="dxa"/>
          </w:tcPr>
          <w:p w14:paraId="38E4AA74" w14:textId="77777777" w:rsidR="00C96575" w:rsidRPr="006773FD" w:rsidRDefault="00C96575" w:rsidP="0078136E">
            <w:pPr>
              <w:rPr>
                <w:sz w:val="18"/>
                <w:szCs w:val="18"/>
              </w:rPr>
            </w:pPr>
            <w:r w:rsidRPr="006773FD">
              <w:rPr>
                <w:sz w:val="18"/>
                <w:szCs w:val="18"/>
              </w:rPr>
              <w:t>3</w:t>
            </w:r>
          </w:p>
        </w:tc>
        <w:tc>
          <w:tcPr>
            <w:tcW w:w="1275" w:type="dxa"/>
          </w:tcPr>
          <w:p w14:paraId="376C0985" w14:textId="77777777" w:rsidR="00C96575" w:rsidRPr="006773FD" w:rsidRDefault="00C96575" w:rsidP="0078136E">
            <w:pPr>
              <w:rPr>
                <w:sz w:val="18"/>
                <w:szCs w:val="18"/>
              </w:rPr>
            </w:pPr>
            <w:r w:rsidRPr="006773FD">
              <w:rPr>
                <w:rFonts w:cs="Shruti"/>
                <w:sz w:val="18"/>
                <w:szCs w:val="18"/>
                <w:cs/>
                <w:lang w:bidi="gu-IN"/>
              </w:rPr>
              <w:t>ધોરણ</w:t>
            </w:r>
            <w:r w:rsidRPr="006773FD">
              <w:rPr>
                <w:sz w:val="18"/>
                <w:szCs w:val="18"/>
              </w:rPr>
              <w:t xml:space="preserve"> 2</w:t>
            </w:r>
          </w:p>
        </w:tc>
        <w:tc>
          <w:tcPr>
            <w:tcW w:w="2127" w:type="dxa"/>
          </w:tcPr>
          <w:p w14:paraId="46B603F0" w14:textId="77777777" w:rsidR="00C96575" w:rsidRPr="006773FD" w:rsidRDefault="00C96575" w:rsidP="0078136E">
            <w:pPr>
              <w:rPr>
                <w:sz w:val="18"/>
                <w:szCs w:val="18"/>
              </w:rPr>
            </w:pPr>
          </w:p>
        </w:tc>
        <w:tc>
          <w:tcPr>
            <w:tcW w:w="2976" w:type="dxa"/>
          </w:tcPr>
          <w:p w14:paraId="4FC1F91C" w14:textId="77777777" w:rsidR="00C96575" w:rsidRPr="006773FD" w:rsidRDefault="00C96575" w:rsidP="0078136E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5F7E88BA" w14:textId="77777777" w:rsidR="00C96575" w:rsidRPr="006773FD" w:rsidRDefault="00C96575" w:rsidP="0078136E">
            <w:pPr>
              <w:rPr>
                <w:sz w:val="18"/>
                <w:szCs w:val="18"/>
              </w:rPr>
            </w:pPr>
          </w:p>
        </w:tc>
      </w:tr>
      <w:tr w:rsidR="00C96575" w:rsidRPr="006773FD" w14:paraId="68EF42BB" w14:textId="77777777" w:rsidTr="00C96575">
        <w:tc>
          <w:tcPr>
            <w:tcW w:w="534" w:type="dxa"/>
          </w:tcPr>
          <w:p w14:paraId="63F8A9F7" w14:textId="77777777" w:rsidR="00C96575" w:rsidRPr="006773FD" w:rsidRDefault="00C96575" w:rsidP="0078136E">
            <w:pPr>
              <w:rPr>
                <w:sz w:val="18"/>
                <w:szCs w:val="18"/>
              </w:rPr>
            </w:pPr>
            <w:r w:rsidRPr="006773FD">
              <w:rPr>
                <w:sz w:val="18"/>
                <w:szCs w:val="18"/>
              </w:rPr>
              <w:t>4</w:t>
            </w:r>
          </w:p>
        </w:tc>
        <w:tc>
          <w:tcPr>
            <w:tcW w:w="1275" w:type="dxa"/>
          </w:tcPr>
          <w:p w14:paraId="559D5D8B" w14:textId="77777777" w:rsidR="00C96575" w:rsidRPr="006773FD" w:rsidRDefault="00C96575" w:rsidP="0078136E">
            <w:pPr>
              <w:rPr>
                <w:sz w:val="18"/>
                <w:szCs w:val="18"/>
              </w:rPr>
            </w:pPr>
            <w:r w:rsidRPr="006773FD">
              <w:rPr>
                <w:rFonts w:cs="Shruti"/>
                <w:sz w:val="18"/>
                <w:szCs w:val="18"/>
                <w:cs/>
                <w:lang w:bidi="gu-IN"/>
              </w:rPr>
              <w:t>ધોરણ</w:t>
            </w:r>
            <w:r w:rsidRPr="006773FD">
              <w:rPr>
                <w:sz w:val="18"/>
                <w:szCs w:val="18"/>
              </w:rPr>
              <w:t xml:space="preserve"> 3</w:t>
            </w:r>
          </w:p>
        </w:tc>
        <w:tc>
          <w:tcPr>
            <w:tcW w:w="2127" w:type="dxa"/>
          </w:tcPr>
          <w:p w14:paraId="111A7E28" w14:textId="77777777" w:rsidR="00C96575" w:rsidRPr="006773FD" w:rsidRDefault="00C96575" w:rsidP="0078136E">
            <w:pPr>
              <w:rPr>
                <w:sz w:val="18"/>
                <w:szCs w:val="18"/>
              </w:rPr>
            </w:pPr>
          </w:p>
        </w:tc>
        <w:tc>
          <w:tcPr>
            <w:tcW w:w="2976" w:type="dxa"/>
          </w:tcPr>
          <w:p w14:paraId="40668425" w14:textId="77777777" w:rsidR="00C96575" w:rsidRPr="006773FD" w:rsidRDefault="00C96575" w:rsidP="0078136E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37E86173" w14:textId="77777777" w:rsidR="00C96575" w:rsidRPr="006773FD" w:rsidRDefault="00C96575" w:rsidP="0078136E">
            <w:pPr>
              <w:rPr>
                <w:sz w:val="18"/>
                <w:szCs w:val="18"/>
              </w:rPr>
            </w:pPr>
          </w:p>
        </w:tc>
      </w:tr>
      <w:tr w:rsidR="00C96575" w:rsidRPr="006773FD" w14:paraId="453958EE" w14:textId="77777777" w:rsidTr="00C96575">
        <w:tc>
          <w:tcPr>
            <w:tcW w:w="534" w:type="dxa"/>
          </w:tcPr>
          <w:p w14:paraId="3DDFE47D" w14:textId="77777777" w:rsidR="00C96575" w:rsidRPr="006773FD" w:rsidRDefault="00C96575" w:rsidP="0078136E">
            <w:pPr>
              <w:rPr>
                <w:sz w:val="18"/>
                <w:szCs w:val="18"/>
              </w:rPr>
            </w:pPr>
            <w:r w:rsidRPr="006773FD">
              <w:rPr>
                <w:sz w:val="18"/>
                <w:szCs w:val="18"/>
              </w:rPr>
              <w:t>5</w:t>
            </w:r>
          </w:p>
        </w:tc>
        <w:tc>
          <w:tcPr>
            <w:tcW w:w="1275" w:type="dxa"/>
          </w:tcPr>
          <w:p w14:paraId="514D601B" w14:textId="77777777" w:rsidR="00C96575" w:rsidRPr="006773FD" w:rsidRDefault="00C96575" w:rsidP="0078136E">
            <w:pPr>
              <w:rPr>
                <w:sz w:val="18"/>
                <w:szCs w:val="18"/>
              </w:rPr>
            </w:pPr>
            <w:r w:rsidRPr="006773FD">
              <w:rPr>
                <w:rFonts w:cs="Shruti"/>
                <w:sz w:val="18"/>
                <w:szCs w:val="18"/>
                <w:cs/>
                <w:lang w:bidi="gu-IN"/>
              </w:rPr>
              <w:t>ધોરણ</w:t>
            </w:r>
            <w:r w:rsidRPr="006773FD">
              <w:rPr>
                <w:sz w:val="18"/>
                <w:szCs w:val="18"/>
              </w:rPr>
              <w:t xml:space="preserve"> 4</w:t>
            </w:r>
          </w:p>
        </w:tc>
        <w:tc>
          <w:tcPr>
            <w:tcW w:w="2127" w:type="dxa"/>
          </w:tcPr>
          <w:p w14:paraId="206CDDB4" w14:textId="77777777" w:rsidR="00C96575" w:rsidRPr="006773FD" w:rsidRDefault="00C96575" w:rsidP="0078136E">
            <w:pPr>
              <w:rPr>
                <w:sz w:val="18"/>
                <w:szCs w:val="18"/>
              </w:rPr>
            </w:pPr>
          </w:p>
        </w:tc>
        <w:tc>
          <w:tcPr>
            <w:tcW w:w="2976" w:type="dxa"/>
          </w:tcPr>
          <w:p w14:paraId="0B81F977" w14:textId="77777777" w:rsidR="00C96575" w:rsidRPr="006773FD" w:rsidRDefault="00C96575" w:rsidP="0078136E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144C111E" w14:textId="77777777" w:rsidR="00C96575" w:rsidRPr="006773FD" w:rsidRDefault="00C96575" w:rsidP="0078136E">
            <w:pPr>
              <w:rPr>
                <w:sz w:val="18"/>
                <w:szCs w:val="18"/>
              </w:rPr>
            </w:pPr>
          </w:p>
        </w:tc>
      </w:tr>
      <w:tr w:rsidR="00C96575" w:rsidRPr="006773FD" w14:paraId="3FD2E257" w14:textId="77777777" w:rsidTr="00C96575">
        <w:tc>
          <w:tcPr>
            <w:tcW w:w="534" w:type="dxa"/>
          </w:tcPr>
          <w:p w14:paraId="441582AB" w14:textId="77777777" w:rsidR="00C96575" w:rsidRPr="006773FD" w:rsidRDefault="00C96575" w:rsidP="0078136E">
            <w:pPr>
              <w:rPr>
                <w:sz w:val="18"/>
                <w:szCs w:val="18"/>
              </w:rPr>
            </w:pPr>
            <w:r w:rsidRPr="006773FD">
              <w:rPr>
                <w:sz w:val="18"/>
                <w:szCs w:val="18"/>
              </w:rPr>
              <w:t>6</w:t>
            </w:r>
          </w:p>
        </w:tc>
        <w:tc>
          <w:tcPr>
            <w:tcW w:w="1275" w:type="dxa"/>
          </w:tcPr>
          <w:p w14:paraId="0842BCA8" w14:textId="77777777" w:rsidR="00C96575" w:rsidRPr="006773FD" w:rsidRDefault="00C96575" w:rsidP="0078136E">
            <w:pPr>
              <w:rPr>
                <w:sz w:val="18"/>
                <w:szCs w:val="18"/>
              </w:rPr>
            </w:pPr>
            <w:r w:rsidRPr="006773FD">
              <w:rPr>
                <w:rFonts w:cs="Shruti"/>
                <w:sz w:val="18"/>
                <w:szCs w:val="18"/>
                <w:cs/>
                <w:lang w:bidi="gu-IN"/>
              </w:rPr>
              <w:t>ધોરણ</w:t>
            </w:r>
            <w:r w:rsidRPr="006773FD">
              <w:rPr>
                <w:sz w:val="18"/>
                <w:szCs w:val="18"/>
              </w:rPr>
              <w:t xml:space="preserve"> 5</w:t>
            </w:r>
          </w:p>
        </w:tc>
        <w:tc>
          <w:tcPr>
            <w:tcW w:w="2127" w:type="dxa"/>
          </w:tcPr>
          <w:p w14:paraId="034C270B" w14:textId="77777777" w:rsidR="00C96575" w:rsidRPr="006773FD" w:rsidRDefault="00C96575" w:rsidP="0078136E">
            <w:pPr>
              <w:rPr>
                <w:sz w:val="18"/>
                <w:szCs w:val="18"/>
              </w:rPr>
            </w:pPr>
          </w:p>
        </w:tc>
        <w:tc>
          <w:tcPr>
            <w:tcW w:w="2976" w:type="dxa"/>
          </w:tcPr>
          <w:p w14:paraId="1B827257" w14:textId="77777777" w:rsidR="00C96575" w:rsidRPr="006773FD" w:rsidRDefault="00C96575" w:rsidP="0078136E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766946ED" w14:textId="77777777" w:rsidR="00C96575" w:rsidRPr="006773FD" w:rsidRDefault="00C96575" w:rsidP="0078136E">
            <w:pPr>
              <w:rPr>
                <w:sz w:val="18"/>
                <w:szCs w:val="18"/>
              </w:rPr>
            </w:pPr>
          </w:p>
        </w:tc>
      </w:tr>
      <w:tr w:rsidR="00C96575" w:rsidRPr="006773FD" w14:paraId="32D4E6AE" w14:textId="77777777" w:rsidTr="00C96575">
        <w:tc>
          <w:tcPr>
            <w:tcW w:w="534" w:type="dxa"/>
          </w:tcPr>
          <w:p w14:paraId="18420158" w14:textId="77777777" w:rsidR="00C96575" w:rsidRPr="006773FD" w:rsidRDefault="00C96575" w:rsidP="0078136E">
            <w:pPr>
              <w:rPr>
                <w:sz w:val="18"/>
                <w:szCs w:val="18"/>
              </w:rPr>
            </w:pPr>
            <w:r w:rsidRPr="006773FD">
              <w:rPr>
                <w:sz w:val="18"/>
                <w:szCs w:val="18"/>
              </w:rPr>
              <w:t>7</w:t>
            </w:r>
          </w:p>
        </w:tc>
        <w:tc>
          <w:tcPr>
            <w:tcW w:w="1275" w:type="dxa"/>
          </w:tcPr>
          <w:p w14:paraId="373A495D" w14:textId="77777777" w:rsidR="00C96575" w:rsidRPr="006773FD" w:rsidRDefault="00C96575" w:rsidP="0078136E">
            <w:pPr>
              <w:rPr>
                <w:sz w:val="18"/>
                <w:szCs w:val="18"/>
              </w:rPr>
            </w:pPr>
            <w:r w:rsidRPr="006773FD">
              <w:rPr>
                <w:rFonts w:cs="Shruti"/>
                <w:sz w:val="18"/>
                <w:szCs w:val="18"/>
                <w:cs/>
                <w:lang w:bidi="gu-IN"/>
              </w:rPr>
              <w:t>ધોરણ</w:t>
            </w:r>
            <w:r w:rsidRPr="006773FD">
              <w:rPr>
                <w:sz w:val="18"/>
                <w:szCs w:val="18"/>
              </w:rPr>
              <w:t xml:space="preserve"> 6</w:t>
            </w:r>
          </w:p>
        </w:tc>
        <w:tc>
          <w:tcPr>
            <w:tcW w:w="2127" w:type="dxa"/>
          </w:tcPr>
          <w:p w14:paraId="521D37B2" w14:textId="77777777" w:rsidR="00C96575" w:rsidRPr="006773FD" w:rsidRDefault="00C96575" w:rsidP="0078136E">
            <w:pPr>
              <w:rPr>
                <w:sz w:val="18"/>
                <w:szCs w:val="18"/>
              </w:rPr>
            </w:pPr>
          </w:p>
        </w:tc>
        <w:tc>
          <w:tcPr>
            <w:tcW w:w="2976" w:type="dxa"/>
          </w:tcPr>
          <w:p w14:paraId="45EE895F" w14:textId="77777777" w:rsidR="00C96575" w:rsidRPr="006773FD" w:rsidRDefault="00C96575" w:rsidP="0078136E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6B18D5F4" w14:textId="77777777" w:rsidR="00C96575" w:rsidRPr="006773FD" w:rsidRDefault="00C96575" w:rsidP="0078136E">
            <w:pPr>
              <w:rPr>
                <w:sz w:val="18"/>
                <w:szCs w:val="18"/>
              </w:rPr>
            </w:pPr>
          </w:p>
        </w:tc>
      </w:tr>
      <w:tr w:rsidR="00C96575" w:rsidRPr="006773FD" w14:paraId="48553F07" w14:textId="77777777" w:rsidTr="00C96575">
        <w:tc>
          <w:tcPr>
            <w:tcW w:w="534" w:type="dxa"/>
          </w:tcPr>
          <w:p w14:paraId="2CA27090" w14:textId="77777777" w:rsidR="00C96575" w:rsidRPr="006773FD" w:rsidRDefault="00C96575" w:rsidP="0078136E">
            <w:pPr>
              <w:rPr>
                <w:rFonts w:cs="Shruti"/>
                <w:sz w:val="18"/>
                <w:szCs w:val="18"/>
                <w:lang w:bidi="gu-IN"/>
              </w:rPr>
            </w:pPr>
            <w:r w:rsidRPr="006773FD">
              <w:rPr>
                <w:sz w:val="18"/>
                <w:szCs w:val="18"/>
              </w:rPr>
              <w:t>8</w:t>
            </w:r>
          </w:p>
        </w:tc>
        <w:tc>
          <w:tcPr>
            <w:tcW w:w="1275" w:type="dxa"/>
          </w:tcPr>
          <w:p w14:paraId="6EC5057F" w14:textId="77777777" w:rsidR="00C96575" w:rsidRPr="006773FD" w:rsidRDefault="00C96575" w:rsidP="0078136E">
            <w:pPr>
              <w:rPr>
                <w:sz w:val="18"/>
                <w:szCs w:val="18"/>
              </w:rPr>
            </w:pPr>
            <w:r w:rsidRPr="006773FD">
              <w:rPr>
                <w:rFonts w:cs="Shruti"/>
                <w:sz w:val="18"/>
                <w:szCs w:val="18"/>
                <w:cs/>
                <w:lang w:bidi="gu-IN"/>
              </w:rPr>
              <w:t>ધોરણ</w:t>
            </w:r>
            <w:r w:rsidRPr="006773FD">
              <w:rPr>
                <w:sz w:val="18"/>
                <w:szCs w:val="18"/>
              </w:rPr>
              <w:t xml:space="preserve"> 7</w:t>
            </w:r>
          </w:p>
        </w:tc>
        <w:tc>
          <w:tcPr>
            <w:tcW w:w="2127" w:type="dxa"/>
          </w:tcPr>
          <w:p w14:paraId="1770DA64" w14:textId="77777777" w:rsidR="00C96575" w:rsidRPr="006773FD" w:rsidRDefault="00C96575" w:rsidP="0078136E">
            <w:pPr>
              <w:rPr>
                <w:sz w:val="18"/>
                <w:szCs w:val="18"/>
              </w:rPr>
            </w:pPr>
          </w:p>
        </w:tc>
        <w:tc>
          <w:tcPr>
            <w:tcW w:w="2976" w:type="dxa"/>
          </w:tcPr>
          <w:p w14:paraId="5F76EE8A" w14:textId="77777777" w:rsidR="00C96575" w:rsidRPr="006773FD" w:rsidRDefault="00C96575" w:rsidP="0078136E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70AA1785" w14:textId="77777777" w:rsidR="00C96575" w:rsidRPr="006773FD" w:rsidRDefault="00C96575" w:rsidP="0078136E">
            <w:pPr>
              <w:rPr>
                <w:sz w:val="18"/>
                <w:szCs w:val="18"/>
              </w:rPr>
            </w:pPr>
          </w:p>
        </w:tc>
      </w:tr>
      <w:tr w:rsidR="00C96575" w:rsidRPr="006773FD" w14:paraId="2F097385" w14:textId="77777777" w:rsidTr="00C96575">
        <w:tc>
          <w:tcPr>
            <w:tcW w:w="534" w:type="dxa"/>
          </w:tcPr>
          <w:p w14:paraId="095FD72C" w14:textId="77777777" w:rsidR="00C96575" w:rsidRPr="00C96575" w:rsidRDefault="00C96575" w:rsidP="0078136E">
            <w:pPr>
              <w:rPr>
                <w:rFonts w:cs="Shruti"/>
                <w:sz w:val="18"/>
                <w:szCs w:val="18"/>
                <w:lang w:bidi="gu-IN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275" w:type="dxa"/>
          </w:tcPr>
          <w:p w14:paraId="3CCE6E7A" w14:textId="77777777" w:rsidR="00C96575" w:rsidRPr="006773FD" w:rsidRDefault="00C96575" w:rsidP="0078136E">
            <w:pPr>
              <w:rPr>
                <w:sz w:val="18"/>
                <w:szCs w:val="18"/>
              </w:rPr>
            </w:pPr>
            <w:r w:rsidRPr="006773FD">
              <w:rPr>
                <w:rFonts w:cs="Shruti"/>
                <w:sz w:val="18"/>
                <w:szCs w:val="18"/>
                <w:cs/>
                <w:lang w:bidi="gu-IN"/>
              </w:rPr>
              <w:t>ધોરણ</w:t>
            </w:r>
            <w:r w:rsidRPr="006773FD">
              <w:rPr>
                <w:sz w:val="18"/>
                <w:szCs w:val="18"/>
              </w:rPr>
              <w:t xml:space="preserve"> 8</w:t>
            </w:r>
          </w:p>
        </w:tc>
        <w:tc>
          <w:tcPr>
            <w:tcW w:w="2127" w:type="dxa"/>
          </w:tcPr>
          <w:p w14:paraId="567120B3" w14:textId="1A02870F" w:rsidR="00C96575" w:rsidRPr="006773FD" w:rsidRDefault="00C96575" w:rsidP="0078136E">
            <w:pPr>
              <w:rPr>
                <w:sz w:val="18"/>
                <w:szCs w:val="18"/>
              </w:rPr>
            </w:pPr>
          </w:p>
        </w:tc>
        <w:tc>
          <w:tcPr>
            <w:tcW w:w="2976" w:type="dxa"/>
          </w:tcPr>
          <w:p w14:paraId="4D005FD3" w14:textId="5B2AF4E9" w:rsidR="00C96575" w:rsidRPr="006773FD" w:rsidRDefault="00C96575" w:rsidP="0078136E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2268F19A" w14:textId="77777777" w:rsidR="00C96575" w:rsidRPr="006773FD" w:rsidRDefault="00C96575" w:rsidP="0078136E">
            <w:pPr>
              <w:rPr>
                <w:sz w:val="18"/>
                <w:szCs w:val="18"/>
              </w:rPr>
            </w:pPr>
          </w:p>
        </w:tc>
      </w:tr>
    </w:tbl>
    <w:p w14:paraId="18A16F3D" w14:textId="77777777" w:rsidR="000849D3" w:rsidRPr="006773FD" w:rsidRDefault="000849D3" w:rsidP="006773FD">
      <w:pPr>
        <w:pStyle w:val="Heading2"/>
        <w:spacing w:line="240" w:lineRule="auto"/>
        <w:rPr>
          <w:sz w:val="18"/>
          <w:szCs w:val="18"/>
        </w:rPr>
      </w:pPr>
      <w:r w:rsidRPr="006773FD">
        <w:rPr>
          <w:rFonts w:cs="Shruti"/>
          <w:sz w:val="18"/>
          <w:szCs w:val="18"/>
          <w:cs/>
          <w:lang w:bidi="gu-IN"/>
        </w:rPr>
        <w:t>૩</w:t>
      </w:r>
      <w:r w:rsidRPr="006773FD">
        <w:rPr>
          <w:sz w:val="18"/>
          <w:szCs w:val="18"/>
        </w:rPr>
        <w:t xml:space="preserve">. </w:t>
      </w:r>
      <w:r w:rsidRPr="006773FD">
        <w:rPr>
          <w:rFonts w:cs="Shruti"/>
          <w:sz w:val="18"/>
          <w:szCs w:val="18"/>
          <w:cs/>
          <w:lang w:bidi="gu-IN"/>
        </w:rPr>
        <w:t>ઓળખાયેલ</w:t>
      </w:r>
      <w:r w:rsidRPr="006773FD">
        <w:rPr>
          <w:sz w:val="18"/>
          <w:szCs w:val="18"/>
        </w:rPr>
        <w:t xml:space="preserve"> CWSN </w:t>
      </w:r>
      <w:r w:rsidRPr="006773FD">
        <w:rPr>
          <w:rFonts w:cs="Shruti"/>
          <w:sz w:val="18"/>
          <w:szCs w:val="18"/>
          <w:cs/>
          <w:lang w:bidi="gu-IN"/>
        </w:rPr>
        <w:t>બાળકો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માટે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કરેલ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અનુકાર્ય</w:t>
      </w:r>
      <w:r w:rsidRPr="006773FD">
        <w:rPr>
          <w:sz w:val="18"/>
          <w:szCs w:val="18"/>
        </w:rPr>
        <w:t xml:space="preserve"> (Follow-up Actions):</w:t>
      </w:r>
    </w:p>
    <w:p w14:paraId="04353A4D" w14:textId="77777777" w:rsidR="000849D3" w:rsidRPr="006773FD" w:rsidRDefault="000849D3" w:rsidP="00577A6D">
      <w:pPr>
        <w:pStyle w:val="ListBullet"/>
        <w:spacing w:line="240" w:lineRule="auto"/>
        <w:rPr>
          <w:sz w:val="18"/>
          <w:szCs w:val="18"/>
        </w:rPr>
      </w:pPr>
      <w:r w:rsidRPr="006773FD">
        <w:rPr>
          <w:sz w:val="18"/>
          <w:szCs w:val="18"/>
        </w:rPr>
        <w:t xml:space="preserve">UDID </w:t>
      </w:r>
      <w:r w:rsidRPr="006773FD">
        <w:rPr>
          <w:rFonts w:cs="Shruti"/>
          <w:sz w:val="18"/>
          <w:szCs w:val="18"/>
          <w:cs/>
          <w:lang w:bidi="gu-IN"/>
        </w:rPr>
        <w:t>કાર્ડ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અને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પ્રમાણપત્ર</w:t>
      </w:r>
      <w:r w:rsidRPr="006773FD">
        <w:rPr>
          <w:sz w:val="18"/>
          <w:szCs w:val="18"/>
        </w:rPr>
        <w:t xml:space="preserve">: </w:t>
      </w:r>
      <w:r w:rsidRPr="006773FD">
        <w:rPr>
          <w:rFonts w:cs="Shruti"/>
          <w:sz w:val="18"/>
          <w:szCs w:val="18"/>
          <w:cs/>
          <w:lang w:bidi="gu-IN"/>
        </w:rPr>
        <w:t>ઓળખાયેલા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બાળકોને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સિવિલ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હોસ્પિટલ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મોકલી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તેમનું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દિવ્યાંગતા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પ્રમાણપત્ર</w:t>
      </w:r>
      <w:r w:rsidRPr="006773FD">
        <w:rPr>
          <w:sz w:val="18"/>
          <w:szCs w:val="18"/>
        </w:rPr>
        <w:t xml:space="preserve"> (Disability Certificate) </w:t>
      </w:r>
      <w:r w:rsidRPr="006773FD">
        <w:rPr>
          <w:rFonts w:cs="Shruti"/>
          <w:sz w:val="18"/>
          <w:szCs w:val="18"/>
          <w:cs/>
          <w:lang w:bidi="gu-IN"/>
        </w:rPr>
        <w:t>અને</w:t>
      </w:r>
      <w:r w:rsidRPr="006773FD">
        <w:rPr>
          <w:sz w:val="18"/>
          <w:szCs w:val="18"/>
        </w:rPr>
        <w:t xml:space="preserve"> UDID </w:t>
      </w:r>
      <w:r w:rsidRPr="006773FD">
        <w:rPr>
          <w:rFonts w:cs="Shruti"/>
          <w:sz w:val="18"/>
          <w:szCs w:val="18"/>
          <w:cs/>
          <w:lang w:bidi="gu-IN"/>
        </w:rPr>
        <w:t>કાર્ડ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કઢાવવામાં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વાલીને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વહીવટી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મદદ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પૂરી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પાડી</w:t>
      </w:r>
      <w:r w:rsidRPr="006773FD">
        <w:rPr>
          <w:sz w:val="18"/>
          <w:szCs w:val="18"/>
        </w:rPr>
        <w:t>.</w:t>
      </w:r>
    </w:p>
    <w:p w14:paraId="090A45DC" w14:textId="77777777" w:rsidR="000849D3" w:rsidRPr="006773FD" w:rsidRDefault="000849D3" w:rsidP="00577A6D">
      <w:pPr>
        <w:pStyle w:val="ListBullet"/>
        <w:spacing w:line="240" w:lineRule="auto"/>
        <w:rPr>
          <w:sz w:val="18"/>
          <w:szCs w:val="18"/>
        </w:rPr>
      </w:pPr>
      <w:r w:rsidRPr="006773FD">
        <w:rPr>
          <w:sz w:val="18"/>
          <w:szCs w:val="18"/>
        </w:rPr>
        <w:t xml:space="preserve">UDISE+ </w:t>
      </w:r>
      <w:r w:rsidRPr="006773FD">
        <w:rPr>
          <w:rFonts w:cs="Shruti"/>
          <w:sz w:val="18"/>
          <w:szCs w:val="18"/>
          <w:cs/>
          <w:lang w:bidi="gu-IN"/>
        </w:rPr>
        <w:t>પોર્ટલ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પર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નોંધણી</w:t>
      </w:r>
      <w:r w:rsidRPr="006773FD">
        <w:rPr>
          <w:sz w:val="18"/>
          <w:szCs w:val="18"/>
        </w:rPr>
        <w:t xml:space="preserve">: </w:t>
      </w:r>
      <w:r w:rsidRPr="006773FD">
        <w:rPr>
          <w:rFonts w:cs="Shruti"/>
          <w:sz w:val="18"/>
          <w:szCs w:val="18"/>
          <w:cs/>
          <w:lang w:bidi="gu-IN"/>
        </w:rPr>
        <w:t>પ્રમાણપત્ર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આધારિત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વિગતો</w:t>
      </w:r>
      <w:r w:rsidRPr="006773FD">
        <w:rPr>
          <w:sz w:val="18"/>
          <w:szCs w:val="18"/>
        </w:rPr>
        <w:t xml:space="preserve"> UDISE </w:t>
      </w:r>
      <w:r w:rsidRPr="006773FD">
        <w:rPr>
          <w:rFonts w:cs="Shruti"/>
          <w:sz w:val="18"/>
          <w:szCs w:val="18"/>
          <w:cs/>
          <w:lang w:bidi="gu-IN"/>
        </w:rPr>
        <w:t>પોર્ટલ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અને</w:t>
      </w:r>
      <w:r w:rsidRPr="006773FD">
        <w:rPr>
          <w:sz w:val="18"/>
          <w:szCs w:val="18"/>
        </w:rPr>
        <w:t xml:space="preserve"> CTS </w:t>
      </w:r>
      <w:r w:rsidRPr="006773FD">
        <w:rPr>
          <w:rFonts w:cs="Shruti"/>
          <w:sz w:val="18"/>
          <w:szCs w:val="18"/>
          <w:cs/>
          <w:lang w:bidi="gu-IN"/>
        </w:rPr>
        <w:t>માં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અપડેટ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કરવામાં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આવી</w:t>
      </w:r>
      <w:r w:rsidRPr="006773FD">
        <w:rPr>
          <w:sz w:val="18"/>
          <w:szCs w:val="18"/>
        </w:rPr>
        <w:t>.</w:t>
      </w:r>
    </w:p>
    <w:p w14:paraId="6A26D100" w14:textId="77777777" w:rsidR="000849D3" w:rsidRPr="006773FD" w:rsidRDefault="000849D3" w:rsidP="00577A6D">
      <w:pPr>
        <w:pStyle w:val="ListBullet"/>
        <w:spacing w:line="240" w:lineRule="auto"/>
        <w:rPr>
          <w:sz w:val="18"/>
          <w:szCs w:val="18"/>
        </w:rPr>
      </w:pPr>
      <w:r w:rsidRPr="006773FD">
        <w:rPr>
          <w:rFonts w:cs="Shruti"/>
          <w:sz w:val="18"/>
          <w:szCs w:val="18"/>
          <w:cs/>
          <w:lang w:bidi="gu-IN"/>
        </w:rPr>
        <w:t>સાધનો</w:t>
      </w:r>
      <w:r w:rsidRPr="006773FD">
        <w:rPr>
          <w:sz w:val="18"/>
          <w:szCs w:val="18"/>
        </w:rPr>
        <w:t xml:space="preserve"> (Aids &amp; Appliances): </w:t>
      </w:r>
      <w:r w:rsidRPr="006773FD">
        <w:rPr>
          <w:rFonts w:cs="Shruti"/>
          <w:sz w:val="18"/>
          <w:szCs w:val="18"/>
          <w:cs/>
          <w:lang w:bidi="gu-IN"/>
        </w:rPr>
        <w:t>શ્રવણયંત્ર</w:t>
      </w:r>
      <w:r w:rsidRPr="006773FD">
        <w:rPr>
          <w:sz w:val="18"/>
          <w:szCs w:val="18"/>
        </w:rPr>
        <w:t xml:space="preserve">, </w:t>
      </w:r>
      <w:r w:rsidRPr="006773FD">
        <w:rPr>
          <w:rFonts w:cs="Shruti"/>
          <w:sz w:val="18"/>
          <w:szCs w:val="18"/>
          <w:cs/>
          <w:lang w:bidi="gu-IN"/>
        </w:rPr>
        <w:t>વ્હીલચેર</w:t>
      </w:r>
      <w:r w:rsidRPr="006773FD">
        <w:rPr>
          <w:sz w:val="18"/>
          <w:szCs w:val="18"/>
        </w:rPr>
        <w:t xml:space="preserve">, </w:t>
      </w:r>
      <w:r w:rsidRPr="006773FD">
        <w:rPr>
          <w:rFonts w:cs="Shruti"/>
          <w:sz w:val="18"/>
          <w:szCs w:val="18"/>
          <w:cs/>
          <w:lang w:bidi="gu-IN"/>
        </w:rPr>
        <w:t>બ્રેઈલ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કિટ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કે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અન્ય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સાધનો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મેળવવા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માટે</w:t>
      </w:r>
      <w:r w:rsidRPr="006773FD">
        <w:rPr>
          <w:sz w:val="18"/>
          <w:szCs w:val="18"/>
        </w:rPr>
        <w:t xml:space="preserve"> BRC </w:t>
      </w:r>
      <w:r w:rsidRPr="006773FD">
        <w:rPr>
          <w:rFonts w:cs="Shruti"/>
          <w:sz w:val="18"/>
          <w:szCs w:val="18"/>
          <w:cs/>
          <w:lang w:bidi="gu-IN"/>
        </w:rPr>
        <w:t>ભવન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ખાતે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દરખાસ્ત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કરી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સાધનોનું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વિતરણ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કરાવ્યું</w:t>
      </w:r>
      <w:r w:rsidRPr="006773FD">
        <w:rPr>
          <w:sz w:val="18"/>
          <w:szCs w:val="18"/>
        </w:rPr>
        <w:t>.</w:t>
      </w:r>
    </w:p>
    <w:p w14:paraId="6E2CE329" w14:textId="77777777" w:rsidR="000849D3" w:rsidRPr="006773FD" w:rsidRDefault="000849D3" w:rsidP="00577A6D">
      <w:pPr>
        <w:pStyle w:val="ListBullet"/>
        <w:spacing w:line="240" w:lineRule="auto"/>
        <w:rPr>
          <w:sz w:val="18"/>
          <w:szCs w:val="18"/>
        </w:rPr>
      </w:pPr>
      <w:r w:rsidRPr="006773FD">
        <w:rPr>
          <w:rFonts w:cs="Shruti"/>
          <w:sz w:val="18"/>
          <w:szCs w:val="18"/>
          <w:cs/>
          <w:lang w:bidi="gu-IN"/>
        </w:rPr>
        <w:t>વાહન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ભથ્થું</w:t>
      </w:r>
      <w:r w:rsidRPr="006773FD">
        <w:rPr>
          <w:sz w:val="18"/>
          <w:szCs w:val="18"/>
        </w:rPr>
        <w:t xml:space="preserve"> / </w:t>
      </w:r>
      <w:r w:rsidRPr="006773FD">
        <w:rPr>
          <w:rFonts w:cs="Shruti"/>
          <w:sz w:val="18"/>
          <w:szCs w:val="18"/>
          <w:cs/>
          <w:lang w:bidi="gu-IN"/>
        </w:rPr>
        <w:t>એસ્કોર્ટ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એલાઉન્સ</w:t>
      </w:r>
      <w:r w:rsidRPr="006773FD">
        <w:rPr>
          <w:sz w:val="18"/>
          <w:szCs w:val="18"/>
        </w:rPr>
        <w:t xml:space="preserve"> (Escort Allowance): </w:t>
      </w:r>
      <w:r w:rsidRPr="006773FD">
        <w:rPr>
          <w:rFonts w:cs="Shruti"/>
          <w:sz w:val="18"/>
          <w:szCs w:val="18"/>
          <w:cs/>
          <w:lang w:bidi="gu-IN"/>
        </w:rPr>
        <w:t>શાળાએ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આવવા</w:t>
      </w:r>
      <w:r w:rsidRPr="006773FD">
        <w:rPr>
          <w:sz w:val="18"/>
          <w:szCs w:val="18"/>
        </w:rPr>
        <w:t>-</w:t>
      </w:r>
      <w:r w:rsidRPr="006773FD">
        <w:rPr>
          <w:rFonts w:cs="Shruti"/>
          <w:sz w:val="18"/>
          <w:szCs w:val="18"/>
          <w:cs/>
          <w:lang w:bidi="gu-IN"/>
        </w:rPr>
        <w:t>જવા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માટે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તકલીફ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પડતી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હોય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તેવા</w:t>
      </w:r>
      <w:r w:rsidRPr="006773FD">
        <w:rPr>
          <w:sz w:val="18"/>
          <w:szCs w:val="18"/>
        </w:rPr>
        <w:t xml:space="preserve"> CWSN </w:t>
      </w:r>
      <w:r w:rsidRPr="006773FD">
        <w:rPr>
          <w:rFonts w:cs="Shruti"/>
          <w:sz w:val="18"/>
          <w:szCs w:val="18"/>
          <w:cs/>
          <w:lang w:bidi="gu-IN"/>
        </w:rPr>
        <w:t>બાળકો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માટે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વાહન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ભથ્થાની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દરખાસ્ત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મંજૂર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કરાવી</w:t>
      </w:r>
      <w:r w:rsidRPr="006773FD">
        <w:rPr>
          <w:sz w:val="18"/>
          <w:szCs w:val="18"/>
        </w:rPr>
        <w:t>.</w:t>
      </w:r>
    </w:p>
    <w:p w14:paraId="4B1386E4" w14:textId="77777777" w:rsidR="00577A6D" w:rsidRPr="00577A6D" w:rsidRDefault="000849D3" w:rsidP="000849D3">
      <w:pPr>
        <w:pStyle w:val="ListBullet"/>
        <w:spacing w:line="240" w:lineRule="auto"/>
        <w:rPr>
          <w:sz w:val="18"/>
          <w:szCs w:val="18"/>
        </w:rPr>
      </w:pPr>
      <w:r w:rsidRPr="006773FD">
        <w:rPr>
          <w:rFonts w:cs="Shruti"/>
          <w:sz w:val="18"/>
          <w:szCs w:val="18"/>
          <w:cs/>
          <w:lang w:bidi="gu-IN"/>
        </w:rPr>
        <w:t>સમાવેશી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શિક્ષણ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અને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પીઅર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સપોર્ટ</w:t>
      </w:r>
      <w:r w:rsidRPr="006773FD">
        <w:rPr>
          <w:sz w:val="18"/>
          <w:szCs w:val="18"/>
        </w:rPr>
        <w:t xml:space="preserve">: </w:t>
      </w:r>
      <w:r w:rsidRPr="006773FD">
        <w:rPr>
          <w:rFonts w:cs="Shruti"/>
          <w:sz w:val="18"/>
          <w:szCs w:val="18"/>
          <w:cs/>
          <w:lang w:bidi="gu-IN"/>
        </w:rPr>
        <w:t>દિવ્યાંગ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બાળકો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સામાન્ય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બાળકો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સાથે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ભળી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શકે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તે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માટે</w:t>
      </w:r>
      <w:r w:rsidRPr="006773FD">
        <w:rPr>
          <w:sz w:val="18"/>
          <w:szCs w:val="18"/>
        </w:rPr>
        <w:t xml:space="preserve"> "</w:t>
      </w:r>
      <w:r w:rsidRPr="006773FD">
        <w:rPr>
          <w:rFonts w:cs="Shruti"/>
          <w:sz w:val="18"/>
          <w:szCs w:val="18"/>
          <w:cs/>
          <w:lang w:bidi="gu-IN"/>
        </w:rPr>
        <w:t>પીઅર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લર્નિંગ</w:t>
      </w:r>
      <w:r w:rsidRPr="006773FD">
        <w:rPr>
          <w:sz w:val="18"/>
          <w:szCs w:val="18"/>
        </w:rPr>
        <w:t xml:space="preserve">" (Peer Learning) </w:t>
      </w:r>
      <w:r w:rsidRPr="006773FD">
        <w:rPr>
          <w:rFonts w:cs="Shruti"/>
          <w:sz w:val="18"/>
          <w:szCs w:val="18"/>
          <w:cs/>
          <w:lang w:bidi="gu-IN"/>
        </w:rPr>
        <w:t>અને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સ્પેશિયલ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એજ્યુકેટર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મારફતે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ખાસ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ધ્યાન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આપવામાં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આવે</w:t>
      </w:r>
      <w:r w:rsidRPr="006773FD">
        <w:rPr>
          <w:sz w:val="18"/>
          <w:szCs w:val="18"/>
        </w:rPr>
        <w:t xml:space="preserve"> </w:t>
      </w:r>
      <w:r w:rsidRPr="006773FD">
        <w:rPr>
          <w:rFonts w:cs="Shruti"/>
          <w:sz w:val="18"/>
          <w:szCs w:val="18"/>
          <w:cs/>
          <w:lang w:bidi="gu-IN"/>
        </w:rPr>
        <w:t>છે</w:t>
      </w:r>
      <w:r w:rsidRPr="006773FD">
        <w:rPr>
          <w:sz w:val="18"/>
          <w:szCs w:val="18"/>
        </w:rPr>
        <w:t>.</w:t>
      </w:r>
    </w:p>
    <w:p w14:paraId="472AC15A" w14:textId="77777777" w:rsidR="000849D3" w:rsidRPr="00577A6D" w:rsidRDefault="000849D3" w:rsidP="000849D3">
      <w:pPr>
        <w:pStyle w:val="ListBullet"/>
        <w:spacing w:line="240" w:lineRule="auto"/>
        <w:rPr>
          <w:sz w:val="18"/>
          <w:szCs w:val="18"/>
          <w:cs/>
        </w:rPr>
      </w:pPr>
      <w:r w:rsidRPr="00577A6D">
        <w:rPr>
          <w:rFonts w:cs="Shruti"/>
          <w:b/>
          <w:bCs/>
          <w:sz w:val="16"/>
          <w:szCs w:val="16"/>
          <w:cs/>
          <w:lang w:bidi="gu-IN"/>
        </w:rPr>
        <w:t>નિષ્કર્ષ</w:t>
      </w:r>
      <w:r w:rsidRPr="00577A6D">
        <w:rPr>
          <w:b/>
          <w:sz w:val="16"/>
          <w:szCs w:val="16"/>
        </w:rPr>
        <w:t xml:space="preserve">: </w:t>
      </w:r>
      <w:r w:rsidRPr="00577A6D">
        <w:rPr>
          <w:rFonts w:cs="Shruti"/>
          <w:b/>
          <w:bCs/>
          <w:sz w:val="16"/>
          <w:szCs w:val="16"/>
          <w:cs/>
          <w:lang w:bidi="gu-IN"/>
        </w:rPr>
        <w:t>આ</w:t>
      </w:r>
      <w:r w:rsidRPr="00577A6D">
        <w:rPr>
          <w:b/>
          <w:sz w:val="16"/>
          <w:szCs w:val="16"/>
        </w:rPr>
        <w:t xml:space="preserve"> </w:t>
      </w:r>
      <w:r w:rsidRPr="00577A6D">
        <w:rPr>
          <w:rFonts w:cs="Shruti"/>
          <w:b/>
          <w:bCs/>
          <w:sz w:val="16"/>
          <w:szCs w:val="16"/>
          <w:cs/>
          <w:lang w:bidi="gu-IN"/>
        </w:rPr>
        <w:t>સઘન</w:t>
      </w:r>
      <w:r w:rsidRPr="00577A6D">
        <w:rPr>
          <w:b/>
          <w:sz w:val="16"/>
          <w:szCs w:val="16"/>
        </w:rPr>
        <w:t xml:space="preserve"> </w:t>
      </w:r>
      <w:r w:rsidRPr="00577A6D">
        <w:rPr>
          <w:rFonts w:cs="Shruti"/>
          <w:b/>
          <w:bCs/>
          <w:sz w:val="16"/>
          <w:szCs w:val="16"/>
          <w:cs/>
          <w:lang w:bidi="gu-IN"/>
        </w:rPr>
        <w:t>વ્યવસ્થાના</w:t>
      </w:r>
      <w:r w:rsidRPr="00577A6D">
        <w:rPr>
          <w:b/>
          <w:sz w:val="16"/>
          <w:szCs w:val="16"/>
        </w:rPr>
        <w:t xml:space="preserve"> </w:t>
      </w:r>
      <w:r w:rsidRPr="00577A6D">
        <w:rPr>
          <w:rFonts w:cs="Shruti"/>
          <w:b/>
          <w:bCs/>
          <w:sz w:val="16"/>
          <w:szCs w:val="16"/>
          <w:cs/>
          <w:lang w:bidi="gu-IN"/>
        </w:rPr>
        <w:t>કારણે</w:t>
      </w:r>
      <w:r w:rsidRPr="00577A6D">
        <w:rPr>
          <w:b/>
          <w:sz w:val="16"/>
          <w:szCs w:val="16"/>
        </w:rPr>
        <w:t xml:space="preserve"> CWSN </w:t>
      </w:r>
      <w:r w:rsidRPr="00577A6D">
        <w:rPr>
          <w:rFonts w:cs="Shruti"/>
          <w:b/>
          <w:bCs/>
          <w:sz w:val="16"/>
          <w:szCs w:val="16"/>
          <w:cs/>
          <w:lang w:bidi="gu-IN"/>
        </w:rPr>
        <w:t>બાળકોનો</w:t>
      </w:r>
      <w:r w:rsidRPr="00577A6D">
        <w:rPr>
          <w:b/>
          <w:sz w:val="16"/>
          <w:szCs w:val="16"/>
        </w:rPr>
        <w:t xml:space="preserve"> </w:t>
      </w:r>
      <w:r w:rsidRPr="00577A6D">
        <w:rPr>
          <w:rFonts w:cs="Shruti"/>
          <w:b/>
          <w:bCs/>
          <w:sz w:val="16"/>
          <w:szCs w:val="16"/>
          <w:cs/>
          <w:lang w:bidi="gu-IN"/>
        </w:rPr>
        <w:t>આત્મવિશ્વાસ</w:t>
      </w:r>
      <w:r w:rsidRPr="00577A6D">
        <w:rPr>
          <w:b/>
          <w:sz w:val="16"/>
          <w:szCs w:val="16"/>
        </w:rPr>
        <w:t xml:space="preserve"> </w:t>
      </w:r>
      <w:r w:rsidRPr="00577A6D">
        <w:rPr>
          <w:rFonts w:cs="Shruti"/>
          <w:b/>
          <w:bCs/>
          <w:sz w:val="16"/>
          <w:szCs w:val="16"/>
          <w:cs/>
          <w:lang w:bidi="gu-IN"/>
        </w:rPr>
        <w:t>વધ્યો</w:t>
      </w:r>
      <w:r w:rsidRPr="00577A6D">
        <w:rPr>
          <w:b/>
          <w:sz w:val="16"/>
          <w:szCs w:val="16"/>
        </w:rPr>
        <w:t xml:space="preserve"> </w:t>
      </w:r>
      <w:r w:rsidRPr="00577A6D">
        <w:rPr>
          <w:rFonts w:cs="Shruti"/>
          <w:b/>
          <w:bCs/>
          <w:sz w:val="16"/>
          <w:szCs w:val="16"/>
          <w:cs/>
          <w:lang w:bidi="gu-IN"/>
        </w:rPr>
        <w:t>છે</w:t>
      </w:r>
      <w:r w:rsidRPr="00577A6D">
        <w:rPr>
          <w:b/>
          <w:sz w:val="16"/>
          <w:szCs w:val="16"/>
        </w:rPr>
        <w:t xml:space="preserve"> </w:t>
      </w:r>
      <w:r w:rsidRPr="00577A6D">
        <w:rPr>
          <w:rFonts w:cs="Shruti"/>
          <w:b/>
          <w:bCs/>
          <w:sz w:val="16"/>
          <w:szCs w:val="16"/>
          <w:cs/>
          <w:lang w:bidi="gu-IN"/>
        </w:rPr>
        <w:t>અને</w:t>
      </w:r>
      <w:r w:rsidRPr="00577A6D">
        <w:rPr>
          <w:b/>
          <w:sz w:val="16"/>
          <w:szCs w:val="16"/>
        </w:rPr>
        <w:t xml:space="preserve"> </w:t>
      </w:r>
      <w:r w:rsidRPr="00577A6D">
        <w:rPr>
          <w:rFonts w:cs="Shruti"/>
          <w:b/>
          <w:bCs/>
          <w:sz w:val="16"/>
          <w:szCs w:val="16"/>
          <w:cs/>
          <w:lang w:bidi="gu-IN"/>
        </w:rPr>
        <w:t>તેઓ</w:t>
      </w:r>
      <w:r w:rsidRPr="00577A6D">
        <w:rPr>
          <w:b/>
          <w:sz w:val="16"/>
          <w:szCs w:val="16"/>
        </w:rPr>
        <w:t xml:space="preserve"> </w:t>
      </w:r>
      <w:r w:rsidRPr="00577A6D">
        <w:rPr>
          <w:rFonts w:cs="Shruti"/>
          <w:b/>
          <w:bCs/>
          <w:sz w:val="16"/>
          <w:szCs w:val="16"/>
          <w:cs/>
          <w:lang w:bidi="gu-IN"/>
        </w:rPr>
        <w:t>શાળાના</w:t>
      </w:r>
      <w:r w:rsidRPr="00577A6D">
        <w:rPr>
          <w:b/>
          <w:sz w:val="16"/>
          <w:szCs w:val="16"/>
        </w:rPr>
        <w:t xml:space="preserve"> </w:t>
      </w:r>
      <w:r w:rsidRPr="00577A6D">
        <w:rPr>
          <w:rFonts w:cs="Shruti"/>
          <w:b/>
          <w:bCs/>
          <w:sz w:val="16"/>
          <w:szCs w:val="16"/>
          <w:cs/>
          <w:lang w:bidi="gu-IN"/>
        </w:rPr>
        <w:t>શૈક્ષણિક</w:t>
      </w:r>
      <w:r w:rsidRPr="00577A6D">
        <w:rPr>
          <w:b/>
          <w:sz w:val="16"/>
          <w:szCs w:val="16"/>
        </w:rPr>
        <w:t xml:space="preserve"> </w:t>
      </w:r>
      <w:r w:rsidRPr="00577A6D">
        <w:rPr>
          <w:rFonts w:cs="Shruti"/>
          <w:b/>
          <w:bCs/>
          <w:sz w:val="16"/>
          <w:szCs w:val="16"/>
          <w:cs/>
          <w:lang w:bidi="gu-IN"/>
        </w:rPr>
        <w:t>પ્રવાહમાં</w:t>
      </w:r>
      <w:r w:rsidRPr="00577A6D">
        <w:rPr>
          <w:b/>
          <w:sz w:val="16"/>
          <w:szCs w:val="16"/>
        </w:rPr>
        <w:t xml:space="preserve"> </w:t>
      </w:r>
      <w:r w:rsidRPr="00577A6D">
        <w:rPr>
          <w:rFonts w:cs="Shruti"/>
          <w:b/>
          <w:bCs/>
          <w:sz w:val="16"/>
          <w:szCs w:val="16"/>
          <w:cs/>
          <w:lang w:bidi="gu-IN"/>
        </w:rPr>
        <w:t>મુખ્યરૂપે</w:t>
      </w:r>
      <w:r w:rsidRPr="00577A6D">
        <w:rPr>
          <w:b/>
          <w:sz w:val="16"/>
          <w:szCs w:val="16"/>
        </w:rPr>
        <w:t xml:space="preserve"> </w:t>
      </w:r>
      <w:r w:rsidRPr="00577A6D">
        <w:rPr>
          <w:rFonts w:cs="Shruti"/>
          <w:b/>
          <w:bCs/>
          <w:sz w:val="16"/>
          <w:szCs w:val="16"/>
          <w:cs/>
          <w:lang w:bidi="gu-IN"/>
        </w:rPr>
        <w:t>જોડાયા</w:t>
      </w:r>
      <w:r w:rsidRPr="00577A6D">
        <w:rPr>
          <w:b/>
          <w:sz w:val="16"/>
          <w:szCs w:val="16"/>
        </w:rPr>
        <w:t xml:space="preserve"> </w:t>
      </w:r>
      <w:r w:rsidRPr="00577A6D">
        <w:rPr>
          <w:rFonts w:cs="Shruti"/>
          <w:b/>
          <w:bCs/>
          <w:sz w:val="16"/>
          <w:szCs w:val="16"/>
          <w:cs/>
          <w:lang w:bidi="gu-IN"/>
        </w:rPr>
        <w:t>છે</w:t>
      </w:r>
      <w:r w:rsidRPr="00577A6D">
        <w:rPr>
          <w:b/>
          <w:sz w:val="16"/>
          <w:szCs w:val="16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0849D3" w:rsidRPr="006773FD" w14:paraId="62F6B8AE" w14:textId="77777777" w:rsidTr="0078136E">
        <w:tc>
          <w:tcPr>
            <w:tcW w:w="4320" w:type="dxa"/>
          </w:tcPr>
          <w:p w14:paraId="4E488272" w14:textId="77777777" w:rsidR="000849D3" w:rsidRPr="006773FD" w:rsidRDefault="000849D3" w:rsidP="00577A6D">
            <w:pPr>
              <w:rPr>
                <w:sz w:val="18"/>
                <w:szCs w:val="18"/>
              </w:rPr>
            </w:pPr>
            <w:r w:rsidRPr="006773FD">
              <w:rPr>
                <w:sz w:val="18"/>
                <w:szCs w:val="18"/>
              </w:rPr>
              <w:t xml:space="preserve">IED </w:t>
            </w:r>
            <w:r w:rsidRPr="006773FD">
              <w:rPr>
                <w:rFonts w:cs="Shruti"/>
                <w:sz w:val="18"/>
                <w:szCs w:val="18"/>
                <w:cs/>
                <w:lang w:bidi="gu-IN"/>
              </w:rPr>
              <w:t>કો</w:t>
            </w:r>
            <w:r w:rsidRPr="006773FD">
              <w:rPr>
                <w:sz w:val="18"/>
                <w:szCs w:val="18"/>
              </w:rPr>
              <w:t>-</w:t>
            </w:r>
            <w:r w:rsidRPr="006773FD">
              <w:rPr>
                <w:rFonts w:cs="Shruti"/>
                <w:sz w:val="18"/>
                <w:szCs w:val="18"/>
                <w:cs/>
                <w:lang w:bidi="gu-IN"/>
              </w:rPr>
              <w:t>ઓર્ડિનેટર</w:t>
            </w:r>
            <w:r w:rsidRPr="006773FD">
              <w:rPr>
                <w:sz w:val="18"/>
                <w:szCs w:val="18"/>
              </w:rPr>
              <w:t xml:space="preserve"> / </w:t>
            </w:r>
            <w:r w:rsidRPr="006773FD">
              <w:rPr>
                <w:rFonts w:cs="Shruti"/>
                <w:sz w:val="18"/>
                <w:szCs w:val="18"/>
                <w:cs/>
                <w:lang w:bidi="gu-IN"/>
              </w:rPr>
              <w:t>સ્પેશિયલ</w:t>
            </w:r>
            <w:r w:rsidRPr="006773FD">
              <w:rPr>
                <w:sz w:val="18"/>
                <w:szCs w:val="18"/>
              </w:rPr>
              <w:t xml:space="preserve"> </w:t>
            </w:r>
            <w:r w:rsidRPr="006773FD">
              <w:rPr>
                <w:rFonts w:cs="Shruti"/>
                <w:sz w:val="18"/>
                <w:szCs w:val="18"/>
                <w:cs/>
                <w:lang w:bidi="gu-IN"/>
              </w:rPr>
              <w:t>એજ્યુકેટરની</w:t>
            </w:r>
            <w:r w:rsidRPr="006773FD">
              <w:rPr>
                <w:sz w:val="18"/>
                <w:szCs w:val="18"/>
              </w:rPr>
              <w:t xml:space="preserve"> </w:t>
            </w:r>
            <w:r w:rsidRPr="006773FD">
              <w:rPr>
                <w:rFonts w:cs="Shruti"/>
                <w:sz w:val="18"/>
                <w:szCs w:val="18"/>
                <w:cs/>
                <w:lang w:bidi="gu-IN"/>
              </w:rPr>
              <w:t>સહી</w:t>
            </w:r>
            <w:r w:rsidR="00577A6D">
              <w:rPr>
                <w:rFonts w:cs="Shruti"/>
                <w:sz w:val="18"/>
                <w:szCs w:val="18"/>
                <w:cs/>
                <w:lang w:bidi="gu-IN"/>
              </w:rPr>
              <w:t>..............</w:t>
            </w:r>
            <w:r w:rsidRPr="006773FD">
              <w:rPr>
                <w:sz w:val="18"/>
                <w:szCs w:val="18"/>
              </w:rPr>
              <w:br/>
            </w:r>
            <w:r w:rsidRPr="006773FD">
              <w:rPr>
                <w:sz w:val="18"/>
                <w:szCs w:val="18"/>
              </w:rPr>
              <w:br/>
            </w:r>
          </w:p>
        </w:tc>
        <w:tc>
          <w:tcPr>
            <w:tcW w:w="4320" w:type="dxa"/>
          </w:tcPr>
          <w:p w14:paraId="4EC126B4" w14:textId="77777777" w:rsidR="000849D3" w:rsidRPr="006773FD" w:rsidRDefault="000849D3" w:rsidP="00577A6D">
            <w:pPr>
              <w:jc w:val="right"/>
              <w:rPr>
                <w:sz w:val="18"/>
                <w:szCs w:val="18"/>
              </w:rPr>
            </w:pPr>
            <w:r w:rsidRPr="006773FD">
              <w:rPr>
                <w:rFonts w:cs="Shruti"/>
                <w:sz w:val="18"/>
                <w:szCs w:val="18"/>
                <w:cs/>
                <w:lang w:bidi="gu-IN"/>
              </w:rPr>
              <w:t>આચાર્યશ્રીની</w:t>
            </w:r>
            <w:r w:rsidRPr="006773FD">
              <w:rPr>
                <w:sz w:val="18"/>
                <w:szCs w:val="18"/>
              </w:rPr>
              <w:t xml:space="preserve"> </w:t>
            </w:r>
            <w:r w:rsidRPr="006773FD">
              <w:rPr>
                <w:rFonts w:cs="Shruti"/>
                <w:sz w:val="18"/>
                <w:szCs w:val="18"/>
                <w:cs/>
                <w:lang w:bidi="gu-IN"/>
              </w:rPr>
              <w:t>સહી</w:t>
            </w:r>
            <w:r w:rsidRPr="006773FD">
              <w:rPr>
                <w:sz w:val="18"/>
                <w:szCs w:val="18"/>
              </w:rPr>
              <w:t xml:space="preserve"> </w:t>
            </w:r>
            <w:r w:rsidRPr="006773FD">
              <w:rPr>
                <w:rFonts w:cs="Shruti"/>
                <w:sz w:val="18"/>
                <w:szCs w:val="18"/>
                <w:cs/>
                <w:lang w:bidi="gu-IN"/>
              </w:rPr>
              <w:t>અને</w:t>
            </w:r>
            <w:r w:rsidRPr="006773FD">
              <w:rPr>
                <w:sz w:val="18"/>
                <w:szCs w:val="18"/>
              </w:rPr>
              <w:t xml:space="preserve"> </w:t>
            </w:r>
            <w:r w:rsidRPr="006773FD">
              <w:rPr>
                <w:rFonts w:cs="Shruti"/>
                <w:sz w:val="18"/>
                <w:szCs w:val="18"/>
                <w:cs/>
                <w:lang w:bidi="gu-IN"/>
              </w:rPr>
              <w:t>સિક્કો</w:t>
            </w:r>
            <w:r w:rsidRPr="006773FD">
              <w:rPr>
                <w:sz w:val="18"/>
                <w:szCs w:val="18"/>
              </w:rPr>
              <w:br/>
            </w:r>
            <w:r w:rsidRPr="006773FD">
              <w:rPr>
                <w:sz w:val="18"/>
                <w:szCs w:val="18"/>
              </w:rPr>
              <w:br/>
            </w:r>
            <w:r w:rsidRPr="006773FD">
              <w:rPr>
                <w:sz w:val="18"/>
                <w:szCs w:val="18"/>
              </w:rPr>
              <w:br/>
            </w:r>
          </w:p>
        </w:tc>
      </w:tr>
    </w:tbl>
    <w:p w14:paraId="32A40FE5" w14:textId="77777777" w:rsidR="003D3E34" w:rsidRDefault="003D3E34" w:rsidP="00B36C4E">
      <w:pPr>
        <w:spacing w:after="0" w:line="240" w:lineRule="auto"/>
        <w:jc w:val="center"/>
        <w:rPr>
          <w:rFonts w:cs="Shruti"/>
          <w:sz w:val="28"/>
          <w:szCs w:val="28"/>
          <w:u w:val="single"/>
          <w:lang w:bidi="gu-IN"/>
        </w:rPr>
      </w:pPr>
    </w:p>
    <w:p w14:paraId="7EDC95C0" w14:textId="2844B1CC" w:rsidR="00B36C4E" w:rsidRDefault="002546D1" w:rsidP="00521B9B">
      <w:pPr>
        <w:spacing w:after="0" w:line="240" w:lineRule="auto"/>
        <w:rPr>
          <w:rFonts w:cs="Shruti"/>
          <w:b/>
          <w:u w:val="single"/>
          <w:lang w:val="en-IN" w:bidi="gu-IN"/>
        </w:rPr>
      </w:pPr>
      <w:r>
        <w:rPr>
          <w:rFonts w:cs="Shruti" w:hint="cs"/>
          <w:sz w:val="28"/>
          <w:szCs w:val="28"/>
          <w:u w:val="single"/>
          <w:cs/>
          <w:lang w:bidi="gu-IN"/>
        </w:rPr>
        <w:t>ઢાંકણ્રીયાવાસ પ્રાથમિક શાળા તા- લાખણી જિલ્લો - વાવ-થરાદ ડાયસ કોડ: 24021300207</w:t>
      </w:r>
    </w:p>
    <w:p w14:paraId="649E2AF9" w14:textId="77777777" w:rsidR="0078136E" w:rsidRDefault="0078136E" w:rsidP="0078136E">
      <w:pPr>
        <w:pStyle w:val="Heading1"/>
      </w:pPr>
      <w:r>
        <w:rPr>
          <w:rFonts w:cs="Shruti"/>
          <w:cs/>
          <w:lang w:bidi="gu-IN"/>
        </w:rPr>
        <w:t>વિશિષ્ટ</w:t>
      </w:r>
      <w:r>
        <w:t xml:space="preserve"> </w:t>
      </w:r>
      <w:r>
        <w:rPr>
          <w:rFonts w:cs="Shruti"/>
          <w:cs/>
          <w:lang w:bidi="gu-IN"/>
        </w:rPr>
        <w:t>શિક્ષક</w:t>
      </w:r>
      <w:r>
        <w:t xml:space="preserve"> (Special Educator) </w:t>
      </w:r>
      <w:r>
        <w:rPr>
          <w:rFonts w:cs="Shruti"/>
          <w:cs/>
          <w:lang w:bidi="gu-IN"/>
        </w:rPr>
        <w:t>દ્વારા</w:t>
      </w:r>
      <w:r>
        <w:t xml:space="preserve"> </w:t>
      </w:r>
      <w:r>
        <w:rPr>
          <w:rFonts w:cs="Shruti"/>
          <w:cs/>
          <w:lang w:bidi="gu-IN"/>
        </w:rPr>
        <w:t>કરવામાં</w:t>
      </w:r>
      <w:r>
        <w:t xml:space="preserve"> </w:t>
      </w:r>
      <w:r>
        <w:rPr>
          <w:rFonts w:cs="Shruti"/>
          <w:cs/>
          <w:lang w:bidi="gu-IN"/>
        </w:rPr>
        <w:t>આવેલ</w:t>
      </w:r>
      <w:r>
        <w:t xml:space="preserve"> </w:t>
      </w:r>
      <w:r>
        <w:rPr>
          <w:rFonts w:cs="Shruti"/>
          <w:cs/>
          <w:lang w:bidi="gu-IN"/>
        </w:rPr>
        <w:t>કામગીરીનો</w:t>
      </w:r>
      <w:r>
        <w:t xml:space="preserve"> </w:t>
      </w:r>
      <w:r>
        <w:rPr>
          <w:rFonts w:cs="Shruti"/>
          <w:cs/>
          <w:lang w:bidi="gu-IN"/>
        </w:rPr>
        <w:t>અહેવાલ</w:t>
      </w:r>
      <w:r>
        <w:br/>
      </w:r>
      <w:r>
        <w:rPr>
          <w:rFonts w:cs="Shruti"/>
          <w:cs/>
          <w:lang w:bidi="gu-IN"/>
        </w:rPr>
        <w:t>પ્રસ્તાવના</w:t>
      </w:r>
      <w:r>
        <w:t>:</w:t>
      </w:r>
    </w:p>
    <w:p w14:paraId="22E38938" w14:textId="4D0940E0" w:rsidR="0078136E" w:rsidRPr="00417FAF" w:rsidRDefault="0078136E" w:rsidP="00417FAF">
      <w:pPr>
        <w:spacing w:after="0" w:line="240" w:lineRule="auto"/>
        <w:rPr>
          <w:rFonts w:cs="Shruti"/>
          <w:sz w:val="20"/>
          <w:szCs w:val="20"/>
          <w:lang w:bidi="gu-IN"/>
        </w:rPr>
      </w:pPr>
      <w:r w:rsidRPr="00417FAF">
        <w:rPr>
          <w:rFonts w:cs="Shruti"/>
          <w:sz w:val="20"/>
          <w:szCs w:val="20"/>
          <w:cs/>
          <w:lang w:bidi="gu-IN"/>
        </w:rPr>
        <w:t>સમાવેશી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શિક્ષણ</w:t>
      </w:r>
      <w:r w:rsidRPr="00417FAF">
        <w:rPr>
          <w:sz w:val="20"/>
          <w:szCs w:val="20"/>
        </w:rPr>
        <w:t xml:space="preserve"> (Inclusive Education) </w:t>
      </w:r>
      <w:r w:rsidRPr="00417FAF">
        <w:rPr>
          <w:rFonts w:cs="Shruti"/>
          <w:sz w:val="20"/>
          <w:szCs w:val="20"/>
          <w:cs/>
          <w:lang w:bidi="gu-IN"/>
        </w:rPr>
        <w:t>અંતર્ગત</w:t>
      </w:r>
      <w:r w:rsidR="00A87D89" w:rsidRPr="00A87D89">
        <w:rPr>
          <w:rFonts w:cs="Shruti" w:hint="cs"/>
          <w:cs/>
          <w:lang w:bidi="gu-IN"/>
        </w:rPr>
        <w:t xml:space="preserve"> </w:t>
      </w:r>
      <w:r w:rsidR="008E13CA">
        <w:rPr>
          <w:rFonts w:cs="Shruti" w:hint="cs"/>
          <w:cs/>
          <w:lang w:bidi="gu-IN"/>
        </w:rPr>
        <w:t xml:space="preserve">ઢાંકણ્રીયાવાસ પ્રાથમિક શાળા </w:t>
      </w:r>
      <w:r w:rsidRPr="00417FAF">
        <w:rPr>
          <w:rFonts w:cs="Shruti"/>
          <w:sz w:val="20"/>
          <w:szCs w:val="20"/>
          <w:cs/>
          <w:lang w:bidi="gu-IN"/>
        </w:rPr>
        <w:t>માં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અભ્યાસ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કરતા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દિવ્યાંગ</w:t>
      </w:r>
      <w:r w:rsidRPr="00417FAF">
        <w:rPr>
          <w:sz w:val="20"/>
          <w:szCs w:val="20"/>
        </w:rPr>
        <w:t xml:space="preserve"> (CWSN) </w:t>
      </w:r>
      <w:r w:rsidRPr="00417FAF">
        <w:rPr>
          <w:rFonts w:cs="Shruti"/>
          <w:sz w:val="20"/>
          <w:szCs w:val="20"/>
          <w:cs/>
          <w:lang w:bidi="gu-IN"/>
        </w:rPr>
        <w:t>બાળકોના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સર્વાંગી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વિકાસ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અને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શૈક્ષણિક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પ્રગતિ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માટે</w:t>
      </w:r>
      <w:r w:rsidRPr="00417FAF">
        <w:rPr>
          <w:sz w:val="20"/>
          <w:szCs w:val="20"/>
        </w:rPr>
        <w:t xml:space="preserve"> BRC </w:t>
      </w:r>
      <w:r w:rsidRPr="00417FAF">
        <w:rPr>
          <w:rFonts w:cs="Shruti"/>
          <w:sz w:val="20"/>
          <w:szCs w:val="20"/>
          <w:cs/>
          <w:lang w:bidi="gu-IN"/>
        </w:rPr>
        <w:t>ભવનના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વિશિષ્ટ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શિક્ષક</w:t>
      </w:r>
      <w:r w:rsidRPr="00417FAF">
        <w:rPr>
          <w:sz w:val="20"/>
          <w:szCs w:val="20"/>
        </w:rPr>
        <w:t xml:space="preserve"> (Special Educator) </w:t>
      </w:r>
      <w:r w:rsidRPr="00417FAF">
        <w:rPr>
          <w:rFonts w:cs="Shruti"/>
          <w:sz w:val="20"/>
          <w:szCs w:val="20"/>
          <w:cs/>
          <w:lang w:bidi="gu-IN"/>
        </w:rPr>
        <w:t>દ્વારા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સમયાંતરે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શાળાની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મુલાકાત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લઈ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નીચે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મુજબની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કામગીરી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કરવામાં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આવે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છે</w:t>
      </w:r>
      <w:r w:rsidRPr="00417FAF">
        <w:rPr>
          <w:sz w:val="20"/>
          <w:szCs w:val="20"/>
        </w:rPr>
        <w:t>:</w:t>
      </w:r>
    </w:p>
    <w:p w14:paraId="0E13FF5D" w14:textId="77777777" w:rsidR="0078136E" w:rsidRDefault="0078136E" w:rsidP="00417FAF">
      <w:pPr>
        <w:pStyle w:val="Heading2"/>
        <w:spacing w:line="240" w:lineRule="auto"/>
      </w:pPr>
      <w:r>
        <w:rPr>
          <w:rFonts w:cs="Shruti"/>
          <w:cs/>
          <w:lang w:bidi="gu-IN"/>
        </w:rPr>
        <w:t>૧</w:t>
      </w:r>
      <w:r>
        <w:t xml:space="preserve">. </w:t>
      </w:r>
      <w:r>
        <w:rPr>
          <w:rFonts w:cs="Shruti"/>
          <w:cs/>
          <w:lang w:bidi="gu-IN"/>
        </w:rPr>
        <w:t>વિશિષ્ટ</w:t>
      </w:r>
      <w:r>
        <w:t xml:space="preserve"> </w:t>
      </w:r>
      <w:r>
        <w:rPr>
          <w:rFonts w:cs="Shruti"/>
          <w:cs/>
          <w:lang w:bidi="gu-IN"/>
        </w:rPr>
        <w:t>શિક્ષક</w:t>
      </w:r>
      <w:r>
        <w:t xml:space="preserve"> </w:t>
      </w:r>
      <w:r>
        <w:rPr>
          <w:rFonts w:cs="Shruti"/>
          <w:cs/>
          <w:lang w:bidi="gu-IN"/>
        </w:rPr>
        <w:t>દ્વારા</w:t>
      </w:r>
      <w:r>
        <w:t xml:space="preserve"> </w:t>
      </w:r>
      <w:r>
        <w:rPr>
          <w:rFonts w:cs="Shruti"/>
          <w:cs/>
          <w:lang w:bidi="gu-IN"/>
        </w:rPr>
        <w:t>કરવામાં</w:t>
      </w:r>
      <w:r>
        <w:t xml:space="preserve"> </w:t>
      </w:r>
      <w:r>
        <w:rPr>
          <w:rFonts w:cs="Shruti"/>
          <w:cs/>
          <w:lang w:bidi="gu-IN"/>
        </w:rPr>
        <w:t>આવેલ</w:t>
      </w:r>
      <w:r>
        <w:t xml:space="preserve"> </w:t>
      </w:r>
      <w:r>
        <w:rPr>
          <w:rFonts w:cs="Shruti"/>
          <w:cs/>
          <w:lang w:bidi="gu-IN"/>
        </w:rPr>
        <w:t>મુખ્ય</w:t>
      </w:r>
      <w:r>
        <w:t xml:space="preserve"> </w:t>
      </w:r>
      <w:r>
        <w:rPr>
          <w:rFonts w:cs="Shruti"/>
          <w:cs/>
          <w:lang w:bidi="gu-IN"/>
        </w:rPr>
        <w:t>કામગીરી</w:t>
      </w:r>
      <w:r>
        <w:t>:</w:t>
      </w:r>
    </w:p>
    <w:p w14:paraId="30385A58" w14:textId="77777777" w:rsidR="0078136E" w:rsidRPr="00417FAF" w:rsidRDefault="0078136E" w:rsidP="00417FAF">
      <w:pPr>
        <w:pStyle w:val="ListBullet"/>
        <w:spacing w:after="0" w:line="240" w:lineRule="auto"/>
        <w:rPr>
          <w:sz w:val="20"/>
          <w:szCs w:val="20"/>
        </w:rPr>
      </w:pPr>
      <w:r w:rsidRPr="00417FAF">
        <w:rPr>
          <w:rFonts w:cs="Shruti"/>
          <w:sz w:val="20"/>
          <w:szCs w:val="20"/>
          <w:cs/>
          <w:lang w:bidi="gu-IN"/>
        </w:rPr>
        <w:t>બાળકોની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ઓળખ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અને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સ્ક્રિનિંગ</w:t>
      </w:r>
      <w:r w:rsidRPr="00417FAF">
        <w:rPr>
          <w:sz w:val="20"/>
          <w:szCs w:val="20"/>
        </w:rPr>
        <w:t xml:space="preserve">: </w:t>
      </w:r>
      <w:r w:rsidRPr="00417FAF">
        <w:rPr>
          <w:rFonts w:cs="Shruti"/>
          <w:sz w:val="20"/>
          <w:szCs w:val="20"/>
          <w:cs/>
          <w:lang w:bidi="gu-IN"/>
        </w:rPr>
        <w:t>શાળાના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શિક્ષકો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સાથે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મળીને</w:t>
      </w:r>
      <w:r w:rsidRPr="00417FAF">
        <w:rPr>
          <w:sz w:val="20"/>
          <w:szCs w:val="20"/>
        </w:rPr>
        <w:t xml:space="preserve"> "</w:t>
      </w:r>
      <w:r w:rsidRPr="00417FAF">
        <w:rPr>
          <w:rFonts w:cs="Shruti"/>
          <w:sz w:val="20"/>
          <w:szCs w:val="20"/>
          <w:cs/>
          <w:lang w:bidi="gu-IN"/>
        </w:rPr>
        <w:t>પ્રશસ્ત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એપ</w:t>
      </w:r>
      <w:r w:rsidRPr="00417FAF">
        <w:rPr>
          <w:sz w:val="20"/>
          <w:szCs w:val="20"/>
        </w:rPr>
        <w:t xml:space="preserve">" (PRASHAST App) </w:t>
      </w:r>
      <w:r w:rsidRPr="00417FAF">
        <w:rPr>
          <w:rFonts w:cs="Shruti"/>
          <w:sz w:val="20"/>
          <w:szCs w:val="20"/>
          <w:cs/>
          <w:lang w:bidi="gu-IN"/>
        </w:rPr>
        <w:t>અને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રૂબરૂ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મુલાકાત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દ્વારા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દિવ્યાંગ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બાળકોની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ઓળખ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કરવી</w:t>
      </w:r>
      <w:r w:rsidRPr="00417FAF">
        <w:rPr>
          <w:sz w:val="20"/>
          <w:szCs w:val="20"/>
        </w:rPr>
        <w:t>.</w:t>
      </w:r>
    </w:p>
    <w:p w14:paraId="7CEEA759" w14:textId="77777777" w:rsidR="0078136E" w:rsidRPr="00417FAF" w:rsidRDefault="0078136E" w:rsidP="00417FAF">
      <w:pPr>
        <w:pStyle w:val="ListBullet"/>
        <w:spacing w:after="0" w:line="240" w:lineRule="auto"/>
        <w:rPr>
          <w:sz w:val="20"/>
          <w:szCs w:val="20"/>
        </w:rPr>
      </w:pPr>
      <w:r w:rsidRPr="00417FAF">
        <w:rPr>
          <w:rFonts w:cs="Shruti"/>
          <w:sz w:val="20"/>
          <w:szCs w:val="20"/>
          <w:cs/>
          <w:lang w:bidi="gu-IN"/>
        </w:rPr>
        <w:t>વ્યક્તિગત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શૈક્ષણિક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આયોજન</w:t>
      </w:r>
      <w:r w:rsidRPr="00417FAF">
        <w:rPr>
          <w:sz w:val="20"/>
          <w:szCs w:val="20"/>
        </w:rPr>
        <w:t xml:space="preserve"> (IEP): </w:t>
      </w:r>
      <w:r w:rsidRPr="00417FAF">
        <w:rPr>
          <w:rFonts w:cs="Shruti"/>
          <w:sz w:val="20"/>
          <w:szCs w:val="20"/>
          <w:cs/>
          <w:lang w:bidi="gu-IN"/>
        </w:rPr>
        <w:t>ઓળખાયેલ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દરેક</w:t>
      </w:r>
      <w:r w:rsidRPr="00417FAF">
        <w:rPr>
          <w:sz w:val="20"/>
          <w:szCs w:val="20"/>
        </w:rPr>
        <w:t xml:space="preserve"> CWSN </w:t>
      </w:r>
      <w:r w:rsidRPr="00417FAF">
        <w:rPr>
          <w:rFonts w:cs="Shruti"/>
          <w:sz w:val="20"/>
          <w:szCs w:val="20"/>
          <w:cs/>
          <w:lang w:bidi="gu-IN"/>
        </w:rPr>
        <w:t>બાળકની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જરૂરિયાત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મુજબ</w:t>
      </w:r>
      <w:r w:rsidRPr="00417FAF">
        <w:rPr>
          <w:sz w:val="20"/>
          <w:szCs w:val="20"/>
        </w:rPr>
        <w:t xml:space="preserve"> Individualized Education Program (IEP) </w:t>
      </w:r>
      <w:r w:rsidRPr="00417FAF">
        <w:rPr>
          <w:rFonts w:cs="Shruti"/>
          <w:sz w:val="20"/>
          <w:szCs w:val="20"/>
          <w:cs/>
          <w:lang w:bidi="gu-IN"/>
        </w:rPr>
        <w:t>તૈયાર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કરવું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અને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તેનો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અમલ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કરાવવો</w:t>
      </w:r>
      <w:r w:rsidRPr="00417FAF">
        <w:rPr>
          <w:sz w:val="20"/>
          <w:szCs w:val="20"/>
        </w:rPr>
        <w:t>.</w:t>
      </w:r>
    </w:p>
    <w:p w14:paraId="6A97092D" w14:textId="77777777" w:rsidR="0078136E" w:rsidRPr="00417FAF" w:rsidRDefault="0078136E" w:rsidP="00417FAF">
      <w:pPr>
        <w:pStyle w:val="ListBullet"/>
        <w:spacing w:after="0" w:line="240" w:lineRule="auto"/>
        <w:rPr>
          <w:sz w:val="20"/>
          <w:szCs w:val="20"/>
        </w:rPr>
      </w:pPr>
      <w:r w:rsidRPr="00417FAF">
        <w:rPr>
          <w:rFonts w:cs="Shruti"/>
          <w:sz w:val="20"/>
          <w:szCs w:val="20"/>
          <w:cs/>
          <w:lang w:bidi="gu-IN"/>
        </w:rPr>
        <w:t>સાધન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સહાય</w:t>
      </w:r>
      <w:r w:rsidRPr="00417FAF">
        <w:rPr>
          <w:sz w:val="20"/>
          <w:szCs w:val="20"/>
        </w:rPr>
        <w:t xml:space="preserve"> (Aids &amp; Appliances): </w:t>
      </w:r>
      <w:r w:rsidRPr="00417FAF">
        <w:rPr>
          <w:rFonts w:cs="Shruti"/>
          <w:sz w:val="20"/>
          <w:szCs w:val="20"/>
          <w:cs/>
          <w:lang w:bidi="gu-IN"/>
        </w:rPr>
        <w:t>બાળકોને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જરૂરી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સાધનો</w:t>
      </w:r>
      <w:r w:rsidRPr="00417FAF">
        <w:rPr>
          <w:sz w:val="20"/>
          <w:szCs w:val="20"/>
        </w:rPr>
        <w:t xml:space="preserve"> (</w:t>
      </w:r>
      <w:r w:rsidRPr="00417FAF">
        <w:rPr>
          <w:rFonts w:cs="Shruti"/>
          <w:sz w:val="20"/>
          <w:szCs w:val="20"/>
          <w:cs/>
          <w:lang w:bidi="gu-IN"/>
        </w:rPr>
        <w:t>જેમ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કે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વ્હીલચેર</w:t>
      </w:r>
      <w:r w:rsidRPr="00417FAF">
        <w:rPr>
          <w:sz w:val="20"/>
          <w:szCs w:val="20"/>
        </w:rPr>
        <w:t xml:space="preserve">, </w:t>
      </w:r>
      <w:r w:rsidRPr="00417FAF">
        <w:rPr>
          <w:rFonts w:cs="Shruti"/>
          <w:sz w:val="20"/>
          <w:szCs w:val="20"/>
          <w:cs/>
          <w:lang w:bidi="gu-IN"/>
        </w:rPr>
        <w:t>શ્રવણયંત્ર</w:t>
      </w:r>
      <w:r w:rsidRPr="00417FAF">
        <w:rPr>
          <w:sz w:val="20"/>
          <w:szCs w:val="20"/>
        </w:rPr>
        <w:t xml:space="preserve">, CP </w:t>
      </w:r>
      <w:r w:rsidRPr="00417FAF">
        <w:rPr>
          <w:rFonts w:cs="Shruti"/>
          <w:sz w:val="20"/>
          <w:szCs w:val="20"/>
          <w:cs/>
          <w:lang w:bidi="gu-IN"/>
        </w:rPr>
        <w:t>ચેર</w:t>
      </w:r>
      <w:r w:rsidRPr="00417FAF">
        <w:rPr>
          <w:sz w:val="20"/>
          <w:szCs w:val="20"/>
        </w:rPr>
        <w:t xml:space="preserve">, </w:t>
      </w:r>
      <w:r w:rsidRPr="00417FAF">
        <w:rPr>
          <w:rFonts w:cs="Shruti"/>
          <w:sz w:val="20"/>
          <w:szCs w:val="20"/>
          <w:cs/>
          <w:lang w:bidi="gu-IN"/>
        </w:rPr>
        <w:t>બ્રેઈલ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કિટ</w:t>
      </w:r>
      <w:r w:rsidRPr="00417FAF">
        <w:rPr>
          <w:sz w:val="20"/>
          <w:szCs w:val="20"/>
        </w:rPr>
        <w:t xml:space="preserve">) </w:t>
      </w:r>
      <w:r w:rsidRPr="00417FAF">
        <w:rPr>
          <w:rFonts w:cs="Shruti"/>
          <w:sz w:val="20"/>
          <w:szCs w:val="20"/>
          <w:cs/>
          <w:lang w:bidi="gu-IN"/>
        </w:rPr>
        <w:t>પૂરા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પાડવા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માટે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મેડિકલ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કેમ્પમાં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લઈ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જવા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અને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દરખાસ્ત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કરવી</w:t>
      </w:r>
      <w:r w:rsidRPr="00417FAF">
        <w:rPr>
          <w:sz w:val="20"/>
          <w:szCs w:val="20"/>
        </w:rPr>
        <w:t>.</w:t>
      </w:r>
    </w:p>
    <w:p w14:paraId="3F47E953" w14:textId="77777777" w:rsidR="0078136E" w:rsidRPr="00417FAF" w:rsidRDefault="0078136E" w:rsidP="00417FAF">
      <w:pPr>
        <w:pStyle w:val="ListBullet"/>
        <w:spacing w:after="0" w:line="240" w:lineRule="auto"/>
        <w:rPr>
          <w:sz w:val="20"/>
          <w:szCs w:val="20"/>
        </w:rPr>
      </w:pPr>
      <w:r w:rsidRPr="00417FAF">
        <w:rPr>
          <w:rFonts w:cs="Shruti"/>
          <w:sz w:val="20"/>
          <w:szCs w:val="20"/>
          <w:cs/>
          <w:lang w:bidi="gu-IN"/>
        </w:rPr>
        <w:t>વાલી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કાઉન્સેલિંગ</w:t>
      </w:r>
      <w:r w:rsidRPr="00417FAF">
        <w:rPr>
          <w:sz w:val="20"/>
          <w:szCs w:val="20"/>
        </w:rPr>
        <w:t xml:space="preserve">: </w:t>
      </w:r>
      <w:r w:rsidRPr="00417FAF">
        <w:rPr>
          <w:rFonts w:cs="Shruti"/>
          <w:sz w:val="20"/>
          <w:szCs w:val="20"/>
          <w:cs/>
          <w:lang w:bidi="gu-IN"/>
        </w:rPr>
        <w:t>દિવ્યાંગ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બાળકોના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વાલીઓ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સાથે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મુલાકાત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કરી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તેમને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બાળકના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શિક્ષણ</w:t>
      </w:r>
      <w:r w:rsidRPr="00417FAF">
        <w:rPr>
          <w:sz w:val="20"/>
          <w:szCs w:val="20"/>
        </w:rPr>
        <w:t xml:space="preserve">, </w:t>
      </w:r>
      <w:r w:rsidRPr="00417FAF">
        <w:rPr>
          <w:rFonts w:cs="Shruti"/>
          <w:sz w:val="20"/>
          <w:szCs w:val="20"/>
          <w:cs/>
          <w:lang w:bidi="gu-IN"/>
        </w:rPr>
        <w:t>સરકારની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વિવિધ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યોજનાઓ</w:t>
      </w:r>
      <w:r w:rsidRPr="00417FAF">
        <w:rPr>
          <w:sz w:val="20"/>
          <w:szCs w:val="20"/>
        </w:rPr>
        <w:t xml:space="preserve"> (</w:t>
      </w:r>
      <w:r w:rsidRPr="00417FAF">
        <w:rPr>
          <w:rFonts w:cs="Shruti"/>
          <w:sz w:val="20"/>
          <w:szCs w:val="20"/>
          <w:cs/>
          <w:lang w:bidi="gu-IN"/>
        </w:rPr>
        <w:t>જેમ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કે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નિરામય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વીમા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યોજના</w:t>
      </w:r>
      <w:r w:rsidRPr="00417FAF">
        <w:rPr>
          <w:sz w:val="20"/>
          <w:szCs w:val="20"/>
        </w:rPr>
        <w:t xml:space="preserve">, </w:t>
      </w:r>
      <w:r w:rsidRPr="00417FAF">
        <w:rPr>
          <w:rFonts w:cs="Shruti"/>
          <w:sz w:val="20"/>
          <w:szCs w:val="20"/>
          <w:cs/>
          <w:lang w:bidi="gu-IN"/>
        </w:rPr>
        <w:t>વાહન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ભથ્થું</w:t>
      </w:r>
      <w:r w:rsidRPr="00417FAF">
        <w:rPr>
          <w:sz w:val="20"/>
          <w:szCs w:val="20"/>
        </w:rPr>
        <w:t xml:space="preserve">) </w:t>
      </w:r>
      <w:r w:rsidRPr="00417FAF">
        <w:rPr>
          <w:rFonts w:cs="Shruti"/>
          <w:sz w:val="20"/>
          <w:szCs w:val="20"/>
          <w:cs/>
          <w:lang w:bidi="gu-IN"/>
        </w:rPr>
        <w:t>અને</w:t>
      </w:r>
      <w:r w:rsidRPr="00417FAF">
        <w:rPr>
          <w:sz w:val="20"/>
          <w:szCs w:val="20"/>
        </w:rPr>
        <w:t xml:space="preserve"> UDID </w:t>
      </w:r>
      <w:r w:rsidRPr="00417FAF">
        <w:rPr>
          <w:rFonts w:cs="Shruti"/>
          <w:sz w:val="20"/>
          <w:szCs w:val="20"/>
          <w:cs/>
          <w:lang w:bidi="gu-IN"/>
        </w:rPr>
        <w:t>કાર્ડ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કઢાવવા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અંગે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માર્ગદર્શન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આપવું</w:t>
      </w:r>
      <w:r w:rsidRPr="00417FAF">
        <w:rPr>
          <w:sz w:val="20"/>
          <w:szCs w:val="20"/>
        </w:rPr>
        <w:t>.</w:t>
      </w:r>
    </w:p>
    <w:p w14:paraId="44CEF729" w14:textId="77777777" w:rsidR="0078136E" w:rsidRPr="0078136E" w:rsidRDefault="0078136E" w:rsidP="00417FAF">
      <w:pPr>
        <w:pStyle w:val="ListBullet"/>
        <w:spacing w:after="0" w:line="240" w:lineRule="auto"/>
      </w:pPr>
      <w:r w:rsidRPr="00417FAF">
        <w:rPr>
          <w:rFonts w:cs="Shruti"/>
          <w:sz w:val="20"/>
          <w:szCs w:val="20"/>
          <w:cs/>
          <w:lang w:bidi="gu-IN"/>
        </w:rPr>
        <w:t>શિક્ષકોને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માર્ગદર્શન</w:t>
      </w:r>
      <w:r w:rsidRPr="00417FAF">
        <w:rPr>
          <w:sz w:val="20"/>
          <w:szCs w:val="20"/>
        </w:rPr>
        <w:t xml:space="preserve">: </w:t>
      </w:r>
      <w:r w:rsidRPr="00417FAF">
        <w:rPr>
          <w:rFonts w:cs="Shruti"/>
          <w:sz w:val="20"/>
          <w:szCs w:val="20"/>
          <w:cs/>
          <w:lang w:bidi="gu-IN"/>
        </w:rPr>
        <w:t>શાળાના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સામાન્ય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શિક્ષકોને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દિવ્યાંગ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બાળકો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સાથે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વર્તન</w:t>
      </w:r>
      <w:r w:rsidRPr="00417FAF">
        <w:rPr>
          <w:sz w:val="20"/>
          <w:szCs w:val="20"/>
        </w:rPr>
        <w:t xml:space="preserve">, </w:t>
      </w:r>
      <w:r w:rsidRPr="00417FAF">
        <w:rPr>
          <w:rFonts w:cs="Shruti"/>
          <w:sz w:val="20"/>
          <w:szCs w:val="20"/>
          <w:cs/>
          <w:lang w:bidi="gu-IN"/>
        </w:rPr>
        <w:t>અધ્યાપન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પદ્ધતિ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અને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પીઅર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લર્નિંગ</w:t>
      </w:r>
      <w:r w:rsidRPr="00417FAF">
        <w:rPr>
          <w:sz w:val="20"/>
          <w:szCs w:val="20"/>
        </w:rPr>
        <w:t xml:space="preserve"> (Peer Learning) </w:t>
      </w:r>
      <w:r w:rsidRPr="00417FAF">
        <w:rPr>
          <w:rFonts w:cs="Shruti"/>
          <w:sz w:val="20"/>
          <w:szCs w:val="20"/>
          <w:cs/>
          <w:lang w:bidi="gu-IN"/>
        </w:rPr>
        <w:t>અંગે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માર્ગદર્શન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પૂરું</w:t>
      </w:r>
      <w:r w:rsidRPr="00417FAF">
        <w:rPr>
          <w:sz w:val="20"/>
          <w:szCs w:val="20"/>
        </w:rPr>
        <w:t xml:space="preserve"> </w:t>
      </w:r>
      <w:r w:rsidRPr="00417FAF">
        <w:rPr>
          <w:rFonts w:cs="Shruti"/>
          <w:sz w:val="20"/>
          <w:szCs w:val="20"/>
          <w:cs/>
          <w:lang w:bidi="gu-IN"/>
        </w:rPr>
        <w:t>પાડવું</w:t>
      </w:r>
      <w:r>
        <w:t>.</w:t>
      </w:r>
    </w:p>
    <w:p w14:paraId="52ECA9D9" w14:textId="77777777" w:rsidR="0078136E" w:rsidRDefault="0078136E" w:rsidP="00417FAF">
      <w:pPr>
        <w:pStyle w:val="Heading2"/>
        <w:spacing w:line="240" w:lineRule="auto"/>
      </w:pPr>
      <w:r>
        <w:rPr>
          <w:rFonts w:cs="Shruti"/>
          <w:cs/>
          <w:lang w:bidi="gu-IN"/>
        </w:rPr>
        <w:t>૨</w:t>
      </w:r>
      <w:r>
        <w:t xml:space="preserve">. </w:t>
      </w:r>
      <w:r>
        <w:rPr>
          <w:rFonts w:cs="Shruti"/>
          <w:cs/>
          <w:lang w:bidi="gu-IN"/>
        </w:rPr>
        <w:t>ચાલુ</w:t>
      </w:r>
      <w:r>
        <w:t xml:space="preserve"> </w:t>
      </w:r>
      <w:r>
        <w:rPr>
          <w:rFonts w:cs="Shruti"/>
          <w:cs/>
          <w:lang w:bidi="gu-IN"/>
        </w:rPr>
        <w:t>વર્ષે</w:t>
      </w:r>
      <w:r>
        <w:t xml:space="preserve"> </w:t>
      </w:r>
      <w:r>
        <w:rPr>
          <w:rFonts w:cs="Shruti"/>
          <w:cs/>
          <w:lang w:bidi="gu-IN"/>
        </w:rPr>
        <w:t>લાભાન્વિત</w:t>
      </w:r>
      <w:r>
        <w:t xml:space="preserve"> CWSN </w:t>
      </w:r>
      <w:r>
        <w:rPr>
          <w:rFonts w:cs="Shruti"/>
          <w:cs/>
          <w:lang w:bidi="gu-IN"/>
        </w:rPr>
        <w:t>વિદ્યાર્થીઓની</w:t>
      </w:r>
      <w:r>
        <w:t xml:space="preserve"> </w:t>
      </w:r>
      <w:r>
        <w:rPr>
          <w:rFonts w:cs="Shruti"/>
          <w:cs/>
          <w:lang w:bidi="gu-IN"/>
        </w:rPr>
        <w:t>વિગત</w:t>
      </w:r>
      <w:r>
        <w:t>: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675"/>
        <w:gridCol w:w="3544"/>
        <w:gridCol w:w="965"/>
        <w:gridCol w:w="1728"/>
        <w:gridCol w:w="2410"/>
      </w:tblGrid>
      <w:tr w:rsidR="0078136E" w14:paraId="7D56CADB" w14:textId="77777777" w:rsidTr="00417FAF">
        <w:tc>
          <w:tcPr>
            <w:tcW w:w="675" w:type="dxa"/>
          </w:tcPr>
          <w:p w14:paraId="5C3CCE62" w14:textId="77777777" w:rsidR="0078136E" w:rsidRDefault="0078136E" w:rsidP="00417FAF">
            <w:pPr>
              <w:jc w:val="center"/>
            </w:pPr>
            <w:r>
              <w:rPr>
                <w:rFonts w:cs="Shruti"/>
                <w:b/>
                <w:bCs/>
                <w:cs/>
                <w:lang w:bidi="gu-IN"/>
              </w:rPr>
              <w:t>ક્રમ</w:t>
            </w:r>
          </w:p>
        </w:tc>
        <w:tc>
          <w:tcPr>
            <w:tcW w:w="3544" w:type="dxa"/>
          </w:tcPr>
          <w:p w14:paraId="23C67CAA" w14:textId="77777777" w:rsidR="0078136E" w:rsidRDefault="0078136E" w:rsidP="00417FAF">
            <w:pPr>
              <w:jc w:val="center"/>
            </w:pPr>
            <w:r>
              <w:rPr>
                <w:rFonts w:cs="Shruti"/>
                <w:b/>
                <w:bCs/>
                <w:cs/>
                <w:lang w:bidi="gu-IN"/>
              </w:rPr>
              <w:t>વિદ્યાર્થીનું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નામ</w:t>
            </w:r>
          </w:p>
        </w:tc>
        <w:tc>
          <w:tcPr>
            <w:tcW w:w="965" w:type="dxa"/>
          </w:tcPr>
          <w:p w14:paraId="10A9514A" w14:textId="77777777" w:rsidR="0078136E" w:rsidRDefault="0078136E" w:rsidP="00417FAF">
            <w:pPr>
              <w:jc w:val="center"/>
            </w:pPr>
            <w:r>
              <w:rPr>
                <w:rFonts w:cs="Shruti"/>
                <w:b/>
                <w:bCs/>
                <w:cs/>
                <w:lang w:bidi="gu-IN"/>
              </w:rPr>
              <w:t>ધોરણ</w:t>
            </w:r>
          </w:p>
        </w:tc>
        <w:tc>
          <w:tcPr>
            <w:tcW w:w="1728" w:type="dxa"/>
          </w:tcPr>
          <w:p w14:paraId="4AA03AF4" w14:textId="77777777" w:rsidR="0078136E" w:rsidRDefault="0078136E" w:rsidP="00417FAF">
            <w:pPr>
              <w:jc w:val="center"/>
            </w:pPr>
            <w:r>
              <w:rPr>
                <w:rFonts w:cs="Shruti"/>
                <w:b/>
                <w:bCs/>
                <w:cs/>
                <w:lang w:bidi="gu-IN"/>
              </w:rPr>
              <w:t>દિવ્યાંગતાનો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પ્રકાર</w:t>
            </w:r>
          </w:p>
        </w:tc>
        <w:tc>
          <w:tcPr>
            <w:tcW w:w="2410" w:type="dxa"/>
          </w:tcPr>
          <w:p w14:paraId="00028FE4" w14:textId="77777777" w:rsidR="0078136E" w:rsidRDefault="0078136E" w:rsidP="00417FAF">
            <w:pPr>
              <w:jc w:val="center"/>
            </w:pPr>
            <w:r>
              <w:rPr>
                <w:rFonts w:cs="Shruti"/>
                <w:b/>
                <w:bCs/>
                <w:cs/>
                <w:lang w:bidi="gu-IN"/>
              </w:rPr>
              <w:t>આપવામાં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આવેલ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સહાય</w:t>
            </w:r>
            <w:r>
              <w:rPr>
                <w:b/>
              </w:rPr>
              <w:t>/</w:t>
            </w:r>
            <w:r>
              <w:rPr>
                <w:rFonts w:cs="Shruti"/>
                <w:b/>
                <w:bCs/>
                <w:cs/>
                <w:lang w:bidi="gu-IN"/>
              </w:rPr>
              <w:t>માર્ગદર્શન</w:t>
            </w:r>
          </w:p>
        </w:tc>
      </w:tr>
      <w:tr w:rsidR="00AD0322" w14:paraId="50C6C636" w14:textId="77777777" w:rsidTr="00417FAF">
        <w:tc>
          <w:tcPr>
            <w:tcW w:w="675" w:type="dxa"/>
          </w:tcPr>
          <w:p w14:paraId="05B13A23" w14:textId="77777777" w:rsidR="00AD0322" w:rsidRDefault="00AD0322" w:rsidP="00417FAF">
            <w:r>
              <w:t>1</w:t>
            </w:r>
          </w:p>
        </w:tc>
        <w:tc>
          <w:tcPr>
            <w:tcW w:w="3544" w:type="dxa"/>
          </w:tcPr>
          <w:p w14:paraId="7B0FF474" w14:textId="07DACB86" w:rsidR="00AD0322" w:rsidRPr="00AD0322" w:rsidRDefault="00AD0322" w:rsidP="00AD0322">
            <w:pPr>
              <w:jc w:val="center"/>
              <w:rPr>
                <w:lang w:val="en-IN"/>
              </w:rPr>
            </w:pPr>
          </w:p>
        </w:tc>
        <w:tc>
          <w:tcPr>
            <w:tcW w:w="965" w:type="dxa"/>
          </w:tcPr>
          <w:p w14:paraId="2E21F8A2" w14:textId="45479AE7" w:rsidR="00AD0322" w:rsidRDefault="00AD0322" w:rsidP="00AD0322">
            <w:pPr>
              <w:jc w:val="center"/>
            </w:pPr>
          </w:p>
        </w:tc>
        <w:tc>
          <w:tcPr>
            <w:tcW w:w="1728" w:type="dxa"/>
          </w:tcPr>
          <w:p w14:paraId="684C274E" w14:textId="62549A9C" w:rsidR="00AD0322" w:rsidRDefault="00AD0322" w:rsidP="00AD0322">
            <w:pPr>
              <w:jc w:val="center"/>
            </w:pPr>
          </w:p>
        </w:tc>
        <w:tc>
          <w:tcPr>
            <w:tcW w:w="2410" w:type="dxa"/>
          </w:tcPr>
          <w:p w14:paraId="4C8CCDFA" w14:textId="2CB37DB7" w:rsidR="00AD0322" w:rsidRDefault="00AD0322" w:rsidP="00AD0322">
            <w:pPr>
              <w:jc w:val="center"/>
            </w:pPr>
          </w:p>
        </w:tc>
      </w:tr>
      <w:tr w:rsidR="00AD0322" w14:paraId="57BB3CBD" w14:textId="77777777" w:rsidTr="00417FAF">
        <w:tc>
          <w:tcPr>
            <w:tcW w:w="675" w:type="dxa"/>
          </w:tcPr>
          <w:p w14:paraId="74AEF003" w14:textId="77777777" w:rsidR="00AD0322" w:rsidRDefault="00AD0322" w:rsidP="00417FAF">
            <w:r>
              <w:t>2</w:t>
            </w:r>
          </w:p>
        </w:tc>
        <w:tc>
          <w:tcPr>
            <w:tcW w:w="3544" w:type="dxa"/>
          </w:tcPr>
          <w:p w14:paraId="763AA097" w14:textId="6FBE8B93" w:rsidR="00AD0322" w:rsidRDefault="00AD0322" w:rsidP="00AD0322">
            <w:pPr>
              <w:jc w:val="center"/>
            </w:pPr>
          </w:p>
        </w:tc>
        <w:tc>
          <w:tcPr>
            <w:tcW w:w="965" w:type="dxa"/>
          </w:tcPr>
          <w:p w14:paraId="422FCAA6" w14:textId="670E7B4A" w:rsidR="00AD0322" w:rsidRDefault="00AD0322" w:rsidP="00AD0322">
            <w:pPr>
              <w:jc w:val="center"/>
            </w:pPr>
          </w:p>
        </w:tc>
        <w:tc>
          <w:tcPr>
            <w:tcW w:w="1728" w:type="dxa"/>
          </w:tcPr>
          <w:p w14:paraId="3E7E1DA5" w14:textId="62BC2BD6" w:rsidR="00AD0322" w:rsidRDefault="00AD0322" w:rsidP="00AD0322">
            <w:pPr>
              <w:jc w:val="center"/>
            </w:pPr>
          </w:p>
        </w:tc>
        <w:tc>
          <w:tcPr>
            <w:tcW w:w="2410" w:type="dxa"/>
          </w:tcPr>
          <w:p w14:paraId="07440688" w14:textId="7CEAA055" w:rsidR="00AD0322" w:rsidRDefault="00AD0322" w:rsidP="00AD0322">
            <w:pPr>
              <w:jc w:val="center"/>
            </w:pPr>
          </w:p>
        </w:tc>
      </w:tr>
      <w:tr w:rsidR="00AD0322" w14:paraId="2AC58E83" w14:textId="77777777" w:rsidTr="00417FAF">
        <w:tc>
          <w:tcPr>
            <w:tcW w:w="675" w:type="dxa"/>
          </w:tcPr>
          <w:p w14:paraId="4515F461" w14:textId="77777777" w:rsidR="00AD0322" w:rsidRDefault="00AD0322" w:rsidP="00417FAF">
            <w:r>
              <w:t>3</w:t>
            </w:r>
          </w:p>
        </w:tc>
        <w:tc>
          <w:tcPr>
            <w:tcW w:w="3544" w:type="dxa"/>
          </w:tcPr>
          <w:p w14:paraId="764CFF48" w14:textId="7BFD7392" w:rsidR="00AD0322" w:rsidRDefault="00AD0322" w:rsidP="00AD0322">
            <w:pPr>
              <w:jc w:val="center"/>
            </w:pPr>
          </w:p>
        </w:tc>
        <w:tc>
          <w:tcPr>
            <w:tcW w:w="965" w:type="dxa"/>
          </w:tcPr>
          <w:p w14:paraId="02EA6964" w14:textId="319CAAE3" w:rsidR="00AD0322" w:rsidRDefault="00AD0322" w:rsidP="00AD0322">
            <w:pPr>
              <w:jc w:val="center"/>
            </w:pPr>
          </w:p>
        </w:tc>
        <w:tc>
          <w:tcPr>
            <w:tcW w:w="1728" w:type="dxa"/>
          </w:tcPr>
          <w:p w14:paraId="75D9DB18" w14:textId="67EA906C" w:rsidR="00AD0322" w:rsidRDefault="00AD0322" w:rsidP="00AD0322">
            <w:pPr>
              <w:jc w:val="center"/>
            </w:pPr>
          </w:p>
        </w:tc>
        <w:tc>
          <w:tcPr>
            <w:tcW w:w="2410" w:type="dxa"/>
          </w:tcPr>
          <w:p w14:paraId="41B729A6" w14:textId="5015C853" w:rsidR="00AD0322" w:rsidRDefault="00AD0322" w:rsidP="00AD0322">
            <w:pPr>
              <w:jc w:val="center"/>
            </w:pPr>
          </w:p>
        </w:tc>
      </w:tr>
      <w:tr w:rsidR="00A87D89" w14:paraId="6463A74A" w14:textId="77777777" w:rsidTr="00417FAF">
        <w:tc>
          <w:tcPr>
            <w:tcW w:w="675" w:type="dxa"/>
          </w:tcPr>
          <w:p w14:paraId="4376AA79" w14:textId="5E15A529" w:rsidR="00A87D89" w:rsidRDefault="00A87D89" w:rsidP="00417FAF">
            <w:r>
              <w:t>4</w:t>
            </w:r>
          </w:p>
        </w:tc>
        <w:tc>
          <w:tcPr>
            <w:tcW w:w="3544" w:type="dxa"/>
          </w:tcPr>
          <w:p w14:paraId="3A76B242" w14:textId="77777777" w:rsidR="00A87D89" w:rsidRDefault="00A87D89" w:rsidP="00AD0322">
            <w:pPr>
              <w:jc w:val="center"/>
            </w:pPr>
          </w:p>
        </w:tc>
        <w:tc>
          <w:tcPr>
            <w:tcW w:w="965" w:type="dxa"/>
          </w:tcPr>
          <w:p w14:paraId="76A160B2" w14:textId="77777777" w:rsidR="00A87D89" w:rsidRDefault="00A87D89" w:rsidP="00AD0322">
            <w:pPr>
              <w:jc w:val="center"/>
            </w:pPr>
          </w:p>
        </w:tc>
        <w:tc>
          <w:tcPr>
            <w:tcW w:w="1728" w:type="dxa"/>
          </w:tcPr>
          <w:p w14:paraId="28077AE3" w14:textId="77777777" w:rsidR="00A87D89" w:rsidRDefault="00A87D89" w:rsidP="00AD0322">
            <w:pPr>
              <w:jc w:val="center"/>
            </w:pPr>
          </w:p>
        </w:tc>
        <w:tc>
          <w:tcPr>
            <w:tcW w:w="2410" w:type="dxa"/>
          </w:tcPr>
          <w:p w14:paraId="4202116F" w14:textId="77777777" w:rsidR="00A87D89" w:rsidRDefault="00A87D89" w:rsidP="00AD0322">
            <w:pPr>
              <w:jc w:val="center"/>
            </w:pPr>
          </w:p>
        </w:tc>
      </w:tr>
    </w:tbl>
    <w:p w14:paraId="77F8FCD2" w14:textId="77777777" w:rsidR="0078136E" w:rsidRPr="00417FAF" w:rsidRDefault="0078136E" w:rsidP="00417FAF">
      <w:pPr>
        <w:spacing w:after="0" w:line="240" w:lineRule="auto"/>
        <w:rPr>
          <w:rFonts w:cs="Shruti"/>
          <w:sz w:val="20"/>
          <w:szCs w:val="20"/>
          <w:cs/>
          <w:lang w:bidi="gu-IN"/>
        </w:rPr>
      </w:pPr>
      <w:r w:rsidRPr="00417FAF">
        <w:rPr>
          <w:rFonts w:cs="Shruti"/>
          <w:b/>
          <w:bCs/>
          <w:sz w:val="20"/>
          <w:szCs w:val="20"/>
          <w:cs/>
          <w:lang w:bidi="gu-IN"/>
        </w:rPr>
        <w:t>નિષ્કર્ષ</w:t>
      </w:r>
      <w:r w:rsidRPr="00417FAF">
        <w:rPr>
          <w:b/>
          <w:sz w:val="20"/>
          <w:szCs w:val="20"/>
        </w:rPr>
        <w:t xml:space="preserve">: </w:t>
      </w:r>
      <w:r w:rsidRPr="00417FAF">
        <w:rPr>
          <w:rFonts w:cs="Shruti"/>
          <w:b/>
          <w:bCs/>
          <w:sz w:val="20"/>
          <w:szCs w:val="20"/>
          <w:cs/>
          <w:lang w:bidi="gu-IN"/>
        </w:rPr>
        <w:t>વિશિષ્ટ</w:t>
      </w:r>
      <w:r w:rsidRPr="00417FAF">
        <w:rPr>
          <w:b/>
          <w:sz w:val="20"/>
          <w:szCs w:val="20"/>
        </w:rPr>
        <w:t xml:space="preserve"> </w:t>
      </w:r>
      <w:r w:rsidRPr="00417FAF">
        <w:rPr>
          <w:rFonts w:cs="Shruti"/>
          <w:b/>
          <w:bCs/>
          <w:sz w:val="20"/>
          <w:szCs w:val="20"/>
          <w:cs/>
          <w:lang w:bidi="gu-IN"/>
        </w:rPr>
        <w:t>શિક્ષકના</w:t>
      </w:r>
      <w:r w:rsidRPr="00417FAF">
        <w:rPr>
          <w:b/>
          <w:sz w:val="20"/>
          <w:szCs w:val="20"/>
        </w:rPr>
        <w:t xml:space="preserve"> </w:t>
      </w:r>
      <w:r w:rsidRPr="00417FAF">
        <w:rPr>
          <w:rFonts w:cs="Shruti"/>
          <w:b/>
          <w:bCs/>
          <w:sz w:val="20"/>
          <w:szCs w:val="20"/>
          <w:cs/>
          <w:lang w:bidi="gu-IN"/>
        </w:rPr>
        <w:t>નિયમિત</w:t>
      </w:r>
      <w:r w:rsidRPr="00417FAF">
        <w:rPr>
          <w:b/>
          <w:sz w:val="20"/>
          <w:szCs w:val="20"/>
        </w:rPr>
        <w:t xml:space="preserve"> </w:t>
      </w:r>
      <w:r w:rsidRPr="00417FAF">
        <w:rPr>
          <w:rFonts w:cs="Shruti"/>
          <w:b/>
          <w:bCs/>
          <w:sz w:val="20"/>
          <w:szCs w:val="20"/>
          <w:cs/>
          <w:lang w:bidi="gu-IN"/>
        </w:rPr>
        <w:t>માર્ગદર્શન</w:t>
      </w:r>
      <w:r w:rsidRPr="00417FAF">
        <w:rPr>
          <w:b/>
          <w:sz w:val="20"/>
          <w:szCs w:val="20"/>
        </w:rPr>
        <w:t xml:space="preserve"> </w:t>
      </w:r>
      <w:r w:rsidRPr="00417FAF">
        <w:rPr>
          <w:rFonts w:cs="Shruti"/>
          <w:b/>
          <w:bCs/>
          <w:sz w:val="20"/>
          <w:szCs w:val="20"/>
          <w:cs/>
          <w:lang w:bidi="gu-IN"/>
        </w:rPr>
        <w:t>અને</w:t>
      </w:r>
      <w:r w:rsidRPr="00417FAF">
        <w:rPr>
          <w:b/>
          <w:sz w:val="20"/>
          <w:szCs w:val="20"/>
        </w:rPr>
        <w:t xml:space="preserve"> </w:t>
      </w:r>
      <w:r w:rsidRPr="00417FAF">
        <w:rPr>
          <w:rFonts w:cs="Shruti"/>
          <w:b/>
          <w:bCs/>
          <w:sz w:val="20"/>
          <w:szCs w:val="20"/>
          <w:cs/>
          <w:lang w:bidi="gu-IN"/>
        </w:rPr>
        <w:t>પ્રયાસો</w:t>
      </w:r>
      <w:r w:rsidRPr="00417FAF">
        <w:rPr>
          <w:b/>
          <w:sz w:val="20"/>
          <w:szCs w:val="20"/>
        </w:rPr>
        <w:t xml:space="preserve"> </w:t>
      </w:r>
      <w:r w:rsidRPr="00417FAF">
        <w:rPr>
          <w:rFonts w:cs="Shruti"/>
          <w:b/>
          <w:bCs/>
          <w:sz w:val="20"/>
          <w:szCs w:val="20"/>
          <w:cs/>
          <w:lang w:bidi="gu-IN"/>
        </w:rPr>
        <w:t>થકી</w:t>
      </w:r>
      <w:r w:rsidRPr="00417FAF">
        <w:rPr>
          <w:b/>
          <w:sz w:val="20"/>
          <w:szCs w:val="20"/>
        </w:rPr>
        <w:t xml:space="preserve"> </w:t>
      </w:r>
      <w:r w:rsidRPr="00417FAF">
        <w:rPr>
          <w:rFonts w:cs="Shruti"/>
          <w:b/>
          <w:bCs/>
          <w:sz w:val="20"/>
          <w:szCs w:val="20"/>
          <w:cs/>
          <w:lang w:bidi="gu-IN"/>
        </w:rPr>
        <w:t>શાળાના</w:t>
      </w:r>
      <w:r w:rsidRPr="00417FAF">
        <w:rPr>
          <w:b/>
          <w:sz w:val="20"/>
          <w:szCs w:val="20"/>
        </w:rPr>
        <w:t xml:space="preserve"> </w:t>
      </w:r>
      <w:r w:rsidRPr="00417FAF">
        <w:rPr>
          <w:rFonts w:cs="Shruti"/>
          <w:b/>
          <w:bCs/>
          <w:sz w:val="20"/>
          <w:szCs w:val="20"/>
          <w:cs/>
          <w:lang w:bidi="gu-IN"/>
        </w:rPr>
        <w:t>દિવ્યાંગ</w:t>
      </w:r>
      <w:r w:rsidRPr="00417FAF">
        <w:rPr>
          <w:b/>
          <w:sz w:val="20"/>
          <w:szCs w:val="20"/>
        </w:rPr>
        <w:t xml:space="preserve"> </w:t>
      </w:r>
      <w:r w:rsidRPr="00417FAF">
        <w:rPr>
          <w:rFonts w:cs="Shruti"/>
          <w:b/>
          <w:bCs/>
          <w:sz w:val="20"/>
          <w:szCs w:val="20"/>
          <w:cs/>
          <w:lang w:bidi="gu-IN"/>
        </w:rPr>
        <w:t>બાળકો</w:t>
      </w:r>
      <w:r w:rsidRPr="00417FAF">
        <w:rPr>
          <w:b/>
          <w:sz w:val="20"/>
          <w:szCs w:val="20"/>
        </w:rPr>
        <w:t xml:space="preserve"> </w:t>
      </w:r>
      <w:r w:rsidRPr="00417FAF">
        <w:rPr>
          <w:rFonts w:cs="Shruti"/>
          <w:b/>
          <w:bCs/>
          <w:sz w:val="20"/>
          <w:szCs w:val="20"/>
          <w:cs/>
          <w:lang w:bidi="gu-IN"/>
        </w:rPr>
        <w:t>શિક્ષણના</w:t>
      </w:r>
      <w:r w:rsidRPr="00417FAF">
        <w:rPr>
          <w:b/>
          <w:sz w:val="20"/>
          <w:szCs w:val="20"/>
        </w:rPr>
        <w:t xml:space="preserve"> </w:t>
      </w:r>
      <w:r w:rsidRPr="00417FAF">
        <w:rPr>
          <w:rFonts w:cs="Shruti"/>
          <w:b/>
          <w:bCs/>
          <w:sz w:val="20"/>
          <w:szCs w:val="20"/>
          <w:cs/>
          <w:lang w:bidi="gu-IN"/>
        </w:rPr>
        <w:t>મુખ્ય</w:t>
      </w:r>
      <w:r w:rsidRPr="00417FAF">
        <w:rPr>
          <w:b/>
          <w:sz w:val="20"/>
          <w:szCs w:val="20"/>
        </w:rPr>
        <w:t xml:space="preserve"> </w:t>
      </w:r>
      <w:r w:rsidRPr="00417FAF">
        <w:rPr>
          <w:rFonts w:cs="Shruti"/>
          <w:b/>
          <w:bCs/>
          <w:sz w:val="20"/>
          <w:szCs w:val="20"/>
          <w:cs/>
          <w:lang w:bidi="gu-IN"/>
        </w:rPr>
        <w:t>પ્રવાહમાં</w:t>
      </w:r>
      <w:r w:rsidRPr="00417FAF">
        <w:rPr>
          <w:b/>
          <w:sz w:val="20"/>
          <w:szCs w:val="20"/>
        </w:rPr>
        <w:t xml:space="preserve"> </w:t>
      </w:r>
      <w:r w:rsidRPr="00417FAF">
        <w:rPr>
          <w:rFonts w:cs="Shruti"/>
          <w:b/>
          <w:bCs/>
          <w:sz w:val="20"/>
          <w:szCs w:val="20"/>
          <w:cs/>
          <w:lang w:bidi="gu-IN"/>
        </w:rPr>
        <w:t>જોડાયા</w:t>
      </w:r>
      <w:r w:rsidRPr="00417FAF">
        <w:rPr>
          <w:b/>
          <w:sz w:val="20"/>
          <w:szCs w:val="20"/>
        </w:rPr>
        <w:t xml:space="preserve"> </w:t>
      </w:r>
      <w:r w:rsidRPr="00417FAF">
        <w:rPr>
          <w:rFonts w:cs="Shruti"/>
          <w:b/>
          <w:bCs/>
          <w:sz w:val="20"/>
          <w:szCs w:val="20"/>
          <w:cs/>
          <w:lang w:bidi="gu-IN"/>
        </w:rPr>
        <w:t>છે</w:t>
      </w:r>
      <w:r w:rsidRPr="00417FAF">
        <w:rPr>
          <w:b/>
          <w:sz w:val="20"/>
          <w:szCs w:val="20"/>
        </w:rPr>
        <w:t xml:space="preserve"> </w:t>
      </w:r>
      <w:r w:rsidRPr="00417FAF">
        <w:rPr>
          <w:rFonts w:cs="Shruti"/>
          <w:b/>
          <w:bCs/>
          <w:sz w:val="20"/>
          <w:szCs w:val="20"/>
          <w:cs/>
          <w:lang w:bidi="gu-IN"/>
        </w:rPr>
        <w:t>અને</w:t>
      </w:r>
      <w:r w:rsidRPr="00417FAF">
        <w:rPr>
          <w:b/>
          <w:sz w:val="20"/>
          <w:szCs w:val="20"/>
        </w:rPr>
        <w:t xml:space="preserve"> </w:t>
      </w:r>
      <w:r w:rsidRPr="00417FAF">
        <w:rPr>
          <w:rFonts w:cs="Shruti"/>
          <w:b/>
          <w:bCs/>
          <w:sz w:val="20"/>
          <w:szCs w:val="20"/>
          <w:cs/>
          <w:lang w:bidi="gu-IN"/>
        </w:rPr>
        <w:t>તેમના</w:t>
      </w:r>
      <w:r w:rsidRPr="00417FAF">
        <w:rPr>
          <w:b/>
          <w:sz w:val="20"/>
          <w:szCs w:val="20"/>
        </w:rPr>
        <w:t xml:space="preserve"> </w:t>
      </w:r>
      <w:r w:rsidRPr="00417FAF">
        <w:rPr>
          <w:rFonts w:cs="Shruti"/>
          <w:b/>
          <w:bCs/>
          <w:sz w:val="20"/>
          <w:szCs w:val="20"/>
          <w:cs/>
          <w:lang w:bidi="gu-IN"/>
        </w:rPr>
        <w:t>આત્મવિશ્વાસમાં</w:t>
      </w:r>
      <w:r w:rsidRPr="00417FAF">
        <w:rPr>
          <w:b/>
          <w:sz w:val="20"/>
          <w:szCs w:val="20"/>
        </w:rPr>
        <w:t xml:space="preserve"> </w:t>
      </w:r>
      <w:r w:rsidRPr="00417FAF">
        <w:rPr>
          <w:rFonts w:cs="Shruti"/>
          <w:b/>
          <w:bCs/>
          <w:sz w:val="20"/>
          <w:szCs w:val="20"/>
          <w:cs/>
          <w:lang w:bidi="gu-IN"/>
        </w:rPr>
        <w:t>નોંધપાત્ર</w:t>
      </w:r>
      <w:r w:rsidRPr="00417FAF">
        <w:rPr>
          <w:b/>
          <w:sz w:val="20"/>
          <w:szCs w:val="20"/>
        </w:rPr>
        <w:t xml:space="preserve"> </w:t>
      </w:r>
      <w:r w:rsidRPr="00417FAF">
        <w:rPr>
          <w:rFonts w:cs="Shruti"/>
          <w:b/>
          <w:bCs/>
          <w:sz w:val="20"/>
          <w:szCs w:val="20"/>
          <w:cs/>
          <w:lang w:bidi="gu-IN"/>
        </w:rPr>
        <w:t>વધારો</w:t>
      </w:r>
      <w:r w:rsidRPr="00417FAF">
        <w:rPr>
          <w:b/>
          <w:sz w:val="20"/>
          <w:szCs w:val="20"/>
        </w:rPr>
        <w:t xml:space="preserve"> </w:t>
      </w:r>
      <w:r w:rsidRPr="00417FAF">
        <w:rPr>
          <w:rFonts w:cs="Shruti"/>
          <w:b/>
          <w:bCs/>
          <w:sz w:val="20"/>
          <w:szCs w:val="20"/>
          <w:cs/>
          <w:lang w:bidi="gu-IN"/>
        </w:rPr>
        <w:t>જોવા</w:t>
      </w:r>
      <w:r w:rsidRPr="00417FAF">
        <w:rPr>
          <w:b/>
          <w:sz w:val="20"/>
          <w:szCs w:val="20"/>
        </w:rPr>
        <w:t xml:space="preserve"> </w:t>
      </w:r>
      <w:r w:rsidRPr="00417FAF">
        <w:rPr>
          <w:rFonts w:cs="Shruti"/>
          <w:b/>
          <w:bCs/>
          <w:sz w:val="20"/>
          <w:szCs w:val="20"/>
          <w:cs/>
          <w:lang w:bidi="gu-IN"/>
        </w:rPr>
        <w:t>મળ્યો</w:t>
      </w:r>
      <w:r w:rsidRPr="00417FAF">
        <w:rPr>
          <w:b/>
          <w:sz w:val="20"/>
          <w:szCs w:val="20"/>
        </w:rPr>
        <w:t xml:space="preserve"> </w:t>
      </w:r>
      <w:r w:rsidRPr="00417FAF">
        <w:rPr>
          <w:rFonts w:cs="Shruti"/>
          <w:b/>
          <w:bCs/>
          <w:sz w:val="20"/>
          <w:szCs w:val="20"/>
          <w:cs/>
          <w:lang w:bidi="gu-IN"/>
        </w:rPr>
        <w:t>છે</w:t>
      </w:r>
      <w:r w:rsidRPr="00417FAF">
        <w:rPr>
          <w:b/>
          <w:sz w:val="20"/>
          <w:szCs w:val="20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78136E" w14:paraId="3E5B3ADC" w14:textId="77777777" w:rsidTr="0078136E">
        <w:tc>
          <w:tcPr>
            <w:tcW w:w="4320" w:type="dxa"/>
          </w:tcPr>
          <w:p w14:paraId="2607FE33" w14:textId="77777777" w:rsidR="0078136E" w:rsidRDefault="0078136E" w:rsidP="00417FAF">
            <w:pPr>
              <w:spacing w:after="0" w:line="240" w:lineRule="auto"/>
            </w:pPr>
            <w:r>
              <w:rPr>
                <w:rFonts w:cs="Shruti"/>
                <w:cs/>
                <w:lang w:bidi="gu-IN"/>
              </w:rPr>
              <w:t>વિશિષ્ટ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શિક્ષકની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સહી</w:t>
            </w:r>
            <w:r>
              <w:br/>
            </w:r>
            <w:r>
              <w:br/>
              <w:t>______________________</w:t>
            </w:r>
            <w:r>
              <w:br/>
            </w:r>
            <w:r>
              <w:rPr>
                <w:rFonts w:cs="Shruti"/>
                <w:cs/>
                <w:lang w:bidi="gu-IN"/>
              </w:rPr>
              <w:t>નામ</w:t>
            </w:r>
            <w:r>
              <w:t>:</w:t>
            </w:r>
          </w:p>
        </w:tc>
        <w:tc>
          <w:tcPr>
            <w:tcW w:w="4320" w:type="dxa"/>
          </w:tcPr>
          <w:p w14:paraId="1BAFB263" w14:textId="70CFBDB5" w:rsidR="0078136E" w:rsidRDefault="0078136E" w:rsidP="00417FAF">
            <w:pPr>
              <w:spacing w:after="0" w:line="240" w:lineRule="auto"/>
              <w:jc w:val="right"/>
            </w:pPr>
            <w:r>
              <w:rPr>
                <w:rFonts w:cs="Shruti"/>
                <w:cs/>
                <w:lang w:bidi="gu-IN"/>
              </w:rPr>
              <w:t>આચાર્યશ્રીની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સહી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અને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સિક્કો</w:t>
            </w:r>
            <w:r>
              <w:br/>
            </w:r>
            <w:r>
              <w:br/>
              <w:t>______________________</w:t>
            </w:r>
            <w:r>
              <w:br/>
            </w:r>
            <w:r w:rsidR="00417FAF">
              <w:rPr>
                <w:rFonts w:cs="Shruti"/>
                <w:cs/>
                <w:lang w:bidi="gu-IN"/>
              </w:rPr>
              <w:t xml:space="preserve">      </w:t>
            </w:r>
            <w:r>
              <w:rPr>
                <w:rFonts w:cs="Shruti"/>
                <w:cs/>
                <w:lang w:bidi="gu-IN"/>
              </w:rPr>
              <w:t>સ્થળ</w:t>
            </w:r>
            <w:r>
              <w:t xml:space="preserve">: </w:t>
            </w:r>
            <w:r w:rsidR="008E13CA">
              <w:rPr>
                <w:rFonts w:cs="Shruti" w:hint="cs"/>
                <w:cs/>
                <w:lang w:bidi="gu-IN"/>
              </w:rPr>
              <w:t xml:space="preserve">ઢાંકણ્રીયાવાસ પ્રાથમિક શાળા </w:t>
            </w:r>
          </w:p>
        </w:tc>
      </w:tr>
    </w:tbl>
    <w:p w14:paraId="4CEDDAEB" w14:textId="77777777" w:rsidR="0078136E" w:rsidRDefault="0078136E" w:rsidP="00417FAF">
      <w:pPr>
        <w:spacing w:after="0"/>
      </w:pPr>
    </w:p>
    <w:p w14:paraId="5BF450C5" w14:textId="77777777" w:rsidR="000849D3" w:rsidRDefault="000849D3" w:rsidP="00701F64">
      <w:pPr>
        <w:tabs>
          <w:tab w:val="left" w:pos="2835"/>
        </w:tabs>
        <w:spacing w:line="240" w:lineRule="auto"/>
        <w:jc w:val="center"/>
        <w:rPr>
          <w:rFonts w:cs="Shruti"/>
          <w:bCs/>
          <w:sz w:val="24"/>
          <w:szCs w:val="24"/>
          <w:lang w:bidi="gu-IN"/>
        </w:rPr>
      </w:pPr>
    </w:p>
    <w:p w14:paraId="46CB88E2" w14:textId="77777777" w:rsidR="00B4306C" w:rsidRDefault="00B4306C" w:rsidP="00701F64">
      <w:pPr>
        <w:tabs>
          <w:tab w:val="left" w:pos="2835"/>
        </w:tabs>
        <w:spacing w:line="240" w:lineRule="auto"/>
        <w:jc w:val="center"/>
        <w:rPr>
          <w:rFonts w:cs="Shruti"/>
          <w:bCs/>
          <w:sz w:val="24"/>
          <w:szCs w:val="24"/>
          <w:lang w:bidi="gu-IN"/>
        </w:rPr>
      </w:pPr>
    </w:p>
    <w:p w14:paraId="4C73DB94" w14:textId="77777777" w:rsidR="003D3E34" w:rsidRDefault="003D3E34" w:rsidP="0003495A">
      <w:pPr>
        <w:spacing w:after="0" w:line="240" w:lineRule="auto"/>
        <w:rPr>
          <w:rFonts w:cs="Shruti"/>
          <w:sz w:val="28"/>
          <w:szCs w:val="28"/>
          <w:u w:val="single"/>
          <w:lang w:bidi="gu-IN"/>
        </w:rPr>
      </w:pPr>
    </w:p>
    <w:p w14:paraId="1D263A26" w14:textId="77777777" w:rsidR="003D3E34" w:rsidRDefault="003D3E34" w:rsidP="00B36C4E">
      <w:pPr>
        <w:spacing w:after="0" w:line="240" w:lineRule="auto"/>
        <w:jc w:val="center"/>
        <w:rPr>
          <w:rFonts w:cs="Shruti"/>
          <w:sz w:val="28"/>
          <w:szCs w:val="28"/>
          <w:u w:val="single"/>
          <w:lang w:bidi="gu-IN"/>
        </w:rPr>
      </w:pPr>
    </w:p>
    <w:p w14:paraId="6F69D797" w14:textId="4CBD733F" w:rsidR="00B36C4E" w:rsidRDefault="002546D1" w:rsidP="00B36C4E">
      <w:pPr>
        <w:spacing w:after="0" w:line="240" w:lineRule="auto"/>
        <w:jc w:val="center"/>
        <w:rPr>
          <w:rFonts w:cs="Shruti"/>
          <w:b/>
          <w:u w:val="single"/>
          <w:lang w:val="en-IN" w:bidi="gu-IN"/>
        </w:rPr>
      </w:pPr>
      <w:r>
        <w:rPr>
          <w:rFonts w:cs="Shruti" w:hint="cs"/>
          <w:sz w:val="28"/>
          <w:szCs w:val="28"/>
          <w:u w:val="single"/>
          <w:cs/>
          <w:lang w:bidi="gu-IN"/>
        </w:rPr>
        <w:lastRenderedPageBreak/>
        <w:t>ઢાંકણ્રીયાવાસ પ્રાથમિક શાળા તા- લાખણી જિલ્લો - વાવ-થરાદ ડાયસ કોડ: 24021300207</w:t>
      </w:r>
    </w:p>
    <w:p w14:paraId="18CC9E12" w14:textId="77777777" w:rsidR="00F440EB" w:rsidRPr="00F440EB" w:rsidRDefault="00F440EB" w:rsidP="00F440EB">
      <w:pPr>
        <w:pStyle w:val="Heading1"/>
        <w:rPr>
          <w:sz w:val="22"/>
          <w:szCs w:val="22"/>
          <w:u w:val="single"/>
        </w:rPr>
      </w:pPr>
      <w:r w:rsidRPr="00F440EB">
        <w:rPr>
          <w:rFonts w:cs="Shruti"/>
          <w:sz w:val="22"/>
          <w:szCs w:val="22"/>
          <w:u w:val="single"/>
          <w:cs/>
          <w:lang w:bidi="gu-IN"/>
        </w:rPr>
        <w:t>કિશોરીઓ</w:t>
      </w:r>
      <w:r w:rsidRPr="00F440EB">
        <w:rPr>
          <w:sz w:val="22"/>
          <w:szCs w:val="22"/>
          <w:u w:val="single"/>
        </w:rPr>
        <w:t>/</w:t>
      </w:r>
      <w:r w:rsidRPr="00F440EB">
        <w:rPr>
          <w:rFonts w:cs="Shruti"/>
          <w:sz w:val="22"/>
          <w:szCs w:val="22"/>
          <w:u w:val="single"/>
          <w:cs/>
          <w:lang w:bidi="gu-IN"/>
        </w:rPr>
        <w:t>વિદ્યાર્થિનીઓ</w:t>
      </w:r>
      <w:r w:rsidRPr="00F440EB">
        <w:rPr>
          <w:sz w:val="22"/>
          <w:szCs w:val="22"/>
          <w:u w:val="single"/>
        </w:rPr>
        <w:t xml:space="preserve"> </w:t>
      </w:r>
      <w:r w:rsidRPr="00F440EB">
        <w:rPr>
          <w:rFonts w:cs="Shruti"/>
          <w:sz w:val="22"/>
          <w:szCs w:val="22"/>
          <w:u w:val="single"/>
          <w:cs/>
          <w:lang w:bidi="gu-IN"/>
        </w:rPr>
        <w:t>માટે</w:t>
      </w:r>
      <w:r w:rsidRPr="00F440EB">
        <w:rPr>
          <w:sz w:val="22"/>
          <w:szCs w:val="22"/>
          <w:u w:val="single"/>
        </w:rPr>
        <w:t xml:space="preserve"> </w:t>
      </w:r>
      <w:r w:rsidRPr="00F440EB">
        <w:rPr>
          <w:rFonts w:cs="Shruti"/>
          <w:sz w:val="22"/>
          <w:szCs w:val="22"/>
          <w:u w:val="single"/>
          <w:cs/>
          <w:lang w:bidi="gu-IN"/>
        </w:rPr>
        <w:t>માસિક</w:t>
      </w:r>
      <w:r w:rsidRPr="00F440EB">
        <w:rPr>
          <w:sz w:val="22"/>
          <w:szCs w:val="22"/>
          <w:u w:val="single"/>
        </w:rPr>
        <w:t xml:space="preserve"> </w:t>
      </w:r>
      <w:r w:rsidRPr="00F440EB">
        <w:rPr>
          <w:rFonts w:cs="Shruti"/>
          <w:sz w:val="22"/>
          <w:szCs w:val="22"/>
          <w:u w:val="single"/>
          <w:cs/>
          <w:lang w:bidi="gu-IN"/>
        </w:rPr>
        <w:t>ધર્મ</w:t>
      </w:r>
      <w:r w:rsidRPr="00F440EB">
        <w:rPr>
          <w:sz w:val="22"/>
          <w:szCs w:val="22"/>
          <w:u w:val="single"/>
        </w:rPr>
        <w:t xml:space="preserve"> </w:t>
      </w:r>
      <w:r w:rsidRPr="00F440EB">
        <w:rPr>
          <w:rFonts w:cs="Shruti"/>
          <w:sz w:val="22"/>
          <w:szCs w:val="22"/>
          <w:u w:val="single"/>
          <w:cs/>
          <w:lang w:bidi="gu-IN"/>
        </w:rPr>
        <w:t>સ્વચ્છતા</w:t>
      </w:r>
      <w:r w:rsidRPr="00F440EB">
        <w:rPr>
          <w:sz w:val="22"/>
          <w:szCs w:val="22"/>
          <w:u w:val="single"/>
        </w:rPr>
        <w:t xml:space="preserve"> </w:t>
      </w:r>
      <w:r w:rsidRPr="00F440EB">
        <w:rPr>
          <w:rFonts w:cs="Shruti"/>
          <w:sz w:val="22"/>
          <w:szCs w:val="22"/>
          <w:u w:val="single"/>
          <w:cs/>
          <w:lang w:bidi="gu-IN"/>
        </w:rPr>
        <w:t>વ્યવસ્થાપન</w:t>
      </w:r>
      <w:r w:rsidRPr="00F440EB">
        <w:rPr>
          <w:sz w:val="22"/>
          <w:szCs w:val="22"/>
          <w:u w:val="single"/>
        </w:rPr>
        <w:t xml:space="preserve"> (MHM) </w:t>
      </w:r>
      <w:r w:rsidRPr="00F440EB">
        <w:rPr>
          <w:rFonts w:cs="Shruti"/>
          <w:sz w:val="22"/>
          <w:szCs w:val="22"/>
          <w:u w:val="single"/>
          <w:cs/>
          <w:lang w:bidi="gu-IN"/>
        </w:rPr>
        <w:t>માર્ગદર્શન</w:t>
      </w:r>
      <w:r w:rsidRPr="00F440EB">
        <w:rPr>
          <w:sz w:val="22"/>
          <w:szCs w:val="22"/>
          <w:u w:val="single"/>
        </w:rPr>
        <w:t xml:space="preserve"> </w:t>
      </w:r>
      <w:r w:rsidRPr="00F440EB">
        <w:rPr>
          <w:rFonts w:cs="Shruti"/>
          <w:sz w:val="22"/>
          <w:szCs w:val="22"/>
          <w:u w:val="single"/>
          <w:cs/>
          <w:lang w:bidi="gu-IN"/>
        </w:rPr>
        <w:t>પ્રવૃત્તિનો</w:t>
      </w:r>
      <w:r w:rsidRPr="00F440EB">
        <w:rPr>
          <w:sz w:val="22"/>
          <w:szCs w:val="22"/>
          <w:u w:val="single"/>
        </w:rPr>
        <w:t xml:space="preserve"> </w:t>
      </w:r>
      <w:r w:rsidRPr="00F440EB">
        <w:rPr>
          <w:rFonts w:cs="Shruti"/>
          <w:sz w:val="22"/>
          <w:szCs w:val="22"/>
          <w:u w:val="single"/>
          <w:cs/>
          <w:lang w:bidi="gu-IN"/>
        </w:rPr>
        <w:t>અહેવાલ</w:t>
      </w:r>
    </w:p>
    <w:p w14:paraId="7CD8D288" w14:textId="77777777" w:rsidR="00F440EB" w:rsidRPr="00F440EB" w:rsidRDefault="00F440EB" w:rsidP="00F440EB">
      <w:pPr>
        <w:spacing w:after="0" w:line="240" w:lineRule="auto"/>
        <w:rPr>
          <w:sz w:val="18"/>
          <w:szCs w:val="18"/>
        </w:rPr>
      </w:pPr>
      <w:r w:rsidRPr="00F440EB">
        <w:rPr>
          <w:rFonts w:cs="Shruti"/>
          <w:sz w:val="18"/>
          <w:szCs w:val="18"/>
          <w:cs/>
          <w:lang w:bidi="gu-IN"/>
        </w:rPr>
        <w:t>ગુણોત્સવ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૨</w:t>
      </w:r>
      <w:r w:rsidRPr="00F440EB">
        <w:rPr>
          <w:sz w:val="18"/>
          <w:szCs w:val="18"/>
        </w:rPr>
        <w:t>.</w:t>
      </w:r>
      <w:r w:rsidRPr="00F440EB">
        <w:rPr>
          <w:rFonts w:cs="Shruti"/>
          <w:sz w:val="18"/>
          <w:szCs w:val="18"/>
          <w:cs/>
          <w:lang w:bidi="gu-IN"/>
        </w:rPr>
        <w:t>૦</w:t>
      </w:r>
      <w:r w:rsidRPr="00F440EB">
        <w:rPr>
          <w:sz w:val="18"/>
          <w:szCs w:val="18"/>
        </w:rPr>
        <w:t xml:space="preserve"> (SQAAF) </w:t>
      </w:r>
      <w:r w:rsidRPr="00F440EB">
        <w:rPr>
          <w:rFonts w:cs="Shruti"/>
          <w:sz w:val="18"/>
          <w:szCs w:val="18"/>
          <w:cs/>
          <w:lang w:bidi="gu-IN"/>
        </w:rPr>
        <w:t>ના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માપદંડો</w:t>
      </w:r>
      <w:r w:rsidRPr="00F440EB">
        <w:rPr>
          <w:sz w:val="18"/>
          <w:szCs w:val="18"/>
        </w:rPr>
        <w:t xml:space="preserve">, WASH (Water, Sanitation, and Hygiene) </w:t>
      </w:r>
      <w:r w:rsidRPr="00F440EB">
        <w:rPr>
          <w:rFonts w:cs="Shruti"/>
          <w:sz w:val="18"/>
          <w:szCs w:val="18"/>
          <w:cs/>
          <w:lang w:bidi="gu-IN"/>
        </w:rPr>
        <w:t>તથા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રાષ્ટ્રીય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કિશોર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સ્વાસ્થ્ય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કાર્યક્રમ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અંતર્ગત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શાળામાં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અભ્યાસ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કરતી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ધોરણ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૬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થી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૮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ની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કિશોરીઓ</w:t>
      </w:r>
      <w:r w:rsidRPr="00F440EB">
        <w:rPr>
          <w:sz w:val="18"/>
          <w:szCs w:val="18"/>
        </w:rPr>
        <w:t>/</w:t>
      </w:r>
      <w:r w:rsidRPr="00F440EB">
        <w:rPr>
          <w:rFonts w:cs="Shruti"/>
          <w:sz w:val="18"/>
          <w:szCs w:val="18"/>
          <w:cs/>
          <w:lang w:bidi="gu-IN"/>
        </w:rPr>
        <w:t>વિદ્યાર્થિનીઓમાં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શારીરિક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સ્વાસ્થ્ય</w:t>
      </w:r>
      <w:r w:rsidRPr="00F440EB">
        <w:rPr>
          <w:sz w:val="18"/>
          <w:szCs w:val="18"/>
        </w:rPr>
        <w:t xml:space="preserve">, </w:t>
      </w:r>
      <w:r w:rsidRPr="00F440EB">
        <w:rPr>
          <w:rFonts w:cs="Shruti"/>
          <w:sz w:val="18"/>
          <w:szCs w:val="18"/>
          <w:cs/>
          <w:lang w:bidi="gu-IN"/>
        </w:rPr>
        <w:t>વ્યક્તિગત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સ્વચ્છતા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અને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માસિક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ધર્મ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સ્વચ્છતા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વ્યવસ્થાપન</w:t>
      </w:r>
      <w:r w:rsidRPr="00F440EB">
        <w:rPr>
          <w:sz w:val="18"/>
          <w:szCs w:val="18"/>
        </w:rPr>
        <w:t xml:space="preserve"> (Menstrual Hygiene Management - MHM) </w:t>
      </w:r>
      <w:r w:rsidRPr="00F440EB">
        <w:rPr>
          <w:rFonts w:cs="Shruti"/>
          <w:sz w:val="18"/>
          <w:szCs w:val="18"/>
          <w:cs/>
          <w:lang w:bidi="gu-IN"/>
        </w:rPr>
        <w:t>અંગે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જાગૃતિ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લાવવા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માટે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વિશેષ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માર્ગદર્શન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સત્ર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અને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પ્રવૃત્તિઓનું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આયોજન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કરવામાં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આવ્યું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હતું</w:t>
      </w:r>
      <w:r w:rsidRPr="00F440EB">
        <w:rPr>
          <w:sz w:val="18"/>
          <w:szCs w:val="18"/>
        </w:rPr>
        <w:t xml:space="preserve">. </w:t>
      </w:r>
      <w:r w:rsidRPr="00F440EB">
        <w:rPr>
          <w:rFonts w:cs="Shruti"/>
          <w:sz w:val="18"/>
          <w:szCs w:val="18"/>
          <w:cs/>
          <w:lang w:bidi="gu-IN"/>
        </w:rPr>
        <w:t>જેનો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વિસ્તૃત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અહેવાલ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નીચે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મુજબ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છે</w:t>
      </w:r>
      <w:r w:rsidRPr="00F440EB">
        <w:rPr>
          <w:sz w:val="18"/>
          <w:szCs w:val="18"/>
        </w:rPr>
        <w:t>:</w:t>
      </w:r>
    </w:p>
    <w:p w14:paraId="25119BE0" w14:textId="77777777" w:rsidR="00F440EB" w:rsidRPr="00F440EB" w:rsidRDefault="00F440EB" w:rsidP="00F440EB">
      <w:pPr>
        <w:pStyle w:val="Heading2"/>
        <w:spacing w:line="240" w:lineRule="auto"/>
        <w:rPr>
          <w:sz w:val="18"/>
          <w:szCs w:val="18"/>
        </w:rPr>
      </w:pPr>
      <w:r w:rsidRPr="00F440EB">
        <w:rPr>
          <w:rFonts w:cs="Shruti"/>
          <w:sz w:val="18"/>
          <w:szCs w:val="18"/>
          <w:cs/>
          <w:lang w:bidi="gu-IN"/>
        </w:rPr>
        <w:t>૧</w:t>
      </w:r>
      <w:r w:rsidRPr="00F440EB">
        <w:rPr>
          <w:sz w:val="18"/>
          <w:szCs w:val="18"/>
        </w:rPr>
        <w:t xml:space="preserve">. </w:t>
      </w:r>
      <w:r w:rsidRPr="00F440EB">
        <w:rPr>
          <w:rFonts w:cs="Shruti"/>
          <w:sz w:val="18"/>
          <w:szCs w:val="18"/>
          <w:cs/>
          <w:lang w:bidi="gu-IN"/>
        </w:rPr>
        <w:t>કાર્યક્રમની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પ્રાથમિક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વિગતો</w:t>
      </w:r>
      <w:r w:rsidRPr="00F440EB">
        <w:rPr>
          <w:sz w:val="18"/>
          <w:szCs w:val="18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F440EB" w:rsidRPr="00F440EB" w14:paraId="58D814F5" w14:textId="77777777" w:rsidTr="00B43400">
        <w:tc>
          <w:tcPr>
            <w:tcW w:w="4320" w:type="dxa"/>
          </w:tcPr>
          <w:p w14:paraId="2F95AC94" w14:textId="77777777" w:rsidR="00F440EB" w:rsidRPr="00F440EB" w:rsidRDefault="00F440EB" w:rsidP="00F440EB">
            <w:pPr>
              <w:rPr>
                <w:sz w:val="18"/>
                <w:szCs w:val="18"/>
              </w:rPr>
            </w:pPr>
            <w:r w:rsidRPr="00F440EB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પ્રવૃત્તિનું</w:t>
            </w:r>
            <w:r w:rsidRPr="00F440EB">
              <w:rPr>
                <w:b/>
                <w:sz w:val="18"/>
                <w:szCs w:val="18"/>
              </w:rPr>
              <w:t xml:space="preserve"> </w:t>
            </w:r>
            <w:r w:rsidRPr="00F440EB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નામ</w:t>
            </w:r>
          </w:p>
        </w:tc>
        <w:tc>
          <w:tcPr>
            <w:tcW w:w="4320" w:type="dxa"/>
          </w:tcPr>
          <w:p w14:paraId="1C0A7931" w14:textId="77777777" w:rsidR="00F440EB" w:rsidRPr="00F440EB" w:rsidRDefault="00F440EB" w:rsidP="00F440EB">
            <w:pPr>
              <w:rPr>
                <w:sz w:val="18"/>
                <w:szCs w:val="18"/>
              </w:rPr>
            </w:pPr>
            <w:r w:rsidRPr="00F440EB">
              <w:rPr>
                <w:rFonts w:cs="Shruti"/>
                <w:sz w:val="18"/>
                <w:szCs w:val="18"/>
                <w:cs/>
                <w:lang w:bidi="gu-IN"/>
              </w:rPr>
              <w:t>માસિક</w:t>
            </w:r>
            <w:r w:rsidRPr="00F440EB">
              <w:rPr>
                <w:sz w:val="18"/>
                <w:szCs w:val="18"/>
              </w:rPr>
              <w:t xml:space="preserve"> </w:t>
            </w:r>
            <w:r w:rsidRPr="00F440EB">
              <w:rPr>
                <w:rFonts w:cs="Shruti"/>
                <w:sz w:val="18"/>
                <w:szCs w:val="18"/>
                <w:cs/>
                <w:lang w:bidi="gu-IN"/>
              </w:rPr>
              <w:t>ધર્મ</w:t>
            </w:r>
            <w:r w:rsidRPr="00F440EB">
              <w:rPr>
                <w:sz w:val="18"/>
                <w:szCs w:val="18"/>
              </w:rPr>
              <w:t xml:space="preserve"> </w:t>
            </w:r>
            <w:r w:rsidRPr="00F440EB">
              <w:rPr>
                <w:rFonts w:cs="Shruti"/>
                <w:sz w:val="18"/>
                <w:szCs w:val="18"/>
                <w:cs/>
                <w:lang w:bidi="gu-IN"/>
              </w:rPr>
              <w:t>સ્વચ્છતા</w:t>
            </w:r>
            <w:r w:rsidRPr="00F440EB">
              <w:rPr>
                <w:sz w:val="18"/>
                <w:szCs w:val="18"/>
              </w:rPr>
              <w:t xml:space="preserve"> </w:t>
            </w:r>
            <w:r w:rsidRPr="00F440EB">
              <w:rPr>
                <w:rFonts w:cs="Shruti"/>
                <w:sz w:val="18"/>
                <w:szCs w:val="18"/>
                <w:cs/>
                <w:lang w:bidi="gu-IN"/>
              </w:rPr>
              <w:t>અને</w:t>
            </w:r>
            <w:r w:rsidRPr="00F440EB">
              <w:rPr>
                <w:sz w:val="18"/>
                <w:szCs w:val="18"/>
              </w:rPr>
              <w:t xml:space="preserve"> </w:t>
            </w:r>
            <w:r w:rsidRPr="00F440EB">
              <w:rPr>
                <w:rFonts w:cs="Shruti"/>
                <w:sz w:val="18"/>
                <w:szCs w:val="18"/>
                <w:cs/>
                <w:lang w:bidi="gu-IN"/>
              </w:rPr>
              <w:t>કિશોરી</w:t>
            </w:r>
            <w:r w:rsidRPr="00F440EB">
              <w:rPr>
                <w:sz w:val="18"/>
                <w:szCs w:val="18"/>
              </w:rPr>
              <w:t xml:space="preserve"> </w:t>
            </w:r>
            <w:r w:rsidRPr="00F440EB">
              <w:rPr>
                <w:rFonts w:cs="Shruti"/>
                <w:sz w:val="18"/>
                <w:szCs w:val="18"/>
                <w:cs/>
                <w:lang w:bidi="gu-IN"/>
              </w:rPr>
              <w:t>આરોગ્ય</w:t>
            </w:r>
            <w:r w:rsidRPr="00F440EB">
              <w:rPr>
                <w:sz w:val="18"/>
                <w:szCs w:val="18"/>
              </w:rPr>
              <w:t xml:space="preserve"> </w:t>
            </w:r>
            <w:r w:rsidRPr="00F440EB">
              <w:rPr>
                <w:rFonts w:cs="Shruti"/>
                <w:sz w:val="18"/>
                <w:szCs w:val="18"/>
                <w:cs/>
                <w:lang w:bidi="gu-IN"/>
              </w:rPr>
              <w:t>માર્ગદર્શન</w:t>
            </w:r>
            <w:r w:rsidRPr="00F440EB">
              <w:rPr>
                <w:sz w:val="18"/>
                <w:szCs w:val="18"/>
              </w:rPr>
              <w:t xml:space="preserve"> </w:t>
            </w:r>
            <w:r w:rsidRPr="00F440EB">
              <w:rPr>
                <w:rFonts w:cs="Shruti"/>
                <w:sz w:val="18"/>
                <w:szCs w:val="18"/>
                <w:cs/>
                <w:lang w:bidi="gu-IN"/>
              </w:rPr>
              <w:t>સત્ર</w:t>
            </w:r>
          </w:p>
        </w:tc>
      </w:tr>
      <w:tr w:rsidR="00F440EB" w:rsidRPr="00F440EB" w14:paraId="6F682D06" w14:textId="77777777" w:rsidTr="00B43400">
        <w:tc>
          <w:tcPr>
            <w:tcW w:w="4320" w:type="dxa"/>
          </w:tcPr>
          <w:p w14:paraId="74A8D1C5" w14:textId="77777777" w:rsidR="00F440EB" w:rsidRPr="00F440EB" w:rsidRDefault="00F440EB" w:rsidP="00F440EB">
            <w:pPr>
              <w:rPr>
                <w:sz w:val="18"/>
                <w:szCs w:val="18"/>
              </w:rPr>
            </w:pPr>
            <w:r w:rsidRPr="00F440EB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તારીખ</w:t>
            </w:r>
          </w:p>
        </w:tc>
        <w:tc>
          <w:tcPr>
            <w:tcW w:w="4320" w:type="dxa"/>
          </w:tcPr>
          <w:p w14:paraId="0B845972" w14:textId="77777777" w:rsidR="00F440EB" w:rsidRPr="00F440EB" w:rsidRDefault="00F440EB" w:rsidP="00F440EB">
            <w:pPr>
              <w:rPr>
                <w:sz w:val="18"/>
                <w:szCs w:val="18"/>
              </w:rPr>
            </w:pPr>
            <w:r w:rsidRPr="00F440EB">
              <w:rPr>
                <w:sz w:val="18"/>
                <w:szCs w:val="18"/>
              </w:rPr>
              <w:t xml:space="preserve">____ / ____ / </w:t>
            </w:r>
            <w:r w:rsidRPr="00F440EB">
              <w:rPr>
                <w:rFonts w:cs="Shruti"/>
                <w:sz w:val="18"/>
                <w:szCs w:val="18"/>
                <w:cs/>
                <w:lang w:bidi="gu-IN"/>
              </w:rPr>
              <w:t>૨૦૨</w:t>
            </w:r>
            <w:r w:rsidRPr="00F440EB">
              <w:rPr>
                <w:sz w:val="18"/>
                <w:szCs w:val="18"/>
              </w:rPr>
              <w:t>__</w:t>
            </w:r>
          </w:p>
        </w:tc>
      </w:tr>
      <w:tr w:rsidR="00F440EB" w:rsidRPr="00F440EB" w14:paraId="47B33A03" w14:textId="77777777" w:rsidTr="00B43400">
        <w:tc>
          <w:tcPr>
            <w:tcW w:w="4320" w:type="dxa"/>
          </w:tcPr>
          <w:p w14:paraId="0A942B61" w14:textId="77777777" w:rsidR="00F440EB" w:rsidRPr="00F440EB" w:rsidRDefault="00F440EB" w:rsidP="00F440EB">
            <w:pPr>
              <w:rPr>
                <w:sz w:val="18"/>
                <w:szCs w:val="18"/>
              </w:rPr>
            </w:pPr>
            <w:r w:rsidRPr="00F440EB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સમય</w:t>
            </w:r>
          </w:p>
        </w:tc>
        <w:tc>
          <w:tcPr>
            <w:tcW w:w="4320" w:type="dxa"/>
          </w:tcPr>
          <w:p w14:paraId="7150E6CD" w14:textId="77777777" w:rsidR="00F440EB" w:rsidRPr="00F440EB" w:rsidRDefault="00F440EB" w:rsidP="00F440EB">
            <w:pPr>
              <w:rPr>
                <w:sz w:val="18"/>
                <w:szCs w:val="18"/>
              </w:rPr>
            </w:pPr>
            <w:r w:rsidRPr="00F440EB">
              <w:rPr>
                <w:rFonts w:cs="Shruti"/>
                <w:sz w:val="18"/>
                <w:szCs w:val="18"/>
                <w:cs/>
                <w:lang w:bidi="gu-IN"/>
              </w:rPr>
              <w:t>બપોરે</w:t>
            </w:r>
            <w:r w:rsidRPr="00F440EB">
              <w:rPr>
                <w:sz w:val="18"/>
                <w:szCs w:val="18"/>
              </w:rPr>
              <w:t xml:space="preserve"> ____:____ </w:t>
            </w:r>
            <w:r w:rsidRPr="00F440EB">
              <w:rPr>
                <w:rFonts w:cs="Shruti"/>
                <w:sz w:val="18"/>
                <w:szCs w:val="18"/>
                <w:cs/>
                <w:lang w:bidi="gu-IN"/>
              </w:rPr>
              <w:t>કલાકે</w:t>
            </w:r>
          </w:p>
        </w:tc>
      </w:tr>
      <w:tr w:rsidR="00F440EB" w:rsidRPr="00F440EB" w14:paraId="57A7A67E" w14:textId="77777777" w:rsidTr="00B43400">
        <w:tc>
          <w:tcPr>
            <w:tcW w:w="4320" w:type="dxa"/>
          </w:tcPr>
          <w:p w14:paraId="41C56287" w14:textId="77777777" w:rsidR="00F440EB" w:rsidRPr="00F440EB" w:rsidRDefault="00F440EB" w:rsidP="00F440EB">
            <w:pPr>
              <w:rPr>
                <w:sz w:val="18"/>
                <w:szCs w:val="18"/>
              </w:rPr>
            </w:pPr>
            <w:r w:rsidRPr="00F440EB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સ્થળ</w:t>
            </w:r>
          </w:p>
        </w:tc>
        <w:tc>
          <w:tcPr>
            <w:tcW w:w="4320" w:type="dxa"/>
          </w:tcPr>
          <w:p w14:paraId="4C619BED" w14:textId="77777777" w:rsidR="00F440EB" w:rsidRPr="00F440EB" w:rsidRDefault="00F440EB" w:rsidP="00F440EB">
            <w:pPr>
              <w:rPr>
                <w:sz w:val="18"/>
                <w:szCs w:val="18"/>
              </w:rPr>
            </w:pPr>
            <w:r w:rsidRPr="00F440EB">
              <w:rPr>
                <w:rFonts w:cs="Shruti"/>
                <w:sz w:val="18"/>
                <w:szCs w:val="18"/>
                <w:cs/>
                <w:lang w:bidi="gu-IN"/>
              </w:rPr>
              <w:t>લીંબડ</w:t>
            </w:r>
            <w:r w:rsidRPr="00F440EB">
              <w:rPr>
                <w:sz w:val="18"/>
                <w:szCs w:val="18"/>
              </w:rPr>
              <w:t xml:space="preserve"> </w:t>
            </w:r>
            <w:r w:rsidRPr="00F440EB">
              <w:rPr>
                <w:rFonts w:cs="Shruti"/>
                <w:sz w:val="18"/>
                <w:szCs w:val="18"/>
                <w:cs/>
                <w:lang w:bidi="gu-IN"/>
              </w:rPr>
              <w:t>પ્રાથમિક</w:t>
            </w:r>
            <w:r w:rsidRPr="00F440EB">
              <w:rPr>
                <w:sz w:val="18"/>
                <w:szCs w:val="18"/>
              </w:rPr>
              <w:t xml:space="preserve"> </w:t>
            </w:r>
            <w:r w:rsidRPr="00F440EB">
              <w:rPr>
                <w:rFonts w:cs="Shruti"/>
                <w:sz w:val="18"/>
                <w:szCs w:val="18"/>
                <w:cs/>
                <w:lang w:bidi="gu-IN"/>
              </w:rPr>
              <w:t>શાળા</w:t>
            </w:r>
            <w:r w:rsidRPr="00F440EB">
              <w:rPr>
                <w:sz w:val="18"/>
                <w:szCs w:val="18"/>
              </w:rPr>
              <w:t xml:space="preserve"> (</w:t>
            </w:r>
            <w:r w:rsidRPr="00F440EB">
              <w:rPr>
                <w:rFonts w:cs="Shruti"/>
                <w:sz w:val="18"/>
                <w:szCs w:val="18"/>
                <w:cs/>
                <w:lang w:bidi="gu-IN"/>
              </w:rPr>
              <w:t>સ્માર્ટ</w:t>
            </w:r>
            <w:r w:rsidRPr="00F440EB">
              <w:rPr>
                <w:sz w:val="18"/>
                <w:szCs w:val="18"/>
              </w:rPr>
              <w:t xml:space="preserve"> </w:t>
            </w:r>
            <w:r w:rsidRPr="00F440EB">
              <w:rPr>
                <w:rFonts w:cs="Shruti"/>
                <w:sz w:val="18"/>
                <w:szCs w:val="18"/>
                <w:cs/>
                <w:lang w:bidi="gu-IN"/>
              </w:rPr>
              <w:t>ક્લાસ</w:t>
            </w:r>
            <w:r w:rsidRPr="00F440EB">
              <w:rPr>
                <w:sz w:val="18"/>
                <w:szCs w:val="18"/>
              </w:rPr>
              <w:t xml:space="preserve"> </w:t>
            </w:r>
            <w:r w:rsidRPr="00F440EB">
              <w:rPr>
                <w:rFonts w:cs="Shruti"/>
                <w:sz w:val="18"/>
                <w:szCs w:val="18"/>
                <w:cs/>
                <w:lang w:bidi="gu-IN"/>
              </w:rPr>
              <w:t>રૂમ</w:t>
            </w:r>
            <w:r w:rsidRPr="00F440EB">
              <w:rPr>
                <w:sz w:val="18"/>
                <w:szCs w:val="18"/>
              </w:rPr>
              <w:t>)</w:t>
            </w:r>
          </w:p>
        </w:tc>
      </w:tr>
      <w:tr w:rsidR="00F440EB" w:rsidRPr="00F440EB" w14:paraId="39BC2ADA" w14:textId="77777777" w:rsidTr="00B43400">
        <w:tc>
          <w:tcPr>
            <w:tcW w:w="4320" w:type="dxa"/>
          </w:tcPr>
          <w:p w14:paraId="55AB0FFB" w14:textId="77777777" w:rsidR="00F440EB" w:rsidRPr="00F440EB" w:rsidRDefault="00F440EB" w:rsidP="00F440EB">
            <w:pPr>
              <w:rPr>
                <w:sz w:val="18"/>
                <w:szCs w:val="18"/>
              </w:rPr>
            </w:pPr>
            <w:r w:rsidRPr="00F440EB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માર્ગદર્શક</w:t>
            </w:r>
            <w:r w:rsidRPr="00F440EB">
              <w:rPr>
                <w:b/>
                <w:sz w:val="18"/>
                <w:szCs w:val="18"/>
              </w:rPr>
              <w:t xml:space="preserve"> / </w:t>
            </w:r>
            <w:r w:rsidRPr="00F440EB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વક્તા</w:t>
            </w:r>
          </w:p>
        </w:tc>
        <w:tc>
          <w:tcPr>
            <w:tcW w:w="4320" w:type="dxa"/>
          </w:tcPr>
          <w:p w14:paraId="1E90F2B7" w14:textId="77777777" w:rsidR="00F440EB" w:rsidRPr="00F440EB" w:rsidRDefault="00F440EB" w:rsidP="00F440EB">
            <w:pPr>
              <w:rPr>
                <w:sz w:val="18"/>
                <w:szCs w:val="18"/>
              </w:rPr>
            </w:pPr>
            <w:r w:rsidRPr="00F440EB">
              <w:rPr>
                <w:rFonts w:cs="Shruti"/>
                <w:sz w:val="18"/>
                <w:szCs w:val="18"/>
                <w:cs/>
                <w:lang w:bidi="gu-IN"/>
              </w:rPr>
              <w:t>શાળાના</w:t>
            </w:r>
            <w:r w:rsidRPr="00F440EB">
              <w:rPr>
                <w:sz w:val="18"/>
                <w:szCs w:val="18"/>
              </w:rPr>
              <w:t xml:space="preserve"> </w:t>
            </w:r>
            <w:r w:rsidRPr="00F440EB">
              <w:rPr>
                <w:rFonts w:cs="Shruti"/>
                <w:sz w:val="18"/>
                <w:szCs w:val="18"/>
                <w:cs/>
                <w:lang w:bidi="gu-IN"/>
              </w:rPr>
              <w:t>મહિલા</w:t>
            </w:r>
            <w:r w:rsidRPr="00F440EB">
              <w:rPr>
                <w:sz w:val="18"/>
                <w:szCs w:val="18"/>
              </w:rPr>
              <w:t xml:space="preserve"> </w:t>
            </w:r>
            <w:r w:rsidRPr="00F440EB">
              <w:rPr>
                <w:rFonts w:cs="Shruti"/>
                <w:sz w:val="18"/>
                <w:szCs w:val="18"/>
                <w:cs/>
                <w:lang w:bidi="gu-IN"/>
              </w:rPr>
              <w:t>શિક્ષિકાશ્રી</w:t>
            </w:r>
            <w:r w:rsidRPr="00F440EB">
              <w:rPr>
                <w:sz w:val="18"/>
                <w:szCs w:val="18"/>
              </w:rPr>
              <w:t xml:space="preserve"> / PHC </w:t>
            </w:r>
            <w:r w:rsidRPr="00F440EB">
              <w:rPr>
                <w:rFonts w:cs="Shruti"/>
                <w:sz w:val="18"/>
                <w:szCs w:val="18"/>
                <w:cs/>
                <w:lang w:bidi="gu-IN"/>
              </w:rPr>
              <w:t>ની</w:t>
            </w:r>
            <w:r w:rsidRPr="00F440EB">
              <w:rPr>
                <w:sz w:val="18"/>
                <w:szCs w:val="18"/>
              </w:rPr>
              <w:t xml:space="preserve"> </w:t>
            </w:r>
            <w:r w:rsidRPr="00F440EB">
              <w:rPr>
                <w:rFonts w:cs="Shruti"/>
                <w:sz w:val="18"/>
                <w:szCs w:val="18"/>
                <w:cs/>
                <w:lang w:bidi="gu-IN"/>
              </w:rPr>
              <w:t>મહિલા</w:t>
            </w:r>
            <w:r w:rsidRPr="00F440EB">
              <w:rPr>
                <w:sz w:val="18"/>
                <w:szCs w:val="18"/>
              </w:rPr>
              <w:t xml:space="preserve"> </w:t>
            </w:r>
            <w:r w:rsidRPr="00F440EB">
              <w:rPr>
                <w:rFonts w:cs="Shruti"/>
                <w:sz w:val="18"/>
                <w:szCs w:val="18"/>
                <w:cs/>
                <w:lang w:bidi="gu-IN"/>
              </w:rPr>
              <w:t>આરોગ્ય</w:t>
            </w:r>
            <w:r w:rsidRPr="00F440EB">
              <w:rPr>
                <w:sz w:val="18"/>
                <w:szCs w:val="18"/>
              </w:rPr>
              <w:t xml:space="preserve"> </w:t>
            </w:r>
            <w:r w:rsidRPr="00F440EB">
              <w:rPr>
                <w:rFonts w:cs="Shruti"/>
                <w:sz w:val="18"/>
                <w:szCs w:val="18"/>
                <w:cs/>
                <w:lang w:bidi="gu-IN"/>
              </w:rPr>
              <w:t>કાર્યકર</w:t>
            </w:r>
            <w:r w:rsidRPr="00F440EB">
              <w:rPr>
                <w:sz w:val="18"/>
                <w:szCs w:val="18"/>
              </w:rPr>
              <w:t xml:space="preserve"> (ANM/Asha Worker)</w:t>
            </w:r>
          </w:p>
        </w:tc>
      </w:tr>
      <w:tr w:rsidR="00F440EB" w:rsidRPr="00F440EB" w14:paraId="376D5E67" w14:textId="77777777" w:rsidTr="00B43400">
        <w:tc>
          <w:tcPr>
            <w:tcW w:w="4320" w:type="dxa"/>
          </w:tcPr>
          <w:p w14:paraId="02C4B4E8" w14:textId="77777777" w:rsidR="00F440EB" w:rsidRPr="00F440EB" w:rsidRDefault="00F440EB" w:rsidP="00F440EB">
            <w:pPr>
              <w:rPr>
                <w:sz w:val="18"/>
                <w:szCs w:val="18"/>
              </w:rPr>
            </w:pPr>
            <w:r w:rsidRPr="00F440EB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લાભાર્થી</w:t>
            </w:r>
            <w:r w:rsidRPr="00F440EB">
              <w:rPr>
                <w:b/>
                <w:sz w:val="18"/>
                <w:szCs w:val="18"/>
              </w:rPr>
              <w:t xml:space="preserve"> </w:t>
            </w:r>
            <w:r w:rsidRPr="00F440EB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વિદ્યાર્થીનીઓ</w:t>
            </w:r>
          </w:p>
        </w:tc>
        <w:tc>
          <w:tcPr>
            <w:tcW w:w="4320" w:type="dxa"/>
          </w:tcPr>
          <w:p w14:paraId="4F5CD53D" w14:textId="77777777" w:rsidR="00F440EB" w:rsidRPr="00F440EB" w:rsidRDefault="00F440EB" w:rsidP="00F440EB">
            <w:pPr>
              <w:rPr>
                <w:sz w:val="18"/>
                <w:szCs w:val="18"/>
              </w:rPr>
            </w:pPr>
            <w:r w:rsidRPr="00F440EB">
              <w:rPr>
                <w:rFonts w:cs="Shruti"/>
                <w:sz w:val="18"/>
                <w:szCs w:val="18"/>
                <w:cs/>
                <w:lang w:bidi="gu-IN"/>
              </w:rPr>
              <w:t>ધોરણ</w:t>
            </w:r>
            <w:r w:rsidRPr="00F440EB">
              <w:rPr>
                <w:sz w:val="18"/>
                <w:szCs w:val="18"/>
              </w:rPr>
              <w:t xml:space="preserve"> </w:t>
            </w:r>
            <w:r w:rsidRPr="00F440EB">
              <w:rPr>
                <w:rFonts w:cs="Shruti"/>
                <w:sz w:val="18"/>
                <w:szCs w:val="18"/>
                <w:cs/>
                <w:lang w:bidi="gu-IN"/>
              </w:rPr>
              <w:t>૬</w:t>
            </w:r>
            <w:r w:rsidRPr="00F440EB">
              <w:rPr>
                <w:sz w:val="18"/>
                <w:szCs w:val="18"/>
              </w:rPr>
              <w:t xml:space="preserve"> </w:t>
            </w:r>
            <w:r w:rsidRPr="00F440EB">
              <w:rPr>
                <w:rFonts w:cs="Shruti"/>
                <w:sz w:val="18"/>
                <w:szCs w:val="18"/>
                <w:cs/>
                <w:lang w:bidi="gu-IN"/>
              </w:rPr>
              <w:t>થી</w:t>
            </w:r>
            <w:r w:rsidRPr="00F440EB">
              <w:rPr>
                <w:sz w:val="18"/>
                <w:szCs w:val="18"/>
              </w:rPr>
              <w:t xml:space="preserve"> </w:t>
            </w:r>
            <w:r w:rsidRPr="00F440EB">
              <w:rPr>
                <w:rFonts w:cs="Shruti"/>
                <w:sz w:val="18"/>
                <w:szCs w:val="18"/>
                <w:cs/>
                <w:lang w:bidi="gu-IN"/>
              </w:rPr>
              <w:t>૮</w:t>
            </w:r>
            <w:r w:rsidRPr="00F440EB">
              <w:rPr>
                <w:sz w:val="18"/>
                <w:szCs w:val="18"/>
              </w:rPr>
              <w:t xml:space="preserve"> </w:t>
            </w:r>
            <w:r w:rsidRPr="00F440EB">
              <w:rPr>
                <w:rFonts w:cs="Shruti"/>
                <w:sz w:val="18"/>
                <w:szCs w:val="18"/>
                <w:cs/>
                <w:lang w:bidi="gu-IN"/>
              </w:rPr>
              <w:t>ની</w:t>
            </w:r>
            <w:r w:rsidRPr="00F440EB">
              <w:rPr>
                <w:sz w:val="18"/>
                <w:szCs w:val="18"/>
              </w:rPr>
              <w:t xml:space="preserve"> </w:t>
            </w:r>
            <w:r w:rsidRPr="00F440EB">
              <w:rPr>
                <w:rFonts w:cs="Shruti"/>
                <w:sz w:val="18"/>
                <w:szCs w:val="18"/>
                <w:cs/>
                <w:lang w:bidi="gu-IN"/>
              </w:rPr>
              <w:t>કુલ</w:t>
            </w:r>
            <w:r w:rsidRPr="00F440EB">
              <w:rPr>
                <w:sz w:val="18"/>
                <w:szCs w:val="18"/>
              </w:rPr>
              <w:t xml:space="preserve"> ______ </w:t>
            </w:r>
            <w:r w:rsidRPr="00F440EB">
              <w:rPr>
                <w:rFonts w:cs="Shruti"/>
                <w:sz w:val="18"/>
                <w:szCs w:val="18"/>
                <w:cs/>
                <w:lang w:bidi="gu-IN"/>
              </w:rPr>
              <w:t>વિદ્યાર્થિનીઓ</w:t>
            </w:r>
          </w:p>
        </w:tc>
      </w:tr>
    </w:tbl>
    <w:p w14:paraId="79CB6CB5" w14:textId="77777777" w:rsidR="00F440EB" w:rsidRPr="00F440EB" w:rsidRDefault="00F440EB" w:rsidP="00F440EB">
      <w:pPr>
        <w:spacing w:after="0" w:line="240" w:lineRule="auto"/>
        <w:rPr>
          <w:sz w:val="18"/>
          <w:szCs w:val="18"/>
        </w:rPr>
      </w:pPr>
    </w:p>
    <w:p w14:paraId="0C164D0D" w14:textId="77777777" w:rsidR="00F440EB" w:rsidRPr="00F440EB" w:rsidRDefault="00F440EB" w:rsidP="00F440EB">
      <w:pPr>
        <w:pStyle w:val="Heading2"/>
        <w:spacing w:line="240" w:lineRule="auto"/>
        <w:rPr>
          <w:sz w:val="18"/>
          <w:szCs w:val="18"/>
        </w:rPr>
      </w:pPr>
      <w:r w:rsidRPr="00F440EB">
        <w:rPr>
          <w:rFonts w:cs="Shruti"/>
          <w:sz w:val="18"/>
          <w:szCs w:val="18"/>
          <w:cs/>
          <w:lang w:bidi="gu-IN"/>
        </w:rPr>
        <w:t>૨</w:t>
      </w:r>
      <w:r w:rsidRPr="00F440EB">
        <w:rPr>
          <w:sz w:val="18"/>
          <w:szCs w:val="18"/>
        </w:rPr>
        <w:t xml:space="preserve">. </w:t>
      </w:r>
      <w:r w:rsidRPr="00F440EB">
        <w:rPr>
          <w:rFonts w:cs="Shruti"/>
          <w:sz w:val="18"/>
          <w:szCs w:val="18"/>
          <w:cs/>
          <w:lang w:bidi="gu-IN"/>
        </w:rPr>
        <w:t>હાથ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ધરાયેલી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મુખ્ય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પ્રવૃત્તિઓ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અને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માર્ગદર્શનના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મુદ્દાઓ</w:t>
      </w:r>
      <w:r w:rsidRPr="00F440EB">
        <w:rPr>
          <w:sz w:val="18"/>
          <w:szCs w:val="18"/>
        </w:rPr>
        <w:t>:</w:t>
      </w:r>
    </w:p>
    <w:p w14:paraId="4E969169" w14:textId="77777777" w:rsidR="00F440EB" w:rsidRPr="00F440EB" w:rsidRDefault="00F440EB" w:rsidP="00F440EB">
      <w:pPr>
        <w:pStyle w:val="ListBullet"/>
        <w:spacing w:after="0" w:line="240" w:lineRule="auto"/>
        <w:rPr>
          <w:sz w:val="18"/>
          <w:szCs w:val="18"/>
        </w:rPr>
      </w:pPr>
      <w:r w:rsidRPr="00F440EB">
        <w:rPr>
          <w:rFonts w:cs="Shruti"/>
          <w:sz w:val="18"/>
          <w:szCs w:val="18"/>
          <w:cs/>
          <w:lang w:bidi="gu-IN"/>
        </w:rPr>
        <w:t>વૈજ્ઞાનિક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અને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આત્મવિશ્વાસપૂર્ણ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સમજ</w:t>
      </w:r>
      <w:r w:rsidRPr="00F440EB">
        <w:rPr>
          <w:sz w:val="18"/>
          <w:szCs w:val="18"/>
        </w:rPr>
        <w:t xml:space="preserve">: </w:t>
      </w:r>
      <w:r w:rsidRPr="00F440EB">
        <w:rPr>
          <w:rFonts w:cs="Shruti"/>
          <w:sz w:val="18"/>
          <w:szCs w:val="18"/>
          <w:cs/>
          <w:lang w:bidi="gu-IN"/>
        </w:rPr>
        <w:t>માસિક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ધર્મ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એ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કુદરતી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જૈવિક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અને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શારીરિક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પ્રક્રિયા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છે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તે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અંગે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વિદ્યાર્થિનીઓને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વૈજ્ઞાનિક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સમજ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આપવામાં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આવી</w:t>
      </w:r>
      <w:r w:rsidRPr="00F440EB">
        <w:rPr>
          <w:sz w:val="18"/>
          <w:szCs w:val="18"/>
        </w:rPr>
        <w:t xml:space="preserve">, </w:t>
      </w:r>
      <w:r w:rsidRPr="00F440EB">
        <w:rPr>
          <w:rFonts w:cs="Shruti"/>
          <w:sz w:val="18"/>
          <w:szCs w:val="18"/>
          <w:cs/>
          <w:lang w:bidi="gu-IN"/>
        </w:rPr>
        <w:t>જેથી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તેમના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મનમાંથી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ભય</w:t>
      </w:r>
      <w:r w:rsidRPr="00F440EB">
        <w:rPr>
          <w:sz w:val="18"/>
          <w:szCs w:val="18"/>
        </w:rPr>
        <w:t xml:space="preserve">, </w:t>
      </w:r>
      <w:r w:rsidRPr="00F440EB">
        <w:rPr>
          <w:rFonts w:cs="Shruti"/>
          <w:sz w:val="18"/>
          <w:szCs w:val="18"/>
          <w:cs/>
          <w:lang w:bidi="gu-IN"/>
        </w:rPr>
        <w:t>શરમ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અને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સંકોચ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દૂર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થાય</w:t>
      </w:r>
      <w:r w:rsidRPr="00F440EB">
        <w:rPr>
          <w:sz w:val="18"/>
          <w:szCs w:val="18"/>
        </w:rPr>
        <w:t>.</w:t>
      </w:r>
    </w:p>
    <w:p w14:paraId="01555100" w14:textId="77777777" w:rsidR="00F440EB" w:rsidRPr="00F440EB" w:rsidRDefault="00F440EB" w:rsidP="00F440EB">
      <w:pPr>
        <w:pStyle w:val="ListBullet"/>
        <w:spacing w:after="0" w:line="240" w:lineRule="auto"/>
        <w:rPr>
          <w:sz w:val="18"/>
          <w:szCs w:val="18"/>
        </w:rPr>
      </w:pPr>
      <w:r w:rsidRPr="00F440EB">
        <w:rPr>
          <w:rFonts w:cs="Shruti"/>
          <w:sz w:val="18"/>
          <w:szCs w:val="18"/>
          <w:cs/>
          <w:lang w:bidi="gu-IN"/>
        </w:rPr>
        <w:t>સેનિટરી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નેપકિનનો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યોગ્ય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ઉપયોગ</w:t>
      </w:r>
      <w:r w:rsidRPr="00F440EB">
        <w:rPr>
          <w:sz w:val="18"/>
          <w:szCs w:val="18"/>
        </w:rPr>
        <w:t xml:space="preserve">: </w:t>
      </w:r>
      <w:r w:rsidRPr="00F440EB">
        <w:rPr>
          <w:rFonts w:cs="Shruti"/>
          <w:sz w:val="18"/>
          <w:szCs w:val="18"/>
          <w:cs/>
          <w:lang w:bidi="gu-IN"/>
        </w:rPr>
        <w:t>સ્વચ્છતા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જાળવવા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માટે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કપડાને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બદલે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સેનિટરી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નેપકિન</w:t>
      </w:r>
      <w:r w:rsidRPr="00F440EB">
        <w:rPr>
          <w:sz w:val="18"/>
          <w:szCs w:val="18"/>
        </w:rPr>
        <w:t>/</w:t>
      </w:r>
      <w:r w:rsidRPr="00F440EB">
        <w:rPr>
          <w:rFonts w:cs="Shruti"/>
          <w:sz w:val="18"/>
          <w:szCs w:val="18"/>
          <w:cs/>
          <w:lang w:bidi="gu-IN"/>
        </w:rPr>
        <w:t>પેડનો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ઉપયોગ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કરવા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અને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દર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૪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થી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૬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કલાકે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તેને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નિયમિત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બદલવાની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ટેવ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પાડવા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માર્ગદર્શિત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કરાયા</w:t>
      </w:r>
      <w:r w:rsidRPr="00F440EB">
        <w:rPr>
          <w:sz w:val="18"/>
          <w:szCs w:val="18"/>
        </w:rPr>
        <w:t>.</w:t>
      </w:r>
    </w:p>
    <w:p w14:paraId="41111709" w14:textId="77777777" w:rsidR="00F440EB" w:rsidRPr="00F440EB" w:rsidRDefault="00F440EB" w:rsidP="00F440EB">
      <w:pPr>
        <w:pStyle w:val="ListBullet"/>
        <w:spacing w:after="0" w:line="240" w:lineRule="auto"/>
        <w:rPr>
          <w:sz w:val="18"/>
          <w:szCs w:val="18"/>
        </w:rPr>
      </w:pPr>
      <w:r w:rsidRPr="00F440EB">
        <w:rPr>
          <w:rFonts w:cs="Shruti"/>
          <w:sz w:val="18"/>
          <w:szCs w:val="18"/>
          <w:cs/>
          <w:lang w:bidi="gu-IN"/>
        </w:rPr>
        <w:t>સેનિટરી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પેડનો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પર્યાવરણપ્રેમી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નિકાલ</w:t>
      </w:r>
      <w:r w:rsidRPr="00F440EB">
        <w:rPr>
          <w:sz w:val="18"/>
          <w:szCs w:val="18"/>
        </w:rPr>
        <w:t xml:space="preserve">: </w:t>
      </w:r>
      <w:r w:rsidRPr="00F440EB">
        <w:rPr>
          <w:rFonts w:cs="Shruti"/>
          <w:sz w:val="18"/>
          <w:szCs w:val="18"/>
          <w:cs/>
          <w:lang w:bidi="gu-IN"/>
        </w:rPr>
        <w:t>વપરાયેલા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સેનિટરી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પેડને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કાગળમાં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લપેટીને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શાળામાં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મૂકવામાં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આવેલ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ખાસ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કવરવાળી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ડસ્ટબિન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અથવા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ઇન્સિનેરેટર</w:t>
      </w:r>
      <w:r w:rsidRPr="00F440EB">
        <w:rPr>
          <w:sz w:val="18"/>
          <w:szCs w:val="18"/>
        </w:rPr>
        <w:t xml:space="preserve"> (Incinerator) </w:t>
      </w:r>
      <w:r w:rsidRPr="00F440EB">
        <w:rPr>
          <w:rFonts w:cs="Shruti"/>
          <w:sz w:val="18"/>
          <w:szCs w:val="18"/>
          <w:cs/>
          <w:lang w:bidi="gu-IN"/>
        </w:rPr>
        <w:t>માં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યોગ્ય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રીતે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નિકાલ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કરવાની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પદ્ધતિ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શીખવવામાં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આવી</w:t>
      </w:r>
      <w:r w:rsidRPr="00F440EB">
        <w:rPr>
          <w:sz w:val="18"/>
          <w:szCs w:val="18"/>
        </w:rPr>
        <w:t>.</w:t>
      </w:r>
    </w:p>
    <w:p w14:paraId="47AD8A4A" w14:textId="77777777" w:rsidR="00F440EB" w:rsidRPr="00F440EB" w:rsidRDefault="00F440EB" w:rsidP="00F440EB">
      <w:pPr>
        <w:pStyle w:val="ListBullet"/>
        <w:spacing w:after="0" w:line="240" w:lineRule="auto"/>
        <w:rPr>
          <w:sz w:val="18"/>
          <w:szCs w:val="18"/>
        </w:rPr>
      </w:pPr>
      <w:r w:rsidRPr="00F440EB">
        <w:rPr>
          <w:rFonts w:cs="Shruti"/>
          <w:sz w:val="18"/>
          <w:szCs w:val="18"/>
          <w:cs/>
          <w:lang w:bidi="gu-IN"/>
        </w:rPr>
        <w:t>શાળામાં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ઇમરજન્સી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પેડ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બેંકની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સુવિધા</w:t>
      </w:r>
      <w:r w:rsidRPr="00F440EB">
        <w:rPr>
          <w:sz w:val="18"/>
          <w:szCs w:val="18"/>
        </w:rPr>
        <w:t xml:space="preserve">: </w:t>
      </w:r>
      <w:r w:rsidRPr="00F440EB">
        <w:rPr>
          <w:rFonts w:cs="Shruti"/>
          <w:sz w:val="18"/>
          <w:szCs w:val="18"/>
          <w:cs/>
          <w:lang w:bidi="gu-IN"/>
        </w:rPr>
        <w:t>શાળામાં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અચાનક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જરૂરિયાત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ઊભી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થાય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ત્યારે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વિદ્યાર્થિનીઓ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માટે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કન્યા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શૌચાલય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પાસે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વિનામૂલ્યે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સેનિટરી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પેડ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મળી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રહે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તે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માટેની</w:t>
      </w:r>
      <w:r w:rsidRPr="00F440EB">
        <w:rPr>
          <w:sz w:val="18"/>
          <w:szCs w:val="18"/>
        </w:rPr>
        <w:t xml:space="preserve"> "</w:t>
      </w:r>
      <w:r w:rsidRPr="00F440EB">
        <w:rPr>
          <w:rFonts w:cs="Shruti"/>
          <w:sz w:val="18"/>
          <w:szCs w:val="18"/>
          <w:cs/>
          <w:lang w:bidi="gu-IN"/>
        </w:rPr>
        <w:t>પેડ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બેંક</w:t>
      </w:r>
      <w:r w:rsidRPr="00F440EB">
        <w:rPr>
          <w:sz w:val="18"/>
          <w:szCs w:val="18"/>
        </w:rPr>
        <w:t xml:space="preserve">" </w:t>
      </w:r>
      <w:r w:rsidRPr="00F440EB">
        <w:rPr>
          <w:rFonts w:cs="Shruti"/>
          <w:sz w:val="18"/>
          <w:szCs w:val="18"/>
          <w:cs/>
          <w:lang w:bidi="gu-IN"/>
        </w:rPr>
        <w:t>સુવિધા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વિશે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માહિતી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આપવામાં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આવી</w:t>
      </w:r>
      <w:r w:rsidRPr="00F440EB">
        <w:rPr>
          <w:sz w:val="18"/>
          <w:szCs w:val="18"/>
        </w:rPr>
        <w:t>..</w:t>
      </w:r>
    </w:p>
    <w:p w14:paraId="679F0BE7" w14:textId="77777777" w:rsidR="00F440EB" w:rsidRPr="00F440EB" w:rsidRDefault="00F440EB" w:rsidP="00F440EB">
      <w:pPr>
        <w:pStyle w:val="Heading2"/>
        <w:spacing w:line="240" w:lineRule="auto"/>
        <w:rPr>
          <w:sz w:val="18"/>
          <w:szCs w:val="18"/>
        </w:rPr>
      </w:pPr>
      <w:r w:rsidRPr="00F440EB">
        <w:rPr>
          <w:rFonts w:cs="Shruti"/>
          <w:sz w:val="18"/>
          <w:szCs w:val="18"/>
          <w:cs/>
          <w:lang w:bidi="gu-IN"/>
        </w:rPr>
        <w:t>૩</w:t>
      </w:r>
      <w:r w:rsidRPr="00F440EB">
        <w:rPr>
          <w:sz w:val="18"/>
          <w:szCs w:val="18"/>
        </w:rPr>
        <w:t xml:space="preserve">. </w:t>
      </w:r>
      <w:r w:rsidRPr="00F440EB">
        <w:rPr>
          <w:rFonts w:cs="Shruti"/>
          <w:sz w:val="18"/>
          <w:szCs w:val="18"/>
          <w:cs/>
          <w:lang w:bidi="gu-IN"/>
        </w:rPr>
        <w:t>શાળામાં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ઉપલબ્ધ</w:t>
      </w:r>
      <w:r w:rsidRPr="00F440EB">
        <w:rPr>
          <w:sz w:val="18"/>
          <w:szCs w:val="18"/>
        </w:rPr>
        <w:t xml:space="preserve"> MHM </w:t>
      </w:r>
      <w:r w:rsidRPr="00F440EB">
        <w:rPr>
          <w:rFonts w:cs="Shruti"/>
          <w:sz w:val="18"/>
          <w:szCs w:val="18"/>
          <w:cs/>
          <w:lang w:bidi="gu-IN"/>
        </w:rPr>
        <w:t>સંબંધિત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સુવિધાઓ</w:t>
      </w:r>
      <w:r w:rsidRPr="00F440EB">
        <w:rPr>
          <w:sz w:val="18"/>
          <w:szCs w:val="18"/>
        </w:rPr>
        <w:t>:</w:t>
      </w:r>
    </w:p>
    <w:p w14:paraId="5B9880A5" w14:textId="77777777" w:rsidR="00F440EB" w:rsidRPr="00F440EB" w:rsidRDefault="00F440EB" w:rsidP="00F440EB">
      <w:pPr>
        <w:pStyle w:val="ListNumber"/>
        <w:spacing w:after="0" w:line="240" w:lineRule="auto"/>
        <w:rPr>
          <w:sz w:val="18"/>
          <w:szCs w:val="18"/>
        </w:rPr>
      </w:pPr>
      <w:r w:rsidRPr="00F440EB">
        <w:rPr>
          <w:rFonts w:cs="Shruti"/>
          <w:sz w:val="18"/>
          <w:szCs w:val="18"/>
          <w:cs/>
          <w:lang w:bidi="gu-IN"/>
        </w:rPr>
        <w:t>કન્યાઓ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માટે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અલગ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શૌચાલય</w:t>
      </w:r>
      <w:r w:rsidRPr="00F440EB">
        <w:rPr>
          <w:sz w:val="18"/>
          <w:szCs w:val="18"/>
        </w:rPr>
        <w:t xml:space="preserve">: </w:t>
      </w:r>
      <w:r w:rsidRPr="00F440EB">
        <w:rPr>
          <w:rFonts w:cs="Shruti"/>
          <w:sz w:val="18"/>
          <w:szCs w:val="18"/>
          <w:cs/>
          <w:lang w:bidi="gu-IN"/>
        </w:rPr>
        <w:t>અંદરથી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લોક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કરી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શકાય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તેવું</w:t>
      </w:r>
      <w:r w:rsidRPr="00F440EB">
        <w:rPr>
          <w:sz w:val="18"/>
          <w:szCs w:val="18"/>
        </w:rPr>
        <w:t xml:space="preserve">, </w:t>
      </w:r>
      <w:r w:rsidRPr="00F440EB">
        <w:rPr>
          <w:rFonts w:cs="Shruti"/>
          <w:sz w:val="18"/>
          <w:szCs w:val="18"/>
          <w:cs/>
          <w:lang w:bidi="gu-IN"/>
        </w:rPr>
        <w:t>પૂરતા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પ્રકાશ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અને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૨૪</w:t>
      </w:r>
      <w:r w:rsidRPr="00F440EB">
        <w:rPr>
          <w:sz w:val="18"/>
          <w:szCs w:val="18"/>
        </w:rPr>
        <w:t>/</w:t>
      </w:r>
      <w:r w:rsidRPr="00F440EB">
        <w:rPr>
          <w:rFonts w:cs="Shruti"/>
          <w:sz w:val="18"/>
          <w:szCs w:val="18"/>
          <w:cs/>
          <w:lang w:bidi="gu-IN"/>
        </w:rPr>
        <w:t>૭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વહેતા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પાણીની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સુવિધાવાળું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અલાયદું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શૌચાલય</w:t>
      </w:r>
      <w:r w:rsidRPr="00F440EB">
        <w:rPr>
          <w:sz w:val="18"/>
          <w:szCs w:val="18"/>
        </w:rPr>
        <w:t>.</w:t>
      </w:r>
    </w:p>
    <w:p w14:paraId="048C3115" w14:textId="77777777" w:rsidR="00F440EB" w:rsidRPr="00F440EB" w:rsidRDefault="00F440EB" w:rsidP="00F440EB">
      <w:pPr>
        <w:pStyle w:val="ListNumber"/>
        <w:spacing w:after="0" w:line="240" w:lineRule="auto"/>
        <w:rPr>
          <w:sz w:val="18"/>
          <w:szCs w:val="18"/>
        </w:rPr>
      </w:pPr>
      <w:r w:rsidRPr="00F440EB">
        <w:rPr>
          <w:rFonts w:cs="Shruti"/>
          <w:sz w:val="18"/>
          <w:szCs w:val="18"/>
          <w:cs/>
          <w:lang w:bidi="gu-IN"/>
        </w:rPr>
        <w:t>હેન્ડવોશિંગ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સ્ટેશન</w:t>
      </w:r>
      <w:r w:rsidRPr="00F440EB">
        <w:rPr>
          <w:sz w:val="18"/>
          <w:szCs w:val="18"/>
        </w:rPr>
        <w:t xml:space="preserve">: </w:t>
      </w:r>
      <w:r w:rsidRPr="00F440EB">
        <w:rPr>
          <w:rFonts w:cs="Shruti"/>
          <w:sz w:val="18"/>
          <w:szCs w:val="18"/>
          <w:cs/>
          <w:lang w:bidi="gu-IN"/>
        </w:rPr>
        <w:t>સાબુ</w:t>
      </w:r>
      <w:r w:rsidRPr="00F440EB">
        <w:rPr>
          <w:sz w:val="18"/>
          <w:szCs w:val="18"/>
        </w:rPr>
        <w:t>/</w:t>
      </w:r>
      <w:r w:rsidRPr="00F440EB">
        <w:rPr>
          <w:rFonts w:cs="Shruti"/>
          <w:sz w:val="18"/>
          <w:szCs w:val="18"/>
          <w:cs/>
          <w:lang w:bidi="gu-IN"/>
        </w:rPr>
        <w:t>લિક્વિડ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હેન્ડવોશ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સાથે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હાથ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ધોવા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માટેની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યોગ્ય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સુવિધા</w:t>
      </w:r>
      <w:r w:rsidRPr="00F440EB">
        <w:rPr>
          <w:sz w:val="18"/>
          <w:szCs w:val="18"/>
        </w:rPr>
        <w:t>.</w:t>
      </w:r>
    </w:p>
    <w:p w14:paraId="11439EC4" w14:textId="77777777" w:rsidR="00F440EB" w:rsidRPr="00F440EB" w:rsidRDefault="00F440EB" w:rsidP="00F440EB">
      <w:pPr>
        <w:pStyle w:val="ListNumber"/>
        <w:spacing w:after="0" w:line="240" w:lineRule="auto"/>
        <w:rPr>
          <w:sz w:val="18"/>
          <w:szCs w:val="18"/>
        </w:rPr>
      </w:pPr>
      <w:r w:rsidRPr="00F440EB">
        <w:rPr>
          <w:rFonts w:cs="Shruti"/>
          <w:sz w:val="18"/>
          <w:szCs w:val="18"/>
          <w:cs/>
          <w:lang w:bidi="gu-IN"/>
        </w:rPr>
        <w:t>સેનિટરી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પેડ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બેંક</w:t>
      </w:r>
      <w:r w:rsidRPr="00F440EB">
        <w:rPr>
          <w:sz w:val="18"/>
          <w:szCs w:val="18"/>
        </w:rPr>
        <w:t xml:space="preserve">: </w:t>
      </w:r>
      <w:r w:rsidRPr="00F440EB">
        <w:rPr>
          <w:rFonts w:cs="Shruti"/>
          <w:sz w:val="18"/>
          <w:szCs w:val="18"/>
          <w:cs/>
          <w:lang w:bidi="gu-IN"/>
        </w:rPr>
        <w:t>શાળામાં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ઇમરજન્સી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ઉપયોગ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માટે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વિનામૂલ્યે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ઉપલબ્ધ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સેનિટરી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પેડનો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જથ્થો</w:t>
      </w:r>
      <w:r w:rsidRPr="00F440EB">
        <w:rPr>
          <w:sz w:val="18"/>
          <w:szCs w:val="18"/>
        </w:rPr>
        <w:t>.</w:t>
      </w:r>
    </w:p>
    <w:p w14:paraId="6A2E7827" w14:textId="77777777" w:rsidR="00F440EB" w:rsidRPr="00F440EB" w:rsidRDefault="00F440EB" w:rsidP="00F440EB">
      <w:pPr>
        <w:pStyle w:val="ListNumber"/>
        <w:spacing w:after="0" w:line="240" w:lineRule="auto"/>
        <w:rPr>
          <w:sz w:val="18"/>
          <w:szCs w:val="18"/>
        </w:rPr>
      </w:pPr>
      <w:r w:rsidRPr="00F440EB">
        <w:rPr>
          <w:rFonts w:cs="Shruti"/>
          <w:sz w:val="18"/>
          <w:szCs w:val="18"/>
          <w:cs/>
          <w:lang w:bidi="gu-IN"/>
        </w:rPr>
        <w:t>નિકાલ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વ્યવસ્થા</w:t>
      </w:r>
      <w:r w:rsidRPr="00F440EB">
        <w:rPr>
          <w:sz w:val="18"/>
          <w:szCs w:val="18"/>
        </w:rPr>
        <w:t xml:space="preserve">: </w:t>
      </w:r>
      <w:r w:rsidRPr="00F440EB">
        <w:rPr>
          <w:rFonts w:cs="Shruti"/>
          <w:sz w:val="18"/>
          <w:szCs w:val="18"/>
          <w:cs/>
          <w:lang w:bidi="gu-IN"/>
        </w:rPr>
        <w:t>શૌચાલયમાં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કવરવાળી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ડસ્ટબિન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અને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પેડ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સળગાવીને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સુરક્ષિત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નિકાલ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માટેનું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ઇન્સિનેરેટર</w:t>
      </w:r>
      <w:r w:rsidRPr="00F440EB">
        <w:rPr>
          <w:sz w:val="18"/>
          <w:szCs w:val="18"/>
        </w:rPr>
        <w:t>/</w:t>
      </w:r>
      <w:r w:rsidRPr="00F440EB">
        <w:rPr>
          <w:rFonts w:cs="Shruti"/>
          <w:sz w:val="18"/>
          <w:szCs w:val="18"/>
          <w:cs/>
          <w:lang w:bidi="gu-IN"/>
        </w:rPr>
        <w:t>ડીપ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પીટ</w:t>
      </w:r>
      <w:r w:rsidRPr="00F440EB">
        <w:rPr>
          <w:sz w:val="18"/>
          <w:szCs w:val="18"/>
        </w:rPr>
        <w:t>.</w:t>
      </w:r>
    </w:p>
    <w:p w14:paraId="13C45DCB" w14:textId="77777777" w:rsidR="00F440EB" w:rsidRPr="00F440EB" w:rsidRDefault="00F440EB" w:rsidP="00F440EB">
      <w:pPr>
        <w:pStyle w:val="Heading2"/>
        <w:spacing w:line="240" w:lineRule="auto"/>
        <w:rPr>
          <w:sz w:val="18"/>
          <w:szCs w:val="18"/>
        </w:rPr>
      </w:pPr>
      <w:r w:rsidRPr="00F440EB">
        <w:rPr>
          <w:rFonts w:cs="Shruti"/>
          <w:sz w:val="18"/>
          <w:szCs w:val="18"/>
          <w:cs/>
          <w:lang w:bidi="gu-IN"/>
        </w:rPr>
        <w:t>૪</w:t>
      </w:r>
      <w:r w:rsidRPr="00F440EB">
        <w:rPr>
          <w:sz w:val="18"/>
          <w:szCs w:val="18"/>
        </w:rPr>
        <w:t xml:space="preserve">. </w:t>
      </w:r>
      <w:r w:rsidRPr="00F440EB">
        <w:rPr>
          <w:rFonts w:cs="Shruti"/>
          <w:sz w:val="18"/>
          <w:szCs w:val="18"/>
          <w:cs/>
          <w:lang w:bidi="gu-IN"/>
        </w:rPr>
        <w:t>પરિણામ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અને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હકારાત્મક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અસર</w:t>
      </w:r>
      <w:r w:rsidRPr="00F440EB">
        <w:rPr>
          <w:sz w:val="18"/>
          <w:szCs w:val="18"/>
        </w:rPr>
        <w:t>:</w:t>
      </w:r>
    </w:p>
    <w:p w14:paraId="6F4EDE41" w14:textId="77777777" w:rsidR="00F440EB" w:rsidRPr="00F440EB" w:rsidRDefault="00F440EB" w:rsidP="00F440EB">
      <w:pPr>
        <w:pStyle w:val="ListBullet"/>
        <w:spacing w:after="0" w:line="240" w:lineRule="auto"/>
        <w:rPr>
          <w:sz w:val="18"/>
          <w:szCs w:val="18"/>
        </w:rPr>
      </w:pPr>
      <w:r w:rsidRPr="00F440EB">
        <w:rPr>
          <w:rFonts w:cs="Shruti"/>
          <w:sz w:val="18"/>
          <w:szCs w:val="18"/>
          <w:cs/>
          <w:lang w:bidi="gu-IN"/>
        </w:rPr>
        <w:t>વિદ્યાર્થિનીઓમાં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માસિક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ધર્મ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અંગેનો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સંકોચ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દૂર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થયો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અને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આત્મવિશ્વાસમાં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વધારો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થયો</w:t>
      </w:r>
      <w:r w:rsidRPr="00F440EB">
        <w:rPr>
          <w:sz w:val="18"/>
          <w:szCs w:val="18"/>
        </w:rPr>
        <w:t>.</w:t>
      </w:r>
    </w:p>
    <w:p w14:paraId="3FB15594" w14:textId="77777777" w:rsidR="00F440EB" w:rsidRPr="00F440EB" w:rsidRDefault="00F440EB" w:rsidP="00F440EB">
      <w:pPr>
        <w:pStyle w:val="ListBullet"/>
        <w:spacing w:after="0" w:line="240" w:lineRule="auto"/>
        <w:rPr>
          <w:sz w:val="18"/>
          <w:szCs w:val="18"/>
        </w:rPr>
      </w:pPr>
      <w:r w:rsidRPr="00F440EB">
        <w:rPr>
          <w:rFonts w:cs="Shruti"/>
          <w:sz w:val="18"/>
          <w:szCs w:val="18"/>
          <w:cs/>
          <w:lang w:bidi="gu-IN"/>
        </w:rPr>
        <w:t>માસિક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ધર્મના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દિવસો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દરમિયાન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કન્યાઓની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શાળામાં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ગેરહાજરીનું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પ્રમાણ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ઘટીને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નહિવત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થયું</w:t>
      </w:r>
      <w:r w:rsidRPr="00F440EB">
        <w:rPr>
          <w:sz w:val="18"/>
          <w:szCs w:val="18"/>
        </w:rPr>
        <w:t>.</w:t>
      </w:r>
    </w:p>
    <w:p w14:paraId="112CF33F" w14:textId="77777777" w:rsidR="00F440EB" w:rsidRDefault="00F440EB" w:rsidP="00F440EB">
      <w:pPr>
        <w:pStyle w:val="ListBullet"/>
        <w:spacing w:after="0" w:line="240" w:lineRule="auto"/>
        <w:rPr>
          <w:sz w:val="18"/>
          <w:szCs w:val="18"/>
        </w:rPr>
      </w:pPr>
      <w:r w:rsidRPr="00F440EB">
        <w:rPr>
          <w:rFonts w:cs="Shruti"/>
          <w:sz w:val="18"/>
          <w:szCs w:val="18"/>
          <w:cs/>
          <w:lang w:bidi="gu-IN"/>
        </w:rPr>
        <w:t>વિદ્યાર્થિનીઓ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શાળાની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અને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ઘરની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સ્વચ્છતા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પ્રત્યે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વધુ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જાગૃત</w:t>
      </w:r>
      <w:r w:rsidRPr="00F440EB">
        <w:rPr>
          <w:sz w:val="18"/>
          <w:szCs w:val="18"/>
        </w:rPr>
        <w:t xml:space="preserve"> </w:t>
      </w:r>
      <w:r w:rsidRPr="00F440EB">
        <w:rPr>
          <w:rFonts w:cs="Shruti"/>
          <w:sz w:val="18"/>
          <w:szCs w:val="18"/>
          <w:cs/>
          <w:lang w:bidi="gu-IN"/>
        </w:rPr>
        <w:t>બની</w:t>
      </w:r>
      <w:r w:rsidRPr="00F440EB">
        <w:rPr>
          <w:sz w:val="18"/>
          <w:szCs w:val="18"/>
        </w:rPr>
        <w:t>.</w:t>
      </w:r>
    </w:p>
    <w:p w14:paraId="047C819F" w14:textId="77777777" w:rsidR="00A00EB9" w:rsidRPr="00F440EB" w:rsidRDefault="00A00EB9" w:rsidP="00F440EB">
      <w:pPr>
        <w:pStyle w:val="ListBullet"/>
        <w:spacing w:after="0" w:line="240" w:lineRule="auto"/>
        <w:rPr>
          <w:sz w:val="18"/>
          <w:szCs w:val="18"/>
        </w:rPr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4320"/>
        <w:gridCol w:w="5002"/>
      </w:tblGrid>
      <w:tr w:rsidR="00F440EB" w:rsidRPr="00F440EB" w14:paraId="61C14FB0" w14:textId="77777777" w:rsidTr="00610CA1">
        <w:tc>
          <w:tcPr>
            <w:tcW w:w="4320" w:type="dxa"/>
          </w:tcPr>
          <w:p w14:paraId="37855A0C" w14:textId="77777777" w:rsidR="00F440EB" w:rsidRDefault="00F440EB" w:rsidP="00F440EB">
            <w:pPr>
              <w:spacing w:after="0" w:line="240" w:lineRule="auto"/>
              <w:rPr>
                <w:sz w:val="18"/>
                <w:szCs w:val="18"/>
              </w:rPr>
            </w:pPr>
            <w:r w:rsidRPr="00F440EB">
              <w:rPr>
                <w:rFonts w:cs="Shruti"/>
                <w:sz w:val="18"/>
                <w:szCs w:val="18"/>
                <w:cs/>
                <w:lang w:bidi="gu-IN"/>
              </w:rPr>
              <w:t>માર્ગદર્શક</w:t>
            </w:r>
            <w:r w:rsidRPr="00F440EB">
              <w:rPr>
                <w:sz w:val="18"/>
                <w:szCs w:val="18"/>
              </w:rPr>
              <w:t xml:space="preserve"> </w:t>
            </w:r>
            <w:r w:rsidRPr="00F440EB">
              <w:rPr>
                <w:rFonts w:cs="Shruti"/>
                <w:sz w:val="18"/>
                <w:szCs w:val="18"/>
                <w:cs/>
                <w:lang w:bidi="gu-IN"/>
              </w:rPr>
              <w:t>શિક્ષિકાશ્રીની</w:t>
            </w:r>
            <w:r w:rsidRPr="00F440EB">
              <w:rPr>
                <w:sz w:val="18"/>
                <w:szCs w:val="18"/>
              </w:rPr>
              <w:t xml:space="preserve"> </w:t>
            </w:r>
            <w:r w:rsidRPr="00F440EB">
              <w:rPr>
                <w:rFonts w:cs="Shruti"/>
                <w:sz w:val="18"/>
                <w:szCs w:val="18"/>
                <w:cs/>
                <w:lang w:bidi="gu-IN"/>
              </w:rPr>
              <w:t>સહી</w:t>
            </w:r>
            <w:r w:rsidRPr="00F440EB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…….</w:t>
            </w:r>
            <w:r w:rsidRPr="00F440EB">
              <w:rPr>
                <w:sz w:val="18"/>
                <w:szCs w:val="18"/>
              </w:rPr>
              <w:br/>
            </w:r>
            <w:r w:rsidRPr="00F440EB">
              <w:rPr>
                <w:sz w:val="18"/>
                <w:szCs w:val="18"/>
              </w:rPr>
              <w:br/>
            </w:r>
          </w:p>
          <w:p w14:paraId="11DC5B6C" w14:textId="77777777" w:rsidR="00610CA1" w:rsidRDefault="00610CA1" w:rsidP="00F440EB">
            <w:pPr>
              <w:spacing w:after="0" w:line="240" w:lineRule="auto"/>
              <w:rPr>
                <w:sz w:val="18"/>
                <w:szCs w:val="18"/>
              </w:rPr>
            </w:pPr>
          </w:p>
          <w:p w14:paraId="4DAC08A3" w14:textId="77777777" w:rsidR="00610CA1" w:rsidRDefault="00610CA1" w:rsidP="00F440EB">
            <w:pPr>
              <w:spacing w:after="0" w:line="240" w:lineRule="auto"/>
              <w:rPr>
                <w:sz w:val="18"/>
                <w:szCs w:val="18"/>
              </w:rPr>
            </w:pPr>
          </w:p>
          <w:p w14:paraId="5BD43D37" w14:textId="77777777" w:rsidR="00610CA1" w:rsidRDefault="00610CA1" w:rsidP="00F440EB">
            <w:pPr>
              <w:spacing w:after="0" w:line="240" w:lineRule="auto"/>
              <w:rPr>
                <w:sz w:val="18"/>
                <w:szCs w:val="18"/>
              </w:rPr>
            </w:pPr>
          </w:p>
          <w:p w14:paraId="783D4550" w14:textId="77777777" w:rsidR="00610CA1" w:rsidRDefault="00610CA1" w:rsidP="00F440EB">
            <w:pPr>
              <w:spacing w:after="0" w:line="240" w:lineRule="auto"/>
              <w:rPr>
                <w:sz w:val="18"/>
                <w:szCs w:val="18"/>
              </w:rPr>
            </w:pPr>
          </w:p>
          <w:p w14:paraId="61990233" w14:textId="77777777" w:rsidR="00610CA1" w:rsidRDefault="00610CA1" w:rsidP="00F440EB">
            <w:pPr>
              <w:spacing w:after="0" w:line="240" w:lineRule="auto"/>
              <w:rPr>
                <w:sz w:val="18"/>
                <w:szCs w:val="18"/>
              </w:rPr>
            </w:pPr>
          </w:p>
          <w:p w14:paraId="45F64D59" w14:textId="77777777" w:rsidR="00610CA1" w:rsidRDefault="00610CA1" w:rsidP="00F440EB">
            <w:pPr>
              <w:spacing w:after="0" w:line="240" w:lineRule="auto"/>
              <w:rPr>
                <w:sz w:val="18"/>
                <w:szCs w:val="18"/>
              </w:rPr>
            </w:pPr>
          </w:p>
          <w:p w14:paraId="15021B9D" w14:textId="77777777" w:rsidR="00610CA1" w:rsidRPr="00F440EB" w:rsidRDefault="00610CA1" w:rsidP="00F440EB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002" w:type="dxa"/>
          </w:tcPr>
          <w:p w14:paraId="0CEA0611" w14:textId="77777777" w:rsidR="00610CA1" w:rsidRDefault="00F440EB" w:rsidP="00F440EB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F440EB">
              <w:rPr>
                <w:rFonts w:cs="Shruti"/>
                <w:sz w:val="18"/>
                <w:szCs w:val="18"/>
                <w:cs/>
                <w:lang w:bidi="gu-IN"/>
              </w:rPr>
              <w:lastRenderedPageBreak/>
              <w:t>આચાર્યશ્રીની</w:t>
            </w:r>
            <w:r w:rsidRPr="00F440EB">
              <w:rPr>
                <w:sz w:val="18"/>
                <w:szCs w:val="18"/>
              </w:rPr>
              <w:t xml:space="preserve"> </w:t>
            </w:r>
            <w:r w:rsidRPr="00F440EB">
              <w:rPr>
                <w:rFonts w:cs="Shruti"/>
                <w:sz w:val="18"/>
                <w:szCs w:val="18"/>
                <w:cs/>
                <w:lang w:bidi="gu-IN"/>
              </w:rPr>
              <w:t>સહી</w:t>
            </w:r>
            <w:r w:rsidRPr="00F440EB">
              <w:rPr>
                <w:sz w:val="18"/>
                <w:szCs w:val="18"/>
              </w:rPr>
              <w:t xml:space="preserve"> </w:t>
            </w:r>
            <w:r w:rsidRPr="00F440EB">
              <w:rPr>
                <w:rFonts w:cs="Shruti"/>
                <w:sz w:val="18"/>
                <w:szCs w:val="18"/>
                <w:cs/>
                <w:lang w:bidi="gu-IN"/>
              </w:rPr>
              <w:t>અને</w:t>
            </w:r>
            <w:r w:rsidRPr="00F440EB">
              <w:rPr>
                <w:sz w:val="18"/>
                <w:szCs w:val="18"/>
              </w:rPr>
              <w:t xml:space="preserve"> </w:t>
            </w:r>
            <w:r w:rsidRPr="00F440EB">
              <w:rPr>
                <w:rFonts w:cs="Shruti"/>
                <w:sz w:val="18"/>
                <w:szCs w:val="18"/>
                <w:cs/>
                <w:lang w:bidi="gu-IN"/>
              </w:rPr>
              <w:t>સિક્કો</w:t>
            </w:r>
            <w:r w:rsidRPr="00F440EB">
              <w:rPr>
                <w:sz w:val="18"/>
                <w:szCs w:val="18"/>
              </w:rPr>
              <w:t>:</w:t>
            </w:r>
            <w:r w:rsidRPr="00F440EB">
              <w:rPr>
                <w:sz w:val="18"/>
                <w:szCs w:val="18"/>
              </w:rPr>
              <w:br/>
            </w:r>
          </w:p>
          <w:p w14:paraId="08F77E37" w14:textId="77777777" w:rsidR="00610CA1" w:rsidRDefault="00610CA1" w:rsidP="00F440EB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  <w:p w14:paraId="19B1B4C3" w14:textId="77777777" w:rsidR="00610CA1" w:rsidRDefault="00610CA1" w:rsidP="00F440EB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  <w:p w14:paraId="517059D5" w14:textId="77777777" w:rsidR="00610CA1" w:rsidRDefault="00610CA1" w:rsidP="00F440EB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  <w:p w14:paraId="5E3314AC" w14:textId="77777777" w:rsidR="00610CA1" w:rsidRDefault="00610CA1" w:rsidP="00F440EB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  <w:p w14:paraId="68ACF195" w14:textId="77777777" w:rsidR="00610CA1" w:rsidRDefault="00610CA1" w:rsidP="00F440EB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  <w:p w14:paraId="4DBCDEEF" w14:textId="77777777" w:rsidR="00F440EB" w:rsidRPr="00F440EB" w:rsidRDefault="00F440EB" w:rsidP="00610CA1">
            <w:pPr>
              <w:spacing w:after="0" w:line="240" w:lineRule="auto"/>
              <w:ind w:left="3902" w:firstLine="51"/>
              <w:jc w:val="right"/>
              <w:rPr>
                <w:sz w:val="18"/>
                <w:szCs w:val="18"/>
              </w:rPr>
            </w:pPr>
            <w:r w:rsidRPr="00F440EB">
              <w:rPr>
                <w:sz w:val="18"/>
                <w:szCs w:val="18"/>
              </w:rPr>
              <w:br/>
            </w:r>
            <w:r w:rsidRPr="00F440EB">
              <w:rPr>
                <w:sz w:val="18"/>
                <w:szCs w:val="18"/>
              </w:rPr>
              <w:br/>
            </w:r>
            <w:r w:rsidRPr="00F440EB">
              <w:rPr>
                <w:sz w:val="18"/>
                <w:szCs w:val="18"/>
              </w:rPr>
              <w:lastRenderedPageBreak/>
              <w:br/>
            </w:r>
          </w:p>
        </w:tc>
      </w:tr>
    </w:tbl>
    <w:p w14:paraId="4A80AAF9" w14:textId="2CCCDF47" w:rsidR="00B36C4E" w:rsidRDefault="002546D1" w:rsidP="0003495A">
      <w:pPr>
        <w:spacing w:after="0" w:line="240" w:lineRule="auto"/>
        <w:rPr>
          <w:rFonts w:cs="Shruti"/>
          <w:b/>
          <w:u w:val="single"/>
          <w:lang w:val="en-IN" w:bidi="gu-IN"/>
        </w:rPr>
      </w:pPr>
      <w:r>
        <w:rPr>
          <w:rFonts w:cs="Shruti" w:hint="cs"/>
          <w:sz w:val="28"/>
          <w:szCs w:val="28"/>
          <w:u w:val="single"/>
          <w:cs/>
          <w:lang w:bidi="gu-IN"/>
        </w:rPr>
        <w:lastRenderedPageBreak/>
        <w:t>ઢાંકણ્રીયાવાસ પ્રાથમિક શાળા તા- લાખણી જિલ્લો - વાવ-થરાદ ડાયસ કોડ: 24021300207</w:t>
      </w:r>
    </w:p>
    <w:p w14:paraId="366D03C6" w14:textId="77777777" w:rsidR="002D45C8" w:rsidRDefault="00D957B6" w:rsidP="00D957B6">
      <w:pPr>
        <w:tabs>
          <w:tab w:val="left" w:pos="2835"/>
        </w:tabs>
        <w:spacing w:line="240" w:lineRule="auto"/>
        <w:jc w:val="center"/>
        <w:rPr>
          <w:rFonts w:cs="Shruti"/>
          <w:bCs/>
          <w:sz w:val="24"/>
          <w:szCs w:val="24"/>
          <w:u w:val="single"/>
          <w:lang w:bidi="gu-IN"/>
        </w:rPr>
      </w:pPr>
      <w:r w:rsidRPr="00D957B6">
        <w:rPr>
          <w:rFonts w:cs="Shruti"/>
          <w:bCs/>
          <w:sz w:val="24"/>
          <w:szCs w:val="24"/>
          <w:u w:val="single"/>
          <w:cs/>
          <w:lang w:bidi="gu-IN"/>
        </w:rPr>
        <w:t xml:space="preserve">બાળ સુરક્ષા સમિતિ અને તેણે કરેલ કાર્યોની વિગત </w:t>
      </w:r>
      <w:r w:rsidRPr="00D957B6">
        <w:rPr>
          <w:rFonts w:cs="Shruti"/>
          <w:bCs/>
          <w:sz w:val="24"/>
          <w:szCs w:val="24"/>
          <w:u w:val="single"/>
        </w:rPr>
        <w:t xml:space="preserve">– </w:t>
      </w:r>
      <w:r w:rsidRPr="00D957B6">
        <w:rPr>
          <w:rFonts w:cs="Shruti"/>
          <w:bCs/>
          <w:sz w:val="24"/>
          <w:szCs w:val="24"/>
          <w:u w:val="single"/>
          <w:cs/>
          <w:lang w:bidi="gu-IN"/>
        </w:rPr>
        <w:t>અહેવાલ</w:t>
      </w:r>
    </w:p>
    <w:p w14:paraId="0F368C4A" w14:textId="618A762E" w:rsidR="00B43400" w:rsidRPr="004728E1" w:rsidRDefault="00B43400" w:rsidP="004728E1">
      <w:pPr>
        <w:pStyle w:val="Heading1"/>
        <w:spacing w:line="240" w:lineRule="auto"/>
        <w:rPr>
          <w:b w:val="0"/>
          <w:bCs w:val="0"/>
          <w:color w:val="auto"/>
          <w:sz w:val="20"/>
          <w:szCs w:val="20"/>
        </w:rPr>
      </w:pPr>
      <w:r>
        <w:rPr>
          <w:rFonts w:cs="Shruti"/>
          <w:cs/>
          <w:lang w:bidi="gu-IN"/>
        </w:rPr>
        <w:t>બાળ</w:t>
      </w:r>
      <w:r>
        <w:t xml:space="preserve"> </w:t>
      </w:r>
      <w:r>
        <w:rPr>
          <w:rFonts w:cs="Shruti"/>
          <w:cs/>
          <w:lang w:bidi="gu-IN"/>
        </w:rPr>
        <w:t>સુરક્ષા</w:t>
      </w:r>
      <w:r>
        <w:t xml:space="preserve"> </w:t>
      </w:r>
      <w:r>
        <w:rPr>
          <w:rFonts w:cs="Shruti"/>
          <w:cs/>
          <w:lang w:bidi="gu-IN"/>
        </w:rPr>
        <w:t>સમિતિ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તેણે</w:t>
      </w:r>
      <w:r>
        <w:t xml:space="preserve"> </w:t>
      </w:r>
      <w:r>
        <w:rPr>
          <w:rFonts w:cs="Shruti"/>
          <w:cs/>
          <w:lang w:bidi="gu-IN"/>
        </w:rPr>
        <w:t>કરેલ</w:t>
      </w:r>
      <w:r>
        <w:t xml:space="preserve"> </w:t>
      </w:r>
      <w:r>
        <w:rPr>
          <w:rFonts w:cs="Shruti"/>
          <w:cs/>
          <w:lang w:bidi="gu-IN"/>
        </w:rPr>
        <w:t>કાર્યોનો</w:t>
      </w:r>
      <w:r>
        <w:t xml:space="preserve"> </w:t>
      </w:r>
      <w:r>
        <w:rPr>
          <w:rFonts w:cs="Shruti"/>
          <w:cs/>
          <w:lang w:bidi="gu-IN"/>
        </w:rPr>
        <w:t>અહેવાલ</w:t>
      </w:r>
      <w:r>
        <w:br/>
      </w:r>
      <w:r w:rsidRPr="004728E1">
        <w:rPr>
          <w:rFonts w:cs="Shruti"/>
          <w:b w:val="0"/>
          <w:bCs w:val="0"/>
          <w:color w:val="auto"/>
          <w:sz w:val="20"/>
          <w:szCs w:val="20"/>
          <w:cs/>
          <w:lang w:bidi="gu-IN"/>
        </w:rPr>
        <w:t>શાળામાં</w:t>
      </w:r>
      <w:r w:rsidRPr="004728E1">
        <w:rPr>
          <w:b w:val="0"/>
          <w:bCs w:val="0"/>
          <w:color w:val="auto"/>
          <w:sz w:val="20"/>
          <w:szCs w:val="20"/>
        </w:rPr>
        <w:t xml:space="preserve"> </w:t>
      </w:r>
      <w:r w:rsidRPr="004728E1">
        <w:rPr>
          <w:rFonts w:cs="Shruti"/>
          <w:b w:val="0"/>
          <w:bCs w:val="0"/>
          <w:color w:val="auto"/>
          <w:sz w:val="20"/>
          <w:szCs w:val="20"/>
          <w:cs/>
          <w:lang w:bidi="gu-IN"/>
        </w:rPr>
        <w:t>અભ્યાસ</w:t>
      </w:r>
      <w:r w:rsidRPr="004728E1">
        <w:rPr>
          <w:b w:val="0"/>
          <w:bCs w:val="0"/>
          <w:color w:val="auto"/>
          <w:sz w:val="20"/>
          <w:szCs w:val="20"/>
        </w:rPr>
        <w:t xml:space="preserve"> </w:t>
      </w:r>
      <w:r w:rsidRPr="004728E1">
        <w:rPr>
          <w:rFonts w:cs="Shruti"/>
          <w:b w:val="0"/>
          <w:bCs w:val="0"/>
          <w:color w:val="auto"/>
          <w:sz w:val="20"/>
          <w:szCs w:val="20"/>
          <w:cs/>
          <w:lang w:bidi="gu-IN"/>
        </w:rPr>
        <w:t>કરતા</w:t>
      </w:r>
      <w:r w:rsidRPr="004728E1">
        <w:rPr>
          <w:b w:val="0"/>
          <w:bCs w:val="0"/>
          <w:color w:val="auto"/>
          <w:sz w:val="20"/>
          <w:szCs w:val="20"/>
        </w:rPr>
        <w:t xml:space="preserve"> </w:t>
      </w:r>
      <w:r w:rsidRPr="004728E1">
        <w:rPr>
          <w:rFonts w:cs="Shruti"/>
          <w:b w:val="0"/>
          <w:bCs w:val="0"/>
          <w:color w:val="auto"/>
          <w:sz w:val="20"/>
          <w:szCs w:val="20"/>
          <w:cs/>
          <w:lang w:bidi="gu-IN"/>
        </w:rPr>
        <w:t>તમામ</w:t>
      </w:r>
      <w:r w:rsidRPr="004728E1">
        <w:rPr>
          <w:b w:val="0"/>
          <w:bCs w:val="0"/>
          <w:color w:val="auto"/>
          <w:sz w:val="20"/>
          <w:szCs w:val="20"/>
        </w:rPr>
        <w:t xml:space="preserve"> </w:t>
      </w:r>
      <w:r w:rsidRPr="004728E1">
        <w:rPr>
          <w:rFonts w:cs="Shruti"/>
          <w:b w:val="0"/>
          <w:bCs w:val="0"/>
          <w:color w:val="auto"/>
          <w:sz w:val="20"/>
          <w:szCs w:val="20"/>
          <w:cs/>
          <w:lang w:bidi="gu-IN"/>
        </w:rPr>
        <w:t>વિદ્યાર્થીઓની</w:t>
      </w:r>
      <w:r w:rsidRPr="004728E1">
        <w:rPr>
          <w:b w:val="0"/>
          <w:bCs w:val="0"/>
          <w:color w:val="auto"/>
          <w:sz w:val="20"/>
          <w:szCs w:val="20"/>
        </w:rPr>
        <w:t xml:space="preserve"> </w:t>
      </w:r>
      <w:r w:rsidRPr="004728E1">
        <w:rPr>
          <w:rFonts w:cs="Shruti"/>
          <w:b w:val="0"/>
          <w:bCs w:val="0"/>
          <w:color w:val="auto"/>
          <w:sz w:val="20"/>
          <w:szCs w:val="20"/>
          <w:cs/>
          <w:lang w:bidi="gu-IN"/>
        </w:rPr>
        <w:t>શારીરિક</w:t>
      </w:r>
      <w:r w:rsidRPr="004728E1">
        <w:rPr>
          <w:b w:val="0"/>
          <w:bCs w:val="0"/>
          <w:color w:val="auto"/>
          <w:sz w:val="20"/>
          <w:szCs w:val="20"/>
        </w:rPr>
        <w:t xml:space="preserve">, </w:t>
      </w:r>
      <w:r w:rsidRPr="004728E1">
        <w:rPr>
          <w:rFonts w:cs="Shruti"/>
          <w:b w:val="0"/>
          <w:bCs w:val="0"/>
          <w:color w:val="auto"/>
          <w:sz w:val="20"/>
          <w:szCs w:val="20"/>
          <w:cs/>
          <w:lang w:bidi="gu-IN"/>
        </w:rPr>
        <w:t>માનસિક</w:t>
      </w:r>
      <w:r w:rsidRPr="004728E1">
        <w:rPr>
          <w:b w:val="0"/>
          <w:bCs w:val="0"/>
          <w:color w:val="auto"/>
          <w:sz w:val="20"/>
          <w:szCs w:val="20"/>
        </w:rPr>
        <w:t xml:space="preserve"> </w:t>
      </w:r>
      <w:r w:rsidRPr="004728E1">
        <w:rPr>
          <w:rFonts w:cs="Shruti"/>
          <w:b w:val="0"/>
          <w:bCs w:val="0"/>
          <w:color w:val="auto"/>
          <w:sz w:val="20"/>
          <w:szCs w:val="20"/>
          <w:cs/>
          <w:lang w:bidi="gu-IN"/>
        </w:rPr>
        <w:t>અને</w:t>
      </w:r>
      <w:r w:rsidRPr="004728E1">
        <w:rPr>
          <w:b w:val="0"/>
          <w:bCs w:val="0"/>
          <w:color w:val="auto"/>
          <w:sz w:val="20"/>
          <w:szCs w:val="20"/>
        </w:rPr>
        <w:t xml:space="preserve"> </w:t>
      </w:r>
      <w:r w:rsidRPr="004728E1">
        <w:rPr>
          <w:rFonts w:cs="Shruti"/>
          <w:b w:val="0"/>
          <w:bCs w:val="0"/>
          <w:color w:val="auto"/>
          <w:sz w:val="20"/>
          <w:szCs w:val="20"/>
          <w:cs/>
          <w:lang w:bidi="gu-IN"/>
        </w:rPr>
        <w:t>ભાવનાત્મક</w:t>
      </w:r>
      <w:r w:rsidRPr="004728E1">
        <w:rPr>
          <w:b w:val="0"/>
          <w:bCs w:val="0"/>
          <w:color w:val="auto"/>
          <w:sz w:val="20"/>
          <w:szCs w:val="20"/>
        </w:rPr>
        <w:t xml:space="preserve"> </w:t>
      </w:r>
      <w:r w:rsidRPr="004728E1">
        <w:rPr>
          <w:rFonts w:cs="Shruti"/>
          <w:b w:val="0"/>
          <w:bCs w:val="0"/>
          <w:color w:val="auto"/>
          <w:sz w:val="20"/>
          <w:szCs w:val="20"/>
          <w:cs/>
          <w:lang w:bidi="gu-IN"/>
        </w:rPr>
        <w:t>સુરક્ષા</w:t>
      </w:r>
      <w:r w:rsidRPr="004728E1">
        <w:rPr>
          <w:b w:val="0"/>
          <w:bCs w:val="0"/>
          <w:color w:val="auto"/>
          <w:sz w:val="20"/>
          <w:szCs w:val="20"/>
        </w:rPr>
        <w:t xml:space="preserve"> </w:t>
      </w:r>
      <w:r w:rsidRPr="004728E1">
        <w:rPr>
          <w:rFonts w:cs="Shruti"/>
          <w:b w:val="0"/>
          <w:bCs w:val="0"/>
          <w:color w:val="auto"/>
          <w:sz w:val="20"/>
          <w:szCs w:val="20"/>
          <w:cs/>
          <w:lang w:bidi="gu-IN"/>
        </w:rPr>
        <w:t>સુનિશ્ચિત</w:t>
      </w:r>
      <w:r w:rsidRPr="004728E1">
        <w:rPr>
          <w:b w:val="0"/>
          <w:bCs w:val="0"/>
          <w:color w:val="auto"/>
          <w:sz w:val="20"/>
          <w:szCs w:val="20"/>
        </w:rPr>
        <w:t xml:space="preserve"> </w:t>
      </w:r>
      <w:r w:rsidRPr="004728E1">
        <w:rPr>
          <w:rFonts w:cs="Shruti"/>
          <w:b w:val="0"/>
          <w:bCs w:val="0"/>
          <w:color w:val="auto"/>
          <w:sz w:val="20"/>
          <w:szCs w:val="20"/>
          <w:cs/>
          <w:lang w:bidi="gu-IN"/>
        </w:rPr>
        <w:t>કરવા</w:t>
      </w:r>
      <w:r w:rsidRPr="004728E1">
        <w:rPr>
          <w:b w:val="0"/>
          <w:bCs w:val="0"/>
          <w:color w:val="auto"/>
          <w:sz w:val="20"/>
          <w:szCs w:val="20"/>
        </w:rPr>
        <w:t xml:space="preserve"> </w:t>
      </w:r>
      <w:r w:rsidRPr="004728E1">
        <w:rPr>
          <w:rFonts w:cs="Shruti"/>
          <w:b w:val="0"/>
          <w:bCs w:val="0"/>
          <w:color w:val="auto"/>
          <w:sz w:val="20"/>
          <w:szCs w:val="20"/>
          <w:cs/>
          <w:lang w:bidi="gu-IN"/>
        </w:rPr>
        <w:t>તેમજ</w:t>
      </w:r>
      <w:r w:rsidRPr="004728E1">
        <w:rPr>
          <w:b w:val="0"/>
          <w:bCs w:val="0"/>
          <w:color w:val="auto"/>
          <w:sz w:val="20"/>
          <w:szCs w:val="20"/>
        </w:rPr>
        <w:t xml:space="preserve"> POCSO </w:t>
      </w:r>
      <w:r w:rsidRPr="004728E1">
        <w:rPr>
          <w:rFonts w:cs="Shruti"/>
          <w:b w:val="0"/>
          <w:bCs w:val="0"/>
          <w:color w:val="auto"/>
          <w:sz w:val="20"/>
          <w:szCs w:val="20"/>
          <w:cs/>
          <w:lang w:bidi="gu-IN"/>
        </w:rPr>
        <w:t>એક્ટ</w:t>
      </w:r>
      <w:r w:rsidRPr="004728E1">
        <w:rPr>
          <w:b w:val="0"/>
          <w:bCs w:val="0"/>
          <w:color w:val="auto"/>
          <w:sz w:val="20"/>
          <w:szCs w:val="20"/>
        </w:rPr>
        <w:t>-</w:t>
      </w:r>
      <w:r w:rsidRPr="004728E1">
        <w:rPr>
          <w:rFonts w:cs="Shruti"/>
          <w:b w:val="0"/>
          <w:bCs w:val="0"/>
          <w:color w:val="auto"/>
          <w:sz w:val="20"/>
          <w:szCs w:val="20"/>
          <w:cs/>
          <w:lang w:bidi="gu-IN"/>
        </w:rPr>
        <w:t>૨૦૧૨</w:t>
      </w:r>
      <w:r w:rsidRPr="004728E1">
        <w:rPr>
          <w:b w:val="0"/>
          <w:bCs w:val="0"/>
          <w:color w:val="auto"/>
          <w:sz w:val="20"/>
          <w:szCs w:val="20"/>
        </w:rPr>
        <w:t xml:space="preserve"> </w:t>
      </w:r>
      <w:r w:rsidRPr="004728E1">
        <w:rPr>
          <w:rFonts w:cs="Shruti"/>
          <w:b w:val="0"/>
          <w:bCs w:val="0"/>
          <w:color w:val="auto"/>
          <w:sz w:val="20"/>
          <w:szCs w:val="20"/>
          <w:cs/>
          <w:lang w:bidi="gu-IN"/>
        </w:rPr>
        <w:t>અને</w:t>
      </w:r>
      <w:r w:rsidRPr="004728E1">
        <w:rPr>
          <w:b w:val="0"/>
          <w:bCs w:val="0"/>
          <w:color w:val="auto"/>
          <w:sz w:val="20"/>
          <w:szCs w:val="20"/>
        </w:rPr>
        <w:t xml:space="preserve"> </w:t>
      </w:r>
      <w:r w:rsidRPr="004728E1">
        <w:rPr>
          <w:rFonts w:cs="Shruti"/>
          <w:b w:val="0"/>
          <w:bCs w:val="0"/>
          <w:color w:val="auto"/>
          <w:sz w:val="20"/>
          <w:szCs w:val="20"/>
          <w:cs/>
          <w:lang w:bidi="gu-IN"/>
        </w:rPr>
        <w:t>રાઈટ</w:t>
      </w:r>
      <w:r w:rsidRPr="004728E1">
        <w:rPr>
          <w:b w:val="0"/>
          <w:bCs w:val="0"/>
          <w:color w:val="auto"/>
          <w:sz w:val="20"/>
          <w:szCs w:val="20"/>
        </w:rPr>
        <w:t xml:space="preserve"> </w:t>
      </w:r>
      <w:r w:rsidRPr="004728E1">
        <w:rPr>
          <w:rFonts w:cs="Shruti"/>
          <w:b w:val="0"/>
          <w:bCs w:val="0"/>
          <w:color w:val="auto"/>
          <w:sz w:val="20"/>
          <w:szCs w:val="20"/>
          <w:cs/>
          <w:lang w:bidi="gu-IN"/>
        </w:rPr>
        <w:t>ટુ</w:t>
      </w:r>
      <w:r w:rsidRPr="004728E1">
        <w:rPr>
          <w:b w:val="0"/>
          <w:bCs w:val="0"/>
          <w:color w:val="auto"/>
          <w:sz w:val="20"/>
          <w:szCs w:val="20"/>
        </w:rPr>
        <w:t xml:space="preserve"> </w:t>
      </w:r>
      <w:r w:rsidRPr="004728E1">
        <w:rPr>
          <w:rFonts w:cs="Shruti"/>
          <w:b w:val="0"/>
          <w:bCs w:val="0"/>
          <w:color w:val="auto"/>
          <w:sz w:val="20"/>
          <w:szCs w:val="20"/>
          <w:cs/>
          <w:lang w:bidi="gu-IN"/>
        </w:rPr>
        <w:t>એજ્યુકેશન</w:t>
      </w:r>
      <w:r w:rsidRPr="004728E1">
        <w:rPr>
          <w:b w:val="0"/>
          <w:bCs w:val="0"/>
          <w:color w:val="auto"/>
          <w:sz w:val="20"/>
          <w:szCs w:val="20"/>
        </w:rPr>
        <w:t xml:space="preserve"> (RTE) </w:t>
      </w:r>
      <w:r w:rsidRPr="004728E1">
        <w:rPr>
          <w:rFonts w:cs="Shruti"/>
          <w:b w:val="0"/>
          <w:bCs w:val="0"/>
          <w:color w:val="auto"/>
          <w:sz w:val="20"/>
          <w:szCs w:val="20"/>
          <w:cs/>
          <w:lang w:bidi="gu-IN"/>
        </w:rPr>
        <w:t>ની</w:t>
      </w:r>
      <w:r w:rsidRPr="004728E1">
        <w:rPr>
          <w:b w:val="0"/>
          <w:bCs w:val="0"/>
          <w:color w:val="auto"/>
          <w:sz w:val="20"/>
          <w:szCs w:val="20"/>
        </w:rPr>
        <w:t xml:space="preserve"> </w:t>
      </w:r>
      <w:r w:rsidRPr="004728E1">
        <w:rPr>
          <w:rFonts w:cs="Shruti"/>
          <w:b w:val="0"/>
          <w:bCs w:val="0"/>
          <w:color w:val="auto"/>
          <w:sz w:val="20"/>
          <w:szCs w:val="20"/>
          <w:cs/>
          <w:lang w:bidi="gu-IN"/>
        </w:rPr>
        <w:t>જોગવાઈઓનું</w:t>
      </w:r>
      <w:r w:rsidRPr="004728E1">
        <w:rPr>
          <w:b w:val="0"/>
          <w:bCs w:val="0"/>
          <w:color w:val="auto"/>
          <w:sz w:val="20"/>
          <w:szCs w:val="20"/>
        </w:rPr>
        <w:t xml:space="preserve"> </w:t>
      </w:r>
      <w:r w:rsidRPr="004728E1">
        <w:rPr>
          <w:rFonts w:cs="Shruti"/>
          <w:b w:val="0"/>
          <w:bCs w:val="0"/>
          <w:color w:val="auto"/>
          <w:sz w:val="20"/>
          <w:szCs w:val="20"/>
          <w:cs/>
          <w:lang w:bidi="gu-IN"/>
        </w:rPr>
        <w:t>પાલન</w:t>
      </w:r>
      <w:r w:rsidRPr="004728E1">
        <w:rPr>
          <w:b w:val="0"/>
          <w:bCs w:val="0"/>
          <w:color w:val="auto"/>
          <w:sz w:val="20"/>
          <w:szCs w:val="20"/>
        </w:rPr>
        <w:t xml:space="preserve"> </w:t>
      </w:r>
      <w:r w:rsidRPr="004728E1">
        <w:rPr>
          <w:rFonts w:cs="Shruti"/>
          <w:b w:val="0"/>
          <w:bCs w:val="0"/>
          <w:color w:val="auto"/>
          <w:sz w:val="20"/>
          <w:szCs w:val="20"/>
          <w:cs/>
          <w:lang w:bidi="gu-IN"/>
        </w:rPr>
        <w:t>કરવા</w:t>
      </w:r>
      <w:r w:rsidRPr="004728E1">
        <w:rPr>
          <w:b w:val="0"/>
          <w:bCs w:val="0"/>
          <w:color w:val="auto"/>
          <w:sz w:val="20"/>
          <w:szCs w:val="20"/>
        </w:rPr>
        <w:t xml:space="preserve"> </w:t>
      </w:r>
      <w:r w:rsidRPr="004728E1">
        <w:rPr>
          <w:rFonts w:cs="Shruti"/>
          <w:b w:val="0"/>
          <w:bCs w:val="0"/>
          <w:color w:val="auto"/>
          <w:sz w:val="20"/>
          <w:szCs w:val="20"/>
          <w:cs/>
          <w:lang w:bidi="gu-IN"/>
        </w:rPr>
        <w:t>માટે</w:t>
      </w:r>
      <w:r w:rsidRPr="00115514">
        <w:rPr>
          <w:b w:val="0"/>
          <w:bCs w:val="0"/>
          <w:color w:val="auto"/>
          <w:sz w:val="20"/>
          <w:szCs w:val="20"/>
        </w:rPr>
        <w:t xml:space="preserve"> </w:t>
      </w:r>
      <w:r w:rsidR="008E13CA">
        <w:rPr>
          <w:rFonts w:cs="Shruti" w:hint="cs"/>
          <w:sz w:val="20"/>
          <w:szCs w:val="20"/>
          <w:cs/>
          <w:lang w:bidi="gu-IN"/>
        </w:rPr>
        <w:t xml:space="preserve">ઢાંકણ્રીયાવાસ પ્રાથમિક શાળા </w:t>
      </w:r>
      <w:r w:rsidRPr="004728E1">
        <w:rPr>
          <w:rFonts w:cs="Shruti"/>
          <w:b w:val="0"/>
          <w:bCs w:val="0"/>
          <w:color w:val="auto"/>
          <w:sz w:val="20"/>
          <w:szCs w:val="20"/>
          <w:cs/>
          <w:lang w:bidi="gu-IN"/>
        </w:rPr>
        <w:t>માં</w:t>
      </w:r>
      <w:r w:rsidRPr="004728E1">
        <w:rPr>
          <w:b w:val="0"/>
          <w:bCs w:val="0"/>
          <w:color w:val="auto"/>
          <w:sz w:val="20"/>
          <w:szCs w:val="20"/>
        </w:rPr>
        <w:t xml:space="preserve"> "</w:t>
      </w:r>
      <w:r w:rsidRPr="004728E1">
        <w:rPr>
          <w:rFonts w:cs="Shruti"/>
          <w:b w:val="0"/>
          <w:bCs w:val="0"/>
          <w:color w:val="auto"/>
          <w:sz w:val="20"/>
          <w:szCs w:val="20"/>
          <w:cs/>
          <w:lang w:bidi="gu-IN"/>
        </w:rPr>
        <w:t>બાળ</w:t>
      </w:r>
      <w:r w:rsidRPr="004728E1">
        <w:rPr>
          <w:b w:val="0"/>
          <w:bCs w:val="0"/>
          <w:color w:val="auto"/>
          <w:sz w:val="20"/>
          <w:szCs w:val="20"/>
        </w:rPr>
        <w:t xml:space="preserve"> </w:t>
      </w:r>
      <w:r w:rsidRPr="004728E1">
        <w:rPr>
          <w:rFonts w:cs="Shruti"/>
          <w:b w:val="0"/>
          <w:bCs w:val="0"/>
          <w:color w:val="auto"/>
          <w:sz w:val="20"/>
          <w:szCs w:val="20"/>
          <w:cs/>
          <w:lang w:bidi="gu-IN"/>
        </w:rPr>
        <w:t>સુરક્ષા</w:t>
      </w:r>
      <w:r w:rsidRPr="004728E1">
        <w:rPr>
          <w:b w:val="0"/>
          <w:bCs w:val="0"/>
          <w:color w:val="auto"/>
          <w:sz w:val="20"/>
          <w:szCs w:val="20"/>
        </w:rPr>
        <w:t xml:space="preserve"> </w:t>
      </w:r>
      <w:r w:rsidRPr="004728E1">
        <w:rPr>
          <w:rFonts w:cs="Shruti"/>
          <w:b w:val="0"/>
          <w:bCs w:val="0"/>
          <w:color w:val="auto"/>
          <w:sz w:val="20"/>
          <w:szCs w:val="20"/>
          <w:cs/>
          <w:lang w:bidi="gu-IN"/>
        </w:rPr>
        <w:t>સમિતિ</w:t>
      </w:r>
      <w:r w:rsidRPr="004728E1">
        <w:rPr>
          <w:b w:val="0"/>
          <w:bCs w:val="0"/>
          <w:color w:val="auto"/>
          <w:sz w:val="20"/>
          <w:szCs w:val="20"/>
        </w:rPr>
        <w:t xml:space="preserve">" </w:t>
      </w:r>
      <w:r w:rsidRPr="004728E1">
        <w:rPr>
          <w:rFonts w:cs="Shruti"/>
          <w:b w:val="0"/>
          <w:bCs w:val="0"/>
          <w:color w:val="auto"/>
          <w:sz w:val="20"/>
          <w:szCs w:val="20"/>
          <w:cs/>
          <w:lang w:bidi="gu-IN"/>
        </w:rPr>
        <w:t>ની</w:t>
      </w:r>
      <w:r w:rsidRPr="004728E1">
        <w:rPr>
          <w:b w:val="0"/>
          <w:bCs w:val="0"/>
          <w:color w:val="auto"/>
          <w:sz w:val="20"/>
          <w:szCs w:val="20"/>
        </w:rPr>
        <w:t xml:space="preserve"> </w:t>
      </w:r>
      <w:r w:rsidRPr="004728E1">
        <w:rPr>
          <w:rFonts w:cs="Shruti"/>
          <w:b w:val="0"/>
          <w:bCs w:val="0"/>
          <w:color w:val="auto"/>
          <w:sz w:val="20"/>
          <w:szCs w:val="20"/>
          <w:cs/>
          <w:lang w:bidi="gu-IN"/>
        </w:rPr>
        <w:t>રચના</w:t>
      </w:r>
      <w:r w:rsidRPr="004728E1">
        <w:rPr>
          <w:b w:val="0"/>
          <w:bCs w:val="0"/>
          <w:color w:val="auto"/>
          <w:sz w:val="20"/>
          <w:szCs w:val="20"/>
        </w:rPr>
        <w:t xml:space="preserve"> </w:t>
      </w:r>
      <w:r w:rsidRPr="004728E1">
        <w:rPr>
          <w:rFonts w:cs="Shruti"/>
          <w:b w:val="0"/>
          <w:bCs w:val="0"/>
          <w:color w:val="auto"/>
          <w:sz w:val="20"/>
          <w:szCs w:val="20"/>
          <w:cs/>
          <w:lang w:bidi="gu-IN"/>
        </w:rPr>
        <w:t>કરવામાં</w:t>
      </w:r>
      <w:r w:rsidRPr="004728E1">
        <w:rPr>
          <w:b w:val="0"/>
          <w:bCs w:val="0"/>
          <w:color w:val="auto"/>
          <w:sz w:val="20"/>
          <w:szCs w:val="20"/>
        </w:rPr>
        <w:t xml:space="preserve"> </w:t>
      </w:r>
      <w:r w:rsidRPr="004728E1">
        <w:rPr>
          <w:rFonts w:cs="Shruti"/>
          <w:b w:val="0"/>
          <w:bCs w:val="0"/>
          <w:color w:val="auto"/>
          <w:sz w:val="20"/>
          <w:szCs w:val="20"/>
          <w:cs/>
          <w:lang w:bidi="gu-IN"/>
        </w:rPr>
        <w:t>આવેલ</w:t>
      </w:r>
      <w:r w:rsidRPr="004728E1">
        <w:rPr>
          <w:b w:val="0"/>
          <w:bCs w:val="0"/>
          <w:color w:val="auto"/>
          <w:sz w:val="20"/>
          <w:szCs w:val="20"/>
        </w:rPr>
        <w:t xml:space="preserve"> </w:t>
      </w:r>
      <w:r w:rsidRPr="004728E1">
        <w:rPr>
          <w:rFonts w:cs="Shruti"/>
          <w:b w:val="0"/>
          <w:bCs w:val="0"/>
          <w:color w:val="auto"/>
          <w:sz w:val="20"/>
          <w:szCs w:val="20"/>
          <w:cs/>
          <w:lang w:bidi="gu-IN"/>
        </w:rPr>
        <w:t>છે</w:t>
      </w:r>
      <w:r w:rsidRPr="004728E1">
        <w:rPr>
          <w:b w:val="0"/>
          <w:bCs w:val="0"/>
          <w:color w:val="auto"/>
          <w:sz w:val="20"/>
          <w:szCs w:val="20"/>
        </w:rPr>
        <w:t xml:space="preserve">. </w:t>
      </w:r>
      <w:r w:rsidRPr="004728E1">
        <w:rPr>
          <w:rFonts w:cs="Shruti"/>
          <w:b w:val="0"/>
          <w:bCs w:val="0"/>
          <w:color w:val="auto"/>
          <w:sz w:val="20"/>
          <w:szCs w:val="20"/>
          <w:cs/>
          <w:lang w:bidi="gu-IN"/>
        </w:rPr>
        <w:t>આ</w:t>
      </w:r>
      <w:r w:rsidRPr="004728E1">
        <w:rPr>
          <w:b w:val="0"/>
          <w:bCs w:val="0"/>
          <w:color w:val="auto"/>
          <w:sz w:val="20"/>
          <w:szCs w:val="20"/>
        </w:rPr>
        <w:t xml:space="preserve"> </w:t>
      </w:r>
      <w:r w:rsidRPr="004728E1">
        <w:rPr>
          <w:rFonts w:cs="Shruti"/>
          <w:b w:val="0"/>
          <w:bCs w:val="0"/>
          <w:color w:val="auto"/>
          <w:sz w:val="20"/>
          <w:szCs w:val="20"/>
          <w:cs/>
          <w:lang w:bidi="gu-IN"/>
        </w:rPr>
        <w:t>સમિતિ</w:t>
      </w:r>
      <w:r w:rsidRPr="004728E1">
        <w:rPr>
          <w:b w:val="0"/>
          <w:bCs w:val="0"/>
          <w:color w:val="auto"/>
          <w:sz w:val="20"/>
          <w:szCs w:val="20"/>
        </w:rPr>
        <w:t xml:space="preserve"> </w:t>
      </w:r>
      <w:r w:rsidRPr="004728E1">
        <w:rPr>
          <w:rFonts w:cs="Shruti"/>
          <w:b w:val="0"/>
          <w:bCs w:val="0"/>
          <w:color w:val="auto"/>
          <w:sz w:val="20"/>
          <w:szCs w:val="20"/>
          <w:cs/>
          <w:lang w:bidi="gu-IN"/>
        </w:rPr>
        <w:t>અને</w:t>
      </w:r>
      <w:r w:rsidRPr="004728E1">
        <w:rPr>
          <w:b w:val="0"/>
          <w:bCs w:val="0"/>
          <w:color w:val="auto"/>
          <w:sz w:val="20"/>
          <w:szCs w:val="20"/>
        </w:rPr>
        <w:t xml:space="preserve"> </w:t>
      </w:r>
      <w:r w:rsidRPr="004728E1">
        <w:rPr>
          <w:rFonts w:cs="Shruti"/>
          <w:b w:val="0"/>
          <w:bCs w:val="0"/>
          <w:color w:val="auto"/>
          <w:sz w:val="20"/>
          <w:szCs w:val="20"/>
          <w:cs/>
          <w:lang w:bidi="gu-IN"/>
        </w:rPr>
        <w:t>તેણે</w:t>
      </w:r>
      <w:r w:rsidRPr="004728E1">
        <w:rPr>
          <w:b w:val="0"/>
          <w:bCs w:val="0"/>
          <w:color w:val="auto"/>
          <w:sz w:val="20"/>
          <w:szCs w:val="20"/>
        </w:rPr>
        <w:t xml:space="preserve"> </w:t>
      </w:r>
      <w:r w:rsidRPr="004728E1">
        <w:rPr>
          <w:rFonts w:cs="Shruti"/>
          <w:b w:val="0"/>
          <w:bCs w:val="0"/>
          <w:color w:val="auto"/>
          <w:sz w:val="20"/>
          <w:szCs w:val="20"/>
          <w:cs/>
          <w:lang w:bidi="gu-IN"/>
        </w:rPr>
        <w:t>કરેલ</w:t>
      </w:r>
      <w:r w:rsidRPr="004728E1">
        <w:rPr>
          <w:b w:val="0"/>
          <w:bCs w:val="0"/>
          <w:color w:val="auto"/>
          <w:sz w:val="20"/>
          <w:szCs w:val="20"/>
        </w:rPr>
        <w:t xml:space="preserve"> </w:t>
      </w:r>
      <w:r w:rsidRPr="004728E1">
        <w:rPr>
          <w:rFonts w:cs="Shruti"/>
          <w:b w:val="0"/>
          <w:bCs w:val="0"/>
          <w:color w:val="auto"/>
          <w:sz w:val="20"/>
          <w:szCs w:val="20"/>
          <w:cs/>
          <w:lang w:bidi="gu-IN"/>
        </w:rPr>
        <w:t>કાર્યોની</w:t>
      </w:r>
      <w:r w:rsidRPr="004728E1">
        <w:rPr>
          <w:b w:val="0"/>
          <w:bCs w:val="0"/>
          <w:color w:val="auto"/>
          <w:sz w:val="20"/>
          <w:szCs w:val="20"/>
        </w:rPr>
        <w:t xml:space="preserve"> </w:t>
      </w:r>
      <w:r w:rsidRPr="004728E1">
        <w:rPr>
          <w:rFonts w:cs="Shruti"/>
          <w:b w:val="0"/>
          <w:bCs w:val="0"/>
          <w:color w:val="auto"/>
          <w:sz w:val="20"/>
          <w:szCs w:val="20"/>
          <w:cs/>
          <w:lang w:bidi="gu-IN"/>
        </w:rPr>
        <w:t>વિગત</w:t>
      </w:r>
      <w:r w:rsidRPr="004728E1">
        <w:rPr>
          <w:b w:val="0"/>
          <w:bCs w:val="0"/>
          <w:color w:val="auto"/>
          <w:sz w:val="20"/>
          <w:szCs w:val="20"/>
        </w:rPr>
        <w:t xml:space="preserve"> </w:t>
      </w:r>
      <w:r w:rsidRPr="004728E1">
        <w:rPr>
          <w:rFonts w:cs="Shruti"/>
          <w:b w:val="0"/>
          <w:bCs w:val="0"/>
          <w:color w:val="auto"/>
          <w:sz w:val="20"/>
          <w:szCs w:val="20"/>
          <w:cs/>
          <w:lang w:bidi="gu-IN"/>
        </w:rPr>
        <w:t>નીચે</w:t>
      </w:r>
      <w:r w:rsidRPr="004728E1">
        <w:rPr>
          <w:b w:val="0"/>
          <w:bCs w:val="0"/>
          <w:color w:val="auto"/>
          <w:sz w:val="20"/>
          <w:szCs w:val="20"/>
        </w:rPr>
        <w:t xml:space="preserve"> </w:t>
      </w:r>
      <w:r w:rsidRPr="004728E1">
        <w:rPr>
          <w:rFonts w:cs="Shruti"/>
          <w:b w:val="0"/>
          <w:bCs w:val="0"/>
          <w:color w:val="auto"/>
          <w:sz w:val="20"/>
          <w:szCs w:val="20"/>
          <w:cs/>
          <w:lang w:bidi="gu-IN"/>
        </w:rPr>
        <w:t>મુજબ</w:t>
      </w:r>
      <w:r w:rsidRPr="004728E1">
        <w:rPr>
          <w:b w:val="0"/>
          <w:bCs w:val="0"/>
          <w:color w:val="auto"/>
          <w:sz w:val="20"/>
          <w:szCs w:val="20"/>
        </w:rPr>
        <w:t xml:space="preserve"> </w:t>
      </w:r>
      <w:r w:rsidRPr="004728E1">
        <w:rPr>
          <w:rFonts w:cs="Shruti"/>
          <w:b w:val="0"/>
          <w:bCs w:val="0"/>
          <w:color w:val="auto"/>
          <w:sz w:val="20"/>
          <w:szCs w:val="20"/>
          <w:cs/>
          <w:lang w:bidi="gu-IN"/>
        </w:rPr>
        <w:t>છે</w:t>
      </w:r>
      <w:r w:rsidRPr="004728E1">
        <w:rPr>
          <w:b w:val="0"/>
          <w:bCs w:val="0"/>
          <w:color w:val="auto"/>
          <w:sz w:val="20"/>
          <w:szCs w:val="20"/>
        </w:rPr>
        <w:t>:</w:t>
      </w:r>
    </w:p>
    <w:p w14:paraId="3AB09FB1" w14:textId="77777777" w:rsidR="00B43400" w:rsidRPr="004728E1" w:rsidRDefault="00B43400" w:rsidP="004728E1">
      <w:pPr>
        <w:pStyle w:val="Heading2"/>
        <w:spacing w:line="240" w:lineRule="auto"/>
        <w:rPr>
          <w:sz w:val="20"/>
          <w:szCs w:val="20"/>
        </w:rPr>
      </w:pPr>
      <w:r w:rsidRPr="004728E1">
        <w:rPr>
          <w:rFonts w:cs="Shruti"/>
          <w:sz w:val="20"/>
          <w:szCs w:val="20"/>
          <w:cs/>
          <w:lang w:bidi="gu-IN"/>
        </w:rPr>
        <w:t>૧</w:t>
      </w:r>
      <w:r w:rsidRPr="004728E1">
        <w:rPr>
          <w:sz w:val="20"/>
          <w:szCs w:val="20"/>
        </w:rPr>
        <w:t xml:space="preserve">. </w:t>
      </w:r>
      <w:r w:rsidRPr="004728E1">
        <w:rPr>
          <w:rFonts w:cs="Shruti"/>
          <w:sz w:val="20"/>
          <w:szCs w:val="20"/>
          <w:cs/>
          <w:lang w:bidi="gu-IN"/>
        </w:rPr>
        <w:t>બાળ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સુરક્ષા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સમિતિના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સભ્યોની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વિગત</w:t>
      </w:r>
      <w:r w:rsidRPr="004728E1">
        <w:rPr>
          <w:sz w:val="20"/>
          <w:szCs w:val="20"/>
        </w:rPr>
        <w:t>:</w:t>
      </w:r>
    </w:p>
    <w:tbl>
      <w:tblPr>
        <w:tblStyle w:val="TableGrid"/>
        <w:tblW w:w="9039" w:type="dxa"/>
        <w:tblLook w:val="04A0" w:firstRow="1" w:lastRow="0" w:firstColumn="1" w:lastColumn="0" w:noHBand="0" w:noVBand="1"/>
      </w:tblPr>
      <w:tblGrid>
        <w:gridCol w:w="534"/>
        <w:gridCol w:w="2976"/>
        <w:gridCol w:w="5529"/>
      </w:tblGrid>
      <w:tr w:rsidR="00B43400" w:rsidRPr="004728E1" w14:paraId="691043F7" w14:textId="77777777" w:rsidTr="004728E1">
        <w:tc>
          <w:tcPr>
            <w:tcW w:w="534" w:type="dxa"/>
          </w:tcPr>
          <w:p w14:paraId="24EB149B" w14:textId="77777777" w:rsidR="00B43400" w:rsidRPr="004728E1" w:rsidRDefault="00B43400" w:rsidP="004728E1">
            <w:pPr>
              <w:rPr>
                <w:sz w:val="20"/>
                <w:szCs w:val="20"/>
              </w:rPr>
            </w:pPr>
            <w:r w:rsidRPr="004728E1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ક્રમ</w:t>
            </w:r>
          </w:p>
        </w:tc>
        <w:tc>
          <w:tcPr>
            <w:tcW w:w="2976" w:type="dxa"/>
          </w:tcPr>
          <w:p w14:paraId="698246D6" w14:textId="77777777" w:rsidR="00B43400" w:rsidRPr="004728E1" w:rsidRDefault="00B43400" w:rsidP="004728E1">
            <w:pPr>
              <w:rPr>
                <w:sz w:val="20"/>
                <w:szCs w:val="20"/>
              </w:rPr>
            </w:pPr>
            <w:r w:rsidRPr="004728E1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હોદ્દો</w:t>
            </w:r>
          </w:p>
        </w:tc>
        <w:tc>
          <w:tcPr>
            <w:tcW w:w="5529" w:type="dxa"/>
          </w:tcPr>
          <w:p w14:paraId="45E4795A" w14:textId="77777777" w:rsidR="00B43400" w:rsidRPr="004728E1" w:rsidRDefault="00B43400" w:rsidP="004728E1">
            <w:pPr>
              <w:rPr>
                <w:sz w:val="20"/>
                <w:szCs w:val="20"/>
              </w:rPr>
            </w:pPr>
            <w:r w:rsidRPr="004728E1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નામ</w:t>
            </w:r>
            <w:r w:rsidRPr="004728E1">
              <w:rPr>
                <w:b/>
                <w:sz w:val="20"/>
                <w:szCs w:val="20"/>
              </w:rPr>
              <w:t xml:space="preserve"> / </w:t>
            </w:r>
            <w:r w:rsidRPr="004728E1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પ્રતિનિધિ</w:t>
            </w:r>
          </w:p>
        </w:tc>
      </w:tr>
      <w:tr w:rsidR="00B43400" w:rsidRPr="004728E1" w14:paraId="65312046" w14:textId="77777777" w:rsidTr="004728E1">
        <w:tc>
          <w:tcPr>
            <w:tcW w:w="534" w:type="dxa"/>
          </w:tcPr>
          <w:p w14:paraId="300C4581" w14:textId="77777777" w:rsidR="00B43400" w:rsidRPr="004728E1" w:rsidRDefault="00B43400" w:rsidP="004728E1">
            <w:pPr>
              <w:rPr>
                <w:sz w:val="20"/>
                <w:szCs w:val="20"/>
              </w:rPr>
            </w:pPr>
            <w:r w:rsidRPr="004728E1">
              <w:rPr>
                <w:rFonts w:cs="Shruti"/>
                <w:sz w:val="20"/>
                <w:szCs w:val="20"/>
                <w:cs/>
                <w:lang w:bidi="gu-IN"/>
              </w:rPr>
              <w:t>૧</w:t>
            </w:r>
          </w:p>
        </w:tc>
        <w:tc>
          <w:tcPr>
            <w:tcW w:w="2976" w:type="dxa"/>
          </w:tcPr>
          <w:p w14:paraId="61D3397B" w14:textId="77777777" w:rsidR="00B43400" w:rsidRPr="004728E1" w:rsidRDefault="00B43400" w:rsidP="004728E1">
            <w:pPr>
              <w:rPr>
                <w:sz w:val="20"/>
                <w:szCs w:val="20"/>
              </w:rPr>
            </w:pPr>
            <w:r w:rsidRPr="004728E1">
              <w:rPr>
                <w:rFonts w:cs="Shruti"/>
                <w:sz w:val="20"/>
                <w:szCs w:val="20"/>
                <w:cs/>
                <w:lang w:bidi="gu-IN"/>
              </w:rPr>
              <w:t>અધ્યક્ષ</w:t>
            </w:r>
          </w:p>
        </w:tc>
        <w:tc>
          <w:tcPr>
            <w:tcW w:w="5529" w:type="dxa"/>
          </w:tcPr>
          <w:p w14:paraId="7F5118CB" w14:textId="25ACC98E" w:rsidR="00B43400" w:rsidRPr="00115514" w:rsidRDefault="00B43400" w:rsidP="004728E1">
            <w:pPr>
              <w:rPr>
                <w:rFonts w:cs="Shruti"/>
                <w:sz w:val="20"/>
                <w:szCs w:val="20"/>
                <w:cs/>
              </w:rPr>
            </w:pPr>
            <w:r w:rsidRPr="004728E1">
              <w:rPr>
                <w:rFonts w:cs="Shruti"/>
                <w:sz w:val="20"/>
                <w:szCs w:val="20"/>
                <w:cs/>
                <w:lang w:bidi="gu-IN"/>
              </w:rPr>
              <w:t>શાળાના</w:t>
            </w:r>
            <w:r w:rsidRPr="004728E1">
              <w:rPr>
                <w:sz w:val="20"/>
                <w:szCs w:val="20"/>
              </w:rPr>
              <w:t xml:space="preserve"> </w:t>
            </w:r>
            <w:r w:rsidRPr="004728E1">
              <w:rPr>
                <w:rFonts w:cs="Shruti"/>
                <w:sz w:val="20"/>
                <w:szCs w:val="20"/>
                <w:cs/>
                <w:lang w:bidi="gu-IN"/>
              </w:rPr>
              <w:t>આચાર્યશ્રી</w:t>
            </w:r>
            <w:r w:rsidR="004728E1">
              <w:rPr>
                <w:rFonts w:cs="Shruti"/>
                <w:sz w:val="20"/>
                <w:szCs w:val="20"/>
                <w:lang w:bidi="gu-IN"/>
              </w:rPr>
              <w:t xml:space="preserve">   </w:t>
            </w:r>
            <w:r w:rsidR="00115514">
              <w:rPr>
                <w:rFonts w:cs="Shruti" w:hint="cs"/>
                <w:sz w:val="20"/>
                <w:szCs w:val="20"/>
                <w:cs/>
                <w:lang w:bidi="gu-IN"/>
              </w:rPr>
              <w:t xml:space="preserve">સુબાભાઈ કે. ઘટાડ </w:t>
            </w:r>
          </w:p>
        </w:tc>
      </w:tr>
      <w:tr w:rsidR="00B43400" w:rsidRPr="004728E1" w14:paraId="0498D46A" w14:textId="77777777" w:rsidTr="004728E1">
        <w:tc>
          <w:tcPr>
            <w:tcW w:w="534" w:type="dxa"/>
          </w:tcPr>
          <w:p w14:paraId="28B01970" w14:textId="77777777" w:rsidR="00B43400" w:rsidRPr="004728E1" w:rsidRDefault="00B43400" w:rsidP="004728E1">
            <w:pPr>
              <w:rPr>
                <w:sz w:val="20"/>
                <w:szCs w:val="20"/>
              </w:rPr>
            </w:pPr>
            <w:r w:rsidRPr="004728E1">
              <w:rPr>
                <w:rFonts w:cs="Shruti"/>
                <w:sz w:val="20"/>
                <w:szCs w:val="20"/>
                <w:cs/>
                <w:lang w:bidi="gu-IN"/>
              </w:rPr>
              <w:t>૨</w:t>
            </w:r>
          </w:p>
        </w:tc>
        <w:tc>
          <w:tcPr>
            <w:tcW w:w="2976" w:type="dxa"/>
          </w:tcPr>
          <w:p w14:paraId="06CCA8C5" w14:textId="77777777" w:rsidR="00B43400" w:rsidRPr="004728E1" w:rsidRDefault="00B43400" w:rsidP="004728E1">
            <w:pPr>
              <w:rPr>
                <w:sz w:val="20"/>
                <w:szCs w:val="20"/>
              </w:rPr>
            </w:pPr>
            <w:r w:rsidRPr="004728E1">
              <w:rPr>
                <w:rFonts w:cs="Shruti"/>
                <w:sz w:val="20"/>
                <w:szCs w:val="20"/>
                <w:cs/>
                <w:lang w:bidi="gu-IN"/>
              </w:rPr>
              <w:t>સભ્ય</w:t>
            </w:r>
            <w:r w:rsidRPr="004728E1">
              <w:rPr>
                <w:sz w:val="20"/>
                <w:szCs w:val="20"/>
              </w:rPr>
              <w:t xml:space="preserve"> </w:t>
            </w:r>
            <w:r w:rsidRPr="004728E1">
              <w:rPr>
                <w:rFonts w:cs="Shruti"/>
                <w:sz w:val="20"/>
                <w:szCs w:val="20"/>
                <w:cs/>
                <w:lang w:bidi="gu-IN"/>
              </w:rPr>
              <w:t>સચિવ</w:t>
            </w:r>
            <w:r w:rsidRPr="004728E1">
              <w:rPr>
                <w:sz w:val="20"/>
                <w:szCs w:val="20"/>
              </w:rPr>
              <w:t xml:space="preserve"> / </w:t>
            </w:r>
            <w:r w:rsidRPr="004728E1">
              <w:rPr>
                <w:rFonts w:cs="Shruti"/>
                <w:sz w:val="20"/>
                <w:szCs w:val="20"/>
                <w:cs/>
                <w:lang w:bidi="gu-IN"/>
              </w:rPr>
              <w:t>નોડલ</w:t>
            </w:r>
            <w:r w:rsidRPr="004728E1">
              <w:rPr>
                <w:sz w:val="20"/>
                <w:szCs w:val="20"/>
              </w:rPr>
              <w:t xml:space="preserve"> </w:t>
            </w:r>
            <w:r w:rsidRPr="004728E1">
              <w:rPr>
                <w:rFonts w:cs="Shruti"/>
                <w:sz w:val="20"/>
                <w:szCs w:val="20"/>
                <w:cs/>
                <w:lang w:bidi="gu-IN"/>
              </w:rPr>
              <w:t>ઓફિસર</w:t>
            </w:r>
          </w:p>
        </w:tc>
        <w:tc>
          <w:tcPr>
            <w:tcW w:w="5529" w:type="dxa"/>
          </w:tcPr>
          <w:p w14:paraId="74734130" w14:textId="2F17D8BC" w:rsidR="00B43400" w:rsidRPr="00115514" w:rsidRDefault="00B43400" w:rsidP="004728E1">
            <w:pPr>
              <w:rPr>
                <w:rFonts w:cs="Shruti"/>
                <w:sz w:val="20"/>
                <w:szCs w:val="20"/>
                <w:lang w:bidi="gu-IN"/>
              </w:rPr>
            </w:pPr>
            <w:r w:rsidRPr="004728E1">
              <w:rPr>
                <w:rFonts w:cs="Shruti"/>
                <w:sz w:val="20"/>
                <w:szCs w:val="20"/>
                <w:cs/>
                <w:lang w:bidi="gu-IN"/>
              </w:rPr>
              <w:t>શાળાના</w:t>
            </w:r>
            <w:r w:rsidRPr="004728E1">
              <w:rPr>
                <w:sz w:val="20"/>
                <w:szCs w:val="20"/>
              </w:rPr>
              <w:t xml:space="preserve"> </w:t>
            </w:r>
            <w:r w:rsidRPr="004728E1">
              <w:rPr>
                <w:rFonts w:cs="Shruti"/>
                <w:sz w:val="20"/>
                <w:szCs w:val="20"/>
                <w:cs/>
                <w:lang w:bidi="gu-IN"/>
              </w:rPr>
              <w:t>એક</w:t>
            </w:r>
            <w:r w:rsidRPr="004728E1">
              <w:rPr>
                <w:sz w:val="20"/>
                <w:szCs w:val="20"/>
              </w:rPr>
              <w:t xml:space="preserve"> </w:t>
            </w:r>
            <w:r w:rsidRPr="004728E1">
              <w:rPr>
                <w:rFonts w:cs="Shruti"/>
                <w:sz w:val="20"/>
                <w:szCs w:val="20"/>
                <w:cs/>
                <w:lang w:bidi="gu-IN"/>
              </w:rPr>
              <w:t>શિક્ષક</w:t>
            </w:r>
            <w:r w:rsidRPr="004728E1">
              <w:rPr>
                <w:sz w:val="20"/>
                <w:szCs w:val="20"/>
              </w:rPr>
              <w:t xml:space="preserve"> / </w:t>
            </w:r>
            <w:r w:rsidR="00115514">
              <w:rPr>
                <w:rFonts w:cs="Shruti" w:hint="cs"/>
                <w:sz w:val="20"/>
                <w:szCs w:val="20"/>
                <w:cs/>
                <w:lang w:bidi="gu-IN"/>
              </w:rPr>
              <w:t xml:space="preserve"> મહેશકુમાર જી. ઠાકોર </w:t>
            </w:r>
          </w:p>
        </w:tc>
      </w:tr>
      <w:tr w:rsidR="00B43400" w:rsidRPr="004728E1" w14:paraId="611F85BE" w14:textId="77777777" w:rsidTr="004728E1">
        <w:tc>
          <w:tcPr>
            <w:tcW w:w="534" w:type="dxa"/>
          </w:tcPr>
          <w:p w14:paraId="7619914A" w14:textId="77777777" w:rsidR="00B43400" w:rsidRPr="004728E1" w:rsidRDefault="00B43400" w:rsidP="004728E1">
            <w:pPr>
              <w:rPr>
                <w:sz w:val="20"/>
                <w:szCs w:val="20"/>
              </w:rPr>
            </w:pPr>
            <w:r w:rsidRPr="004728E1">
              <w:rPr>
                <w:rFonts w:cs="Shruti"/>
                <w:sz w:val="20"/>
                <w:szCs w:val="20"/>
                <w:cs/>
                <w:lang w:bidi="gu-IN"/>
              </w:rPr>
              <w:t>૩</w:t>
            </w:r>
          </w:p>
        </w:tc>
        <w:tc>
          <w:tcPr>
            <w:tcW w:w="2976" w:type="dxa"/>
          </w:tcPr>
          <w:p w14:paraId="4DE7B938" w14:textId="77777777" w:rsidR="00B43400" w:rsidRPr="004728E1" w:rsidRDefault="00B43400" w:rsidP="004728E1">
            <w:pPr>
              <w:rPr>
                <w:sz w:val="20"/>
                <w:szCs w:val="20"/>
              </w:rPr>
            </w:pPr>
            <w:r w:rsidRPr="004728E1">
              <w:rPr>
                <w:rFonts w:cs="Shruti"/>
                <w:sz w:val="20"/>
                <w:szCs w:val="20"/>
                <w:cs/>
                <w:lang w:bidi="gu-IN"/>
              </w:rPr>
              <w:t>સભ્ય</w:t>
            </w:r>
          </w:p>
        </w:tc>
        <w:tc>
          <w:tcPr>
            <w:tcW w:w="5529" w:type="dxa"/>
          </w:tcPr>
          <w:p w14:paraId="4DB98491" w14:textId="4D927969" w:rsidR="00B43400" w:rsidRPr="00115514" w:rsidRDefault="00B43400" w:rsidP="004728E1">
            <w:pPr>
              <w:rPr>
                <w:rFonts w:cs="Shruti"/>
                <w:sz w:val="20"/>
                <w:szCs w:val="20"/>
              </w:rPr>
            </w:pPr>
            <w:r w:rsidRPr="004728E1">
              <w:rPr>
                <w:sz w:val="20"/>
                <w:szCs w:val="20"/>
              </w:rPr>
              <w:t xml:space="preserve">SMC </w:t>
            </w:r>
            <w:r w:rsidRPr="004728E1">
              <w:rPr>
                <w:rFonts w:cs="Shruti"/>
                <w:sz w:val="20"/>
                <w:szCs w:val="20"/>
                <w:cs/>
                <w:lang w:bidi="gu-IN"/>
              </w:rPr>
              <w:t>ના</w:t>
            </w:r>
            <w:r w:rsidRPr="004728E1">
              <w:rPr>
                <w:sz w:val="20"/>
                <w:szCs w:val="20"/>
              </w:rPr>
              <w:t xml:space="preserve"> </w:t>
            </w:r>
            <w:r w:rsidRPr="004728E1">
              <w:rPr>
                <w:rFonts w:cs="Shruti"/>
                <w:sz w:val="20"/>
                <w:szCs w:val="20"/>
                <w:cs/>
                <w:lang w:bidi="gu-IN"/>
              </w:rPr>
              <w:t>અધ્યક્ષ</w:t>
            </w:r>
            <w:r w:rsidRPr="004728E1">
              <w:rPr>
                <w:sz w:val="20"/>
                <w:szCs w:val="20"/>
              </w:rPr>
              <w:t xml:space="preserve"> / </w:t>
            </w:r>
            <w:r w:rsidRPr="004728E1">
              <w:rPr>
                <w:rFonts w:cs="Shruti"/>
                <w:sz w:val="20"/>
                <w:szCs w:val="20"/>
                <w:cs/>
                <w:lang w:bidi="gu-IN"/>
              </w:rPr>
              <w:t>વાલી</w:t>
            </w:r>
            <w:r w:rsidRPr="004728E1">
              <w:rPr>
                <w:sz w:val="20"/>
                <w:szCs w:val="20"/>
              </w:rPr>
              <w:t xml:space="preserve"> </w:t>
            </w:r>
            <w:r w:rsidRPr="004728E1">
              <w:rPr>
                <w:rFonts w:cs="Shruti"/>
                <w:sz w:val="20"/>
                <w:szCs w:val="20"/>
                <w:cs/>
                <w:lang w:bidi="gu-IN"/>
              </w:rPr>
              <w:t>પ્રતિનિધિ</w:t>
            </w:r>
            <w:r w:rsidR="00115514">
              <w:rPr>
                <w:rFonts w:cs="Shruti" w:hint="cs"/>
                <w:sz w:val="20"/>
                <w:szCs w:val="20"/>
                <w:cs/>
                <w:lang w:bidi="gu-IN"/>
              </w:rPr>
              <w:t>-</w:t>
            </w:r>
            <w:r w:rsidR="004728E1">
              <w:rPr>
                <w:rFonts w:cs="Shruti"/>
                <w:sz w:val="20"/>
                <w:szCs w:val="20"/>
                <w:cs/>
                <w:lang w:bidi="gu-IN"/>
              </w:rPr>
              <w:t xml:space="preserve"> </w:t>
            </w:r>
            <w:r w:rsidR="00115514">
              <w:rPr>
                <w:rFonts w:cs="Shruti" w:hint="cs"/>
                <w:sz w:val="20"/>
                <w:szCs w:val="20"/>
                <w:cs/>
                <w:lang w:bidi="gu-IN"/>
              </w:rPr>
              <w:t xml:space="preserve">અરજણભાઈ એચ.ચૌહાણ </w:t>
            </w:r>
          </w:p>
        </w:tc>
      </w:tr>
      <w:tr w:rsidR="00B43400" w:rsidRPr="004728E1" w14:paraId="5840BDCF" w14:textId="77777777" w:rsidTr="004728E1">
        <w:tc>
          <w:tcPr>
            <w:tcW w:w="534" w:type="dxa"/>
          </w:tcPr>
          <w:p w14:paraId="115AA66A" w14:textId="77777777" w:rsidR="00B43400" w:rsidRPr="004728E1" w:rsidRDefault="00B43400" w:rsidP="004728E1">
            <w:pPr>
              <w:rPr>
                <w:sz w:val="20"/>
                <w:szCs w:val="20"/>
              </w:rPr>
            </w:pPr>
            <w:r w:rsidRPr="004728E1">
              <w:rPr>
                <w:rFonts w:cs="Shruti"/>
                <w:sz w:val="20"/>
                <w:szCs w:val="20"/>
                <w:cs/>
                <w:lang w:bidi="gu-IN"/>
              </w:rPr>
              <w:t>૪</w:t>
            </w:r>
          </w:p>
        </w:tc>
        <w:tc>
          <w:tcPr>
            <w:tcW w:w="2976" w:type="dxa"/>
          </w:tcPr>
          <w:p w14:paraId="5DAEE28F" w14:textId="77777777" w:rsidR="00B43400" w:rsidRPr="004728E1" w:rsidRDefault="00B43400" w:rsidP="004728E1">
            <w:pPr>
              <w:rPr>
                <w:sz w:val="20"/>
                <w:szCs w:val="20"/>
              </w:rPr>
            </w:pPr>
            <w:r w:rsidRPr="004728E1">
              <w:rPr>
                <w:rFonts w:cs="Shruti"/>
                <w:sz w:val="20"/>
                <w:szCs w:val="20"/>
                <w:cs/>
                <w:lang w:bidi="gu-IN"/>
              </w:rPr>
              <w:t>સભ્ય</w:t>
            </w:r>
          </w:p>
        </w:tc>
        <w:tc>
          <w:tcPr>
            <w:tcW w:w="5529" w:type="dxa"/>
          </w:tcPr>
          <w:p w14:paraId="19366EAE" w14:textId="77777777" w:rsidR="00B43400" w:rsidRPr="004728E1" w:rsidRDefault="00B43400" w:rsidP="004728E1">
            <w:pPr>
              <w:rPr>
                <w:sz w:val="20"/>
                <w:szCs w:val="20"/>
              </w:rPr>
            </w:pPr>
            <w:r w:rsidRPr="004728E1">
              <w:rPr>
                <w:rFonts w:cs="Shruti"/>
                <w:sz w:val="20"/>
                <w:szCs w:val="20"/>
                <w:cs/>
                <w:lang w:bidi="gu-IN"/>
              </w:rPr>
              <w:t>બાલ</w:t>
            </w:r>
            <w:r w:rsidRPr="004728E1">
              <w:rPr>
                <w:sz w:val="20"/>
                <w:szCs w:val="20"/>
              </w:rPr>
              <w:t xml:space="preserve"> </w:t>
            </w:r>
            <w:r w:rsidRPr="004728E1">
              <w:rPr>
                <w:rFonts w:cs="Shruti"/>
                <w:sz w:val="20"/>
                <w:szCs w:val="20"/>
                <w:cs/>
                <w:lang w:bidi="gu-IN"/>
              </w:rPr>
              <w:t>સંસદના</w:t>
            </w:r>
            <w:r w:rsidRPr="004728E1">
              <w:rPr>
                <w:sz w:val="20"/>
                <w:szCs w:val="20"/>
              </w:rPr>
              <w:t xml:space="preserve"> </w:t>
            </w:r>
            <w:r w:rsidRPr="004728E1">
              <w:rPr>
                <w:rFonts w:cs="Shruti"/>
                <w:sz w:val="20"/>
                <w:szCs w:val="20"/>
                <w:cs/>
                <w:lang w:bidi="gu-IN"/>
              </w:rPr>
              <w:t>મંત્રી</w:t>
            </w:r>
            <w:r w:rsidRPr="004728E1">
              <w:rPr>
                <w:sz w:val="20"/>
                <w:szCs w:val="20"/>
              </w:rPr>
              <w:t xml:space="preserve"> (</w:t>
            </w:r>
            <w:r w:rsidRPr="004728E1">
              <w:rPr>
                <w:rFonts w:cs="Shruti"/>
                <w:sz w:val="20"/>
                <w:szCs w:val="20"/>
                <w:cs/>
                <w:lang w:bidi="gu-IN"/>
              </w:rPr>
              <w:t>વિદ્યાર્થી</w:t>
            </w:r>
            <w:r w:rsidRPr="004728E1">
              <w:rPr>
                <w:sz w:val="20"/>
                <w:szCs w:val="20"/>
              </w:rPr>
              <w:t xml:space="preserve"> </w:t>
            </w:r>
            <w:r w:rsidRPr="004728E1">
              <w:rPr>
                <w:rFonts w:cs="Shruti"/>
                <w:sz w:val="20"/>
                <w:szCs w:val="20"/>
                <w:cs/>
                <w:lang w:bidi="gu-IN"/>
              </w:rPr>
              <w:t>પ્રતિનિધિ</w:t>
            </w:r>
            <w:r w:rsidRPr="004728E1">
              <w:rPr>
                <w:sz w:val="20"/>
                <w:szCs w:val="20"/>
              </w:rPr>
              <w:t>)</w:t>
            </w:r>
            <w:r w:rsidR="004728E1">
              <w:rPr>
                <w:sz w:val="20"/>
                <w:szCs w:val="20"/>
              </w:rPr>
              <w:t xml:space="preserve"> </w:t>
            </w:r>
          </w:p>
        </w:tc>
      </w:tr>
      <w:tr w:rsidR="00B43400" w:rsidRPr="004728E1" w14:paraId="0A85C8ED" w14:textId="77777777" w:rsidTr="004728E1">
        <w:tc>
          <w:tcPr>
            <w:tcW w:w="534" w:type="dxa"/>
          </w:tcPr>
          <w:p w14:paraId="46BE9BAB" w14:textId="77777777" w:rsidR="00B43400" w:rsidRPr="004728E1" w:rsidRDefault="00B43400" w:rsidP="004728E1">
            <w:pPr>
              <w:rPr>
                <w:sz w:val="20"/>
                <w:szCs w:val="20"/>
              </w:rPr>
            </w:pPr>
            <w:r w:rsidRPr="004728E1">
              <w:rPr>
                <w:rFonts w:cs="Shruti"/>
                <w:sz w:val="20"/>
                <w:szCs w:val="20"/>
                <w:cs/>
                <w:lang w:bidi="gu-IN"/>
              </w:rPr>
              <w:t>૫</w:t>
            </w:r>
          </w:p>
        </w:tc>
        <w:tc>
          <w:tcPr>
            <w:tcW w:w="2976" w:type="dxa"/>
          </w:tcPr>
          <w:p w14:paraId="1966D76D" w14:textId="77777777" w:rsidR="00B43400" w:rsidRPr="004728E1" w:rsidRDefault="00B43400" w:rsidP="004728E1">
            <w:pPr>
              <w:rPr>
                <w:sz w:val="20"/>
                <w:szCs w:val="20"/>
              </w:rPr>
            </w:pPr>
            <w:r w:rsidRPr="004728E1">
              <w:rPr>
                <w:rFonts w:cs="Shruti"/>
                <w:sz w:val="20"/>
                <w:szCs w:val="20"/>
                <w:cs/>
                <w:lang w:bidi="gu-IN"/>
              </w:rPr>
              <w:t>સભ્ય</w:t>
            </w:r>
          </w:p>
        </w:tc>
        <w:tc>
          <w:tcPr>
            <w:tcW w:w="5529" w:type="dxa"/>
          </w:tcPr>
          <w:p w14:paraId="19631E15" w14:textId="37445CF0" w:rsidR="00B43400" w:rsidRPr="00115514" w:rsidRDefault="00B43400" w:rsidP="004728E1">
            <w:pPr>
              <w:rPr>
                <w:rFonts w:cs="Shruti"/>
                <w:sz w:val="20"/>
                <w:szCs w:val="20"/>
              </w:rPr>
            </w:pPr>
            <w:r w:rsidRPr="004728E1">
              <w:rPr>
                <w:sz w:val="20"/>
                <w:szCs w:val="20"/>
              </w:rPr>
              <w:t xml:space="preserve"> </w:t>
            </w:r>
            <w:r w:rsidRPr="004728E1">
              <w:rPr>
                <w:rFonts w:cs="Shruti"/>
                <w:sz w:val="20"/>
                <w:szCs w:val="20"/>
                <w:cs/>
                <w:lang w:bidi="gu-IN"/>
              </w:rPr>
              <w:t>આરોગ્ય</w:t>
            </w:r>
            <w:r w:rsidRPr="004728E1">
              <w:rPr>
                <w:sz w:val="20"/>
                <w:szCs w:val="20"/>
              </w:rPr>
              <w:t xml:space="preserve"> </w:t>
            </w:r>
            <w:r w:rsidRPr="004728E1">
              <w:rPr>
                <w:rFonts w:cs="Shruti"/>
                <w:sz w:val="20"/>
                <w:szCs w:val="20"/>
                <w:cs/>
                <w:lang w:bidi="gu-IN"/>
              </w:rPr>
              <w:t>કાર્યકર</w:t>
            </w:r>
            <w:r w:rsidRPr="004728E1">
              <w:rPr>
                <w:sz w:val="20"/>
                <w:szCs w:val="20"/>
              </w:rPr>
              <w:t xml:space="preserve"> / </w:t>
            </w:r>
            <w:r w:rsidRPr="004728E1">
              <w:rPr>
                <w:rFonts w:cs="Shruti"/>
                <w:sz w:val="20"/>
                <w:szCs w:val="20"/>
                <w:cs/>
                <w:lang w:bidi="gu-IN"/>
              </w:rPr>
              <w:t>આંગણવાડી</w:t>
            </w:r>
            <w:r w:rsidRPr="004728E1">
              <w:rPr>
                <w:sz w:val="20"/>
                <w:szCs w:val="20"/>
              </w:rPr>
              <w:t xml:space="preserve"> </w:t>
            </w:r>
            <w:r w:rsidRPr="004728E1">
              <w:rPr>
                <w:rFonts w:cs="Shruti"/>
                <w:sz w:val="20"/>
                <w:szCs w:val="20"/>
                <w:cs/>
                <w:lang w:bidi="gu-IN"/>
              </w:rPr>
              <w:t>કાર્યકર</w:t>
            </w:r>
            <w:r w:rsidR="00115514">
              <w:rPr>
                <w:rFonts w:cs="Shruti" w:hint="cs"/>
                <w:sz w:val="20"/>
                <w:szCs w:val="20"/>
                <w:cs/>
                <w:lang w:bidi="gu-IN"/>
              </w:rPr>
              <w:t xml:space="preserve">-મંજુલાબેન એમ. પ્રજાપતિ </w:t>
            </w:r>
            <w:r w:rsidR="00180EB0">
              <w:rPr>
                <w:rFonts w:cs="Shruti"/>
                <w:sz w:val="20"/>
                <w:szCs w:val="20"/>
                <w:cs/>
                <w:lang w:bidi="gu-IN"/>
              </w:rPr>
              <w:t xml:space="preserve"> </w:t>
            </w:r>
          </w:p>
        </w:tc>
      </w:tr>
    </w:tbl>
    <w:p w14:paraId="4979CF8A" w14:textId="77777777" w:rsidR="00B43400" w:rsidRPr="004728E1" w:rsidRDefault="00B43400" w:rsidP="004728E1">
      <w:pPr>
        <w:pStyle w:val="Heading2"/>
        <w:spacing w:line="240" w:lineRule="auto"/>
        <w:rPr>
          <w:sz w:val="20"/>
          <w:szCs w:val="20"/>
        </w:rPr>
      </w:pPr>
      <w:r w:rsidRPr="004728E1">
        <w:rPr>
          <w:rFonts w:cs="Shruti"/>
          <w:sz w:val="20"/>
          <w:szCs w:val="20"/>
          <w:cs/>
          <w:lang w:bidi="gu-IN"/>
        </w:rPr>
        <w:t>૨</w:t>
      </w:r>
      <w:r w:rsidRPr="004728E1">
        <w:rPr>
          <w:sz w:val="20"/>
          <w:szCs w:val="20"/>
        </w:rPr>
        <w:t xml:space="preserve">. </w:t>
      </w:r>
      <w:r w:rsidRPr="004728E1">
        <w:rPr>
          <w:rFonts w:cs="Shruti"/>
          <w:sz w:val="20"/>
          <w:szCs w:val="20"/>
          <w:cs/>
          <w:lang w:bidi="gu-IN"/>
        </w:rPr>
        <w:t>સમિતિ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દ્વારા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કરવામાં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આવેલ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મુખ્ય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કાર્યો</w:t>
      </w:r>
      <w:r w:rsidRPr="004728E1">
        <w:rPr>
          <w:sz w:val="20"/>
          <w:szCs w:val="20"/>
        </w:rPr>
        <w:t xml:space="preserve"> / </w:t>
      </w:r>
      <w:r w:rsidRPr="004728E1">
        <w:rPr>
          <w:rFonts w:cs="Shruti"/>
          <w:sz w:val="20"/>
          <w:szCs w:val="20"/>
          <w:cs/>
          <w:lang w:bidi="gu-IN"/>
        </w:rPr>
        <w:t>પ્રવૃત્તિઓ</w:t>
      </w:r>
      <w:r w:rsidRPr="004728E1">
        <w:rPr>
          <w:sz w:val="20"/>
          <w:szCs w:val="20"/>
        </w:rPr>
        <w:t>:</w:t>
      </w:r>
    </w:p>
    <w:p w14:paraId="611BB7C0" w14:textId="77777777" w:rsidR="00B43400" w:rsidRPr="004728E1" w:rsidRDefault="00B43400" w:rsidP="004728E1">
      <w:pPr>
        <w:pStyle w:val="ListBullet"/>
        <w:spacing w:line="240" w:lineRule="auto"/>
        <w:rPr>
          <w:sz w:val="20"/>
          <w:szCs w:val="20"/>
        </w:rPr>
      </w:pPr>
      <w:r w:rsidRPr="004728E1">
        <w:rPr>
          <w:rFonts w:cs="Shruti"/>
          <w:sz w:val="20"/>
          <w:szCs w:val="20"/>
          <w:cs/>
          <w:lang w:bidi="gu-IN"/>
        </w:rPr>
        <w:t>સુરક્ષિત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વાતાવરણનું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નિર્માણ</w:t>
      </w:r>
      <w:r w:rsidRPr="004728E1">
        <w:rPr>
          <w:sz w:val="20"/>
          <w:szCs w:val="20"/>
        </w:rPr>
        <w:t xml:space="preserve">: </w:t>
      </w:r>
      <w:r w:rsidRPr="004728E1">
        <w:rPr>
          <w:rFonts w:cs="Shruti"/>
          <w:sz w:val="20"/>
          <w:szCs w:val="20"/>
          <w:cs/>
          <w:lang w:bidi="gu-IN"/>
        </w:rPr>
        <w:t>શાળાના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કેમ્પસ</w:t>
      </w:r>
      <w:r w:rsidRPr="004728E1">
        <w:rPr>
          <w:sz w:val="20"/>
          <w:szCs w:val="20"/>
        </w:rPr>
        <w:t xml:space="preserve">, </w:t>
      </w:r>
      <w:r w:rsidRPr="004728E1">
        <w:rPr>
          <w:rFonts w:cs="Shruti"/>
          <w:sz w:val="20"/>
          <w:szCs w:val="20"/>
          <w:cs/>
          <w:lang w:bidi="gu-IN"/>
        </w:rPr>
        <w:t>શૌચાલયો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અને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પીવાના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પાણીની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જગ્યાઓ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પર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સુરક્ષાની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ચકાસણી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કરવામાં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આવી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અને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કોઈ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અસુરક્ષિત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જગ્યા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જણાતા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ત્યાં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સુધારો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કરાવ્યો</w:t>
      </w:r>
      <w:r w:rsidRPr="004728E1">
        <w:rPr>
          <w:sz w:val="20"/>
          <w:szCs w:val="20"/>
        </w:rPr>
        <w:t>.</w:t>
      </w:r>
    </w:p>
    <w:p w14:paraId="7F6519B0" w14:textId="77777777" w:rsidR="00B43400" w:rsidRPr="004728E1" w:rsidRDefault="00B43400" w:rsidP="004728E1">
      <w:pPr>
        <w:pStyle w:val="ListBullet"/>
        <w:spacing w:line="240" w:lineRule="auto"/>
        <w:rPr>
          <w:sz w:val="20"/>
          <w:szCs w:val="20"/>
        </w:rPr>
      </w:pPr>
      <w:r w:rsidRPr="004728E1">
        <w:rPr>
          <w:rFonts w:cs="Shruti"/>
          <w:sz w:val="20"/>
          <w:szCs w:val="20"/>
          <w:cs/>
          <w:lang w:bidi="gu-IN"/>
        </w:rPr>
        <w:t>ગુડ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ટચ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અને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બેડ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ટચ</w:t>
      </w:r>
      <w:r w:rsidRPr="004728E1">
        <w:rPr>
          <w:sz w:val="20"/>
          <w:szCs w:val="20"/>
        </w:rPr>
        <w:t xml:space="preserve"> (Good Touch &amp; Bad Touch) </w:t>
      </w:r>
      <w:r w:rsidRPr="004728E1">
        <w:rPr>
          <w:rFonts w:cs="Shruti"/>
          <w:sz w:val="20"/>
          <w:szCs w:val="20"/>
          <w:cs/>
          <w:lang w:bidi="gu-IN"/>
        </w:rPr>
        <w:t>અંગે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માર્ગદર્શન</w:t>
      </w:r>
      <w:r w:rsidRPr="004728E1">
        <w:rPr>
          <w:sz w:val="20"/>
          <w:szCs w:val="20"/>
        </w:rPr>
        <w:t xml:space="preserve">: </w:t>
      </w:r>
      <w:r w:rsidRPr="004728E1">
        <w:rPr>
          <w:rFonts w:cs="Shruti"/>
          <w:sz w:val="20"/>
          <w:szCs w:val="20"/>
          <w:cs/>
          <w:lang w:bidi="gu-IN"/>
        </w:rPr>
        <w:t>સમિતિના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મહિલા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સભ્ય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અને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શિક્ષિકા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દ્વારા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નાના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બાળકોને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શારીરિક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સુરક્ષા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અને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ગુડ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ટચ</w:t>
      </w:r>
      <w:r w:rsidRPr="004728E1">
        <w:rPr>
          <w:sz w:val="20"/>
          <w:szCs w:val="20"/>
        </w:rPr>
        <w:t>/</w:t>
      </w:r>
      <w:r w:rsidRPr="004728E1">
        <w:rPr>
          <w:rFonts w:cs="Shruti"/>
          <w:sz w:val="20"/>
          <w:szCs w:val="20"/>
          <w:cs/>
          <w:lang w:bidi="gu-IN"/>
        </w:rPr>
        <w:t>બેડ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ટચ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અંગે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ચિત્રો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અને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વિડીયો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દ્વારા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સમજ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આપવામાં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આવી</w:t>
      </w:r>
      <w:r w:rsidRPr="004728E1">
        <w:rPr>
          <w:sz w:val="20"/>
          <w:szCs w:val="20"/>
        </w:rPr>
        <w:t>.</w:t>
      </w:r>
    </w:p>
    <w:p w14:paraId="64976614" w14:textId="77777777" w:rsidR="00B43400" w:rsidRPr="004728E1" w:rsidRDefault="00B43400" w:rsidP="004728E1">
      <w:pPr>
        <w:pStyle w:val="ListBullet"/>
        <w:spacing w:line="240" w:lineRule="auto"/>
        <w:rPr>
          <w:sz w:val="20"/>
          <w:szCs w:val="20"/>
        </w:rPr>
      </w:pPr>
      <w:r w:rsidRPr="004728E1">
        <w:rPr>
          <w:rFonts w:cs="Shruti"/>
          <w:sz w:val="20"/>
          <w:szCs w:val="20"/>
          <w:cs/>
          <w:lang w:bidi="gu-IN"/>
        </w:rPr>
        <w:t>ફરિયાદ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પેટી</w:t>
      </w:r>
      <w:r w:rsidRPr="004728E1">
        <w:rPr>
          <w:sz w:val="20"/>
          <w:szCs w:val="20"/>
        </w:rPr>
        <w:t xml:space="preserve"> (Complaint Box) </w:t>
      </w:r>
      <w:r w:rsidRPr="004728E1">
        <w:rPr>
          <w:rFonts w:cs="Shruti"/>
          <w:sz w:val="20"/>
          <w:szCs w:val="20"/>
          <w:cs/>
          <w:lang w:bidi="gu-IN"/>
        </w:rPr>
        <w:t>ની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વ્યવસ્થા</w:t>
      </w:r>
      <w:r w:rsidRPr="004728E1">
        <w:rPr>
          <w:sz w:val="20"/>
          <w:szCs w:val="20"/>
        </w:rPr>
        <w:t xml:space="preserve">: </w:t>
      </w:r>
      <w:r w:rsidRPr="004728E1">
        <w:rPr>
          <w:rFonts w:cs="Shruti"/>
          <w:sz w:val="20"/>
          <w:szCs w:val="20"/>
          <w:cs/>
          <w:lang w:bidi="gu-IN"/>
        </w:rPr>
        <w:t>બાળકો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નિર્ભયતાથી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પોતાની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સમસ્યા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રજૂ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કરી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શકે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તે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માટે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શાળામાં</w:t>
      </w:r>
      <w:r w:rsidRPr="004728E1">
        <w:rPr>
          <w:sz w:val="20"/>
          <w:szCs w:val="20"/>
        </w:rPr>
        <w:t xml:space="preserve"> "</w:t>
      </w:r>
      <w:r w:rsidRPr="004728E1">
        <w:rPr>
          <w:rFonts w:cs="Shruti"/>
          <w:sz w:val="20"/>
          <w:szCs w:val="20"/>
          <w:cs/>
          <w:lang w:bidi="gu-IN"/>
        </w:rPr>
        <w:t>ફરિયાદ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પેટી</w:t>
      </w:r>
      <w:r w:rsidRPr="004728E1">
        <w:rPr>
          <w:sz w:val="20"/>
          <w:szCs w:val="20"/>
        </w:rPr>
        <w:t xml:space="preserve">" </w:t>
      </w:r>
      <w:r w:rsidRPr="004728E1">
        <w:rPr>
          <w:rFonts w:cs="Shruti"/>
          <w:sz w:val="20"/>
          <w:szCs w:val="20"/>
          <w:cs/>
          <w:lang w:bidi="gu-IN"/>
        </w:rPr>
        <w:t>મૂકવામાં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આવી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છે</w:t>
      </w:r>
      <w:r w:rsidRPr="004728E1">
        <w:rPr>
          <w:sz w:val="20"/>
          <w:szCs w:val="20"/>
        </w:rPr>
        <w:t xml:space="preserve">, </w:t>
      </w:r>
      <w:r w:rsidRPr="004728E1">
        <w:rPr>
          <w:rFonts w:cs="Shruti"/>
          <w:sz w:val="20"/>
          <w:szCs w:val="20"/>
          <w:cs/>
          <w:lang w:bidi="gu-IN"/>
        </w:rPr>
        <w:t>જે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સમિતિની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હાજરીમાં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સમયાંતરે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ખોલવામાં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આવે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છે</w:t>
      </w:r>
      <w:r w:rsidRPr="004728E1">
        <w:rPr>
          <w:sz w:val="20"/>
          <w:szCs w:val="20"/>
        </w:rPr>
        <w:t>.</w:t>
      </w:r>
    </w:p>
    <w:p w14:paraId="1F33F1E6" w14:textId="77777777" w:rsidR="00B43400" w:rsidRPr="004728E1" w:rsidRDefault="00B43400" w:rsidP="004728E1">
      <w:pPr>
        <w:pStyle w:val="ListBullet"/>
        <w:spacing w:line="240" w:lineRule="auto"/>
        <w:rPr>
          <w:sz w:val="20"/>
          <w:szCs w:val="20"/>
        </w:rPr>
      </w:pPr>
      <w:r w:rsidRPr="004728E1">
        <w:rPr>
          <w:rFonts w:cs="Shruti"/>
          <w:sz w:val="20"/>
          <w:szCs w:val="20"/>
          <w:cs/>
          <w:lang w:bidi="gu-IN"/>
        </w:rPr>
        <w:t>ચાઈલ્ડ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હેલ્પલાઈન</w:t>
      </w:r>
      <w:r w:rsidRPr="004728E1">
        <w:rPr>
          <w:sz w:val="20"/>
          <w:szCs w:val="20"/>
        </w:rPr>
        <w:t xml:space="preserve"> (1098) </w:t>
      </w:r>
      <w:r w:rsidRPr="004728E1">
        <w:rPr>
          <w:rFonts w:cs="Shruti"/>
          <w:sz w:val="20"/>
          <w:szCs w:val="20"/>
          <w:cs/>
          <w:lang w:bidi="gu-IN"/>
        </w:rPr>
        <w:t>અંગે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જાગૃતિ</w:t>
      </w:r>
      <w:r w:rsidRPr="004728E1">
        <w:rPr>
          <w:sz w:val="20"/>
          <w:szCs w:val="20"/>
        </w:rPr>
        <w:t xml:space="preserve">: </w:t>
      </w:r>
      <w:r w:rsidRPr="004728E1">
        <w:rPr>
          <w:rFonts w:cs="Shruti"/>
          <w:sz w:val="20"/>
          <w:szCs w:val="20"/>
          <w:cs/>
          <w:lang w:bidi="gu-IN"/>
        </w:rPr>
        <w:t>શાળાના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નોટિસ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બોર્ડ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પર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અને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વર્ગખંડોમાં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ઇમરજન્સી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નંબરો</w:t>
      </w:r>
      <w:r w:rsidRPr="004728E1">
        <w:rPr>
          <w:sz w:val="20"/>
          <w:szCs w:val="20"/>
        </w:rPr>
        <w:t xml:space="preserve"> (</w:t>
      </w:r>
      <w:r w:rsidRPr="004728E1">
        <w:rPr>
          <w:rFonts w:cs="Shruti"/>
          <w:sz w:val="20"/>
          <w:szCs w:val="20"/>
          <w:cs/>
          <w:lang w:bidi="gu-IN"/>
        </w:rPr>
        <w:t>જેમ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કે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ચાઈલ્ડ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હેલ્પલાઈન</w:t>
      </w:r>
      <w:r w:rsidRPr="004728E1">
        <w:rPr>
          <w:sz w:val="20"/>
          <w:szCs w:val="20"/>
        </w:rPr>
        <w:t xml:space="preserve">-1098, </w:t>
      </w:r>
      <w:r w:rsidRPr="004728E1">
        <w:rPr>
          <w:rFonts w:cs="Shruti"/>
          <w:sz w:val="20"/>
          <w:szCs w:val="20"/>
          <w:cs/>
          <w:lang w:bidi="gu-IN"/>
        </w:rPr>
        <w:t>પોલીસ</w:t>
      </w:r>
      <w:r w:rsidRPr="004728E1">
        <w:rPr>
          <w:sz w:val="20"/>
          <w:szCs w:val="20"/>
        </w:rPr>
        <w:t xml:space="preserve">-100) </w:t>
      </w:r>
      <w:r w:rsidRPr="004728E1">
        <w:rPr>
          <w:rFonts w:cs="Shruti"/>
          <w:sz w:val="20"/>
          <w:szCs w:val="20"/>
          <w:cs/>
          <w:lang w:bidi="gu-IN"/>
        </w:rPr>
        <w:t>પ્રદર્શિત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કરવામાં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આવ્યા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છે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અને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તે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ક્યારે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ડાયલ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કરવા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તેની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સમજ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આપી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છે</w:t>
      </w:r>
      <w:r w:rsidRPr="004728E1">
        <w:rPr>
          <w:sz w:val="20"/>
          <w:szCs w:val="20"/>
        </w:rPr>
        <w:t>.</w:t>
      </w:r>
    </w:p>
    <w:p w14:paraId="26D3B5DC" w14:textId="77777777" w:rsidR="00B43400" w:rsidRPr="004728E1" w:rsidRDefault="00B43400" w:rsidP="004728E1">
      <w:pPr>
        <w:pStyle w:val="ListBullet"/>
        <w:spacing w:line="240" w:lineRule="auto"/>
        <w:rPr>
          <w:sz w:val="20"/>
          <w:szCs w:val="20"/>
        </w:rPr>
      </w:pPr>
      <w:r w:rsidRPr="004728E1">
        <w:rPr>
          <w:sz w:val="20"/>
          <w:szCs w:val="20"/>
        </w:rPr>
        <w:t xml:space="preserve">POCSO </w:t>
      </w:r>
      <w:r w:rsidRPr="004728E1">
        <w:rPr>
          <w:rFonts w:cs="Shruti"/>
          <w:sz w:val="20"/>
          <w:szCs w:val="20"/>
          <w:cs/>
          <w:lang w:bidi="gu-IN"/>
        </w:rPr>
        <w:t>કાયદાની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સમજ</w:t>
      </w:r>
      <w:r w:rsidRPr="004728E1">
        <w:rPr>
          <w:sz w:val="20"/>
          <w:szCs w:val="20"/>
        </w:rPr>
        <w:t xml:space="preserve">: </w:t>
      </w:r>
      <w:r w:rsidRPr="004728E1">
        <w:rPr>
          <w:rFonts w:cs="Shruti"/>
          <w:sz w:val="20"/>
          <w:szCs w:val="20"/>
          <w:cs/>
          <w:lang w:bidi="gu-IN"/>
        </w:rPr>
        <w:t>શિક્ષકો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અને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વાલીઓ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માટે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યોજાયેલી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મીટિંગમાં</w:t>
      </w:r>
      <w:r w:rsidRPr="004728E1">
        <w:rPr>
          <w:sz w:val="20"/>
          <w:szCs w:val="20"/>
        </w:rPr>
        <w:t xml:space="preserve"> POCSO </w:t>
      </w:r>
      <w:r w:rsidRPr="004728E1">
        <w:rPr>
          <w:rFonts w:cs="Shruti"/>
          <w:sz w:val="20"/>
          <w:szCs w:val="20"/>
          <w:cs/>
          <w:lang w:bidi="gu-IN"/>
        </w:rPr>
        <w:t>એક્ટ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અંગે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મૂળભૂત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જાણકારી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આપવામાં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આવી</w:t>
      </w:r>
      <w:r w:rsidRPr="004728E1">
        <w:rPr>
          <w:sz w:val="20"/>
          <w:szCs w:val="20"/>
        </w:rPr>
        <w:t xml:space="preserve">, </w:t>
      </w:r>
      <w:r w:rsidRPr="004728E1">
        <w:rPr>
          <w:rFonts w:cs="Shruti"/>
          <w:sz w:val="20"/>
          <w:szCs w:val="20"/>
          <w:cs/>
          <w:lang w:bidi="gu-IN"/>
        </w:rPr>
        <w:t>જેથી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બાળકોના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જાતીય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શોષણ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સામે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જાગૃતિ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આવે</w:t>
      </w:r>
      <w:r w:rsidRPr="004728E1">
        <w:rPr>
          <w:sz w:val="20"/>
          <w:szCs w:val="20"/>
        </w:rPr>
        <w:t>.</w:t>
      </w:r>
    </w:p>
    <w:p w14:paraId="22F48055" w14:textId="77777777" w:rsidR="00B43400" w:rsidRPr="004728E1" w:rsidRDefault="00B43400" w:rsidP="004728E1">
      <w:pPr>
        <w:pStyle w:val="Heading2"/>
        <w:spacing w:line="240" w:lineRule="auto"/>
        <w:rPr>
          <w:sz w:val="20"/>
          <w:szCs w:val="20"/>
        </w:rPr>
      </w:pPr>
      <w:r w:rsidRPr="004728E1">
        <w:rPr>
          <w:rFonts w:cs="Shruti"/>
          <w:sz w:val="20"/>
          <w:szCs w:val="20"/>
          <w:cs/>
          <w:lang w:bidi="gu-IN"/>
        </w:rPr>
        <w:t>૩</w:t>
      </w:r>
      <w:r w:rsidRPr="004728E1">
        <w:rPr>
          <w:sz w:val="20"/>
          <w:szCs w:val="20"/>
        </w:rPr>
        <w:t xml:space="preserve">. </w:t>
      </w:r>
      <w:r w:rsidRPr="004728E1">
        <w:rPr>
          <w:rFonts w:cs="Shruti"/>
          <w:sz w:val="20"/>
          <w:szCs w:val="20"/>
          <w:cs/>
          <w:lang w:bidi="gu-IN"/>
        </w:rPr>
        <w:t>સમિતિની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બેઠક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અને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સમીક્ષા</w:t>
      </w:r>
      <w:r w:rsidRPr="004728E1">
        <w:rPr>
          <w:sz w:val="20"/>
          <w:szCs w:val="20"/>
        </w:rPr>
        <w:t>:</w:t>
      </w:r>
    </w:p>
    <w:p w14:paraId="18EBF454" w14:textId="77777777" w:rsidR="00B43400" w:rsidRPr="004728E1" w:rsidRDefault="00B43400" w:rsidP="004728E1">
      <w:pPr>
        <w:spacing w:line="240" w:lineRule="auto"/>
        <w:rPr>
          <w:sz w:val="20"/>
          <w:szCs w:val="20"/>
        </w:rPr>
      </w:pPr>
      <w:r w:rsidRPr="004728E1">
        <w:rPr>
          <w:rFonts w:cs="Shruti"/>
          <w:sz w:val="20"/>
          <w:szCs w:val="20"/>
          <w:cs/>
          <w:lang w:bidi="gu-IN"/>
        </w:rPr>
        <w:t>બાળ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સુરક્ષા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સમિતિની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દર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ત્રણ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મહિને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ઓછામાં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ઓછી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એક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બેઠક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યોજવામાં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આવે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છે</w:t>
      </w:r>
      <w:r w:rsidRPr="004728E1">
        <w:rPr>
          <w:sz w:val="20"/>
          <w:szCs w:val="20"/>
        </w:rPr>
        <w:t xml:space="preserve">. </w:t>
      </w:r>
      <w:r w:rsidRPr="004728E1">
        <w:rPr>
          <w:rFonts w:cs="Shruti"/>
          <w:sz w:val="20"/>
          <w:szCs w:val="20"/>
          <w:cs/>
          <w:lang w:bidi="gu-IN"/>
        </w:rPr>
        <w:t>છેલ્લી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બેઠક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તા</w:t>
      </w:r>
      <w:r w:rsidRPr="004728E1">
        <w:rPr>
          <w:sz w:val="20"/>
          <w:szCs w:val="20"/>
        </w:rPr>
        <w:t>. ____/____/</w:t>
      </w:r>
      <w:r w:rsidRPr="004728E1">
        <w:rPr>
          <w:rFonts w:cs="Shruti"/>
          <w:sz w:val="20"/>
          <w:szCs w:val="20"/>
          <w:cs/>
          <w:lang w:bidi="gu-IN"/>
        </w:rPr>
        <w:t>૨૦૨</w:t>
      </w:r>
      <w:r w:rsidRPr="004728E1">
        <w:rPr>
          <w:sz w:val="20"/>
          <w:szCs w:val="20"/>
        </w:rPr>
        <w:t xml:space="preserve">__ </w:t>
      </w:r>
      <w:r w:rsidRPr="004728E1">
        <w:rPr>
          <w:rFonts w:cs="Shruti"/>
          <w:sz w:val="20"/>
          <w:szCs w:val="20"/>
          <w:cs/>
          <w:lang w:bidi="gu-IN"/>
        </w:rPr>
        <w:t>ના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રોજ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યોજાઈ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હતી</w:t>
      </w:r>
      <w:r w:rsidRPr="004728E1">
        <w:rPr>
          <w:sz w:val="20"/>
          <w:szCs w:val="20"/>
        </w:rPr>
        <w:t xml:space="preserve">, </w:t>
      </w:r>
      <w:r w:rsidRPr="004728E1">
        <w:rPr>
          <w:rFonts w:cs="Shruti"/>
          <w:sz w:val="20"/>
          <w:szCs w:val="20"/>
          <w:cs/>
          <w:lang w:bidi="gu-IN"/>
        </w:rPr>
        <w:t>જેમાં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શાળાના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સુરક્ષાના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માપદંડોની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સમીક્ષા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કરી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સંતોષકારક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નોંધ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કરવામાં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આવી</w:t>
      </w:r>
      <w:r w:rsidRPr="004728E1">
        <w:rPr>
          <w:sz w:val="20"/>
          <w:szCs w:val="20"/>
        </w:rPr>
        <w:t xml:space="preserve"> </w:t>
      </w:r>
      <w:r w:rsidRPr="004728E1">
        <w:rPr>
          <w:rFonts w:cs="Shruti"/>
          <w:sz w:val="20"/>
          <w:szCs w:val="20"/>
          <w:cs/>
          <w:lang w:bidi="gu-IN"/>
        </w:rPr>
        <w:t>છે</w:t>
      </w:r>
      <w:r w:rsidRPr="004728E1">
        <w:rPr>
          <w:sz w:val="20"/>
          <w:szCs w:val="20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152"/>
      </w:tblGrid>
      <w:tr w:rsidR="00B43400" w:rsidRPr="004728E1" w14:paraId="345DA020" w14:textId="77777777" w:rsidTr="004728E1">
        <w:tc>
          <w:tcPr>
            <w:tcW w:w="4320" w:type="dxa"/>
          </w:tcPr>
          <w:p w14:paraId="2F08FDE1" w14:textId="77777777" w:rsidR="00B43400" w:rsidRPr="004728E1" w:rsidRDefault="00B43400" w:rsidP="004728E1">
            <w:pPr>
              <w:spacing w:line="240" w:lineRule="auto"/>
              <w:rPr>
                <w:sz w:val="20"/>
                <w:szCs w:val="20"/>
              </w:rPr>
            </w:pPr>
            <w:r w:rsidRPr="004728E1">
              <w:rPr>
                <w:rFonts w:cs="Shruti"/>
                <w:sz w:val="20"/>
                <w:szCs w:val="20"/>
                <w:cs/>
                <w:lang w:bidi="gu-IN"/>
              </w:rPr>
              <w:t>નોડલ</w:t>
            </w:r>
            <w:r w:rsidRPr="004728E1">
              <w:rPr>
                <w:sz w:val="20"/>
                <w:szCs w:val="20"/>
              </w:rPr>
              <w:t xml:space="preserve"> </w:t>
            </w:r>
            <w:r w:rsidRPr="004728E1">
              <w:rPr>
                <w:rFonts w:cs="Shruti"/>
                <w:sz w:val="20"/>
                <w:szCs w:val="20"/>
                <w:cs/>
                <w:lang w:bidi="gu-IN"/>
              </w:rPr>
              <w:t>ઓફિસર</w:t>
            </w:r>
            <w:r w:rsidRPr="004728E1">
              <w:rPr>
                <w:sz w:val="20"/>
                <w:szCs w:val="20"/>
              </w:rPr>
              <w:t xml:space="preserve"> (</w:t>
            </w:r>
            <w:r w:rsidRPr="004728E1">
              <w:rPr>
                <w:rFonts w:cs="Shruti"/>
                <w:sz w:val="20"/>
                <w:szCs w:val="20"/>
                <w:cs/>
                <w:lang w:bidi="gu-IN"/>
              </w:rPr>
              <w:t>બાળ</w:t>
            </w:r>
            <w:r w:rsidRPr="004728E1">
              <w:rPr>
                <w:sz w:val="20"/>
                <w:szCs w:val="20"/>
              </w:rPr>
              <w:t xml:space="preserve"> </w:t>
            </w:r>
            <w:r w:rsidRPr="004728E1">
              <w:rPr>
                <w:rFonts w:cs="Shruti"/>
                <w:sz w:val="20"/>
                <w:szCs w:val="20"/>
                <w:cs/>
                <w:lang w:bidi="gu-IN"/>
              </w:rPr>
              <w:t>સુરક્ષા</w:t>
            </w:r>
            <w:r w:rsidRPr="004728E1">
              <w:rPr>
                <w:sz w:val="20"/>
                <w:szCs w:val="20"/>
              </w:rPr>
              <w:t xml:space="preserve">) </w:t>
            </w:r>
            <w:r w:rsidRPr="004728E1">
              <w:rPr>
                <w:rFonts w:cs="Shruti"/>
                <w:sz w:val="20"/>
                <w:szCs w:val="20"/>
                <w:cs/>
                <w:lang w:bidi="gu-IN"/>
              </w:rPr>
              <w:t>ની</w:t>
            </w:r>
            <w:r w:rsidRPr="004728E1">
              <w:rPr>
                <w:sz w:val="20"/>
                <w:szCs w:val="20"/>
              </w:rPr>
              <w:t xml:space="preserve"> </w:t>
            </w:r>
            <w:r w:rsidRPr="004728E1">
              <w:rPr>
                <w:rFonts w:cs="Shruti"/>
                <w:sz w:val="20"/>
                <w:szCs w:val="20"/>
                <w:cs/>
                <w:lang w:bidi="gu-IN"/>
              </w:rPr>
              <w:t>સહી</w:t>
            </w:r>
            <w:r w:rsidRPr="004728E1">
              <w:rPr>
                <w:sz w:val="20"/>
                <w:szCs w:val="20"/>
              </w:rPr>
              <w:br/>
            </w:r>
            <w:r w:rsidRPr="004728E1">
              <w:rPr>
                <w:sz w:val="20"/>
                <w:szCs w:val="20"/>
              </w:rPr>
              <w:br/>
              <w:t>______________________</w:t>
            </w:r>
          </w:p>
        </w:tc>
        <w:tc>
          <w:tcPr>
            <w:tcW w:w="4152" w:type="dxa"/>
          </w:tcPr>
          <w:p w14:paraId="07005F88" w14:textId="77777777" w:rsidR="00B43400" w:rsidRPr="004728E1" w:rsidRDefault="00B43400" w:rsidP="004728E1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4728E1">
              <w:rPr>
                <w:rFonts w:cs="Shruti"/>
                <w:sz w:val="20"/>
                <w:szCs w:val="20"/>
                <w:cs/>
                <w:lang w:bidi="gu-IN"/>
              </w:rPr>
              <w:t>આચાર્યશ્રીની</w:t>
            </w:r>
            <w:r w:rsidRPr="004728E1">
              <w:rPr>
                <w:sz w:val="20"/>
                <w:szCs w:val="20"/>
              </w:rPr>
              <w:t xml:space="preserve"> </w:t>
            </w:r>
            <w:r w:rsidRPr="004728E1">
              <w:rPr>
                <w:rFonts w:cs="Shruti"/>
                <w:sz w:val="20"/>
                <w:szCs w:val="20"/>
                <w:cs/>
                <w:lang w:bidi="gu-IN"/>
              </w:rPr>
              <w:t>સહી</w:t>
            </w:r>
            <w:r w:rsidRPr="004728E1">
              <w:rPr>
                <w:sz w:val="20"/>
                <w:szCs w:val="20"/>
              </w:rPr>
              <w:t xml:space="preserve"> </w:t>
            </w:r>
            <w:r w:rsidRPr="004728E1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4728E1">
              <w:rPr>
                <w:sz w:val="20"/>
                <w:szCs w:val="20"/>
              </w:rPr>
              <w:t xml:space="preserve"> </w:t>
            </w:r>
            <w:r w:rsidRPr="004728E1">
              <w:rPr>
                <w:rFonts w:cs="Shruti"/>
                <w:sz w:val="20"/>
                <w:szCs w:val="20"/>
                <w:cs/>
                <w:lang w:bidi="gu-IN"/>
              </w:rPr>
              <w:t>સિક્કો</w:t>
            </w:r>
            <w:r w:rsidRPr="004728E1">
              <w:rPr>
                <w:sz w:val="20"/>
                <w:szCs w:val="20"/>
              </w:rPr>
              <w:br/>
            </w:r>
            <w:r w:rsidRPr="004728E1">
              <w:rPr>
                <w:sz w:val="20"/>
                <w:szCs w:val="20"/>
              </w:rPr>
              <w:br/>
            </w:r>
            <w:r w:rsidRPr="004728E1">
              <w:rPr>
                <w:sz w:val="20"/>
                <w:szCs w:val="20"/>
              </w:rPr>
              <w:br/>
            </w:r>
          </w:p>
        </w:tc>
      </w:tr>
    </w:tbl>
    <w:p w14:paraId="06D4BC8D" w14:textId="77777777" w:rsidR="00B43400" w:rsidRPr="004728E1" w:rsidRDefault="00B43400" w:rsidP="004728E1">
      <w:pPr>
        <w:spacing w:line="240" w:lineRule="auto"/>
        <w:rPr>
          <w:sz w:val="20"/>
          <w:szCs w:val="20"/>
        </w:rPr>
      </w:pPr>
    </w:p>
    <w:p w14:paraId="4350D156" w14:textId="77777777" w:rsidR="003D3E34" w:rsidRDefault="003D3E34" w:rsidP="0003495A">
      <w:pPr>
        <w:spacing w:after="0" w:line="240" w:lineRule="auto"/>
        <w:rPr>
          <w:rFonts w:cs="Shruti"/>
          <w:sz w:val="28"/>
          <w:szCs w:val="28"/>
          <w:u w:val="single"/>
          <w:lang w:bidi="gu-IN"/>
        </w:rPr>
      </w:pPr>
    </w:p>
    <w:p w14:paraId="37F9A7A8" w14:textId="77777777" w:rsidR="003D3E34" w:rsidRDefault="003D3E34" w:rsidP="00B36C4E">
      <w:pPr>
        <w:spacing w:after="0" w:line="240" w:lineRule="auto"/>
        <w:jc w:val="center"/>
        <w:rPr>
          <w:rFonts w:cs="Shruti"/>
          <w:sz w:val="28"/>
          <w:szCs w:val="28"/>
          <w:u w:val="single"/>
          <w:lang w:bidi="gu-IN"/>
        </w:rPr>
      </w:pPr>
    </w:p>
    <w:p w14:paraId="452BFAAF" w14:textId="3CD9629D" w:rsidR="00B36C4E" w:rsidRDefault="002546D1" w:rsidP="00B36C4E">
      <w:pPr>
        <w:spacing w:after="0" w:line="240" w:lineRule="auto"/>
        <w:jc w:val="center"/>
        <w:rPr>
          <w:rFonts w:cs="Shruti"/>
          <w:b/>
          <w:u w:val="single"/>
          <w:lang w:val="en-IN" w:bidi="gu-IN"/>
        </w:rPr>
      </w:pPr>
      <w:r>
        <w:rPr>
          <w:rFonts w:cs="Shruti" w:hint="cs"/>
          <w:sz w:val="28"/>
          <w:szCs w:val="28"/>
          <w:u w:val="single"/>
          <w:cs/>
          <w:lang w:bidi="gu-IN"/>
        </w:rPr>
        <w:t>ઢાંકણ્રીયાવાસ પ્રાથમિક શાળા તા- લાખણી જિલ્લો - વાવ-થરાદ ડાયસ કોડ: 24021300207</w:t>
      </w:r>
    </w:p>
    <w:p w14:paraId="7F35C6CB" w14:textId="77777777" w:rsidR="00F15F55" w:rsidRPr="005F097D" w:rsidRDefault="00F15F55" w:rsidP="00DB7ACB">
      <w:pPr>
        <w:pStyle w:val="Heading1"/>
        <w:spacing w:line="240" w:lineRule="auto"/>
        <w:rPr>
          <w:rFonts w:cs="Shruti"/>
          <w:sz w:val="24"/>
          <w:szCs w:val="24"/>
          <w:u w:val="single"/>
          <w:lang w:bidi="gu-IN"/>
        </w:rPr>
      </w:pPr>
      <w:r w:rsidRPr="005F097D">
        <w:rPr>
          <w:sz w:val="24"/>
          <w:szCs w:val="24"/>
          <w:u w:val="single"/>
        </w:rPr>
        <w:t xml:space="preserve">NEP 2020 </w:t>
      </w:r>
      <w:r w:rsidRPr="005F097D">
        <w:rPr>
          <w:rFonts w:cs="Shruti"/>
          <w:sz w:val="24"/>
          <w:szCs w:val="24"/>
          <w:u w:val="single"/>
          <w:cs/>
          <w:lang w:bidi="gu-IN"/>
        </w:rPr>
        <w:t>અને</w:t>
      </w:r>
      <w:r w:rsidRPr="005F097D">
        <w:rPr>
          <w:sz w:val="24"/>
          <w:szCs w:val="24"/>
          <w:u w:val="single"/>
        </w:rPr>
        <w:t xml:space="preserve"> SCF </w:t>
      </w:r>
      <w:r w:rsidRPr="005F097D">
        <w:rPr>
          <w:rFonts w:cs="Shruti"/>
          <w:sz w:val="24"/>
          <w:szCs w:val="24"/>
          <w:u w:val="single"/>
          <w:cs/>
          <w:lang w:bidi="gu-IN"/>
        </w:rPr>
        <w:t>ની</w:t>
      </w:r>
      <w:r w:rsidRPr="005F097D">
        <w:rPr>
          <w:sz w:val="24"/>
          <w:szCs w:val="24"/>
          <w:u w:val="single"/>
        </w:rPr>
        <w:t xml:space="preserve"> </w:t>
      </w:r>
      <w:r w:rsidRPr="005F097D">
        <w:rPr>
          <w:rFonts w:cs="Shruti"/>
          <w:sz w:val="24"/>
          <w:szCs w:val="24"/>
          <w:u w:val="single"/>
          <w:cs/>
          <w:lang w:bidi="gu-IN"/>
        </w:rPr>
        <w:t>અભિમુખતા</w:t>
      </w:r>
      <w:r w:rsidRPr="005F097D">
        <w:rPr>
          <w:sz w:val="24"/>
          <w:szCs w:val="24"/>
          <w:u w:val="single"/>
        </w:rPr>
        <w:t xml:space="preserve"> (Orientation) </w:t>
      </w:r>
      <w:r w:rsidRPr="005F097D">
        <w:rPr>
          <w:rFonts w:cs="Shruti"/>
          <w:sz w:val="24"/>
          <w:szCs w:val="24"/>
          <w:u w:val="single"/>
          <w:cs/>
          <w:lang w:bidi="gu-IN"/>
        </w:rPr>
        <w:t>માટે</w:t>
      </w:r>
      <w:r w:rsidRPr="005F097D">
        <w:rPr>
          <w:sz w:val="24"/>
          <w:szCs w:val="24"/>
          <w:u w:val="single"/>
        </w:rPr>
        <w:t xml:space="preserve"> </w:t>
      </w:r>
      <w:r w:rsidRPr="005F097D">
        <w:rPr>
          <w:rFonts w:cs="Shruti"/>
          <w:sz w:val="24"/>
          <w:szCs w:val="24"/>
          <w:u w:val="single"/>
          <w:cs/>
          <w:lang w:bidi="gu-IN"/>
        </w:rPr>
        <w:t>શાળા</w:t>
      </w:r>
      <w:r w:rsidRPr="005F097D">
        <w:rPr>
          <w:sz w:val="24"/>
          <w:szCs w:val="24"/>
          <w:u w:val="single"/>
        </w:rPr>
        <w:t xml:space="preserve"> </w:t>
      </w:r>
      <w:r w:rsidRPr="005F097D">
        <w:rPr>
          <w:rFonts w:cs="Shruti"/>
          <w:sz w:val="24"/>
          <w:szCs w:val="24"/>
          <w:u w:val="single"/>
          <w:cs/>
          <w:lang w:bidi="gu-IN"/>
        </w:rPr>
        <w:t>દ્વારા</w:t>
      </w:r>
      <w:r w:rsidRPr="005F097D">
        <w:rPr>
          <w:sz w:val="24"/>
          <w:szCs w:val="24"/>
          <w:u w:val="single"/>
        </w:rPr>
        <w:t xml:space="preserve"> </w:t>
      </w:r>
      <w:r w:rsidRPr="005F097D">
        <w:rPr>
          <w:rFonts w:cs="Shruti"/>
          <w:sz w:val="24"/>
          <w:szCs w:val="24"/>
          <w:u w:val="single"/>
          <w:cs/>
          <w:lang w:bidi="gu-IN"/>
        </w:rPr>
        <w:t>કરવામાં</w:t>
      </w:r>
      <w:r w:rsidRPr="005F097D">
        <w:rPr>
          <w:sz w:val="24"/>
          <w:szCs w:val="24"/>
          <w:u w:val="single"/>
        </w:rPr>
        <w:t xml:space="preserve"> </w:t>
      </w:r>
      <w:r w:rsidRPr="005F097D">
        <w:rPr>
          <w:rFonts w:cs="Shruti"/>
          <w:sz w:val="24"/>
          <w:szCs w:val="24"/>
          <w:u w:val="single"/>
          <w:cs/>
          <w:lang w:bidi="gu-IN"/>
        </w:rPr>
        <w:t>આવેલ</w:t>
      </w:r>
      <w:r w:rsidRPr="005F097D">
        <w:rPr>
          <w:sz w:val="24"/>
          <w:szCs w:val="24"/>
          <w:u w:val="single"/>
        </w:rPr>
        <w:t xml:space="preserve"> </w:t>
      </w:r>
      <w:r w:rsidRPr="005F097D">
        <w:rPr>
          <w:rFonts w:cs="Shruti"/>
          <w:sz w:val="24"/>
          <w:szCs w:val="24"/>
          <w:u w:val="single"/>
          <w:cs/>
          <w:lang w:bidi="gu-IN"/>
        </w:rPr>
        <w:t>પ્રયાસોનો</w:t>
      </w:r>
      <w:r w:rsidRPr="005F097D">
        <w:rPr>
          <w:sz w:val="24"/>
          <w:szCs w:val="24"/>
          <w:u w:val="single"/>
        </w:rPr>
        <w:t xml:space="preserve"> </w:t>
      </w:r>
      <w:r w:rsidRPr="005F097D">
        <w:rPr>
          <w:rFonts w:cs="Shruti"/>
          <w:sz w:val="24"/>
          <w:szCs w:val="24"/>
          <w:u w:val="single"/>
          <w:cs/>
          <w:lang w:bidi="gu-IN"/>
        </w:rPr>
        <w:t>અહેવાલ</w:t>
      </w:r>
    </w:p>
    <w:p w14:paraId="4D1848F0" w14:textId="3C44B1A2" w:rsidR="00F15F55" w:rsidRPr="00DB7ACB" w:rsidRDefault="00F15F55" w:rsidP="00DB7ACB">
      <w:pPr>
        <w:spacing w:line="240" w:lineRule="auto"/>
        <w:rPr>
          <w:rFonts w:cs="Shruti"/>
          <w:sz w:val="20"/>
          <w:szCs w:val="20"/>
          <w:lang w:bidi="gu-IN"/>
        </w:rPr>
      </w:pPr>
      <w:r w:rsidRPr="00DB7ACB">
        <w:rPr>
          <w:rFonts w:cs="Shruti"/>
          <w:sz w:val="20"/>
          <w:szCs w:val="20"/>
          <w:cs/>
          <w:lang w:bidi="gu-IN"/>
        </w:rPr>
        <w:t>રાષ્ટ્રીય</w:t>
      </w:r>
      <w:r w:rsidRPr="00DB7ACB">
        <w:rPr>
          <w:sz w:val="20"/>
          <w:szCs w:val="20"/>
        </w:rPr>
        <w:t xml:space="preserve"> </w:t>
      </w:r>
      <w:r w:rsidRPr="00DB7ACB">
        <w:rPr>
          <w:rFonts w:cs="Shruti"/>
          <w:sz w:val="20"/>
          <w:szCs w:val="20"/>
          <w:cs/>
          <w:lang w:bidi="gu-IN"/>
        </w:rPr>
        <w:t>શિક્ષણ</w:t>
      </w:r>
      <w:r w:rsidRPr="00DB7ACB">
        <w:rPr>
          <w:sz w:val="20"/>
          <w:szCs w:val="20"/>
        </w:rPr>
        <w:t xml:space="preserve"> </w:t>
      </w:r>
      <w:r w:rsidRPr="00DB7ACB">
        <w:rPr>
          <w:rFonts w:cs="Shruti"/>
          <w:sz w:val="20"/>
          <w:szCs w:val="20"/>
          <w:cs/>
          <w:lang w:bidi="gu-IN"/>
        </w:rPr>
        <w:t>નીતિ</w:t>
      </w:r>
      <w:r w:rsidRPr="00DB7ACB">
        <w:rPr>
          <w:sz w:val="20"/>
          <w:szCs w:val="20"/>
        </w:rPr>
        <w:t xml:space="preserve"> (NEP-2020) </w:t>
      </w:r>
      <w:r w:rsidRPr="00DB7ACB">
        <w:rPr>
          <w:rFonts w:cs="Shruti"/>
          <w:sz w:val="20"/>
          <w:szCs w:val="20"/>
          <w:cs/>
          <w:lang w:bidi="gu-IN"/>
        </w:rPr>
        <w:t>અને</w:t>
      </w:r>
      <w:r w:rsidRPr="00DB7ACB">
        <w:rPr>
          <w:sz w:val="20"/>
          <w:szCs w:val="20"/>
        </w:rPr>
        <w:t xml:space="preserve"> </w:t>
      </w:r>
      <w:r w:rsidRPr="00DB7ACB">
        <w:rPr>
          <w:rFonts w:cs="Shruti"/>
          <w:sz w:val="20"/>
          <w:szCs w:val="20"/>
          <w:cs/>
          <w:lang w:bidi="gu-IN"/>
        </w:rPr>
        <w:t>સ્ટેટ</w:t>
      </w:r>
      <w:r w:rsidRPr="00DB7ACB">
        <w:rPr>
          <w:sz w:val="20"/>
          <w:szCs w:val="20"/>
        </w:rPr>
        <w:t xml:space="preserve"> </w:t>
      </w:r>
      <w:r w:rsidRPr="00DB7ACB">
        <w:rPr>
          <w:rFonts w:cs="Shruti"/>
          <w:sz w:val="20"/>
          <w:szCs w:val="20"/>
          <w:cs/>
          <w:lang w:bidi="gu-IN"/>
        </w:rPr>
        <w:t>કરિક્યુલમ</w:t>
      </w:r>
      <w:r w:rsidRPr="00DB7ACB">
        <w:rPr>
          <w:sz w:val="20"/>
          <w:szCs w:val="20"/>
        </w:rPr>
        <w:t xml:space="preserve"> </w:t>
      </w:r>
      <w:r w:rsidRPr="00DB7ACB">
        <w:rPr>
          <w:rFonts w:cs="Shruti"/>
          <w:sz w:val="20"/>
          <w:szCs w:val="20"/>
          <w:cs/>
          <w:lang w:bidi="gu-IN"/>
        </w:rPr>
        <w:t>ફ્રેમવર્ક</w:t>
      </w:r>
      <w:r w:rsidRPr="00DB7ACB">
        <w:rPr>
          <w:sz w:val="20"/>
          <w:szCs w:val="20"/>
        </w:rPr>
        <w:t xml:space="preserve"> (SCF) </w:t>
      </w:r>
      <w:r w:rsidRPr="00DB7ACB">
        <w:rPr>
          <w:rFonts w:cs="Shruti"/>
          <w:sz w:val="20"/>
          <w:szCs w:val="20"/>
          <w:cs/>
          <w:lang w:bidi="gu-IN"/>
        </w:rPr>
        <w:t>ના</w:t>
      </w:r>
      <w:r w:rsidRPr="00DB7ACB">
        <w:rPr>
          <w:sz w:val="20"/>
          <w:szCs w:val="20"/>
        </w:rPr>
        <w:t xml:space="preserve"> </w:t>
      </w:r>
      <w:r w:rsidRPr="00DB7ACB">
        <w:rPr>
          <w:rFonts w:cs="Shruti"/>
          <w:sz w:val="20"/>
          <w:szCs w:val="20"/>
          <w:cs/>
          <w:lang w:bidi="gu-IN"/>
        </w:rPr>
        <w:t>અસરકારક</w:t>
      </w:r>
      <w:r w:rsidRPr="00DB7ACB">
        <w:rPr>
          <w:sz w:val="20"/>
          <w:szCs w:val="20"/>
        </w:rPr>
        <w:t xml:space="preserve"> </w:t>
      </w:r>
      <w:r w:rsidRPr="00DB7ACB">
        <w:rPr>
          <w:rFonts w:cs="Shruti"/>
          <w:sz w:val="20"/>
          <w:szCs w:val="20"/>
          <w:cs/>
          <w:lang w:bidi="gu-IN"/>
        </w:rPr>
        <w:t>અમલીકરણ</w:t>
      </w:r>
      <w:r w:rsidRPr="00DB7ACB">
        <w:rPr>
          <w:sz w:val="20"/>
          <w:szCs w:val="20"/>
        </w:rPr>
        <w:t xml:space="preserve"> </w:t>
      </w:r>
      <w:r w:rsidRPr="00DB7ACB">
        <w:rPr>
          <w:rFonts w:cs="Shruti"/>
          <w:sz w:val="20"/>
          <w:szCs w:val="20"/>
          <w:cs/>
          <w:lang w:bidi="gu-IN"/>
        </w:rPr>
        <w:t>માટે</w:t>
      </w:r>
      <w:r w:rsidRPr="00DB7ACB">
        <w:rPr>
          <w:sz w:val="20"/>
          <w:szCs w:val="20"/>
        </w:rPr>
        <w:t xml:space="preserve"> </w:t>
      </w:r>
      <w:r w:rsidRPr="00DB7ACB">
        <w:rPr>
          <w:rFonts w:cs="Shruti"/>
          <w:sz w:val="20"/>
          <w:szCs w:val="20"/>
          <w:cs/>
          <w:lang w:bidi="gu-IN"/>
        </w:rPr>
        <w:t>શાળાના</w:t>
      </w:r>
      <w:r w:rsidRPr="00DB7ACB">
        <w:rPr>
          <w:sz w:val="20"/>
          <w:szCs w:val="20"/>
        </w:rPr>
        <w:t xml:space="preserve"> </w:t>
      </w:r>
      <w:r w:rsidRPr="00DB7ACB">
        <w:rPr>
          <w:rFonts w:cs="Shruti"/>
          <w:sz w:val="20"/>
          <w:szCs w:val="20"/>
          <w:cs/>
          <w:lang w:bidi="gu-IN"/>
        </w:rPr>
        <w:t>શિક્ષકો</w:t>
      </w:r>
      <w:r w:rsidRPr="00DB7ACB">
        <w:rPr>
          <w:sz w:val="20"/>
          <w:szCs w:val="20"/>
        </w:rPr>
        <w:t xml:space="preserve"> </w:t>
      </w:r>
      <w:r w:rsidRPr="00DB7ACB">
        <w:rPr>
          <w:rFonts w:cs="Shruti"/>
          <w:sz w:val="20"/>
          <w:szCs w:val="20"/>
          <w:cs/>
          <w:lang w:bidi="gu-IN"/>
        </w:rPr>
        <w:t>અને</w:t>
      </w:r>
      <w:r w:rsidRPr="00DB7ACB">
        <w:rPr>
          <w:sz w:val="20"/>
          <w:szCs w:val="20"/>
        </w:rPr>
        <w:t xml:space="preserve"> </w:t>
      </w:r>
      <w:r w:rsidRPr="00DB7ACB">
        <w:rPr>
          <w:rFonts w:cs="Shruti"/>
          <w:sz w:val="20"/>
          <w:szCs w:val="20"/>
          <w:cs/>
          <w:lang w:bidi="gu-IN"/>
        </w:rPr>
        <w:t>કર્મચારીઓને</w:t>
      </w:r>
      <w:r w:rsidRPr="00DB7ACB">
        <w:rPr>
          <w:sz w:val="20"/>
          <w:szCs w:val="20"/>
        </w:rPr>
        <w:t xml:space="preserve"> </w:t>
      </w:r>
      <w:r w:rsidRPr="00DB7ACB">
        <w:rPr>
          <w:rFonts w:cs="Shruti"/>
          <w:sz w:val="20"/>
          <w:szCs w:val="20"/>
          <w:cs/>
          <w:lang w:bidi="gu-IN"/>
        </w:rPr>
        <w:t>માહિતગાર</w:t>
      </w:r>
      <w:r w:rsidRPr="00DB7ACB">
        <w:rPr>
          <w:sz w:val="20"/>
          <w:szCs w:val="20"/>
        </w:rPr>
        <w:t xml:space="preserve"> </w:t>
      </w:r>
      <w:r w:rsidRPr="00DB7ACB">
        <w:rPr>
          <w:rFonts w:cs="Shruti"/>
          <w:sz w:val="20"/>
          <w:szCs w:val="20"/>
          <w:cs/>
          <w:lang w:bidi="gu-IN"/>
        </w:rPr>
        <w:t>કરવા</w:t>
      </w:r>
      <w:r w:rsidRPr="00DB7ACB">
        <w:rPr>
          <w:sz w:val="20"/>
          <w:szCs w:val="20"/>
        </w:rPr>
        <w:t xml:space="preserve"> </w:t>
      </w:r>
      <w:r w:rsidRPr="00DB7ACB">
        <w:rPr>
          <w:rFonts w:cs="Shruti"/>
          <w:sz w:val="20"/>
          <w:szCs w:val="20"/>
          <w:cs/>
          <w:lang w:bidi="gu-IN"/>
        </w:rPr>
        <w:t>અત્યંત</w:t>
      </w:r>
      <w:r w:rsidRPr="00DB7ACB">
        <w:rPr>
          <w:sz w:val="20"/>
          <w:szCs w:val="20"/>
        </w:rPr>
        <w:t xml:space="preserve"> </w:t>
      </w:r>
      <w:r w:rsidRPr="00DB7ACB">
        <w:rPr>
          <w:rFonts w:cs="Shruti"/>
          <w:sz w:val="20"/>
          <w:szCs w:val="20"/>
          <w:cs/>
          <w:lang w:bidi="gu-IN"/>
        </w:rPr>
        <w:t>આવશ્યક</w:t>
      </w:r>
      <w:r w:rsidRPr="00DB7ACB">
        <w:rPr>
          <w:sz w:val="20"/>
          <w:szCs w:val="20"/>
        </w:rPr>
        <w:t xml:space="preserve"> </w:t>
      </w:r>
      <w:r w:rsidRPr="00DB7ACB">
        <w:rPr>
          <w:rFonts w:cs="Shruti"/>
          <w:sz w:val="20"/>
          <w:szCs w:val="20"/>
          <w:cs/>
          <w:lang w:bidi="gu-IN"/>
        </w:rPr>
        <w:t>છે</w:t>
      </w:r>
      <w:r w:rsidRPr="00DB7ACB">
        <w:rPr>
          <w:sz w:val="20"/>
          <w:szCs w:val="20"/>
        </w:rPr>
        <w:t xml:space="preserve">. </w:t>
      </w:r>
      <w:r w:rsidRPr="00DB7ACB">
        <w:rPr>
          <w:rFonts w:cs="Shruti"/>
          <w:sz w:val="20"/>
          <w:szCs w:val="20"/>
          <w:cs/>
          <w:lang w:bidi="gu-IN"/>
        </w:rPr>
        <w:t>ગુણોત્સવ</w:t>
      </w:r>
      <w:r w:rsidRPr="00DB7ACB">
        <w:rPr>
          <w:sz w:val="20"/>
          <w:szCs w:val="20"/>
        </w:rPr>
        <w:t xml:space="preserve"> </w:t>
      </w:r>
      <w:r w:rsidRPr="00DB7ACB">
        <w:rPr>
          <w:rFonts w:cs="Shruti"/>
          <w:sz w:val="20"/>
          <w:szCs w:val="20"/>
          <w:cs/>
          <w:lang w:bidi="gu-IN"/>
        </w:rPr>
        <w:t>૨</w:t>
      </w:r>
      <w:r w:rsidRPr="00DB7ACB">
        <w:rPr>
          <w:sz w:val="20"/>
          <w:szCs w:val="20"/>
        </w:rPr>
        <w:t>.</w:t>
      </w:r>
      <w:r w:rsidRPr="00DB7ACB">
        <w:rPr>
          <w:rFonts w:cs="Shruti"/>
          <w:sz w:val="20"/>
          <w:szCs w:val="20"/>
          <w:cs/>
          <w:lang w:bidi="gu-IN"/>
        </w:rPr>
        <w:t>૦</w:t>
      </w:r>
      <w:r w:rsidRPr="00DB7ACB">
        <w:rPr>
          <w:sz w:val="20"/>
          <w:szCs w:val="20"/>
        </w:rPr>
        <w:t xml:space="preserve"> </w:t>
      </w:r>
      <w:r w:rsidRPr="00DB7ACB">
        <w:rPr>
          <w:rFonts w:cs="Shruti"/>
          <w:sz w:val="20"/>
          <w:szCs w:val="20"/>
          <w:cs/>
          <w:lang w:bidi="gu-IN"/>
        </w:rPr>
        <w:t>ના</w:t>
      </w:r>
      <w:r w:rsidRPr="00DB7ACB">
        <w:rPr>
          <w:sz w:val="20"/>
          <w:szCs w:val="20"/>
        </w:rPr>
        <w:t xml:space="preserve"> </w:t>
      </w:r>
      <w:r w:rsidRPr="00DB7ACB">
        <w:rPr>
          <w:rFonts w:cs="Shruti"/>
          <w:sz w:val="20"/>
          <w:szCs w:val="20"/>
          <w:cs/>
          <w:lang w:bidi="gu-IN"/>
        </w:rPr>
        <w:t>માપદંડો</w:t>
      </w:r>
      <w:r w:rsidRPr="00DB7ACB">
        <w:rPr>
          <w:sz w:val="20"/>
          <w:szCs w:val="20"/>
        </w:rPr>
        <w:t xml:space="preserve"> </w:t>
      </w:r>
      <w:r w:rsidRPr="00DB7ACB">
        <w:rPr>
          <w:rFonts w:cs="Shruti"/>
          <w:sz w:val="20"/>
          <w:szCs w:val="20"/>
          <w:cs/>
          <w:lang w:bidi="gu-IN"/>
        </w:rPr>
        <w:t>અંતર્ગત</w:t>
      </w:r>
      <w:r w:rsidRPr="00DB7ACB">
        <w:rPr>
          <w:sz w:val="20"/>
          <w:szCs w:val="20"/>
        </w:rPr>
        <w:t xml:space="preserve"> </w:t>
      </w:r>
      <w:r w:rsidR="008E13CA">
        <w:rPr>
          <w:rFonts w:cs="Shruti" w:hint="cs"/>
          <w:cs/>
          <w:lang w:bidi="gu-IN"/>
        </w:rPr>
        <w:t xml:space="preserve">ઢાંકણ્રીયાવાસ પ્રાથમિક શાળા </w:t>
      </w:r>
      <w:r w:rsidRPr="00DB7ACB">
        <w:rPr>
          <w:sz w:val="20"/>
          <w:szCs w:val="20"/>
        </w:rPr>
        <w:t xml:space="preserve"> </w:t>
      </w:r>
      <w:r w:rsidRPr="00DB7ACB">
        <w:rPr>
          <w:rFonts w:cs="Shruti"/>
          <w:sz w:val="20"/>
          <w:szCs w:val="20"/>
          <w:cs/>
          <w:lang w:bidi="gu-IN"/>
        </w:rPr>
        <w:t>દ્વારા</w:t>
      </w:r>
      <w:r w:rsidRPr="00DB7ACB">
        <w:rPr>
          <w:sz w:val="20"/>
          <w:szCs w:val="20"/>
        </w:rPr>
        <w:t xml:space="preserve"> </w:t>
      </w:r>
      <w:r w:rsidRPr="00DB7ACB">
        <w:rPr>
          <w:rFonts w:cs="Shruti"/>
          <w:sz w:val="20"/>
          <w:szCs w:val="20"/>
          <w:cs/>
          <w:lang w:bidi="gu-IN"/>
        </w:rPr>
        <w:t>તમામ</w:t>
      </w:r>
      <w:r w:rsidRPr="00DB7ACB">
        <w:rPr>
          <w:sz w:val="20"/>
          <w:szCs w:val="20"/>
        </w:rPr>
        <w:t xml:space="preserve"> </w:t>
      </w:r>
      <w:r w:rsidRPr="00DB7ACB">
        <w:rPr>
          <w:rFonts w:cs="Shruti"/>
          <w:sz w:val="20"/>
          <w:szCs w:val="20"/>
          <w:cs/>
          <w:lang w:bidi="gu-IN"/>
        </w:rPr>
        <w:t>કર્મચારીઓની</w:t>
      </w:r>
      <w:r w:rsidRPr="00DB7ACB">
        <w:rPr>
          <w:sz w:val="20"/>
          <w:szCs w:val="20"/>
        </w:rPr>
        <w:t xml:space="preserve"> </w:t>
      </w:r>
      <w:r w:rsidRPr="00DB7ACB">
        <w:rPr>
          <w:rFonts w:cs="Shruti"/>
          <w:sz w:val="20"/>
          <w:szCs w:val="20"/>
          <w:cs/>
          <w:lang w:bidi="gu-IN"/>
        </w:rPr>
        <w:t>અભિમુખતા</w:t>
      </w:r>
      <w:r w:rsidRPr="00DB7ACB">
        <w:rPr>
          <w:sz w:val="20"/>
          <w:szCs w:val="20"/>
        </w:rPr>
        <w:t xml:space="preserve"> (Orientation) </w:t>
      </w:r>
      <w:r w:rsidRPr="00DB7ACB">
        <w:rPr>
          <w:rFonts w:cs="Shruti"/>
          <w:sz w:val="20"/>
          <w:szCs w:val="20"/>
          <w:cs/>
          <w:lang w:bidi="gu-IN"/>
        </w:rPr>
        <w:t>માટે</w:t>
      </w:r>
      <w:r w:rsidRPr="00DB7ACB">
        <w:rPr>
          <w:sz w:val="20"/>
          <w:szCs w:val="20"/>
        </w:rPr>
        <w:t xml:space="preserve"> </w:t>
      </w:r>
      <w:r w:rsidRPr="00DB7ACB">
        <w:rPr>
          <w:rFonts w:cs="Shruti"/>
          <w:sz w:val="20"/>
          <w:szCs w:val="20"/>
          <w:cs/>
          <w:lang w:bidi="gu-IN"/>
        </w:rPr>
        <w:t>નીચે</w:t>
      </w:r>
      <w:r w:rsidRPr="00DB7ACB">
        <w:rPr>
          <w:sz w:val="20"/>
          <w:szCs w:val="20"/>
        </w:rPr>
        <w:t xml:space="preserve"> </w:t>
      </w:r>
      <w:r w:rsidRPr="00DB7ACB">
        <w:rPr>
          <w:rFonts w:cs="Shruti"/>
          <w:sz w:val="20"/>
          <w:szCs w:val="20"/>
          <w:cs/>
          <w:lang w:bidi="gu-IN"/>
        </w:rPr>
        <w:t>મુજબના</w:t>
      </w:r>
      <w:r w:rsidRPr="00DB7ACB">
        <w:rPr>
          <w:sz w:val="20"/>
          <w:szCs w:val="20"/>
        </w:rPr>
        <w:t xml:space="preserve"> </w:t>
      </w:r>
      <w:r w:rsidRPr="00DB7ACB">
        <w:rPr>
          <w:rFonts w:cs="Shruti"/>
          <w:sz w:val="20"/>
          <w:szCs w:val="20"/>
          <w:cs/>
          <w:lang w:bidi="gu-IN"/>
        </w:rPr>
        <w:t>સઘન</w:t>
      </w:r>
      <w:r w:rsidRPr="00DB7ACB">
        <w:rPr>
          <w:sz w:val="20"/>
          <w:szCs w:val="20"/>
        </w:rPr>
        <w:t xml:space="preserve"> </w:t>
      </w:r>
      <w:r w:rsidRPr="00DB7ACB">
        <w:rPr>
          <w:rFonts w:cs="Shruti"/>
          <w:sz w:val="20"/>
          <w:szCs w:val="20"/>
          <w:cs/>
          <w:lang w:bidi="gu-IN"/>
        </w:rPr>
        <w:t>પ્રયાસો</w:t>
      </w:r>
      <w:r w:rsidRPr="00DB7ACB">
        <w:rPr>
          <w:sz w:val="20"/>
          <w:szCs w:val="20"/>
        </w:rPr>
        <w:t xml:space="preserve"> </w:t>
      </w:r>
      <w:r w:rsidRPr="00DB7ACB">
        <w:rPr>
          <w:rFonts w:cs="Shruti"/>
          <w:sz w:val="20"/>
          <w:szCs w:val="20"/>
          <w:cs/>
          <w:lang w:bidi="gu-IN"/>
        </w:rPr>
        <w:t>કરવામાં</w:t>
      </w:r>
      <w:r w:rsidRPr="00DB7ACB">
        <w:rPr>
          <w:sz w:val="20"/>
          <w:szCs w:val="20"/>
        </w:rPr>
        <w:t xml:space="preserve"> </w:t>
      </w:r>
      <w:r w:rsidRPr="00DB7ACB">
        <w:rPr>
          <w:rFonts w:cs="Shruti"/>
          <w:sz w:val="20"/>
          <w:szCs w:val="20"/>
          <w:cs/>
          <w:lang w:bidi="gu-IN"/>
        </w:rPr>
        <w:t>આવ્યા</w:t>
      </w:r>
      <w:r w:rsidRPr="00DB7ACB">
        <w:rPr>
          <w:sz w:val="20"/>
          <w:szCs w:val="20"/>
        </w:rPr>
        <w:t xml:space="preserve"> </w:t>
      </w:r>
      <w:r w:rsidRPr="00DB7ACB">
        <w:rPr>
          <w:rFonts w:cs="Shruti"/>
          <w:sz w:val="20"/>
          <w:szCs w:val="20"/>
          <w:cs/>
          <w:lang w:bidi="gu-IN"/>
        </w:rPr>
        <w:t>છે</w:t>
      </w:r>
      <w:r w:rsidR="00DB7ACB" w:rsidRPr="00DB7ACB">
        <w:rPr>
          <w:sz w:val="20"/>
          <w:szCs w:val="20"/>
        </w:rPr>
        <w:t>:</w:t>
      </w:r>
    </w:p>
    <w:p w14:paraId="37B30E4F" w14:textId="77777777" w:rsidR="00F15F55" w:rsidRPr="00DB7ACB" w:rsidRDefault="00F15F55" w:rsidP="00DB7ACB">
      <w:pPr>
        <w:pStyle w:val="Heading2"/>
        <w:spacing w:line="240" w:lineRule="auto"/>
        <w:rPr>
          <w:sz w:val="20"/>
          <w:szCs w:val="20"/>
        </w:rPr>
      </w:pPr>
      <w:r w:rsidRPr="00DB7ACB">
        <w:rPr>
          <w:rFonts w:cs="Shruti"/>
          <w:sz w:val="20"/>
          <w:szCs w:val="20"/>
          <w:cs/>
          <w:lang w:bidi="gu-IN"/>
        </w:rPr>
        <w:t>૧</w:t>
      </w:r>
      <w:r w:rsidRPr="00DB7ACB">
        <w:rPr>
          <w:sz w:val="20"/>
          <w:szCs w:val="20"/>
        </w:rPr>
        <w:t xml:space="preserve">. </w:t>
      </w:r>
      <w:r w:rsidRPr="00DB7ACB">
        <w:rPr>
          <w:rFonts w:cs="Shruti"/>
          <w:sz w:val="20"/>
          <w:szCs w:val="20"/>
          <w:cs/>
          <w:lang w:bidi="gu-IN"/>
        </w:rPr>
        <w:t>શાળા</w:t>
      </w:r>
      <w:r w:rsidRPr="00DB7ACB">
        <w:rPr>
          <w:sz w:val="20"/>
          <w:szCs w:val="20"/>
        </w:rPr>
        <w:t xml:space="preserve"> </w:t>
      </w:r>
      <w:r w:rsidRPr="00DB7ACB">
        <w:rPr>
          <w:rFonts w:cs="Shruti"/>
          <w:sz w:val="20"/>
          <w:szCs w:val="20"/>
          <w:cs/>
          <w:lang w:bidi="gu-IN"/>
        </w:rPr>
        <w:t>દ્વારા</w:t>
      </w:r>
      <w:r w:rsidRPr="00DB7ACB">
        <w:rPr>
          <w:sz w:val="20"/>
          <w:szCs w:val="20"/>
        </w:rPr>
        <w:t xml:space="preserve"> </w:t>
      </w:r>
      <w:r w:rsidRPr="00DB7ACB">
        <w:rPr>
          <w:rFonts w:cs="Shruti"/>
          <w:sz w:val="20"/>
          <w:szCs w:val="20"/>
          <w:cs/>
          <w:lang w:bidi="gu-IN"/>
        </w:rPr>
        <w:t>કરવામાં</w:t>
      </w:r>
      <w:r w:rsidRPr="00DB7ACB">
        <w:rPr>
          <w:sz w:val="20"/>
          <w:szCs w:val="20"/>
        </w:rPr>
        <w:t xml:space="preserve"> </w:t>
      </w:r>
      <w:r w:rsidRPr="00DB7ACB">
        <w:rPr>
          <w:rFonts w:cs="Shruti"/>
          <w:sz w:val="20"/>
          <w:szCs w:val="20"/>
          <w:cs/>
          <w:lang w:bidi="gu-IN"/>
        </w:rPr>
        <w:t>આવેલ</w:t>
      </w:r>
      <w:r w:rsidRPr="00DB7ACB">
        <w:rPr>
          <w:sz w:val="20"/>
          <w:szCs w:val="20"/>
        </w:rPr>
        <w:t xml:space="preserve"> </w:t>
      </w:r>
      <w:r w:rsidRPr="00DB7ACB">
        <w:rPr>
          <w:rFonts w:cs="Shruti"/>
          <w:sz w:val="20"/>
          <w:szCs w:val="20"/>
          <w:cs/>
          <w:lang w:bidi="gu-IN"/>
        </w:rPr>
        <w:t>મુખ્ય</w:t>
      </w:r>
      <w:r w:rsidRPr="00DB7ACB">
        <w:rPr>
          <w:sz w:val="20"/>
          <w:szCs w:val="20"/>
        </w:rPr>
        <w:t xml:space="preserve"> </w:t>
      </w:r>
      <w:r w:rsidRPr="00DB7ACB">
        <w:rPr>
          <w:rFonts w:cs="Shruti"/>
          <w:sz w:val="20"/>
          <w:szCs w:val="20"/>
          <w:cs/>
          <w:lang w:bidi="gu-IN"/>
        </w:rPr>
        <w:t>પ્રયાસો</w:t>
      </w:r>
      <w:r w:rsidRPr="00DB7ACB">
        <w:rPr>
          <w:sz w:val="20"/>
          <w:szCs w:val="20"/>
        </w:rPr>
        <w:t>:</w:t>
      </w:r>
    </w:p>
    <w:p w14:paraId="6B38AE7C" w14:textId="77777777" w:rsidR="00F15F55" w:rsidRPr="005F097D" w:rsidRDefault="00F15F55" w:rsidP="00DB7ACB">
      <w:pPr>
        <w:pStyle w:val="ListBullet"/>
        <w:spacing w:line="240" w:lineRule="auto"/>
        <w:rPr>
          <w:sz w:val="18"/>
          <w:szCs w:val="18"/>
        </w:rPr>
      </w:pPr>
      <w:r w:rsidRPr="005F097D">
        <w:rPr>
          <w:rFonts w:cs="Shruti"/>
          <w:sz w:val="18"/>
          <w:szCs w:val="18"/>
          <w:cs/>
          <w:lang w:bidi="gu-IN"/>
        </w:rPr>
        <w:t>નિષ્ઠા</w:t>
      </w:r>
      <w:r w:rsidRPr="005F097D">
        <w:rPr>
          <w:sz w:val="18"/>
          <w:szCs w:val="18"/>
        </w:rPr>
        <w:t xml:space="preserve"> (NISHTHA) </w:t>
      </w:r>
      <w:r w:rsidRPr="005F097D">
        <w:rPr>
          <w:rFonts w:cs="Shruti"/>
          <w:sz w:val="18"/>
          <w:szCs w:val="18"/>
          <w:cs/>
          <w:lang w:bidi="gu-IN"/>
        </w:rPr>
        <w:t>અને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દીક્ષા</w:t>
      </w:r>
      <w:r w:rsidRPr="005F097D">
        <w:rPr>
          <w:sz w:val="18"/>
          <w:szCs w:val="18"/>
        </w:rPr>
        <w:t xml:space="preserve"> (DIKSHA) </w:t>
      </w:r>
      <w:r w:rsidRPr="005F097D">
        <w:rPr>
          <w:rFonts w:cs="Shruti"/>
          <w:sz w:val="18"/>
          <w:szCs w:val="18"/>
          <w:cs/>
          <w:lang w:bidi="gu-IN"/>
        </w:rPr>
        <w:t>તાલીમ</w:t>
      </w:r>
      <w:r w:rsidRPr="005F097D">
        <w:rPr>
          <w:sz w:val="18"/>
          <w:szCs w:val="18"/>
        </w:rPr>
        <w:t xml:space="preserve">: </w:t>
      </w:r>
      <w:r w:rsidRPr="005F097D">
        <w:rPr>
          <w:rFonts w:cs="Shruti"/>
          <w:sz w:val="18"/>
          <w:szCs w:val="18"/>
          <w:cs/>
          <w:lang w:bidi="gu-IN"/>
        </w:rPr>
        <w:t>શાળાના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તમામ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શિક્ષકોએ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દીક્ષા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પોર્ટલ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પર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શરુ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કરવામાં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આવેલ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નિષ્ઠા</w:t>
      </w:r>
      <w:r w:rsidRPr="005F097D">
        <w:rPr>
          <w:sz w:val="18"/>
          <w:szCs w:val="18"/>
        </w:rPr>
        <w:t xml:space="preserve"> (FLN / NEP) </w:t>
      </w:r>
      <w:r w:rsidRPr="005F097D">
        <w:rPr>
          <w:rFonts w:cs="Shruti"/>
          <w:sz w:val="18"/>
          <w:szCs w:val="18"/>
          <w:cs/>
          <w:lang w:bidi="gu-IN"/>
        </w:rPr>
        <w:t>ની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તમામ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ઓનલાઇન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તાલીમો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સફળતાપૂર્વક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પૂર્ણ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કરી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છે</w:t>
      </w:r>
      <w:r w:rsidRPr="005F097D">
        <w:rPr>
          <w:sz w:val="18"/>
          <w:szCs w:val="18"/>
        </w:rPr>
        <w:t>.</w:t>
      </w:r>
    </w:p>
    <w:p w14:paraId="788AB751" w14:textId="77777777" w:rsidR="00F15F55" w:rsidRPr="005F097D" w:rsidRDefault="00F15F55" w:rsidP="00DB7ACB">
      <w:pPr>
        <w:pStyle w:val="ListBullet"/>
        <w:spacing w:line="240" w:lineRule="auto"/>
        <w:rPr>
          <w:sz w:val="18"/>
          <w:szCs w:val="18"/>
        </w:rPr>
      </w:pPr>
      <w:r w:rsidRPr="005F097D">
        <w:rPr>
          <w:rFonts w:cs="Shruti"/>
          <w:sz w:val="18"/>
          <w:szCs w:val="18"/>
          <w:cs/>
          <w:lang w:bidi="gu-IN"/>
        </w:rPr>
        <w:t>સ્ટાફ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મીટિંગમાં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ચર્ચા</w:t>
      </w:r>
      <w:r w:rsidRPr="005F097D">
        <w:rPr>
          <w:sz w:val="18"/>
          <w:szCs w:val="18"/>
        </w:rPr>
        <w:t xml:space="preserve"> (Staff Meetings): </w:t>
      </w:r>
      <w:r w:rsidRPr="005F097D">
        <w:rPr>
          <w:rFonts w:cs="Shruti"/>
          <w:sz w:val="18"/>
          <w:szCs w:val="18"/>
          <w:cs/>
          <w:lang w:bidi="gu-IN"/>
        </w:rPr>
        <w:t>દર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માસે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યોજાતી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શાળા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કક્ષાની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સ્ટાફ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મીટિંગમાં</w:t>
      </w:r>
      <w:r w:rsidRPr="005F097D">
        <w:rPr>
          <w:sz w:val="18"/>
          <w:szCs w:val="18"/>
        </w:rPr>
        <w:t xml:space="preserve"> NEP 2020 </w:t>
      </w:r>
      <w:r w:rsidRPr="005F097D">
        <w:rPr>
          <w:rFonts w:cs="Shruti"/>
          <w:sz w:val="18"/>
          <w:szCs w:val="18"/>
          <w:cs/>
          <w:lang w:bidi="gu-IN"/>
        </w:rPr>
        <w:t>ના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મુખ્ય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મુદ્દાઓ</w:t>
      </w:r>
      <w:r w:rsidRPr="005F097D">
        <w:rPr>
          <w:sz w:val="18"/>
          <w:szCs w:val="18"/>
        </w:rPr>
        <w:t xml:space="preserve"> (</w:t>
      </w:r>
      <w:r w:rsidRPr="005F097D">
        <w:rPr>
          <w:rFonts w:cs="Shruti"/>
          <w:sz w:val="18"/>
          <w:szCs w:val="18"/>
          <w:cs/>
          <w:lang w:bidi="gu-IN"/>
        </w:rPr>
        <w:t>જેમ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કે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પ્લે</w:t>
      </w:r>
      <w:r w:rsidRPr="005F097D">
        <w:rPr>
          <w:sz w:val="18"/>
          <w:szCs w:val="18"/>
        </w:rPr>
        <w:t>-</w:t>
      </w:r>
      <w:r w:rsidRPr="005F097D">
        <w:rPr>
          <w:rFonts w:cs="Shruti"/>
          <w:sz w:val="18"/>
          <w:szCs w:val="18"/>
          <w:cs/>
          <w:lang w:bidi="gu-IN"/>
        </w:rPr>
        <w:t>વે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મેથડ</w:t>
      </w:r>
      <w:r w:rsidRPr="005F097D">
        <w:rPr>
          <w:sz w:val="18"/>
          <w:szCs w:val="18"/>
        </w:rPr>
        <w:t xml:space="preserve">, </w:t>
      </w:r>
      <w:r w:rsidRPr="005F097D">
        <w:rPr>
          <w:rFonts w:cs="Shruti"/>
          <w:sz w:val="18"/>
          <w:szCs w:val="18"/>
          <w:cs/>
          <w:lang w:bidi="gu-IN"/>
        </w:rPr>
        <w:t>રચનાત્મક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મૂલ્યાંકન</w:t>
      </w:r>
      <w:r w:rsidRPr="005F097D">
        <w:rPr>
          <w:sz w:val="18"/>
          <w:szCs w:val="18"/>
        </w:rPr>
        <w:t xml:space="preserve">, </w:t>
      </w:r>
      <w:r w:rsidRPr="005F097D">
        <w:rPr>
          <w:rFonts w:cs="Shruti"/>
          <w:sz w:val="18"/>
          <w:szCs w:val="18"/>
          <w:cs/>
          <w:lang w:bidi="gu-IN"/>
        </w:rPr>
        <w:t>બેગલેસ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ડેઝ</w:t>
      </w:r>
      <w:r w:rsidRPr="005F097D">
        <w:rPr>
          <w:sz w:val="18"/>
          <w:szCs w:val="18"/>
        </w:rPr>
        <w:t xml:space="preserve">) </w:t>
      </w:r>
      <w:r w:rsidRPr="005F097D">
        <w:rPr>
          <w:rFonts w:cs="Shruti"/>
          <w:sz w:val="18"/>
          <w:szCs w:val="18"/>
          <w:cs/>
          <w:lang w:bidi="gu-IN"/>
        </w:rPr>
        <w:t>પર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વિશેષ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ચર્ચા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કરવામાં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આવે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છે</w:t>
      </w:r>
      <w:r w:rsidRPr="005F097D">
        <w:rPr>
          <w:sz w:val="18"/>
          <w:szCs w:val="18"/>
        </w:rPr>
        <w:t>.</w:t>
      </w:r>
    </w:p>
    <w:p w14:paraId="7CA78A65" w14:textId="77777777" w:rsidR="00F15F55" w:rsidRPr="005F097D" w:rsidRDefault="00F15F55" w:rsidP="00DB7ACB">
      <w:pPr>
        <w:pStyle w:val="ListBullet"/>
        <w:spacing w:line="240" w:lineRule="auto"/>
        <w:rPr>
          <w:sz w:val="18"/>
          <w:szCs w:val="18"/>
        </w:rPr>
      </w:pPr>
      <w:r w:rsidRPr="005F097D">
        <w:rPr>
          <w:sz w:val="18"/>
          <w:szCs w:val="18"/>
        </w:rPr>
        <w:t xml:space="preserve">BRC / CRC </w:t>
      </w:r>
      <w:r w:rsidRPr="005F097D">
        <w:rPr>
          <w:rFonts w:cs="Shruti"/>
          <w:sz w:val="18"/>
          <w:szCs w:val="18"/>
          <w:cs/>
          <w:lang w:bidi="gu-IN"/>
        </w:rPr>
        <w:t>કક્ષાની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તાલીમોમાં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ભાગીદારી</w:t>
      </w:r>
      <w:r w:rsidRPr="005F097D">
        <w:rPr>
          <w:sz w:val="18"/>
          <w:szCs w:val="18"/>
        </w:rPr>
        <w:t xml:space="preserve">: </w:t>
      </w:r>
      <w:r w:rsidRPr="005F097D">
        <w:rPr>
          <w:rFonts w:cs="Shruti"/>
          <w:sz w:val="18"/>
          <w:szCs w:val="18"/>
          <w:cs/>
          <w:lang w:bidi="gu-IN"/>
        </w:rPr>
        <w:t>ક્લસ્ટર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અને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બ્લોક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કક્ષાએ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યોજાતા</w:t>
      </w:r>
      <w:r w:rsidRPr="005F097D">
        <w:rPr>
          <w:sz w:val="18"/>
          <w:szCs w:val="18"/>
        </w:rPr>
        <w:t xml:space="preserve"> NEP </w:t>
      </w:r>
      <w:r w:rsidRPr="005F097D">
        <w:rPr>
          <w:rFonts w:cs="Shruti"/>
          <w:sz w:val="18"/>
          <w:szCs w:val="18"/>
          <w:cs/>
          <w:lang w:bidi="gu-IN"/>
        </w:rPr>
        <w:t>અને</w:t>
      </w:r>
      <w:r w:rsidRPr="005F097D">
        <w:rPr>
          <w:sz w:val="18"/>
          <w:szCs w:val="18"/>
        </w:rPr>
        <w:t xml:space="preserve"> SCF </w:t>
      </w:r>
      <w:r w:rsidRPr="005F097D">
        <w:rPr>
          <w:rFonts w:cs="Shruti"/>
          <w:sz w:val="18"/>
          <w:szCs w:val="18"/>
          <w:cs/>
          <w:lang w:bidi="gu-IN"/>
        </w:rPr>
        <w:t>ના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વર્કશોપ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તથા</w:t>
      </w:r>
      <w:r w:rsidRPr="005F097D">
        <w:rPr>
          <w:sz w:val="18"/>
          <w:szCs w:val="18"/>
        </w:rPr>
        <w:t xml:space="preserve"> FLN </w:t>
      </w:r>
      <w:r w:rsidRPr="005F097D">
        <w:rPr>
          <w:rFonts w:cs="Shruti"/>
          <w:sz w:val="18"/>
          <w:szCs w:val="18"/>
          <w:cs/>
          <w:lang w:bidi="gu-IN"/>
        </w:rPr>
        <w:t>તાલીમોમાં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શાળાના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શિક્ષકોને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નિયમિતપણે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મોકલવામાં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આવે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છે</w:t>
      </w:r>
      <w:r w:rsidRPr="005F097D">
        <w:rPr>
          <w:sz w:val="18"/>
          <w:szCs w:val="18"/>
        </w:rPr>
        <w:t>.</w:t>
      </w:r>
    </w:p>
    <w:p w14:paraId="42753B27" w14:textId="77777777" w:rsidR="00F15F55" w:rsidRPr="005F097D" w:rsidRDefault="00F15F55" w:rsidP="00DB7ACB">
      <w:pPr>
        <w:pStyle w:val="ListBullet"/>
        <w:spacing w:line="240" w:lineRule="auto"/>
        <w:rPr>
          <w:sz w:val="18"/>
          <w:szCs w:val="18"/>
        </w:rPr>
      </w:pPr>
      <w:r w:rsidRPr="005F097D">
        <w:rPr>
          <w:rFonts w:cs="Shruti"/>
          <w:sz w:val="18"/>
          <w:szCs w:val="18"/>
          <w:cs/>
          <w:lang w:bidi="gu-IN"/>
        </w:rPr>
        <w:t>સાહિત્યની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ઉપલબ્ધતા</w:t>
      </w:r>
      <w:r w:rsidRPr="005F097D">
        <w:rPr>
          <w:sz w:val="18"/>
          <w:szCs w:val="18"/>
        </w:rPr>
        <w:t xml:space="preserve">: </w:t>
      </w:r>
      <w:r w:rsidRPr="005F097D">
        <w:rPr>
          <w:rFonts w:cs="Shruti"/>
          <w:sz w:val="18"/>
          <w:szCs w:val="18"/>
          <w:cs/>
          <w:lang w:bidi="gu-IN"/>
        </w:rPr>
        <w:t>શાળાના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પુસ્તકાલયમાં</w:t>
      </w:r>
      <w:r w:rsidRPr="005F097D">
        <w:rPr>
          <w:sz w:val="18"/>
          <w:szCs w:val="18"/>
        </w:rPr>
        <w:t xml:space="preserve"> NEP 2020 </w:t>
      </w:r>
      <w:r w:rsidRPr="005F097D">
        <w:rPr>
          <w:rFonts w:cs="Shruti"/>
          <w:sz w:val="18"/>
          <w:szCs w:val="18"/>
          <w:cs/>
          <w:lang w:bidi="gu-IN"/>
        </w:rPr>
        <w:t>નો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દસ્તાવેજ</w:t>
      </w:r>
      <w:r w:rsidRPr="005F097D">
        <w:rPr>
          <w:sz w:val="18"/>
          <w:szCs w:val="18"/>
        </w:rPr>
        <w:t xml:space="preserve">, NCF-FS (Foundational Stage) </w:t>
      </w:r>
      <w:r w:rsidRPr="005F097D">
        <w:rPr>
          <w:rFonts w:cs="Shruti"/>
          <w:sz w:val="18"/>
          <w:szCs w:val="18"/>
          <w:cs/>
          <w:lang w:bidi="gu-IN"/>
        </w:rPr>
        <w:t>અને</w:t>
      </w:r>
      <w:r w:rsidRPr="005F097D">
        <w:rPr>
          <w:sz w:val="18"/>
          <w:szCs w:val="18"/>
        </w:rPr>
        <w:t xml:space="preserve"> SCF </w:t>
      </w:r>
      <w:r w:rsidRPr="005F097D">
        <w:rPr>
          <w:rFonts w:cs="Shruti"/>
          <w:sz w:val="18"/>
          <w:szCs w:val="18"/>
          <w:cs/>
          <w:lang w:bidi="gu-IN"/>
        </w:rPr>
        <w:t>ની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માર્ગદર્શિકાઓની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હાર્ડ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કોપી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શિક્ષકોના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વાંચન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અને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ઉપયોગ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માટે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ઉપલબ્ધ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રાખવામાં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આવી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છે</w:t>
      </w:r>
      <w:r w:rsidRPr="005F097D">
        <w:rPr>
          <w:sz w:val="18"/>
          <w:szCs w:val="18"/>
        </w:rPr>
        <w:t>.</w:t>
      </w:r>
    </w:p>
    <w:p w14:paraId="266B27C1" w14:textId="77777777" w:rsidR="00F15F55" w:rsidRPr="005F097D" w:rsidRDefault="00F15F55" w:rsidP="00DB7ACB">
      <w:pPr>
        <w:pStyle w:val="ListBullet"/>
        <w:spacing w:line="240" w:lineRule="auto"/>
        <w:rPr>
          <w:sz w:val="18"/>
          <w:szCs w:val="18"/>
        </w:rPr>
      </w:pPr>
      <w:r w:rsidRPr="005F097D">
        <w:rPr>
          <w:rFonts w:cs="Shruti"/>
          <w:sz w:val="18"/>
          <w:szCs w:val="18"/>
          <w:cs/>
          <w:lang w:bidi="gu-IN"/>
        </w:rPr>
        <w:t>પીઅર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લર્નિંગ</w:t>
      </w:r>
      <w:r w:rsidRPr="005F097D">
        <w:rPr>
          <w:sz w:val="18"/>
          <w:szCs w:val="18"/>
        </w:rPr>
        <w:t xml:space="preserve"> (Peer Learning): </w:t>
      </w:r>
      <w:r w:rsidRPr="005F097D">
        <w:rPr>
          <w:rFonts w:cs="Shruti"/>
          <w:sz w:val="18"/>
          <w:szCs w:val="18"/>
          <w:cs/>
          <w:lang w:bidi="gu-IN"/>
        </w:rPr>
        <w:t>તાલીમ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પામેલા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શિક્ષકો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દ્વારા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અન્ય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શિક્ષકોને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ડેમો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ક્લાસ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અને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પ્રેઝન્ટેશન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દ્વારા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નવી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શિક્ષણ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પદ્ધતિઓથી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માહિતગાર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કરવામાં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આવે</w:t>
      </w:r>
      <w:r w:rsidRPr="005F097D">
        <w:rPr>
          <w:sz w:val="18"/>
          <w:szCs w:val="18"/>
        </w:rPr>
        <w:t xml:space="preserve"> </w:t>
      </w:r>
      <w:r w:rsidRPr="005F097D">
        <w:rPr>
          <w:rFonts w:cs="Shruti"/>
          <w:sz w:val="18"/>
          <w:szCs w:val="18"/>
          <w:cs/>
          <w:lang w:bidi="gu-IN"/>
        </w:rPr>
        <w:t>છે</w:t>
      </w:r>
      <w:r w:rsidRPr="005F097D">
        <w:rPr>
          <w:sz w:val="18"/>
          <w:szCs w:val="18"/>
        </w:rPr>
        <w:t>.</w:t>
      </w:r>
    </w:p>
    <w:p w14:paraId="77E0CFC2" w14:textId="77777777" w:rsidR="00F15F55" w:rsidRPr="00DB7ACB" w:rsidRDefault="00F15F55" w:rsidP="00DB7ACB">
      <w:pPr>
        <w:pStyle w:val="Heading2"/>
        <w:spacing w:line="240" w:lineRule="auto"/>
        <w:rPr>
          <w:sz w:val="20"/>
          <w:szCs w:val="20"/>
        </w:rPr>
      </w:pPr>
      <w:r w:rsidRPr="00DB7ACB">
        <w:rPr>
          <w:rFonts w:cs="Shruti"/>
          <w:sz w:val="20"/>
          <w:szCs w:val="20"/>
          <w:cs/>
          <w:lang w:bidi="gu-IN"/>
        </w:rPr>
        <w:t>૨</w:t>
      </w:r>
      <w:r w:rsidRPr="00DB7ACB">
        <w:rPr>
          <w:sz w:val="20"/>
          <w:szCs w:val="20"/>
        </w:rPr>
        <w:t xml:space="preserve">. </w:t>
      </w:r>
      <w:r w:rsidRPr="00DB7ACB">
        <w:rPr>
          <w:rFonts w:cs="Shruti"/>
          <w:sz w:val="20"/>
          <w:szCs w:val="20"/>
          <w:cs/>
          <w:lang w:bidi="gu-IN"/>
        </w:rPr>
        <w:t>શિક્ષકોની</w:t>
      </w:r>
      <w:r w:rsidRPr="00DB7ACB">
        <w:rPr>
          <w:sz w:val="20"/>
          <w:szCs w:val="20"/>
        </w:rPr>
        <w:t xml:space="preserve"> </w:t>
      </w:r>
      <w:r w:rsidRPr="00DB7ACB">
        <w:rPr>
          <w:rFonts w:cs="Shruti"/>
          <w:sz w:val="20"/>
          <w:szCs w:val="20"/>
          <w:cs/>
          <w:lang w:bidi="gu-IN"/>
        </w:rPr>
        <w:t>તાલીમ</w:t>
      </w:r>
      <w:r w:rsidRPr="00DB7ACB">
        <w:rPr>
          <w:sz w:val="20"/>
          <w:szCs w:val="20"/>
        </w:rPr>
        <w:t xml:space="preserve"> </w:t>
      </w:r>
      <w:r w:rsidRPr="00DB7ACB">
        <w:rPr>
          <w:rFonts w:cs="Shruti"/>
          <w:sz w:val="20"/>
          <w:szCs w:val="20"/>
          <w:cs/>
          <w:lang w:bidi="gu-IN"/>
        </w:rPr>
        <w:t>અને</w:t>
      </w:r>
      <w:r w:rsidRPr="00DB7ACB">
        <w:rPr>
          <w:sz w:val="20"/>
          <w:szCs w:val="20"/>
        </w:rPr>
        <w:t xml:space="preserve"> </w:t>
      </w:r>
      <w:r w:rsidRPr="00DB7ACB">
        <w:rPr>
          <w:rFonts w:cs="Shruti"/>
          <w:sz w:val="20"/>
          <w:szCs w:val="20"/>
          <w:cs/>
          <w:lang w:bidi="gu-IN"/>
        </w:rPr>
        <w:t>અભિમુખતાની</w:t>
      </w:r>
      <w:r w:rsidRPr="00DB7ACB">
        <w:rPr>
          <w:sz w:val="20"/>
          <w:szCs w:val="20"/>
        </w:rPr>
        <w:t xml:space="preserve"> </w:t>
      </w:r>
      <w:r w:rsidRPr="00DB7ACB">
        <w:rPr>
          <w:rFonts w:cs="Shruti"/>
          <w:sz w:val="20"/>
          <w:szCs w:val="20"/>
          <w:cs/>
          <w:lang w:bidi="gu-IN"/>
        </w:rPr>
        <w:t>વિગત</w:t>
      </w:r>
      <w:r w:rsidRPr="00DB7ACB">
        <w:rPr>
          <w:sz w:val="20"/>
          <w:szCs w:val="20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3820"/>
        <w:gridCol w:w="822"/>
        <w:gridCol w:w="1727"/>
        <w:gridCol w:w="1727"/>
      </w:tblGrid>
      <w:tr w:rsidR="00F15F55" w:rsidRPr="00DB7ACB" w14:paraId="4D0D2305" w14:textId="77777777" w:rsidTr="00DB7ACB">
        <w:tc>
          <w:tcPr>
            <w:tcW w:w="534" w:type="dxa"/>
          </w:tcPr>
          <w:p w14:paraId="068F2B9C" w14:textId="77777777" w:rsidR="00F15F55" w:rsidRPr="00DB7ACB" w:rsidRDefault="00F15F55" w:rsidP="00DB7ACB">
            <w:pPr>
              <w:rPr>
                <w:sz w:val="20"/>
                <w:szCs w:val="20"/>
              </w:rPr>
            </w:pPr>
            <w:r w:rsidRPr="00DB7ACB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ક્રમ</w:t>
            </w:r>
          </w:p>
        </w:tc>
        <w:tc>
          <w:tcPr>
            <w:tcW w:w="3827" w:type="dxa"/>
          </w:tcPr>
          <w:p w14:paraId="3D88A2F7" w14:textId="77777777" w:rsidR="00F15F55" w:rsidRPr="00DB7ACB" w:rsidRDefault="00F15F55" w:rsidP="00DB7ACB">
            <w:pPr>
              <w:rPr>
                <w:sz w:val="20"/>
                <w:szCs w:val="20"/>
              </w:rPr>
            </w:pPr>
            <w:r w:rsidRPr="00DB7ACB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શિક્ષક</w:t>
            </w:r>
            <w:r w:rsidRPr="00DB7ACB">
              <w:rPr>
                <w:b/>
                <w:sz w:val="20"/>
                <w:szCs w:val="20"/>
              </w:rPr>
              <w:t xml:space="preserve"> / </w:t>
            </w:r>
            <w:r w:rsidRPr="00DB7ACB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કર્મચારીનું</w:t>
            </w:r>
            <w:r w:rsidRPr="00DB7ACB">
              <w:rPr>
                <w:b/>
                <w:sz w:val="20"/>
                <w:szCs w:val="20"/>
              </w:rPr>
              <w:t xml:space="preserve"> </w:t>
            </w:r>
            <w:r w:rsidRPr="00DB7ACB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નામ</w:t>
            </w:r>
          </w:p>
        </w:tc>
        <w:tc>
          <w:tcPr>
            <w:tcW w:w="823" w:type="dxa"/>
          </w:tcPr>
          <w:p w14:paraId="3DE0A669" w14:textId="77777777" w:rsidR="00F15F55" w:rsidRPr="00DB7ACB" w:rsidRDefault="00F15F55" w:rsidP="00DB7ACB">
            <w:pPr>
              <w:rPr>
                <w:sz w:val="20"/>
                <w:szCs w:val="20"/>
              </w:rPr>
            </w:pPr>
            <w:r w:rsidRPr="00DB7ACB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હોદ્દો</w:t>
            </w:r>
          </w:p>
        </w:tc>
        <w:tc>
          <w:tcPr>
            <w:tcW w:w="1728" w:type="dxa"/>
          </w:tcPr>
          <w:p w14:paraId="6E5CEB53" w14:textId="77777777" w:rsidR="00F15F55" w:rsidRPr="00DB7ACB" w:rsidRDefault="00F15F55" w:rsidP="00DB7ACB">
            <w:pPr>
              <w:rPr>
                <w:sz w:val="20"/>
                <w:szCs w:val="20"/>
              </w:rPr>
            </w:pPr>
            <w:r w:rsidRPr="00DB7ACB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નિષ્ઠા</w:t>
            </w:r>
            <w:r w:rsidRPr="00DB7ACB">
              <w:rPr>
                <w:b/>
                <w:sz w:val="20"/>
                <w:szCs w:val="20"/>
              </w:rPr>
              <w:t xml:space="preserve">/NEP </w:t>
            </w:r>
            <w:r w:rsidRPr="00DB7ACB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તાલીમ</w:t>
            </w:r>
            <w:r w:rsidRPr="00DB7ACB">
              <w:rPr>
                <w:b/>
                <w:sz w:val="20"/>
                <w:szCs w:val="20"/>
              </w:rPr>
              <w:t xml:space="preserve"> </w:t>
            </w:r>
            <w:r w:rsidRPr="00DB7ACB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પૂર્ણ</w:t>
            </w:r>
            <w:r w:rsidRPr="00DB7ACB">
              <w:rPr>
                <w:b/>
                <w:sz w:val="20"/>
                <w:szCs w:val="20"/>
              </w:rPr>
              <w:t>? (</w:t>
            </w:r>
            <w:r w:rsidRPr="00DB7ACB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હા</w:t>
            </w:r>
            <w:r w:rsidRPr="00DB7ACB">
              <w:rPr>
                <w:b/>
                <w:sz w:val="20"/>
                <w:szCs w:val="20"/>
              </w:rPr>
              <w:t>/</w:t>
            </w:r>
            <w:r w:rsidRPr="00DB7ACB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ના</w:t>
            </w:r>
            <w:r w:rsidRPr="00DB7ACB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728" w:type="dxa"/>
          </w:tcPr>
          <w:p w14:paraId="7DBCBF8B" w14:textId="77777777" w:rsidR="00F15F55" w:rsidRPr="00DB7ACB" w:rsidRDefault="00F15F55" w:rsidP="00DB7ACB">
            <w:pPr>
              <w:rPr>
                <w:sz w:val="20"/>
                <w:szCs w:val="20"/>
              </w:rPr>
            </w:pPr>
            <w:r w:rsidRPr="00DB7ACB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અમલીકરણ</w:t>
            </w:r>
            <w:r w:rsidRPr="00DB7ACB">
              <w:rPr>
                <w:b/>
                <w:sz w:val="20"/>
                <w:szCs w:val="20"/>
              </w:rPr>
              <w:t xml:space="preserve"> </w:t>
            </w:r>
            <w:r w:rsidRPr="00DB7ACB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ક્ષેત્ર</w:t>
            </w:r>
            <w:r w:rsidRPr="00DB7ACB">
              <w:rPr>
                <w:b/>
                <w:sz w:val="20"/>
                <w:szCs w:val="20"/>
              </w:rPr>
              <w:t xml:space="preserve"> (FLN/</w:t>
            </w:r>
            <w:r w:rsidRPr="00DB7ACB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અપર</w:t>
            </w:r>
            <w:r w:rsidRPr="00DB7ACB">
              <w:rPr>
                <w:b/>
                <w:sz w:val="20"/>
                <w:szCs w:val="20"/>
              </w:rPr>
              <w:t xml:space="preserve"> </w:t>
            </w:r>
            <w:r w:rsidRPr="00DB7ACB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પ્રાયમરી</w:t>
            </w:r>
            <w:r w:rsidRPr="00DB7ACB">
              <w:rPr>
                <w:b/>
                <w:sz w:val="20"/>
                <w:szCs w:val="20"/>
              </w:rPr>
              <w:t>)</w:t>
            </w:r>
          </w:p>
        </w:tc>
      </w:tr>
      <w:tr w:rsidR="00F15F55" w:rsidRPr="00DB7ACB" w14:paraId="19650101" w14:textId="77777777" w:rsidTr="00DB7ACB">
        <w:tc>
          <w:tcPr>
            <w:tcW w:w="534" w:type="dxa"/>
          </w:tcPr>
          <w:p w14:paraId="0C054379" w14:textId="77777777" w:rsidR="00F15F55" w:rsidRPr="00DB7ACB" w:rsidRDefault="00F15F55" w:rsidP="001308F9">
            <w:pPr>
              <w:jc w:val="center"/>
              <w:rPr>
                <w:sz w:val="20"/>
                <w:szCs w:val="20"/>
              </w:rPr>
            </w:pPr>
            <w:r w:rsidRPr="00DB7ACB">
              <w:rPr>
                <w:sz w:val="20"/>
                <w:szCs w:val="20"/>
              </w:rPr>
              <w:t>1</w:t>
            </w:r>
          </w:p>
        </w:tc>
        <w:tc>
          <w:tcPr>
            <w:tcW w:w="3827" w:type="dxa"/>
          </w:tcPr>
          <w:p w14:paraId="40FA2577" w14:textId="77777777" w:rsidR="00F15F55" w:rsidRPr="00DB7ACB" w:rsidRDefault="00F15F55" w:rsidP="00DB7ACB">
            <w:pPr>
              <w:rPr>
                <w:sz w:val="20"/>
                <w:szCs w:val="20"/>
              </w:rPr>
            </w:pPr>
          </w:p>
        </w:tc>
        <w:tc>
          <w:tcPr>
            <w:tcW w:w="823" w:type="dxa"/>
          </w:tcPr>
          <w:p w14:paraId="577C1C06" w14:textId="77777777" w:rsidR="00F15F55" w:rsidRPr="00DB7ACB" w:rsidRDefault="00F15F55" w:rsidP="00DB7ACB">
            <w:pPr>
              <w:rPr>
                <w:sz w:val="20"/>
                <w:szCs w:val="20"/>
              </w:rPr>
            </w:pPr>
          </w:p>
        </w:tc>
        <w:tc>
          <w:tcPr>
            <w:tcW w:w="1728" w:type="dxa"/>
          </w:tcPr>
          <w:p w14:paraId="4F4BEB32" w14:textId="77777777" w:rsidR="00F15F55" w:rsidRPr="00DB7ACB" w:rsidRDefault="00F15F55" w:rsidP="00DB7ACB">
            <w:pPr>
              <w:rPr>
                <w:sz w:val="20"/>
                <w:szCs w:val="20"/>
              </w:rPr>
            </w:pPr>
          </w:p>
        </w:tc>
        <w:tc>
          <w:tcPr>
            <w:tcW w:w="1728" w:type="dxa"/>
          </w:tcPr>
          <w:p w14:paraId="2E8AAEEA" w14:textId="77777777" w:rsidR="00F15F55" w:rsidRPr="00DB7ACB" w:rsidRDefault="00F15F55" w:rsidP="00DB7ACB">
            <w:pPr>
              <w:rPr>
                <w:sz w:val="20"/>
                <w:szCs w:val="20"/>
              </w:rPr>
            </w:pPr>
          </w:p>
        </w:tc>
      </w:tr>
      <w:tr w:rsidR="00F15F55" w:rsidRPr="00DB7ACB" w14:paraId="78AD8BCA" w14:textId="77777777" w:rsidTr="00DB7ACB">
        <w:tc>
          <w:tcPr>
            <w:tcW w:w="534" w:type="dxa"/>
          </w:tcPr>
          <w:p w14:paraId="52E44D77" w14:textId="77777777" w:rsidR="00F15F55" w:rsidRPr="00DB7ACB" w:rsidRDefault="00F15F55" w:rsidP="001308F9">
            <w:pPr>
              <w:jc w:val="center"/>
              <w:rPr>
                <w:sz w:val="20"/>
                <w:szCs w:val="20"/>
              </w:rPr>
            </w:pPr>
            <w:r w:rsidRPr="00DB7ACB">
              <w:rPr>
                <w:sz w:val="20"/>
                <w:szCs w:val="20"/>
              </w:rPr>
              <w:t>2</w:t>
            </w:r>
          </w:p>
        </w:tc>
        <w:tc>
          <w:tcPr>
            <w:tcW w:w="3827" w:type="dxa"/>
          </w:tcPr>
          <w:p w14:paraId="1B7CC0B9" w14:textId="77777777" w:rsidR="00F15F55" w:rsidRPr="00DB7ACB" w:rsidRDefault="00F15F55" w:rsidP="00DB7ACB">
            <w:pPr>
              <w:rPr>
                <w:sz w:val="20"/>
                <w:szCs w:val="20"/>
              </w:rPr>
            </w:pPr>
          </w:p>
        </w:tc>
        <w:tc>
          <w:tcPr>
            <w:tcW w:w="823" w:type="dxa"/>
          </w:tcPr>
          <w:p w14:paraId="1BFA41AA" w14:textId="77777777" w:rsidR="00F15F55" w:rsidRPr="00DB7ACB" w:rsidRDefault="00F15F55" w:rsidP="00DB7ACB">
            <w:pPr>
              <w:rPr>
                <w:sz w:val="20"/>
                <w:szCs w:val="20"/>
              </w:rPr>
            </w:pPr>
          </w:p>
        </w:tc>
        <w:tc>
          <w:tcPr>
            <w:tcW w:w="1728" w:type="dxa"/>
          </w:tcPr>
          <w:p w14:paraId="6AB5E308" w14:textId="77777777" w:rsidR="00F15F55" w:rsidRPr="00DB7ACB" w:rsidRDefault="00F15F55" w:rsidP="00DB7ACB">
            <w:pPr>
              <w:rPr>
                <w:sz w:val="20"/>
                <w:szCs w:val="20"/>
              </w:rPr>
            </w:pPr>
          </w:p>
        </w:tc>
        <w:tc>
          <w:tcPr>
            <w:tcW w:w="1728" w:type="dxa"/>
          </w:tcPr>
          <w:p w14:paraId="5ED3A6A9" w14:textId="77777777" w:rsidR="00F15F55" w:rsidRPr="00DB7ACB" w:rsidRDefault="00F15F55" w:rsidP="00DB7ACB">
            <w:pPr>
              <w:rPr>
                <w:sz w:val="20"/>
                <w:szCs w:val="20"/>
              </w:rPr>
            </w:pPr>
          </w:p>
        </w:tc>
      </w:tr>
      <w:tr w:rsidR="00F15F55" w:rsidRPr="00DB7ACB" w14:paraId="632B3E42" w14:textId="77777777" w:rsidTr="00DB7ACB">
        <w:tc>
          <w:tcPr>
            <w:tcW w:w="534" w:type="dxa"/>
          </w:tcPr>
          <w:p w14:paraId="34D8C1E4" w14:textId="77777777" w:rsidR="00F15F55" w:rsidRPr="00DB7ACB" w:rsidRDefault="00F15F55" w:rsidP="001308F9">
            <w:pPr>
              <w:jc w:val="center"/>
              <w:rPr>
                <w:sz w:val="20"/>
                <w:szCs w:val="20"/>
              </w:rPr>
            </w:pPr>
            <w:r w:rsidRPr="00DB7ACB">
              <w:rPr>
                <w:sz w:val="20"/>
                <w:szCs w:val="20"/>
              </w:rPr>
              <w:t>3</w:t>
            </w:r>
          </w:p>
        </w:tc>
        <w:tc>
          <w:tcPr>
            <w:tcW w:w="3827" w:type="dxa"/>
          </w:tcPr>
          <w:p w14:paraId="7A9304E4" w14:textId="77777777" w:rsidR="00F15F55" w:rsidRPr="00DB7ACB" w:rsidRDefault="00F15F55" w:rsidP="00DB7ACB">
            <w:pPr>
              <w:rPr>
                <w:sz w:val="20"/>
                <w:szCs w:val="20"/>
              </w:rPr>
            </w:pPr>
          </w:p>
        </w:tc>
        <w:tc>
          <w:tcPr>
            <w:tcW w:w="823" w:type="dxa"/>
          </w:tcPr>
          <w:p w14:paraId="752FA073" w14:textId="77777777" w:rsidR="00F15F55" w:rsidRPr="00DB7ACB" w:rsidRDefault="00F15F55" w:rsidP="00DB7ACB">
            <w:pPr>
              <w:rPr>
                <w:sz w:val="20"/>
                <w:szCs w:val="20"/>
              </w:rPr>
            </w:pPr>
          </w:p>
        </w:tc>
        <w:tc>
          <w:tcPr>
            <w:tcW w:w="1728" w:type="dxa"/>
          </w:tcPr>
          <w:p w14:paraId="3F2B6545" w14:textId="77777777" w:rsidR="00F15F55" w:rsidRPr="00DB7ACB" w:rsidRDefault="00F15F55" w:rsidP="00DB7ACB">
            <w:pPr>
              <w:rPr>
                <w:sz w:val="20"/>
                <w:szCs w:val="20"/>
              </w:rPr>
            </w:pPr>
          </w:p>
        </w:tc>
        <w:tc>
          <w:tcPr>
            <w:tcW w:w="1728" w:type="dxa"/>
          </w:tcPr>
          <w:p w14:paraId="7ED8EDE4" w14:textId="77777777" w:rsidR="00F15F55" w:rsidRPr="00DB7ACB" w:rsidRDefault="00F15F55" w:rsidP="00DB7ACB">
            <w:pPr>
              <w:rPr>
                <w:sz w:val="20"/>
                <w:szCs w:val="20"/>
              </w:rPr>
            </w:pPr>
          </w:p>
        </w:tc>
      </w:tr>
      <w:tr w:rsidR="00F15F55" w:rsidRPr="00DB7ACB" w14:paraId="4609E6F2" w14:textId="77777777" w:rsidTr="00DB7ACB">
        <w:tc>
          <w:tcPr>
            <w:tcW w:w="534" w:type="dxa"/>
          </w:tcPr>
          <w:p w14:paraId="0D0062B1" w14:textId="77777777" w:rsidR="00F15F55" w:rsidRPr="00DB7ACB" w:rsidRDefault="00F15F55" w:rsidP="001308F9">
            <w:pPr>
              <w:jc w:val="center"/>
              <w:rPr>
                <w:sz w:val="20"/>
                <w:szCs w:val="20"/>
              </w:rPr>
            </w:pPr>
            <w:r w:rsidRPr="00DB7ACB">
              <w:rPr>
                <w:sz w:val="20"/>
                <w:szCs w:val="20"/>
              </w:rPr>
              <w:t>4</w:t>
            </w:r>
          </w:p>
        </w:tc>
        <w:tc>
          <w:tcPr>
            <w:tcW w:w="3827" w:type="dxa"/>
          </w:tcPr>
          <w:p w14:paraId="62D6C550" w14:textId="77777777" w:rsidR="00F15F55" w:rsidRPr="00DB7ACB" w:rsidRDefault="00F15F55" w:rsidP="00DB7ACB">
            <w:pPr>
              <w:rPr>
                <w:sz w:val="20"/>
                <w:szCs w:val="20"/>
              </w:rPr>
            </w:pPr>
          </w:p>
        </w:tc>
        <w:tc>
          <w:tcPr>
            <w:tcW w:w="823" w:type="dxa"/>
          </w:tcPr>
          <w:p w14:paraId="645C83EC" w14:textId="77777777" w:rsidR="00F15F55" w:rsidRPr="00DB7ACB" w:rsidRDefault="00F15F55" w:rsidP="00DB7ACB">
            <w:pPr>
              <w:rPr>
                <w:sz w:val="20"/>
                <w:szCs w:val="20"/>
              </w:rPr>
            </w:pPr>
          </w:p>
        </w:tc>
        <w:tc>
          <w:tcPr>
            <w:tcW w:w="1728" w:type="dxa"/>
          </w:tcPr>
          <w:p w14:paraId="4C3DEA39" w14:textId="77777777" w:rsidR="00F15F55" w:rsidRPr="00DB7ACB" w:rsidRDefault="00F15F55" w:rsidP="00DB7ACB">
            <w:pPr>
              <w:rPr>
                <w:sz w:val="20"/>
                <w:szCs w:val="20"/>
              </w:rPr>
            </w:pPr>
          </w:p>
        </w:tc>
        <w:tc>
          <w:tcPr>
            <w:tcW w:w="1728" w:type="dxa"/>
          </w:tcPr>
          <w:p w14:paraId="7E4F5F59" w14:textId="77777777" w:rsidR="00F15F55" w:rsidRPr="00DB7ACB" w:rsidRDefault="00F15F55" w:rsidP="00DB7ACB">
            <w:pPr>
              <w:rPr>
                <w:sz w:val="20"/>
                <w:szCs w:val="20"/>
              </w:rPr>
            </w:pPr>
          </w:p>
        </w:tc>
      </w:tr>
      <w:tr w:rsidR="00F15F55" w:rsidRPr="00DB7ACB" w14:paraId="54047816" w14:textId="77777777" w:rsidTr="00DB7ACB">
        <w:tc>
          <w:tcPr>
            <w:tcW w:w="534" w:type="dxa"/>
          </w:tcPr>
          <w:p w14:paraId="04EDB772" w14:textId="77777777" w:rsidR="00F15F55" w:rsidRPr="00DB7ACB" w:rsidRDefault="00F15F55" w:rsidP="001308F9">
            <w:pPr>
              <w:jc w:val="center"/>
              <w:rPr>
                <w:sz w:val="20"/>
                <w:szCs w:val="20"/>
              </w:rPr>
            </w:pPr>
            <w:r w:rsidRPr="00DB7ACB">
              <w:rPr>
                <w:sz w:val="20"/>
                <w:szCs w:val="20"/>
              </w:rPr>
              <w:t>5</w:t>
            </w:r>
          </w:p>
        </w:tc>
        <w:tc>
          <w:tcPr>
            <w:tcW w:w="3827" w:type="dxa"/>
          </w:tcPr>
          <w:p w14:paraId="2EA3489D" w14:textId="77777777" w:rsidR="00F15F55" w:rsidRPr="00DB7ACB" w:rsidRDefault="00F15F55" w:rsidP="00DB7ACB">
            <w:pPr>
              <w:rPr>
                <w:sz w:val="20"/>
                <w:szCs w:val="20"/>
              </w:rPr>
            </w:pPr>
          </w:p>
        </w:tc>
        <w:tc>
          <w:tcPr>
            <w:tcW w:w="823" w:type="dxa"/>
          </w:tcPr>
          <w:p w14:paraId="49256B5A" w14:textId="77777777" w:rsidR="00F15F55" w:rsidRPr="00DB7ACB" w:rsidRDefault="00F15F55" w:rsidP="00DB7ACB">
            <w:pPr>
              <w:rPr>
                <w:sz w:val="20"/>
                <w:szCs w:val="20"/>
              </w:rPr>
            </w:pPr>
          </w:p>
        </w:tc>
        <w:tc>
          <w:tcPr>
            <w:tcW w:w="1728" w:type="dxa"/>
          </w:tcPr>
          <w:p w14:paraId="3B943E00" w14:textId="77777777" w:rsidR="00F15F55" w:rsidRPr="00DB7ACB" w:rsidRDefault="00F15F55" w:rsidP="00DB7ACB">
            <w:pPr>
              <w:rPr>
                <w:sz w:val="20"/>
                <w:szCs w:val="20"/>
              </w:rPr>
            </w:pPr>
          </w:p>
        </w:tc>
        <w:tc>
          <w:tcPr>
            <w:tcW w:w="1728" w:type="dxa"/>
          </w:tcPr>
          <w:p w14:paraId="411B6BD4" w14:textId="77777777" w:rsidR="00F15F55" w:rsidRPr="00DB7ACB" w:rsidRDefault="00F15F55" w:rsidP="00DB7ACB">
            <w:pPr>
              <w:rPr>
                <w:sz w:val="20"/>
                <w:szCs w:val="20"/>
              </w:rPr>
            </w:pPr>
          </w:p>
        </w:tc>
      </w:tr>
    </w:tbl>
    <w:p w14:paraId="4A7FB630" w14:textId="77777777" w:rsidR="00F15F55" w:rsidRDefault="00F15F55" w:rsidP="00DB7ACB">
      <w:pPr>
        <w:spacing w:line="240" w:lineRule="auto"/>
        <w:rPr>
          <w:rFonts w:cs="Shruti"/>
          <w:b/>
          <w:sz w:val="20"/>
          <w:szCs w:val="20"/>
          <w:lang w:bidi="gu-IN"/>
        </w:rPr>
      </w:pPr>
      <w:r w:rsidRPr="00DB7ACB">
        <w:rPr>
          <w:rFonts w:cs="Shruti"/>
          <w:b/>
          <w:bCs/>
          <w:sz w:val="20"/>
          <w:szCs w:val="20"/>
          <w:cs/>
          <w:lang w:bidi="gu-IN"/>
        </w:rPr>
        <w:t>નિષ્કર્ષ</w:t>
      </w:r>
      <w:r w:rsidRPr="00DB7ACB">
        <w:rPr>
          <w:b/>
          <w:sz w:val="20"/>
          <w:szCs w:val="20"/>
        </w:rPr>
        <w:t xml:space="preserve">: </w:t>
      </w:r>
      <w:r w:rsidRPr="00DB7ACB">
        <w:rPr>
          <w:rFonts w:cs="Shruti"/>
          <w:b/>
          <w:bCs/>
          <w:sz w:val="20"/>
          <w:szCs w:val="20"/>
          <w:cs/>
          <w:lang w:bidi="gu-IN"/>
        </w:rPr>
        <w:t>આ</w:t>
      </w:r>
      <w:r w:rsidRPr="00DB7ACB">
        <w:rPr>
          <w:b/>
          <w:sz w:val="20"/>
          <w:szCs w:val="20"/>
        </w:rPr>
        <w:t xml:space="preserve"> </w:t>
      </w:r>
      <w:r w:rsidRPr="00DB7ACB">
        <w:rPr>
          <w:rFonts w:cs="Shruti"/>
          <w:b/>
          <w:bCs/>
          <w:sz w:val="20"/>
          <w:szCs w:val="20"/>
          <w:cs/>
          <w:lang w:bidi="gu-IN"/>
        </w:rPr>
        <w:t>તમામ</w:t>
      </w:r>
      <w:r w:rsidRPr="00DB7ACB">
        <w:rPr>
          <w:b/>
          <w:sz w:val="20"/>
          <w:szCs w:val="20"/>
        </w:rPr>
        <w:t xml:space="preserve"> </w:t>
      </w:r>
      <w:r w:rsidRPr="00DB7ACB">
        <w:rPr>
          <w:rFonts w:cs="Shruti"/>
          <w:b/>
          <w:bCs/>
          <w:sz w:val="20"/>
          <w:szCs w:val="20"/>
          <w:cs/>
          <w:lang w:bidi="gu-IN"/>
        </w:rPr>
        <w:t>પ્રયાસોના</w:t>
      </w:r>
      <w:r w:rsidRPr="00DB7ACB">
        <w:rPr>
          <w:b/>
          <w:sz w:val="20"/>
          <w:szCs w:val="20"/>
        </w:rPr>
        <w:t xml:space="preserve"> </w:t>
      </w:r>
      <w:r w:rsidRPr="00DB7ACB">
        <w:rPr>
          <w:rFonts w:cs="Shruti"/>
          <w:b/>
          <w:bCs/>
          <w:sz w:val="20"/>
          <w:szCs w:val="20"/>
          <w:cs/>
          <w:lang w:bidi="gu-IN"/>
        </w:rPr>
        <w:t>પરિણામે</w:t>
      </w:r>
      <w:r w:rsidRPr="00DB7ACB">
        <w:rPr>
          <w:b/>
          <w:sz w:val="20"/>
          <w:szCs w:val="20"/>
        </w:rPr>
        <w:t xml:space="preserve"> </w:t>
      </w:r>
      <w:r w:rsidRPr="00DB7ACB">
        <w:rPr>
          <w:rFonts w:cs="Shruti"/>
          <w:b/>
          <w:bCs/>
          <w:sz w:val="20"/>
          <w:szCs w:val="20"/>
          <w:cs/>
          <w:lang w:bidi="gu-IN"/>
        </w:rPr>
        <w:t>શાળાના</w:t>
      </w:r>
      <w:r w:rsidRPr="00DB7ACB">
        <w:rPr>
          <w:b/>
          <w:sz w:val="20"/>
          <w:szCs w:val="20"/>
        </w:rPr>
        <w:t xml:space="preserve"> </w:t>
      </w:r>
      <w:r w:rsidRPr="00DB7ACB">
        <w:rPr>
          <w:rFonts w:cs="Shruti"/>
          <w:b/>
          <w:bCs/>
          <w:sz w:val="20"/>
          <w:szCs w:val="20"/>
          <w:cs/>
          <w:lang w:bidi="gu-IN"/>
        </w:rPr>
        <w:t>શિક્ષકોમાં</w:t>
      </w:r>
      <w:r w:rsidRPr="00DB7ACB">
        <w:rPr>
          <w:b/>
          <w:sz w:val="20"/>
          <w:szCs w:val="20"/>
        </w:rPr>
        <w:t xml:space="preserve"> NEP 2020 </w:t>
      </w:r>
      <w:r w:rsidRPr="00DB7ACB">
        <w:rPr>
          <w:rFonts w:cs="Shruti"/>
          <w:b/>
          <w:bCs/>
          <w:sz w:val="20"/>
          <w:szCs w:val="20"/>
          <w:cs/>
          <w:lang w:bidi="gu-IN"/>
        </w:rPr>
        <w:t>અને</w:t>
      </w:r>
      <w:r w:rsidRPr="00DB7ACB">
        <w:rPr>
          <w:b/>
          <w:sz w:val="20"/>
          <w:szCs w:val="20"/>
        </w:rPr>
        <w:t xml:space="preserve"> SCF </w:t>
      </w:r>
      <w:r w:rsidRPr="00DB7ACB">
        <w:rPr>
          <w:rFonts w:cs="Shruti"/>
          <w:b/>
          <w:bCs/>
          <w:sz w:val="20"/>
          <w:szCs w:val="20"/>
          <w:cs/>
          <w:lang w:bidi="gu-IN"/>
        </w:rPr>
        <w:t>પ્રત્યે</w:t>
      </w:r>
      <w:r w:rsidRPr="00DB7ACB">
        <w:rPr>
          <w:b/>
          <w:sz w:val="20"/>
          <w:szCs w:val="20"/>
        </w:rPr>
        <w:t xml:space="preserve"> </w:t>
      </w:r>
      <w:r w:rsidRPr="00DB7ACB">
        <w:rPr>
          <w:rFonts w:cs="Shruti"/>
          <w:b/>
          <w:bCs/>
          <w:sz w:val="20"/>
          <w:szCs w:val="20"/>
          <w:cs/>
          <w:lang w:bidi="gu-IN"/>
        </w:rPr>
        <w:t>હકારાત્મક</w:t>
      </w:r>
      <w:r w:rsidRPr="00DB7ACB">
        <w:rPr>
          <w:b/>
          <w:sz w:val="20"/>
          <w:szCs w:val="20"/>
        </w:rPr>
        <w:t xml:space="preserve"> </w:t>
      </w:r>
      <w:r w:rsidRPr="00DB7ACB">
        <w:rPr>
          <w:rFonts w:cs="Shruti"/>
          <w:b/>
          <w:bCs/>
          <w:sz w:val="20"/>
          <w:szCs w:val="20"/>
          <w:cs/>
          <w:lang w:bidi="gu-IN"/>
        </w:rPr>
        <w:t>દ્રષ્ટિકોણ</w:t>
      </w:r>
      <w:r w:rsidRPr="00DB7ACB">
        <w:rPr>
          <w:b/>
          <w:sz w:val="20"/>
          <w:szCs w:val="20"/>
        </w:rPr>
        <w:t xml:space="preserve"> </w:t>
      </w:r>
      <w:r w:rsidRPr="00DB7ACB">
        <w:rPr>
          <w:rFonts w:cs="Shruti"/>
          <w:b/>
          <w:bCs/>
          <w:sz w:val="20"/>
          <w:szCs w:val="20"/>
          <w:cs/>
          <w:lang w:bidi="gu-IN"/>
        </w:rPr>
        <w:t>કેળવાયો</w:t>
      </w:r>
      <w:r w:rsidRPr="00DB7ACB">
        <w:rPr>
          <w:b/>
          <w:sz w:val="20"/>
          <w:szCs w:val="20"/>
        </w:rPr>
        <w:t xml:space="preserve"> </w:t>
      </w:r>
      <w:r w:rsidRPr="00DB7ACB">
        <w:rPr>
          <w:rFonts w:cs="Shruti"/>
          <w:b/>
          <w:bCs/>
          <w:sz w:val="20"/>
          <w:szCs w:val="20"/>
          <w:cs/>
          <w:lang w:bidi="gu-IN"/>
        </w:rPr>
        <w:t>છે</w:t>
      </w:r>
      <w:r w:rsidRPr="00DB7ACB">
        <w:rPr>
          <w:b/>
          <w:sz w:val="20"/>
          <w:szCs w:val="20"/>
        </w:rPr>
        <w:t xml:space="preserve"> </w:t>
      </w:r>
      <w:r w:rsidRPr="00DB7ACB">
        <w:rPr>
          <w:rFonts w:cs="Shruti"/>
          <w:b/>
          <w:bCs/>
          <w:sz w:val="20"/>
          <w:szCs w:val="20"/>
          <w:cs/>
          <w:lang w:bidi="gu-IN"/>
        </w:rPr>
        <w:t>અને</w:t>
      </w:r>
      <w:r w:rsidRPr="00DB7ACB">
        <w:rPr>
          <w:b/>
          <w:sz w:val="20"/>
          <w:szCs w:val="20"/>
        </w:rPr>
        <w:t xml:space="preserve"> </w:t>
      </w:r>
      <w:r w:rsidRPr="00DB7ACB">
        <w:rPr>
          <w:rFonts w:cs="Shruti"/>
          <w:b/>
          <w:bCs/>
          <w:sz w:val="20"/>
          <w:szCs w:val="20"/>
          <w:cs/>
          <w:lang w:bidi="gu-IN"/>
        </w:rPr>
        <w:t>વર્ગખંડમાં</w:t>
      </w:r>
      <w:r w:rsidRPr="00DB7ACB">
        <w:rPr>
          <w:b/>
          <w:sz w:val="20"/>
          <w:szCs w:val="20"/>
        </w:rPr>
        <w:t xml:space="preserve"> </w:t>
      </w:r>
      <w:r w:rsidRPr="00DB7ACB">
        <w:rPr>
          <w:rFonts w:cs="Shruti"/>
          <w:b/>
          <w:bCs/>
          <w:sz w:val="20"/>
          <w:szCs w:val="20"/>
          <w:cs/>
          <w:lang w:bidi="gu-IN"/>
        </w:rPr>
        <w:t>અધ્યાપન</w:t>
      </w:r>
      <w:r w:rsidRPr="00DB7ACB">
        <w:rPr>
          <w:b/>
          <w:sz w:val="20"/>
          <w:szCs w:val="20"/>
        </w:rPr>
        <w:t xml:space="preserve"> </w:t>
      </w:r>
      <w:r w:rsidRPr="00DB7ACB">
        <w:rPr>
          <w:rFonts w:cs="Shruti"/>
          <w:b/>
          <w:bCs/>
          <w:sz w:val="20"/>
          <w:szCs w:val="20"/>
          <w:cs/>
          <w:lang w:bidi="gu-IN"/>
        </w:rPr>
        <w:t>કાર્ય</w:t>
      </w:r>
      <w:r w:rsidRPr="00DB7ACB">
        <w:rPr>
          <w:b/>
          <w:sz w:val="20"/>
          <w:szCs w:val="20"/>
        </w:rPr>
        <w:t xml:space="preserve"> </w:t>
      </w:r>
      <w:r w:rsidRPr="00DB7ACB">
        <w:rPr>
          <w:rFonts w:cs="Shruti"/>
          <w:b/>
          <w:bCs/>
          <w:sz w:val="20"/>
          <w:szCs w:val="20"/>
          <w:cs/>
          <w:lang w:bidi="gu-IN"/>
        </w:rPr>
        <w:t>વધુ</w:t>
      </w:r>
      <w:r w:rsidRPr="00DB7ACB">
        <w:rPr>
          <w:b/>
          <w:sz w:val="20"/>
          <w:szCs w:val="20"/>
        </w:rPr>
        <w:t xml:space="preserve"> </w:t>
      </w:r>
      <w:r w:rsidRPr="00DB7ACB">
        <w:rPr>
          <w:rFonts w:cs="Shruti"/>
          <w:b/>
          <w:bCs/>
          <w:sz w:val="20"/>
          <w:szCs w:val="20"/>
          <w:cs/>
          <w:lang w:bidi="gu-IN"/>
        </w:rPr>
        <w:t>બાળકેન્દ્રી</w:t>
      </w:r>
      <w:r w:rsidRPr="00DB7ACB">
        <w:rPr>
          <w:b/>
          <w:sz w:val="20"/>
          <w:szCs w:val="20"/>
        </w:rPr>
        <w:t xml:space="preserve"> (Child-centric) </w:t>
      </w:r>
      <w:r w:rsidRPr="00DB7ACB">
        <w:rPr>
          <w:rFonts w:cs="Shruti"/>
          <w:b/>
          <w:bCs/>
          <w:sz w:val="20"/>
          <w:szCs w:val="20"/>
          <w:cs/>
          <w:lang w:bidi="gu-IN"/>
        </w:rPr>
        <w:t>અને</w:t>
      </w:r>
      <w:r w:rsidRPr="00DB7ACB">
        <w:rPr>
          <w:b/>
          <w:sz w:val="20"/>
          <w:szCs w:val="20"/>
        </w:rPr>
        <w:t xml:space="preserve"> </w:t>
      </w:r>
      <w:r w:rsidRPr="00DB7ACB">
        <w:rPr>
          <w:rFonts w:cs="Shruti"/>
          <w:b/>
          <w:bCs/>
          <w:sz w:val="20"/>
          <w:szCs w:val="20"/>
          <w:cs/>
          <w:lang w:bidi="gu-IN"/>
        </w:rPr>
        <w:t>પ્રવૃત્તિલક્ષી</w:t>
      </w:r>
      <w:r w:rsidRPr="00DB7ACB">
        <w:rPr>
          <w:b/>
          <w:sz w:val="20"/>
          <w:szCs w:val="20"/>
        </w:rPr>
        <w:t xml:space="preserve"> </w:t>
      </w:r>
      <w:r w:rsidRPr="00DB7ACB">
        <w:rPr>
          <w:rFonts w:cs="Shruti"/>
          <w:b/>
          <w:bCs/>
          <w:sz w:val="20"/>
          <w:szCs w:val="20"/>
          <w:cs/>
          <w:lang w:bidi="gu-IN"/>
        </w:rPr>
        <w:t>બન્યું</w:t>
      </w:r>
      <w:r w:rsidRPr="00DB7ACB">
        <w:rPr>
          <w:b/>
          <w:sz w:val="20"/>
          <w:szCs w:val="20"/>
        </w:rPr>
        <w:t xml:space="preserve"> </w:t>
      </w:r>
      <w:r w:rsidRPr="00DB7ACB">
        <w:rPr>
          <w:rFonts w:cs="Shruti"/>
          <w:b/>
          <w:bCs/>
          <w:sz w:val="20"/>
          <w:szCs w:val="20"/>
          <w:cs/>
          <w:lang w:bidi="gu-IN"/>
        </w:rPr>
        <w:t>છે</w:t>
      </w:r>
      <w:r w:rsidRPr="00DB7ACB">
        <w:rPr>
          <w:b/>
          <w:sz w:val="20"/>
          <w:szCs w:val="20"/>
        </w:rPr>
        <w:t>.</w:t>
      </w:r>
    </w:p>
    <w:p w14:paraId="207D333F" w14:textId="77777777" w:rsidR="00DB7ACB" w:rsidRPr="00DB7ACB" w:rsidRDefault="00DB7ACB" w:rsidP="00DB7ACB">
      <w:pPr>
        <w:spacing w:line="240" w:lineRule="auto"/>
        <w:rPr>
          <w:rFonts w:cs="Shruti"/>
          <w:sz w:val="20"/>
          <w:szCs w:val="20"/>
          <w:cs/>
          <w:lang w:bidi="gu-IN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212"/>
        <w:gridCol w:w="4320"/>
      </w:tblGrid>
      <w:tr w:rsidR="00F15F55" w:rsidRPr="00DB7ACB" w14:paraId="51092D1B" w14:textId="77777777" w:rsidTr="00DB7ACB">
        <w:tc>
          <w:tcPr>
            <w:tcW w:w="4212" w:type="dxa"/>
          </w:tcPr>
          <w:p w14:paraId="7E23A943" w14:textId="1535AD18" w:rsidR="00F15F55" w:rsidRPr="00DB7ACB" w:rsidRDefault="00F15F55" w:rsidP="00DB7ACB">
            <w:pPr>
              <w:spacing w:line="240" w:lineRule="auto"/>
              <w:rPr>
                <w:sz w:val="20"/>
                <w:szCs w:val="20"/>
              </w:rPr>
            </w:pPr>
            <w:r w:rsidRPr="00DB7ACB">
              <w:rPr>
                <w:rFonts w:cs="Shruti"/>
                <w:sz w:val="20"/>
                <w:szCs w:val="20"/>
                <w:cs/>
                <w:lang w:bidi="gu-IN"/>
              </w:rPr>
              <w:t>સ્થળ</w:t>
            </w:r>
            <w:r w:rsidRPr="00DB7ACB">
              <w:rPr>
                <w:sz w:val="20"/>
                <w:szCs w:val="20"/>
              </w:rPr>
              <w:t>:</w:t>
            </w:r>
            <w:r w:rsidR="00F56B31">
              <w:rPr>
                <w:rFonts w:cs="Shruti" w:hint="cs"/>
                <w:cs/>
                <w:lang w:bidi="gu-IN"/>
              </w:rPr>
              <w:t xml:space="preserve"> </w:t>
            </w:r>
            <w:r w:rsidR="008E13CA">
              <w:rPr>
                <w:rFonts w:cs="Shruti" w:hint="cs"/>
                <w:cs/>
                <w:lang w:bidi="gu-IN"/>
              </w:rPr>
              <w:t xml:space="preserve">ઢાંકણ્રીયાવાસ પ્રાથમિક શાળા </w:t>
            </w:r>
            <w:r w:rsidRPr="00DB7ACB">
              <w:rPr>
                <w:sz w:val="20"/>
                <w:szCs w:val="20"/>
              </w:rPr>
              <w:t xml:space="preserve">, </w:t>
            </w:r>
            <w:r w:rsidRPr="00DB7ACB">
              <w:rPr>
                <w:rFonts w:cs="Shruti"/>
                <w:sz w:val="20"/>
                <w:szCs w:val="20"/>
                <w:cs/>
                <w:lang w:bidi="gu-IN"/>
              </w:rPr>
              <w:t>પાટડી</w:t>
            </w:r>
            <w:r w:rsidRPr="00DB7ACB">
              <w:rPr>
                <w:sz w:val="20"/>
                <w:szCs w:val="20"/>
              </w:rPr>
              <w:br/>
            </w:r>
            <w:r w:rsidR="00DB7ACB" w:rsidRPr="00A052A9">
              <w:rPr>
                <w:rFonts w:cs="Shruti"/>
                <w:sz w:val="20"/>
                <w:szCs w:val="20"/>
                <w:cs/>
                <w:lang w:bidi="gu-IN"/>
              </w:rPr>
              <w:t>તારીખ</w:t>
            </w:r>
            <w:r w:rsidR="00DB7ACB" w:rsidRPr="00A052A9">
              <w:rPr>
                <w:sz w:val="20"/>
                <w:szCs w:val="20"/>
              </w:rPr>
              <w:t xml:space="preserve">:       </w:t>
            </w:r>
            <w:r w:rsidR="008E13CA">
              <w:rPr>
                <w:sz w:val="20"/>
                <w:szCs w:val="20"/>
              </w:rPr>
              <w:t>21/08/2026</w:t>
            </w:r>
          </w:p>
        </w:tc>
        <w:tc>
          <w:tcPr>
            <w:tcW w:w="4320" w:type="dxa"/>
          </w:tcPr>
          <w:p w14:paraId="39216414" w14:textId="77777777" w:rsidR="00F15F55" w:rsidRPr="00DB7ACB" w:rsidRDefault="00F15F55" w:rsidP="00DB7ACB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DB7ACB">
              <w:rPr>
                <w:rFonts w:cs="Shruti"/>
                <w:sz w:val="20"/>
                <w:szCs w:val="20"/>
                <w:cs/>
                <w:lang w:bidi="gu-IN"/>
              </w:rPr>
              <w:t>આચાર્યશ્રીની</w:t>
            </w:r>
            <w:r w:rsidRPr="00DB7ACB">
              <w:rPr>
                <w:sz w:val="20"/>
                <w:szCs w:val="20"/>
              </w:rPr>
              <w:t xml:space="preserve"> </w:t>
            </w:r>
            <w:r w:rsidRPr="00DB7ACB">
              <w:rPr>
                <w:rFonts w:cs="Shruti"/>
                <w:sz w:val="20"/>
                <w:szCs w:val="20"/>
                <w:cs/>
                <w:lang w:bidi="gu-IN"/>
              </w:rPr>
              <w:t>સહી</w:t>
            </w:r>
            <w:r w:rsidRPr="00DB7ACB">
              <w:rPr>
                <w:sz w:val="20"/>
                <w:szCs w:val="20"/>
              </w:rPr>
              <w:t xml:space="preserve"> </w:t>
            </w:r>
            <w:r w:rsidRPr="00DB7ACB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DB7ACB">
              <w:rPr>
                <w:sz w:val="20"/>
                <w:szCs w:val="20"/>
              </w:rPr>
              <w:t xml:space="preserve"> </w:t>
            </w:r>
            <w:r w:rsidRPr="00DB7ACB">
              <w:rPr>
                <w:rFonts w:cs="Shruti"/>
                <w:sz w:val="20"/>
                <w:szCs w:val="20"/>
                <w:cs/>
                <w:lang w:bidi="gu-IN"/>
              </w:rPr>
              <w:t>સિક્કો</w:t>
            </w:r>
            <w:r w:rsidRPr="00DB7ACB">
              <w:rPr>
                <w:sz w:val="20"/>
                <w:szCs w:val="20"/>
              </w:rPr>
              <w:br/>
            </w:r>
            <w:r w:rsidRPr="00DB7ACB">
              <w:rPr>
                <w:sz w:val="20"/>
                <w:szCs w:val="20"/>
              </w:rPr>
              <w:br/>
              <w:t>______________________</w:t>
            </w:r>
          </w:p>
        </w:tc>
      </w:tr>
    </w:tbl>
    <w:p w14:paraId="6814367A" w14:textId="77777777" w:rsidR="00F15F55" w:rsidRDefault="00F15F55" w:rsidP="007E5D1E">
      <w:pPr>
        <w:tabs>
          <w:tab w:val="left" w:pos="2835"/>
        </w:tabs>
        <w:spacing w:line="240" w:lineRule="auto"/>
        <w:jc w:val="center"/>
        <w:rPr>
          <w:rFonts w:cs="Shruti"/>
          <w:sz w:val="20"/>
          <w:szCs w:val="20"/>
          <w:lang w:bidi="gu-IN"/>
        </w:rPr>
      </w:pPr>
    </w:p>
    <w:p w14:paraId="6A7AE612" w14:textId="77777777" w:rsidR="00E23336" w:rsidRDefault="00E23336" w:rsidP="007E5D1E">
      <w:pPr>
        <w:tabs>
          <w:tab w:val="left" w:pos="2835"/>
        </w:tabs>
        <w:spacing w:line="240" w:lineRule="auto"/>
        <w:jc w:val="center"/>
        <w:rPr>
          <w:rFonts w:cs="Shruti"/>
          <w:sz w:val="20"/>
          <w:szCs w:val="20"/>
          <w:lang w:bidi="gu-IN"/>
        </w:rPr>
      </w:pPr>
    </w:p>
    <w:p w14:paraId="07D93522" w14:textId="77777777" w:rsidR="00E23336" w:rsidRDefault="00E23336" w:rsidP="007E5D1E">
      <w:pPr>
        <w:tabs>
          <w:tab w:val="left" w:pos="2835"/>
        </w:tabs>
        <w:spacing w:line="240" w:lineRule="auto"/>
        <w:jc w:val="center"/>
        <w:rPr>
          <w:rFonts w:cs="Shruti"/>
          <w:sz w:val="20"/>
          <w:szCs w:val="20"/>
          <w:lang w:bidi="gu-IN"/>
        </w:rPr>
      </w:pPr>
    </w:p>
    <w:p w14:paraId="32D7FEBE" w14:textId="77777777" w:rsidR="00E23336" w:rsidRDefault="00E23336" w:rsidP="007E5D1E">
      <w:pPr>
        <w:tabs>
          <w:tab w:val="left" w:pos="2835"/>
        </w:tabs>
        <w:spacing w:line="240" w:lineRule="auto"/>
        <w:jc w:val="center"/>
        <w:rPr>
          <w:rFonts w:cs="Shruti"/>
          <w:sz w:val="20"/>
          <w:szCs w:val="20"/>
          <w:lang w:bidi="gu-IN"/>
        </w:rPr>
      </w:pPr>
    </w:p>
    <w:p w14:paraId="433CD873" w14:textId="3C09DEF3" w:rsidR="00B36C4E" w:rsidRDefault="002546D1" w:rsidP="00521B9B">
      <w:pPr>
        <w:spacing w:after="0" w:line="240" w:lineRule="auto"/>
        <w:rPr>
          <w:rFonts w:cs="Shruti"/>
          <w:b/>
          <w:u w:val="single"/>
          <w:lang w:val="en-IN" w:bidi="gu-IN"/>
        </w:rPr>
      </w:pPr>
      <w:r>
        <w:rPr>
          <w:rFonts w:cs="Shruti" w:hint="cs"/>
          <w:sz w:val="28"/>
          <w:szCs w:val="28"/>
          <w:u w:val="single"/>
          <w:cs/>
          <w:lang w:bidi="gu-IN"/>
        </w:rPr>
        <w:lastRenderedPageBreak/>
        <w:t>ઢાંકણ્રીયાવાસ પ્રાથમિક શાળા તા- લાખણી જિલ્લો - વાવ-થરાદ ડાયસ કોડ: 24021300207</w:t>
      </w:r>
    </w:p>
    <w:p w14:paraId="79CA62DB" w14:textId="77777777" w:rsidR="00E23336" w:rsidRPr="00E23336" w:rsidRDefault="00E23336" w:rsidP="00E23336">
      <w:pPr>
        <w:pStyle w:val="Heading1"/>
        <w:spacing w:line="240" w:lineRule="auto"/>
        <w:rPr>
          <w:rFonts w:cs="Shruti"/>
          <w:lang w:bidi="gu-IN"/>
        </w:rPr>
      </w:pPr>
      <w:r>
        <w:rPr>
          <w:rFonts w:cs="Shruti"/>
          <w:cs/>
          <w:lang w:bidi="gu-IN"/>
        </w:rPr>
        <w:t>ત્રિમાસિક</w:t>
      </w:r>
      <w:r>
        <w:t xml:space="preserve"> </w:t>
      </w:r>
      <w:r>
        <w:rPr>
          <w:rFonts w:cs="Shruti"/>
          <w:cs/>
          <w:lang w:bidi="gu-IN"/>
        </w:rPr>
        <w:t>કસોટીઓના</w:t>
      </w:r>
      <w:r>
        <w:t xml:space="preserve"> </w:t>
      </w:r>
      <w:r>
        <w:rPr>
          <w:rFonts w:cs="Shruti"/>
          <w:cs/>
          <w:lang w:bidi="gu-IN"/>
        </w:rPr>
        <w:t>પરિણામોને</w:t>
      </w:r>
      <w:r>
        <w:t xml:space="preserve"> </w:t>
      </w:r>
      <w:r>
        <w:rPr>
          <w:rFonts w:cs="Shruti"/>
          <w:cs/>
          <w:lang w:bidi="gu-IN"/>
        </w:rPr>
        <w:t>આધારે</w:t>
      </w:r>
      <w:r>
        <w:t xml:space="preserve"> </w:t>
      </w:r>
      <w:r>
        <w:rPr>
          <w:rFonts w:cs="Shruti"/>
          <w:cs/>
          <w:lang w:bidi="gu-IN"/>
        </w:rPr>
        <w:t>ઉપચારાત્મક</w:t>
      </w:r>
      <w:r>
        <w:t xml:space="preserve"> </w:t>
      </w:r>
      <w:r>
        <w:rPr>
          <w:rFonts w:cs="Shruti"/>
          <w:cs/>
          <w:lang w:bidi="gu-IN"/>
        </w:rPr>
        <w:t>કાર્ય</w:t>
      </w:r>
      <w:r>
        <w:t xml:space="preserve"> (Remedial Teaching) </w:t>
      </w:r>
      <w:r>
        <w:rPr>
          <w:rFonts w:cs="Shruti"/>
          <w:cs/>
          <w:lang w:bidi="gu-IN"/>
        </w:rPr>
        <w:t>નો</w:t>
      </w:r>
      <w:r>
        <w:t xml:space="preserve"> </w:t>
      </w:r>
      <w:r>
        <w:rPr>
          <w:rFonts w:cs="Shruti"/>
          <w:cs/>
          <w:lang w:bidi="gu-IN"/>
        </w:rPr>
        <w:t>અહેવાલ</w:t>
      </w:r>
    </w:p>
    <w:p w14:paraId="643F6BE9" w14:textId="0F9DE8CC" w:rsidR="00E23336" w:rsidRPr="007E2CCA" w:rsidRDefault="00E23336" w:rsidP="007E2CCA">
      <w:pPr>
        <w:spacing w:after="0" w:line="240" w:lineRule="auto"/>
        <w:rPr>
          <w:rFonts w:cs="Shruti"/>
          <w:sz w:val="20"/>
          <w:szCs w:val="20"/>
          <w:lang w:bidi="gu-IN"/>
        </w:rPr>
      </w:pPr>
      <w:r w:rsidRPr="007E2CCA">
        <w:rPr>
          <w:rFonts w:cs="Shruti"/>
          <w:sz w:val="20"/>
          <w:szCs w:val="20"/>
          <w:cs/>
          <w:lang w:bidi="gu-IN"/>
        </w:rPr>
        <w:t>ગુણોત્સવ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૨</w:t>
      </w:r>
      <w:r w:rsidRPr="007E2CCA">
        <w:rPr>
          <w:sz w:val="20"/>
          <w:szCs w:val="20"/>
        </w:rPr>
        <w:t>.</w:t>
      </w:r>
      <w:r w:rsidRPr="007E2CCA">
        <w:rPr>
          <w:rFonts w:cs="Shruti"/>
          <w:sz w:val="20"/>
          <w:szCs w:val="20"/>
          <w:cs/>
          <w:lang w:bidi="gu-IN"/>
        </w:rPr>
        <w:t>૦</w:t>
      </w:r>
      <w:r w:rsidRPr="007E2CCA">
        <w:rPr>
          <w:sz w:val="20"/>
          <w:szCs w:val="20"/>
        </w:rPr>
        <w:t xml:space="preserve"> (SQAAF) </w:t>
      </w:r>
      <w:r w:rsidRPr="007E2CCA">
        <w:rPr>
          <w:rFonts w:cs="Shruti"/>
          <w:sz w:val="20"/>
          <w:szCs w:val="20"/>
          <w:cs/>
          <w:lang w:bidi="gu-IN"/>
        </w:rPr>
        <w:t>ના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શૈક્ષણિક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માપદંડો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મુજબ</w:t>
      </w:r>
      <w:r w:rsidRPr="007E2CCA">
        <w:rPr>
          <w:sz w:val="20"/>
          <w:szCs w:val="20"/>
        </w:rPr>
        <w:t xml:space="preserve">, </w:t>
      </w:r>
      <w:r w:rsidRPr="007E2CCA">
        <w:rPr>
          <w:rFonts w:cs="Shruti"/>
          <w:sz w:val="20"/>
          <w:szCs w:val="20"/>
          <w:cs/>
          <w:lang w:bidi="gu-IN"/>
        </w:rPr>
        <w:t>વિદ્યાર્થીઓના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સત્રાંત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અને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ત્રિમાસિક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કસોટીઓના</w:t>
      </w:r>
      <w:r w:rsidRPr="007E2CCA">
        <w:rPr>
          <w:sz w:val="20"/>
          <w:szCs w:val="20"/>
        </w:rPr>
        <w:t xml:space="preserve"> (PAT / SAT) </w:t>
      </w:r>
      <w:r w:rsidRPr="007E2CCA">
        <w:rPr>
          <w:rFonts w:cs="Shruti"/>
          <w:sz w:val="20"/>
          <w:szCs w:val="20"/>
          <w:cs/>
          <w:lang w:bidi="gu-IN"/>
        </w:rPr>
        <w:t>પરિણામોનું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વિશ્લેષણ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કરી</w:t>
      </w:r>
      <w:r w:rsidRPr="007E2CCA">
        <w:rPr>
          <w:sz w:val="20"/>
          <w:szCs w:val="20"/>
        </w:rPr>
        <w:t xml:space="preserve">, </w:t>
      </w:r>
      <w:r w:rsidRPr="007E2CCA">
        <w:rPr>
          <w:rFonts w:cs="Shruti"/>
          <w:sz w:val="20"/>
          <w:szCs w:val="20"/>
          <w:cs/>
          <w:lang w:bidi="gu-IN"/>
        </w:rPr>
        <w:t>શૈક્ષણિક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રીતે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નબળા</w:t>
      </w:r>
      <w:r w:rsidRPr="007E2CCA">
        <w:rPr>
          <w:sz w:val="20"/>
          <w:szCs w:val="20"/>
        </w:rPr>
        <w:t xml:space="preserve"> (C </w:t>
      </w:r>
      <w:r w:rsidRPr="007E2CCA">
        <w:rPr>
          <w:rFonts w:cs="Shruti"/>
          <w:sz w:val="20"/>
          <w:szCs w:val="20"/>
          <w:cs/>
          <w:lang w:bidi="gu-IN"/>
        </w:rPr>
        <w:t>અને</w:t>
      </w:r>
      <w:r w:rsidRPr="007E2CCA">
        <w:rPr>
          <w:sz w:val="20"/>
          <w:szCs w:val="20"/>
        </w:rPr>
        <w:t xml:space="preserve"> D </w:t>
      </w:r>
      <w:r w:rsidRPr="007E2CCA">
        <w:rPr>
          <w:rFonts w:cs="Shruti"/>
          <w:sz w:val="20"/>
          <w:szCs w:val="20"/>
          <w:cs/>
          <w:lang w:bidi="gu-IN"/>
        </w:rPr>
        <w:t>ગ્રેડ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મેળવનાર</w:t>
      </w:r>
      <w:r w:rsidRPr="007E2CCA">
        <w:rPr>
          <w:sz w:val="20"/>
          <w:szCs w:val="20"/>
        </w:rPr>
        <w:t xml:space="preserve">) </w:t>
      </w:r>
      <w:r w:rsidRPr="007E2CCA">
        <w:rPr>
          <w:rFonts w:cs="Shruti"/>
          <w:sz w:val="20"/>
          <w:szCs w:val="20"/>
          <w:cs/>
          <w:lang w:bidi="gu-IN"/>
        </w:rPr>
        <w:t>વિદ્યાર્થીઓ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માટે</w:t>
      </w:r>
      <w:r w:rsidR="00954963" w:rsidRPr="00954963">
        <w:rPr>
          <w:rFonts w:cs="Shruti" w:hint="cs"/>
          <w:cs/>
          <w:lang w:bidi="gu-IN"/>
        </w:rPr>
        <w:t xml:space="preserve"> </w:t>
      </w:r>
      <w:r w:rsidR="008E13CA">
        <w:rPr>
          <w:rFonts w:cs="Shruti" w:hint="cs"/>
          <w:cs/>
          <w:lang w:bidi="gu-IN"/>
        </w:rPr>
        <w:t xml:space="preserve">ઢાંકણ્રીયાવાસ પ્રાથમિક શાળા 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દ્વારા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વિશેષ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ઉપચારાત્મક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કાર્ય</w:t>
      </w:r>
      <w:r w:rsidRPr="007E2CCA">
        <w:rPr>
          <w:sz w:val="20"/>
          <w:szCs w:val="20"/>
        </w:rPr>
        <w:t xml:space="preserve"> (Remedial Work) </w:t>
      </w:r>
      <w:r w:rsidRPr="007E2CCA">
        <w:rPr>
          <w:rFonts w:cs="Shruti"/>
          <w:sz w:val="20"/>
          <w:szCs w:val="20"/>
          <w:cs/>
          <w:lang w:bidi="gu-IN"/>
        </w:rPr>
        <w:t>હાથ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ધરવામાં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આવે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છે</w:t>
      </w:r>
      <w:r w:rsidRPr="007E2CCA">
        <w:rPr>
          <w:sz w:val="20"/>
          <w:szCs w:val="20"/>
        </w:rPr>
        <w:t xml:space="preserve">. </w:t>
      </w:r>
      <w:r w:rsidRPr="007E2CCA">
        <w:rPr>
          <w:rFonts w:cs="Shruti"/>
          <w:sz w:val="20"/>
          <w:szCs w:val="20"/>
          <w:cs/>
          <w:lang w:bidi="gu-IN"/>
        </w:rPr>
        <w:t>આ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અંગેની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વિગતો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નીચે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મુજબ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છે</w:t>
      </w:r>
      <w:r w:rsidRPr="007E2CCA">
        <w:rPr>
          <w:sz w:val="20"/>
          <w:szCs w:val="20"/>
        </w:rPr>
        <w:t>:</w:t>
      </w:r>
    </w:p>
    <w:p w14:paraId="701BA953" w14:textId="59069DFD" w:rsidR="00E23336" w:rsidRPr="007E2CCA" w:rsidRDefault="00E23336" w:rsidP="007E2CCA">
      <w:pPr>
        <w:pStyle w:val="Heading2"/>
        <w:spacing w:line="240" w:lineRule="auto"/>
        <w:rPr>
          <w:sz w:val="20"/>
          <w:szCs w:val="20"/>
        </w:rPr>
      </w:pPr>
      <w:r w:rsidRPr="007E2CCA">
        <w:rPr>
          <w:rFonts w:cs="Shruti"/>
          <w:sz w:val="20"/>
          <w:szCs w:val="20"/>
          <w:cs/>
          <w:lang w:bidi="gu-IN"/>
        </w:rPr>
        <w:t>૧</w:t>
      </w:r>
      <w:r w:rsidRPr="007E2CCA">
        <w:rPr>
          <w:sz w:val="20"/>
          <w:szCs w:val="20"/>
        </w:rPr>
        <w:t xml:space="preserve">. </w:t>
      </w:r>
      <w:r w:rsidRPr="007E2CCA">
        <w:rPr>
          <w:rFonts w:cs="Shruti"/>
          <w:sz w:val="20"/>
          <w:szCs w:val="20"/>
          <w:cs/>
          <w:lang w:bidi="gu-IN"/>
        </w:rPr>
        <w:t>નબળા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વિદ્યાર્થીઓની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તારવણી</w:t>
      </w:r>
      <w:r w:rsidRPr="007E2CCA">
        <w:rPr>
          <w:sz w:val="20"/>
          <w:szCs w:val="20"/>
        </w:rPr>
        <w:t xml:space="preserve"> (</w:t>
      </w:r>
      <w:r w:rsidRPr="007E2CCA">
        <w:rPr>
          <w:rFonts w:cs="Shruti"/>
          <w:sz w:val="20"/>
          <w:szCs w:val="20"/>
          <w:cs/>
          <w:lang w:bidi="gu-IN"/>
        </w:rPr>
        <w:t>વર્ગવાર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વિગત</w:t>
      </w:r>
      <w:r w:rsidRPr="007E2CCA">
        <w:rPr>
          <w:sz w:val="20"/>
          <w:szCs w:val="20"/>
        </w:rPr>
        <w:t>):</w:t>
      </w:r>
      <w:r w:rsidR="005922A6">
        <w:rPr>
          <w:sz w:val="20"/>
          <w:szCs w:val="20"/>
        </w:rPr>
        <w:t xml:space="preserve">  </w:t>
      </w:r>
      <w:r w:rsidR="005922A6">
        <w:rPr>
          <w:rFonts w:cs="Shruti"/>
          <w:sz w:val="20"/>
          <w:szCs w:val="20"/>
          <w:cs/>
          <w:lang w:bidi="gu-IN"/>
        </w:rPr>
        <w:t>વર્ષ- ૨૦૨૫</w:t>
      </w:r>
      <w:r w:rsidR="00954963">
        <w:rPr>
          <w:rFonts w:cs="Shruti" w:hint="cs"/>
          <w:sz w:val="20"/>
          <w:szCs w:val="20"/>
          <w:cs/>
          <w:lang w:bidi="gu-IN"/>
        </w:rPr>
        <w:t>-</w:t>
      </w:r>
      <w:r w:rsidR="005922A6">
        <w:rPr>
          <w:rFonts w:cs="Shruti"/>
          <w:sz w:val="20"/>
          <w:szCs w:val="20"/>
          <w:cs/>
          <w:lang w:bidi="gu-IN"/>
        </w:rPr>
        <w:t>૨૬ મુજબ</w:t>
      </w:r>
    </w:p>
    <w:tbl>
      <w:tblPr>
        <w:tblStyle w:val="TableGrid"/>
        <w:tblW w:w="9039" w:type="dxa"/>
        <w:tblLook w:val="04A0" w:firstRow="1" w:lastRow="0" w:firstColumn="1" w:lastColumn="0" w:noHBand="0" w:noVBand="1"/>
      </w:tblPr>
      <w:tblGrid>
        <w:gridCol w:w="675"/>
        <w:gridCol w:w="1276"/>
        <w:gridCol w:w="2552"/>
        <w:gridCol w:w="1701"/>
        <w:gridCol w:w="2835"/>
      </w:tblGrid>
      <w:tr w:rsidR="00E23336" w:rsidRPr="007E2CCA" w14:paraId="56659B9B" w14:textId="77777777" w:rsidTr="000D0240">
        <w:tc>
          <w:tcPr>
            <w:tcW w:w="675" w:type="dxa"/>
          </w:tcPr>
          <w:p w14:paraId="703BD3A1" w14:textId="77777777" w:rsidR="00E23336" w:rsidRPr="007E2CCA" w:rsidRDefault="00E23336" w:rsidP="007E2CCA">
            <w:pPr>
              <w:jc w:val="center"/>
              <w:rPr>
                <w:sz w:val="20"/>
                <w:szCs w:val="20"/>
              </w:rPr>
            </w:pPr>
            <w:r w:rsidRPr="007E2CCA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ક્રમ</w:t>
            </w:r>
          </w:p>
        </w:tc>
        <w:tc>
          <w:tcPr>
            <w:tcW w:w="1276" w:type="dxa"/>
          </w:tcPr>
          <w:p w14:paraId="4232B8B5" w14:textId="77777777" w:rsidR="00E23336" w:rsidRPr="007E2CCA" w:rsidRDefault="00E23336" w:rsidP="007E2CCA">
            <w:pPr>
              <w:jc w:val="center"/>
              <w:rPr>
                <w:sz w:val="20"/>
                <w:szCs w:val="20"/>
              </w:rPr>
            </w:pPr>
            <w:r w:rsidRPr="007E2CCA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ધોરણ</w:t>
            </w:r>
          </w:p>
        </w:tc>
        <w:tc>
          <w:tcPr>
            <w:tcW w:w="2552" w:type="dxa"/>
          </w:tcPr>
          <w:p w14:paraId="2EE4BCEA" w14:textId="77777777" w:rsidR="00E23336" w:rsidRPr="007E2CCA" w:rsidRDefault="00E23336" w:rsidP="007E2CCA">
            <w:pPr>
              <w:jc w:val="center"/>
              <w:rPr>
                <w:sz w:val="20"/>
                <w:szCs w:val="20"/>
              </w:rPr>
            </w:pPr>
            <w:r w:rsidRPr="007E2CCA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વિષય</w:t>
            </w:r>
            <w:r w:rsidRPr="007E2CCA">
              <w:rPr>
                <w:b/>
                <w:sz w:val="20"/>
                <w:szCs w:val="20"/>
              </w:rPr>
              <w:t xml:space="preserve"> (</w:t>
            </w:r>
            <w:r w:rsidRPr="007E2CCA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જેમાં</w:t>
            </w:r>
            <w:r w:rsidRPr="007E2CCA">
              <w:rPr>
                <w:b/>
                <w:sz w:val="20"/>
                <w:szCs w:val="20"/>
              </w:rPr>
              <w:t xml:space="preserve"> </w:t>
            </w:r>
            <w:r w:rsidRPr="007E2CCA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નબળા</w:t>
            </w:r>
            <w:r w:rsidRPr="007E2CCA">
              <w:rPr>
                <w:b/>
                <w:sz w:val="20"/>
                <w:szCs w:val="20"/>
              </w:rPr>
              <w:t xml:space="preserve"> </w:t>
            </w:r>
            <w:r w:rsidRPr="007E2CCA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હોય</w:t>
            </w:r>
            <w:r w:rsidRPr="007E2CCA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18302996" w14:textId="77777777" w:rsidR="00E23336" w:rsidRPr="007E2CCA" w:rsidRDefault="00E23336" w:rsidP="007E2CCA">
            <w:pPr>
              <w:jc w:val="center"/>
              <w:rPr>
                <w:sz w:val="20"/>
                <w:szCs w:val="20"/>
              </w:rPr>
            </w:pPr>
            <w:r w:rsidRPr="007E2CCA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કુલ</w:t>
            </w:r>
            <w:r w:rsidRPr="007E2CCA">
              <w:rPr>
                <w:b/>
                <w:sz w:val="20"/>
                <w:szCs w:val="20"/>
              </w:rPr>
              <w:t xml:space="preserve"> </w:t>
            </w:r>
            <w:r w:rsidRPr="007E2CCA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વિદ્યાર્થીઓ</w:t>
            </w:r>
          </w:p>
        </w:tc>
        <w:tc>
          <w:tcPr>
            <w:tcW w:w="2835" w:type="dxa"/>
          </w:tcPr>
          <w:p w14:paraId="0AB82B66" w14:textId="77777777" w:rsidR="00E23336" w:rsidRPr="007E2CCA" w:rsidRDefault="00E23336" w:rsidP="007E2CCA">
            <w:pPr>
              <w:jc w:val="center"/>
              <w:rPr>
                <w:sz w:val="20"/>
                <w:szCs w:val="20"/>
              </w:rPr>
            </w:pPr>
            <w:r w:rsidRPr="007E2CCA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ઉપચારાત્મક</w:t>
            </w:r>
            <w:r w:rsidRPr="007E2CCA">
              <w:rPr>
                <w:b/>
                <w:sz w:val="20"/>
                <w:szCs w:val="20"/>
              </w:rPr>
              <w:t xml:space="preserve"> </w:t>
            </w:r>
            <w:r w:rsidRPr="007E2CCA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કાર્ય</w:t>
            </w:r>
            <w:r w:rsidRPr="007E2CCA">
              <w:rPr>
                <w:b/>
                <w:sz w:val="20"/>
                <w:szCs w:val="20"/>
              </w:rPr>
              <w:t xml:space="preserve"> </w:t>
            </w:r>
            <w:r w:rsidRPr="007E2CCA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માટે</w:t>
            </w:r>
            <w:r w:rsidRPr="007E2CCA">
              <w:rPr>
                <w:b/>
                <w:sz w:val="20"/>
                <w:szCs w:val="20"/>
              </w:rPr>
              <w:t xml:space="preserve"> </w:t>
            </w:r>
            <w:r w:rsidRPr="007E2CCA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તારવેલ</w:t>
            </w:r>
            <w:r w:rsidRPr="007E2CCA">
              <w:rPr>
                <w:b/>
                <w:sz w:val="20"/>
                <w:szCs w:val="20"/>
              </w:rPr>
              <w:t xml:space="preserve"> </w:t>
            </w:r>
            <w:r w:rsidRPr="007E2CCA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સંખ્યા</w:t>
            </w:r>
          </w:p>
        </w:tc>
      </w:tr>
      <w:tr w:rsidR="000D0240" w:rsidRPr="007E2CCA" w14:paraId="52DA78AE" w14:textId="77777777" w:rsidTr="000D0240">
        <w:tc>
          <w:tcPr>
            <w:tcW w:w="675" w:type="dxa"/>
          </w:tcPr>
          <w:p w14:paraId="130F61F4" w14:textId="77777777" w:rsidR="000D0240" w:rsidRPr="007E2CCA" w:rsidRDefault="000D0240" w:rsidP="007E2CCA">
            <w:pPr>
              <w:jc w:val="center"/>
              <w:rPr>
                <w:sz w:val="20"/>
                <w:szCs w:val="20"/>
              </w:rPr>
            </w:pPr>
            <w:r w:rsidRPr="007E2CCA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14:paraId="502D7C8C" w14:textId="77777777" w:rsidR="000D0240" w:rsidRPr="007E2CCA" w:rsidRDefault="000D0240" w:rsidP="007E2CCA">
            <w:pPr>
              <w:rPr>
                <w:sz w:val="20"/>
                <w:szCs w:val="20"/>
              </w:rPr>
            </w:pPr>
            <w:r w:rsidRPr="007E2CCA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7E2CCA">
              <w:rPr>
                <w:sz w:val="20"/>
                <w:szCs w:val="20"/>
              </w:rPr>
              <w:t xml:space="preserve"> 3</w:t>
            </w:r>
          </w:p>
        </w:tc>
        <w:tc>
          <w:tcPr>
            <w:tcW w:w="2552" w:type="dxa"/>
          </w:tcPr>
          <w:p w14:paraId="7C0FD575" w14:textId="77777777" w:rsidR="000D0240" w:rsidRPr="007E2CCA" w:rsidRDefault="005A42E1" w:rsidP="007E2CCA">
            <w:pPr>
              <w:rPr>
                <w:sz w:val="20"/>
                <w:szCs w:val="20"/>
              </w:rPr>
            </w:pPr>
            <w:r>
              <w:rPr>
                <w:rFonts w:cs="Shruti"/>
                <w:sz w:val="20"/>
                <w:szCs w:val="20"/>
                <w:cs/>
                <w:lang w:bidi="gu-IN"/>
              </w:rPr>
              <w:t xml:space="preserve">ગણિત </w:t>
            </w:r>
          </w:p>
        </w:tc>
        <w:tc>
          <w:tcPr>
            <w:tcW w:w="1701" w:type="dxa"/>
          </w:tcPr>
          <w:p w14:paraId="067CD81A" w14:textId="77777777" w:rsidR="000D0240" w:rsidRPr="007E2CCA" w:rsidRDefault="000D0240" w:rsidP="007E2CCA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7E7B14D0" w14:textId="77777777" w:rsidR="000D0240" w:rsidRPr="007E2CCA" w:rsidRDefault="000D0240" w:rsidP="007E2CCA">
            <w:pPr>
              <w:rPr>
                <w:sz w:val="20"/>
                <w:szCs w:val="20"/>
              </w:rPr>
            </w:pPr>
          </w:p>
        </w:tc>
      </w:tr>
      <w:tr w:rsidR="000D0240" w:rsidRPr="007E2CCA" w14:paraId="463D0AA8" w14:textId="77777777" w:rsidTr="000D0240">
        <w:tc>
          <w:tcPr>
            <w:tcW w:w="675" w:type="dxa"/>
          </w:tcPr>
          <w:p w14:paraId="225494A3" w14:textId="77777777" w:rsidR="000D0240" w:rsidRPr="007E2CCA" w:rsidRDefault="000D0240" w:rsidP="007E2CCA">
            <w:pPr>
              <w:jc w:val="center"/>
              <w:rPr>
                <w:sz w:val="20"/>
                <w:szCs w:val="20"/>
              </w:rPr>
            </w:pPr>
            <w:r w:rsidRPr="007E2CCA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21D6FA7F" w14:textId="77777777" w:rsidR="000D0240" w:rsidRPr="007E2CCA" w:rsidRDefault="000D0240" w:rsidP="007E2CCA">
            <w:pPr>
              <w:rPr>
                <w:sz w:val="20"/>
                <w:szCs w:val="20"/>
              </w:rPr>
            </w:pPr>
            <w:r w:rsidRPr="007E2CCA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7E2CCA">
              <w:rPr>
                <w:sz w:val="20"/>
                <w:szCs w:val="20"/>
              </w:rPr>
              <w:t xml:space="preserve"> 4</w:t>
            </w:r>
          </w:p>
        </w:tc>
        <w:tc>
          <w:tcPr>
            <w:tcW w:w="2552" w:type="dxa"/>
          </w:tcPr>
          <w:p w14:paraId="4F54A657" w14:textId="77777777" w:rsidR="000D0240" w:rsidRPr="007E2CCA" w:rsidRDefault="005A42E1" w:rsidP="007E2CCA">
            <w:pPr>
              <w:rPr>
                <w:sz w:val="20"/>
                <w:szCs w:val="20"/>
              </w:rPr>
            </w:pPr>
            <w:r>
              <w:rPr>
                <w:rFonts w:cs="Shruti"/>
                <w:sz w:val="20"/>
                <w:szCs w:val="20"/>
                <w:cs/>
                <w:lang w:bidi="gu-IN"/>
              </w:rPr>
              <w:t xml:space="preserve">ગણિત અગ્રેજી </w:t>
            </w:r>
          </w:p>
        </w:tc>
        <w:tc>
          <w:tcPr>
            <w:tcW w:w="1701" w:type="dxa"/>
          </w:tcPr>
          <w:p w14:paraId="7D7E2707" w14:textId="77777777" w:rsidR="000D0240" w:rsidRPr="007E2CCA" w:rsidRDefault="000D0240" w:rsidP="007E2CCA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6BAC260F" w14:textId="77777777" w:rsidR="000D0240" w:rsidRPr="007E2CCA" w:rsidRDefault="000D0240" w:rsidP="007E2CCA">
            <w:pPr>
              <w:rPr>
                <w:sz w:val="20"/>
                <w:szCs w:val="20"/>
              </w:rPr>
            </w:pPr>
          </w:p>
        </w:tc>
      </w:tr>
      <w:tr w:rsidR="000D0240" w:rsidRPr="007E2CCA" w14:paraId="5BCC4A48" w14:textId="77777777" w:rsidTr="000D0240">
        <w:tc>
          <w:tcPr>
            <w:tcW w:w="675" w:type="dxa"/>
          </w:tcPr>
          <w:p w14:paraId="2ECE9697" w14:textId="77777777" w:rsidR="000D0240" w:rsidRPr="007E2CCA" w:rsidRDefault="000D0240" w:rsidP="007E2CCA">
            <w:pPr>
              <w:jc w:val="center"/>
              <w:rPr>
                <w:sz w:val="20"/>
                <w:szCs w:val="20"/>
              </w:rPr>
            </w:pPr>
            <w:r w:rsidRPr="007E2CCA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4673E43D" w14:textId="77777777" w:rsidR="000D0240" w:rsidRPr="007E2CCA" w:rsidRDefault="000D0240" w:rsidP="007E2CCA">
            <w:pPr>
              <w:rPr>
                <w:sz w:val="20"/>
                <w:szCs w:val="20"/>
              </w:rPr>
            </w:pPr>
            <w:r w:rsidRPr="007E2CCA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7E2CCA">
              <w:rPr>
                <w:sz w:val="20"/>
                <w:szCs w:val="20"/>
              </w:rPr>
              <w:t xml:space="preserve"> 5</w:t>
            </w:r>
          </w:p>
        </w:tc>
        <w:tc>
          <w:tcPr>
            <w:tcW w:w="2552" w:type="dxa"/>
          </w:tcPr>
          <w:p w14:paraId="6707D9A4" w14:textId="77777777" w:rsidR="000D0240" w:rsidRPr="007E2CCA" w:rsidRDefault="005A42E1" w:rsidP="007E2CCA">
            <w:pPr>
              <w:rPr>
                <w:sz w:val="20"/>
                <w:szCs w:val="20"/>
              </w:rPr>
            </w:pPr>
            <w:r>
              <w:rPr>
                <w:rFonts w:cs="Shruti"/>
                <w:sz w:val="20"/>
                <w:szCs w:val="20"/>
                <w:cs/>
                <w:lang w:bidi="gu-IN"/>
              </w:rPr>
              <w:t xml:space="preserve">ગણિત અગ્રેજી </w:t>
            </w:r>
          </w:p>
        </w:tc>
        <w:tc>
          <w:tcPr>
            <w:tcW w:w="1701" w:type="dxa"/>
          </w:tcPr>
          <w:p w14:paraId="33354E7B" w14:textId="77777777" w:rsidR="000D0240" w:rsidRPr="007E2CCA" w:rsidRDefault="000D0240" w:rsidP="007E2CCA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1F109FB9" w14:textId="77777777" w:rsidR="000D0240" w:rsidRPr="007E2CCA" w:rsidRDefault="000D0240" w:rsidP="007E2CCA">
            <w:pPr>
              <w:rPr>
                <w:sz w:val="20"/>
                <w:szCs w:val="20"/>
              </w:rPr>
            </w:pPr>
          </w:p>
        </w:tc>
      </w:tr>
      <w:tr w:rsidR="005A42E1" w:rsidRPr="007E2CCA" w14:paraId="7133572A" w14:textId="77777777" w:rsidTr="000D0240">
        <w:tc>
          <w:tcPr>
            <w:tcW w:w="675" w:type="dxa"/>
          </w:tcPr>
          <w:p w14:paraId="474A9056" w14:textId="77777777" w:rsidR="005A42E1" w:rsidRPr="007E2CCA" w:rsidRDefault="005A42E1" w:rsidP="007E2CCA">
            <w:pPr>
              <w:jc w:val="center"/>
              <w:rPr>
                <w:sz w:val="20"/>
                <w:szCs w:val="20"/>
              </w:rPr>
            </w:pPr>
            <w:r w:rsidRPr="007E2CCA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14:paraId="12900777" w14:textId="77777777" w:rsidR="005A42E1" w:rsidRPr="007E2CCA" w:rsidRDefault="005A42E1" w:rsidP="007E2CCA">
            <w:pPr>
              <w:rPr>
                <w:sz w:val="20"/>
                <w:szCs w:val="20"/>
              </w:rPr>
            </w:pPr>
            <w:r w:rsidRPr="007E2CCA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7E2CCA">
              <w:rPr>
                <w:sz w:val="20"/>
                <w:szCs w:val="20"/>
              </w:rPr>
              <w:t xml:space="preserve"> 6</w:t>
            </w:r>
          </w:p>
        </w:tc>
        <w:tc>
          <w:tcPr>
            <w:tcW w:w="2552" w:type="dxa"/>
          </w:tcPr>
          <w:p w14:paraId="3A7B1A00" w14:textId="77777777" w:rsidR="005A42E1" w:rsidRPr="005A42E1" w:rsidRDefault="005A42E1">
            <w:pPr>
              <w:rPr>
                <w:sz w:val="18"/>
                <w:szCs w:val="18"/>
              </w:rPr>
            </w:pPr>
            <w:r w:rsidRPr="005A42E1">
              <w:rPr>
                <w:rFonts w:cs="Shruti"/>
                <w:sz w:val="18"/>
                <w:szCs w:val="18"/>
                <w:cs/>
                <w:lang w:bidi="gu-IN"/>
              </w:rPr>
              <w:t>ગણિત અગ્રેજી  વિજ્ઞાન સા.વિ</w:t>
            </w:r>
          </w:p>
        </w:tc>
        <w:tc>
          <w:tcPr>
            <w:tcW w:w="1701" w:type="dxa"/>
          </w:tcPr>
          <w:p w14:paraId="1FA14D91" w14:textId="77777777" w:rsidR="005A42E1" w:rsidRPr="007E2CCA" w:rsidRDefault="005A42E1" w:rsidP="007E2CCA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0A2965CE" w14:textId="77777777" w:rsidR="005A42E1" w:rsidRPr="007E2CCA" w:rsidRDefault="005A42E1" w:rsidP="007E2CCA">
            <w:pPr>
              <w:rPr>
                <w:sz w:val="20"/>
                <w:szCs w:val="20"/>
              </w:rPr>
            </w:pPr>
          </w:p>
        </w:tc>
      </w:tr>
      <w:tr w:rsidR="005A42E1" w:rsidRPr="007E2CCA" w14:paraId="64BE2F23" w14:textId="77777777" w:rsidTr="000D0240">
        <w:tc>
          <w:tcPr>
            <w:tcW w:w="675" w:type="dxa"/>
          </w:tcPr>
          <w:p w14:paraId="59A3E376" w14:textId="77777777" w:rsidR="005A42E1" w:rsidRPr="007E2CCA" w:rsidRDefault="005A42E1" w:rsidP="007E2CCA">
            <w:pPr>
              <w:jc w:val="center"/>
              <w:rPr>
                <w:sz w:val="20"/>
                <w:szCs w:val="20"/>
              </w:rPr>
            </w:pPr>
            <w:r w:rsidRPr="007E2CCA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14:paraId="7F5A13C9" w14:textId="77777777" w:rsidR="005A42E1" w:rsidRPr="007E2CCA" w:rsidRDefault="005A42E1" w:rsidP="007E2CCA">
            <w:pPr>
              <w:rPr>
                <w:sz w:val="20"/>
                <w:szCs w:val="20"/>
              </w:rPr>
            </w:pPr>
            <w:r w:rsidRPr="007E2CCA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7E2CCA">
              <w:rPr>
                <w:sz w:val="20"/>
                <w:szCs w:val="20"/>
              </w:rPr>
              <w:t xml:space="preserve"> 7</w:t>
            </w:r>
          </w:p>
        </w:tc>
        <w:tc>
          <w:tcPr>
            <w:tcW w:w="2552" w:type="dxa"/>
          </w:tcPr>
          <w:p w14:paraId="3DB5F1C4" w14:textId="77777777" w:rsidR="005A42E1" w:rsidRPr="005A42E1" w:rsidRDefault="005A42E1" w:rsidP="00F37DAD">
            <w:pPr>
              <w:rPr>
                <w:sz w:val="18"/>
                <w:szCs w:val="18"/>
              </w:rPr>
            </w:pPr>
            <w:r w:rsidRPr="005A42E1">
              <w:rPr>
                <w:rFonts w:cs="Shruti"/>
                <w:sz w:val="18"/>
                <w:szCs w:val="18"/>
                <w:cs/>
                <w:lang w:bidi="gu-IN"/>
              </w:rPr>
              <w:t>ગણિત અગ્રેજી  વિજ્ઞાન સા.વિ</w:t>
            </w:r>
          </w:p>
        </w:tc>
        <w:tc>
          <w:tcPr>
            <w:tcW w:w="1701" w:type="dxa"/>
          </w:tcPr>
          <w:p w14:paraId="0808CDD7" w14:textId="77777777" w:rsidR="005A42E1" w:rsidRPr="007E2CCA" w:rsidRDefault="005A42E1" w:rsidP="007E2CCA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54CD5838" w14:textId="77777777" w:rsidR="005A42E1" w:rsidRPr="007E2CCA" w:rsidRDefault="005A42E1" w:rsidP="007E2CCA">
            <w:pPr>
              <w:rPr>
                <w:sz w:val="20"/>
                <w:szCs w:val="20"/>
              </w:rPr>
            </w:pPr>
          </w:p>
        </w:tc>
      </w:tr>
      <w:tr w:rsidR="005A42E1" w:rsidRPr="007E2CCA" w14:paraId="7A854484" w14:textId="77777777" w:rsidTr="000D0240">
        <w:tc>
          <w:tcPr>
            <w:tcW w:w="675" w:type="dxa"/>
          </w:tcPr>
          <w:p w14:paraId="6F2346E6" w14:textId="77777777" w:rsidR="005A42E1" w:rsidRPr="007E2CCA" w:rsidRDefault="005A42E1" w:rsidP="007E2CCA">
            <w:pPr>
              <w:jc w:val="center"/>
              <w:rPr>
                <w:sz w:val="20"/>
                <w:szCs w:val="20"/>
              </w:rPr>
            </w:pPr>
            <w:r w:rsidRPr="007E2CCA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14:paraId="3763E90E" w14:textId="77777777" w:rsidR="005A42E1" w:rsidRPr="007E2CCA" w:rsidRDefault="005A42E1" w:rsidP="007E2CCA">
            <w:pPr>
              <w:rPr>
                <w:sz w:val="20"/>
                <w:szCs w:val="20"/>
              </w:rPr>
            </w:pPr>
            <w:r w:rsidRPr="007E2CCA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7E2CCA">
              <w:rPr>
                <w:sz w:val="20"/>
                <w:szCs w:val="20"/>
              </w:rPr>
              <w:t xml:space="preserve"> 8</w:t>
            </w:r>
          </w:p>
        </w:tc>
        <w:tc>
          <w:tcPr>
            <w:tcW w:w="2552" w:type="dxa"/>
          </w:tcPr>
          <w:p w14:paraId="0EF08F89" w14:textId="77777777" w:rsidR="005A42E1" w:rsidRPr="005A42E1" w:rsidRDefault="005A42E1" w:rsidP="00F37DAD">
            <w:pPr>
              <w:rPr>
                <w:sz w:val="18"/>
                <w:szCs w:val="18"/>
              </w:rPr>
            </w:pPr>
            <w:r w:rsidRPr="005A42E1">
              <w:rPr>
                <w:rFonts w:cs="Shruti"/>
                <w:sz w:val="18"/>
                <w:szCs w:val="18"/>
                <w:cs/>
                <w:lang w:bidi="gu-IN"/>
              </w:rPr>
              <w:t>ગણિત અગ્રેજી  વિજ્ઞાન સા.વિ</w:t>
            </w:r>
          </w:p>
        </w:tc>
        <w:tc>
          <w:tcPr>
            <w:tcW w:w="1701" w:type="dxa"/>
          </w:tcPr>
          <w:p w14:paraId="3DBF3F41" w14:textId="77777777" w:rsidR="005A42E1" w:rsidRPr="007E2CCA" w:rsidRDefault="005A42E1" w:rsidP="007E2CCA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6CEA7B33" w14:textId="77777777" w:rsidR="005A42E1" w:rsidRPr="007E2CCA" w:rsidRDefault="005A42E1" w:rsidP="007E2CCA">
            <w:pPr>
              <w:rPr>
                <w:sz w:val="20"/>
                <w:szCs w:val="20"/>
              </w:rPr>
            </w:pPr>
          </w:p>
        </w:tc>
      </w:tr>
    </w:tbl>
    <w:p w14:paraId="65A278DB" w14:textId="77777777" w:rsidR="00E23336" w:rsidRPr="007E2CCA" w:rsidRDefault="00E23336" w:rsidP="007E2CCA">
      <w:pPr>
        <w:spacing w:after="0" w:line="240" w:lineRule="auto"/>
        <w:rPr>
          <w:rFonts w:cs="Shruti"/>
          <w:sz w:val="20"/>
          <w:szCs w:val="20"/>
          <w:lang w:bidi="gu-IN"/>
        </w:rPr>
      </w:pPr>
    </w:p>
    <w:p w14:paraId="250361F8" w14:textId="77777777" w:rsidR="00E23336" w:rsidRPr="007E2CCA" w:rsidRDefault="00E23336" w:rsidP="007E2CCA">
      <w:pPr>
        <w:pStyle w:val="Heading2"/>
        <w:spacing w:line="240" w:lineRule="auto"/>
        <w:rPr>
          <w:sz w:val="20"/>
          <w:szCs w:val="20"/>
        </w:rPr>
      </w:pPr>
      <w:r w:rsidRPr="007E2CCA">
        <w:rPr>
          <w:rFonts w:cs="Shruti"/>
          <w:sz w:val="20"/>
          <w:szCs w:val="20"/>
          <w:cs/>
          <w:lang w:bidi="gu-IN"/>
        </w:rPr>
        <w:t>૨</w:t>
      </w:r>
      <w:r w:rsidRPr="007E2CCA">
        <w:rPr>
          <w:sz w:val="20"/>
          <w:szCs w:val="20"/>
        </w:rPr>
        <w:t xml:space="preserve">. </w:t>
      </w:r>
      <w:r w:rsidRPr="007E2CCA">
        <w:rPr>
          <w:rFonts w:cs="Shruti"/>
          <w:sz w:val="20"/>
          <w:szCs w:val="20"/>
          <w:cs/>
          <w:lang w:bidi="gu-IN"/>
        </w:rPr>
        <w:t>ઉપચારાત્મક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કાર્યનું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આયોજન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અને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અમલીકરણ</w:t>
      </w:r>
      <w:r w:rsidRPr="007E2CCA">
        <w:rPr>
          <w:sz w:val="20"/>
          <w:szCs w:val="20"/>
        </w:rPr>
        <w:t>:</w:t>
      </w:r>
    </w:p>
    <w:p w14:paraId="0DD23CF7" w14:textId="77777777" w:rsidR="00E23336" w:rsidRPr="007E2CCA" w:rsidRDefault="00E23336" w:rsidP="007E2CCA">
      <w:pPr>
        <w:pStyle w:val="ListBullet"/>
        <w:spacing w:after="0" w:line="240" w:lineRule="auto"/>
        <w:rPr>
          <w:sz w:val="20"/>
          <w:szCs w:val="20"/>
        </w:rPr>
      </w:pPr>
      <w:r w:rsidRPr="007E2CCA">
        <w:rPr>
          <w:rFonts w:cs="Shruti"/>
          <w:sz w:val="20"/>
          <w:szCs w:val="20"/>
          <w:cs/>
          <w:lang w:bidi="gu-IN"/>
        </w:rPr>
        <w:t>વિશેષ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સમય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ફાળવણી</w:t>
      </w:r>
      <w:r w:rsidRPr="007E2CCA">
        <w:rPr>
          <w:sz w:val="20"/>
          <w:szCs w:val="20"/>
        </w:rPr>
        <w:t xml:space="preserve">: </w:t>
      </w:r>
      <w:r w:rsidRPr="007E2CCA">
        <w:rPr>
          <w:rFonts w:cs="Shruti"/>
          <w:sz w:val="20"/>
          <w:szCs w:val="20"/>
          <w:cs/>
          <w:lang w:bidi="gu-IN"/>
        </w:rPr>
        <w:t>ત્રિમાસિક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કસોટીમાં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ઓછો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દેખાવ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કરનાર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વિદ્યાર્થીઓ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માટે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શાળા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છૂટ્યા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પછી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અથવા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રિસેસ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દરમિયાન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શિક્ષકો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દ્વારા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વિશેષ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સમય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ફાળવવામાં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આવે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છે</w:t>
      </w:r>
      <w:r w:rsidRPr="007E2CCA">
        <w:rPr>
          <w:sz w:val="20"/>
          <w:szCs w:val="20"/>
        </w:rPr>
        <w:t>.</w:t>
      </w:r>
    </w:p>
    <w:p w14:paraId="55798959" w14:textId="77777777" w:rsidR="00E23336" w:rsidRPr="007E2CCA" w:rsidRDefault="00E23336" w:rsidP="007E2CCA">
      <w:pPr>
        <w:pStyle w:val="ListBullet"/>
        <w:spacing w:after="0" w:line="240" w:lineRule="auto"/>
        <w:rPr>
          <w:sz w:val="20"/>
          <w:szCs w:val="20"/>
        </w:rPr>
      </w:pPr>
      <w:r w:rsidRPr="007E2CCA">
        <w:rPr>
          <w:rFonts w:cs="Shruti"/>
          <w:sz w:val="20"/>
          <w:szCs w:val="20"/>
          <w:cs/>
          <w:lang w:bidi="gu-IN"/>
        </w:rPr>
        <w:t>પીઅર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લર્નિંગ</w:t>
      </w:r>
      <w:r w:rsidRPr="007E2CCA">
        <w:rPr>
          <w:sz w:val="20"/>
          <w:szCs w:val="20"/>
        </w:rPr>
        <w:t xml:space="preserve"> (Peer Learning): </w:t>
      </w:r>
      <w:r w:rsidRPr="007E2CCA">
        <w:rPr>
          <w:rFonts w:cs="Shruti"/>
          <w:sz w:val="20"/>
          <w:szCs w:val="20"/>
          <w:cs/>
          <w:lang w:bidi="gu-IN"/>
        </w:rPr>
        <w:t>વર્ગના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તેજસ્વી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વિદ્યાર્થીઓની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સાથે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નબળા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વિદ્યાર્થીઓની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જોડી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બનાવી</w:t>
      </w:r>
      <w:r w:rsidRPr="007E2CCA">
        <w:rPr>
          <w:sz w:val="20"/>
          <w:szCs w:val="20"/>
        </w:rPr>
        <w:t xml:space="preserve"> (Buddy System) </w:t>
      </w:r>
      <w:r w:rsidRPr="007E2CCA">
        <w:rPr>
          <w:rFonts w:cs="Shruti"/>
          <w:sz w:val="20"/>
          <w:szCs w:val="20"/>
          <w:cs/>
          <w:lang w:bidi="gu-IN"/>
        </w:rPr>
        <w:t>તેમને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સહાધ્યાયી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દ્વારા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શીખવા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માટે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પ્રોત્સાહિત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કરવામાં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આવે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છે</w:t>
      </w:r>
      <w:r w:rsidRPr="007E2CCA">
        <w:rPr>
          <w:sz w:val="20"/>
          <w:szCs w:val="20"/>
        </w:rPr>
        <w:t>.</w:t>
      </w:r>
    </w:p>
    <w:p w14:paraId="32970F52" w14:textId="77777777" w:rsidR="00E23336" w:rsidRPr="007E2CCA" w:rsidRDefault="00E23336" w:rsidP="007E2CCA">
      <w:pPr>
        <w:pStyle w:val="ListBullet"/>
        <w:spacing w:after="0" w:line="240" w:lineRule="auto"/>
        <w:rPr>
          <w:sz w:val="20"/>
          <w:szCs w:val="20"/>
        </w:rPr>
      </w:pPr>
      <w:r w:rsidRPr="007E2CCA">
        <w:rPr>
          <w:sz w:val="20"/>
          <w:szCs w:val="20"/>
        </w:rPr>
        <w:t xml:space="preserve">TLM </w:t>
      </w:r>
      <w:r w:rsidRPr="007E2CCA">
        <w:rPr>
          <w:rFonts w:cs="Shruti"/>
          <w:sz w:val="20"/>
          <w:szCs w:val="20"/>
          <w:cs/>
          <w:lang w:bidi="gu-IN"/>
        </w:rPr>
        <w:t>અને</w:t>
      </w:r>
      <w:r w:rsidRPr="007E2CCA">
        <w:rPr>
          <w:sz w:val="20"/>
          <w:szCs w:val="20"/>
        </w:rPr>
        <w:t xml:space="preserve"> FLN </w:t>
      </w:r>
      <w:r w:rsidRPr="007E2CCA">
        <w:rPr>
          <w:rFonts w:cs="Shruti"/>
          <w:sz w:val="20"/>
          <w:szCs w:val="20"/>
          <w:cs/>
          <w:lang w:bidi="gu-IN"/>
        </w:rPr>
        <w:t>પદ્ધતિનો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ઉપયોગ</w:t>
      </w:r>
      <w:r w:rsidRPr="007E2CCA">
        <w:rPr>
          <w:sz w:val="20"/>
          <w:szCs w:val="20"/>
        </w:rPr>
        <w:t xml:space="preserve">: </w:t>
      </w:r>
      <w:r w:rsidRPr="007E2CCA">
        <w:rPr>
          <w:rFonts w:cs="Shruti"/>
          <w:sz w:val="20"/>
          <w:szCs w:val="20"/>
          <w:cs/>
          <w:lang w:bidi="gu-IN"/>
        </w:rPr>
        <w:t>વાંચન</w:t>
      </w:r>
      <w:r w:rsidRPr="007E2CCA">
        <w:rPr>
          <w:sz w:val="20"/>
          <w:szCs w:val="20"/>
        </w:rPr>
        <w:t xml:space="preserve">, </w:t>
      </w:r>
      <w:r w:rsidRPr="007E2CCA">
        <w:rPr>
          <w:rFonts w:cs="Shruti"/>
          <w:sz w:val="20"/>
          <w:szCs w:val="20"/>
          <w:cs/>
          <w:lang w:bidi="gu-IN"/>
        </w:rPr>
        <w:t>લેખન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અને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ગણન</w:t>
      </w:r>
      <w:r w:rsidRPr="007E2CCA">
        <w:rPr>
          <w:sz w:val="20"/>
          <w:szCs w:val="20"/>
        </w:rPr>
        <w:t xml:space="preserve"> (FLN) </w:t>
      </w:r>
      <w:r w:rsidRPr="007E2CCA">
        <w:rPr>
          <w:rFonts w:cs="Shruti"/>
          <w:sz w:val="20"/>
          <w:szCs w:val="20"/>
          <w:cs/>
          <w:lang w:bidi="gu-IN"/>
        </w:rPr>
        <w:t>માં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પડતી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મુશ્કેલીઓ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દૂર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કરવા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માટે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શિક્ષકો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દ્વારા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વિવિધ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ટીચિંગ</w:t>
      </w:r>
      <w:r w:rsidRPr="007E2CCA">
        <w:rPr>
          <w:sz w:val="20"/>
          <w:szCs w:val="20"/>
        </w:rPr>
        <w:t>-</w:t>
      </w:r>
      <w:r w:rsidRPr="007E2CCA">
        <w:rPr>
          <w:rFonts w:cs="Shruti"/>
          <w:sz w:val="20"/>
          <w:szCs w:val="20"/>
          <w:cs/>
          <w:lang w:bidi="gu-IN"/>
        </w:rPr>
        <w:t>લર્નિંગ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મટિરિયલ્સ</w:t>
      </w:r>
      <w:r w:rsidRPr="007E2CCA">
        <w:rPr>
          <w:sz w:val="20"/>
          <w:szCs w:val="20"/>
        </w:rPr>
        <w:t xml:space="preserve"> (TLM), </w:t>
      </w:r>
      <w:r w:rsidRPr="007E2CCA">
        <w:rPr>
          <w:rFonts w:cs="Shruti"/>
          <w:sz w:val="20"/>
          <w:szCs w:val="20"/>
          <w:cs/>
          <w:lang w:bidi="gu-IN"/>
        </w:rPr>
        <w:t>ફ્લેશ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કાર્ડ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અને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ચાર્ટનો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મહત્તમ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ઉપયોગ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કરાય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છે</w:t>
      </w:r>
      <w:r w:rsidRPr="007E2CCA">
        <w:rPr>
          <w:sz w:val="20"/>
          <w:szCs w:val="20"/>
        </w:rPr>
        <w:t>.</w:t>
      </w:r>
    </w:p>
    <w:p w14:paraId="68339D85" w14:textId="77777777" w:rsidR="00E23336" w:rsidRPr="007E2CCA" w:rsidRDefault="00E23336" w:rsidP="007E2CCA">
      <w:pPr>
        <w:pStyle w:val="ListBullet"/>
        <w:spacing w:after="0" w:line="240" w:lineRule="auto"/>
        <w:rPr>
          <w:sz w:val="20"/>
          <w:szCs w:val="20"/>
        </w:rPr>
      </w:pPr>
      <w:r w:rsidRPr="007E2CCA">
        <w:rPr>
          <w:rFonts w:cs="Shruti"/>
          <w:sz w:val="20"/>
          <w:szCs w:val="20"/>
          <w:cs/>
          <w:lang w:bidi="gu-IN"/>
        </w:rPr>
        <w:t>રચનાત્મક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મૂલ્યાંકન</w:t>
      </w:r>
      <w:r w:rsidRPr="007E2CCA">
        <w:rPr>
          <w:sz w:val="20"/>
          <w:szCs w:val="20"/>
        </w:rPr>
        <w:t xml:space="preserve">: </w:t>
      </w:r>
      <w:r w:rsidRPr="007E2CCA">
        <w:rPr>
          <w:rFonts w:cs="Shruti"/>
          <w:sz w:val="20"/>
          <w:szCs w:val="20"/>
          <w:cs/>
          <w:lang w:bidi="gu-IN"/>
        </w:rPr>
        <w:t>ઉપચારાત્મક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કાર્ય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કરાવ્યા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બાદ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સાપ્તાહિક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ધોરણે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મૌખિક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અને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નાની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લેખિત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કસોટી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લઈ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તેમના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સુધારાનું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સતત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ટ્રેકિંગ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કરવામાં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આવે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છે</w:t>
      </w:r>
      <w:r w:rsidRPr="007E2CCA">
        <w:rPr>
          <w:sz w:val="20"/>
          <w:szCs w:val="20"/>
        </w:rPr>
        <w:t>.</w:t>
      </w:r>
    </w:p>
    <w:p w14:paraId="1F2EE444" w14:textId="77777777" w:rsidR="00E23336" w:rsidRPr="007E2CCA" w:rsidRDefault="00E23336" w:rsidP="007E2CCA">
      <w:pPr>
        <w:pStyle w:val="ListBullet"/>
        <w:spacing w:after="0" w:line="240" w:lineRule="auto"/>
        <w:rPr>
          <w:sz w:val="20"/>
          <w:szCs w:val="20"/>
        </w:rPr>
      </w:pPr>
      <w:r w:rsidRPr="007E2CCA">
        <w:rPr>
          <w:rFonts w:cs="Shruti"/>
          <w:sz w:val="20"/>
          <w:szCs w:val="20"/>
          <w:cs/>
          <w:lang w:bidi="gu-IN"/>
        </w:rPr>
        <w:t>વાલી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સંપર્ક</w:t>
      </w:r>
      <w:r w:rsidRPr="007E2CCA">
        <w:rPr>
          <w:sz w:val="20"/>
          <w:szCs w:val="20"/>
        </w:rPr>
        <w:t xml:space="preserve">: </w:t>
      </w:r>
      <w:r w:rsidRPr="007E2CCA">
        <w:rPr>
          <w:rFonts w:cs="Shruti"/>
          <w:sz w:val="20"/>
          <w:szCs w:val="20"/>
          <w:cs/>
          <w:lang w:bidi="gu-IN"/>
        </w:rPr>
        <w:t>વિદ્યાર્થીઓની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શૈક્ષણિક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કચાશ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અંગે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વાલીઓને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રૂબરૂ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બોલાવી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અથવા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માસિક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મીટિંગમાં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જાણ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કરી</w:t>
      </w:r>
      <w:r w:rsidRPr="007E2CCA">
        <w:rPr>
          <w:sz w:val="20"/>
          <w:szCs w:val="20"/>
        </w:rPr>
        <w:t xml:space="preserve">, </w:t>
      </w:r>
      <w:r w:rsidRPr="007E2CCA">
        <w:rPr>
          <w:rFonts w:cs="Shruti"/>
          <w:sz w:val="20"/>
          <w:szCs w:val="20"/>
          <w:cs/>
          <w:lang w:bidi="gu-IN"/>
        </w:rPr>
        <w:t>ઘરે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પણ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અભ્યાસમાં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ધ્યાન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આપવા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માર્ગદર્શન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આપવામાં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આવે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છે</w:t>
      </w:r>
      <w:r w:rsidRPr="007E2CCA">
        <w:rPr>
          <w:sz w:val="20"/>
          <w:szCs w:val="20"/>
        </w:rPr>
        <w:t>.</w:t>
      </w:r>
    </w:p>
    <w:p w14:paraId="64F7BC39" w14:textId="77777777" w:rsidR="00E23336" w:rsidRPr="007E2CCA" w:rsidRDefault="00E23336" w:rsidP="007E2CCA">
      <w:pPr>
        <w:pStyle w:val="Heading2"/>
        <w:spacing w:line="240" w:lineRule="auto"/>
        <w:rPr>
          <w:sz w:val="20"/>
          <w:szCs w:val="20"/>
        </w:rPr>
      </w:pPr>
      <w:r w:rsidRPr="007E2CCA">
        <w:rPr>
          <w:rFonts w:cs="Shruti"/>
          <w:sz w:val="20"/>
          <w:szCs w:val="20"/>
          <w:cs/>
          <w:lang w:bidi="gu-IN"/>
        </w:rPr>
        <w:t>૩</w:t>
      </w:r>
      <w:r w:rsidRPr="007E2CCA">
        <w:rPr>
          <w:sz w:val="20"/>
          <w:szCs w:val="20"/>
        </w:rPr>
        <w:t xml:space="preserve">. </w:t>
      </w:r>
      <w:r w:rsidRPr="007E2CCA">
        <w:rPr>
          <w:rFonts w:cs="Shruti"/>
          <w:sz w:val="20"/>
          <w:szCs w:val="20"/>
          <w:cs/>
          <w:lang w:bidi="gu-IN"/>
        </w:rPr>
        <w:t>પરિણામ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અને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હકારાત્મક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અસર</w:t>
      </w:r>
      <w:r w:rsidRPr="007E2CCA">
        <w:rPr>
          <w:sz w:val="20"/>
          <w:szCs w:val="20"/>
        </w:rPr>
        <w:t>:</w:t>
      </w:r>
    </w:p>
    <w:p w14:paraId="0EFCC767" w14:textId="77777777" w:rsidR="00E23336" w:rsidRPr="007E2CCA" w:rsidRDefault="00E23336" w:rsidP="007E2CCA">
      <w:pPr>
        <w:spacing w:after="0" w:line="240" w:lineRule="auto"/>
        <w:rPr>
          <w:sz w:val="20"/>
          <w:szCs w:val="20"/>
        </w:rPr>
      </w:pPr>
      <w:r w:rsidRPr="007E2CCA">
        <w:rPr>
          <w:rFonts w:cs="Shruti"/>
          <w:sz w:val="20"/>
          <w:szCs w:val="20"/>
          <w:cs/>
          <w:lang w:bidi="gu-IN"/>
        </w:rPr>
        <w:t>આ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સઘન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ઉપચારાત્મક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કાર્યના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પરિણામે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વિદ્યાર્થીઓના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પાયાના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કૌશલ્યો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મજબૂત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બન્યા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છે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અને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દ્વિતીય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ત્રિમાસિક</w:t>
      </w:r>
      <w:r w:rsidRPr="007E2CCA">
        <w:rPr>
          <w:sz w:val="20"/>
          <w:szCs w:val="20"/>
        </w:rPr>
        <w:t xml:space="preserve"> / </w:t>
      </w:r>
      <w:r w:rsidRPr="007E2CCA">
        <w:rPr>
          <w:rFonts w:cs="Shruti"/>
          <w:sz w:val="20"/>
          <w:szCs w:val="20"/>
          <w:cs/>
          <w:lang w:bidi="gu-IN"/>
        </w:rPr>
        <w:t>સત્રાંત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કસોટીમાં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તેમના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પરિણામમાં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સંતોષકારક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ગુણાત્મક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સુધારો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જોવા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મળ્યો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છે</w:t>
      </w:r>
      <w:r w:rsidRPr="007E2CCA">
        <w:rPr>
          <w:sz w:val="20"/>
          <w:szCs w:val="20"/>
        </w:rPr>
        <w:t xml:space="preserve">. D </w:t>
      </w:r>
      <w:r w:rsidRPr="007E2CCA">
        <w:rPr>
          <w:rFonts w:cs="Shruti"/>
          <w:sz w:val="20"/>
          <w:szCs w:val="20"/>
          <w:cs/>
          <w:lang w:bidi="gu-IN"/>
        </w:rPr>
        <w:t>ગ્રેડ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વાળા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વિદ્યાર્થીઓ</w:t>
      </w:r>
      <w:r w:rsidRPr="007E2CCA">
        <w:rPr>
          <w:sz w:val="20"/>
          <w:szCs w:val="20"/>
        </w:rPr>
        <w:t xml:space="preserve"> C </w:t>
      </w:r>
      <w:r w:rsidRPr="007E2CCA">
        <w:rPr>
          <w:rFonts w:cs="Shruti"/>
          <w:sz w:val="20"/>
          <w:szCs w:val="20"/>
          <w:cs/>
          <w:lang w:bidi="gu-IN"/>
        </w:rPr>
        <w:t>અને</w:t>
      </w:r>
      <w:r w:rsidRPr="007E2CCA">
        <w:rPr>
          <w:sz w:val="20"/>
          <w:szCs w:val="20"/>
        </w:rPr>
        <w:t xml:space="preserve"> B </w:t>
      </w:r>
      <w:r w:rsidRPr="007E2CCA">
        <w:rPr>
          <w:rFonts w:cs="Shruti"/>
          <w:sz w:val="20"/>
          <w:szCs w:val="20"/>
          <w:cs/>
          <w:lang w:bidi="gu-IN"/>
        </w:rPr>
        <w:t>ગ્રેડ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સુધી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પહોંચવામાં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સફળ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રહ્યા</w:t>
      </w:r>
      <w:r w:rsidRPr="007E2CCA">
        <w:rPr>
          <w:sz w:val="20"/>
          <w:szCs w:val="20"/>
        </w:rPr>
        <w:t xml:space="preserve"> </w:t>
      </w:r>
      <w:r w:rsidRPr="007E2CCA">
        <w:rPr>
          <w:rFonts w:cs="Shruti"/>
          <w:sz w:val="20"/>
          <w:szCs w:val="20"/>
          <w:cs/>
          <w:lang w:bidi="gu-IN"/>
        </w:rPr>
        <w:t>છે</w:t>
      </w:r>
      <w:r w:rsidRPr="007E2CCA">
        <w:rPr>
          <w:sz w:val="20"/>
          <w:szCs w:val="20"/>
        </w:rPr>
        <w:t>.</w:t>
      </w:r>
    </w:p>
    <w:p w14:paraId="127A7517" w14:textId="77777777" w:rsidR="00E23336" w:rsidRPr="007E2CCA" w:rsidRDefault="00E23336" w:rsidP="007E2CCA">
      <w:pPr>
        <w:spacing w:after="0" w:line="240" w:lineRule="auto"/>
        <w:rPr>
          <w:rFonts w:cs="Shruti"/>
          <w:sz w:val="20"/>
          <w:szCs w:val="20"/>
          <w:lang w:bidi="gu-I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E23336" w:rsidRPr="007E2CCA" w14:paraId="64C95C9D" w14:textId="77777777" w:rsidTr="00E23336">
        <w:tc>
          <w:tcPr>
            <w:tcW w:w="4320" w:type="dxa"/>
          </w:tcPr>
          <w:p w14:paraId="7EEAAF72" w14:textId="77777777" w:rsidR="00E23336" w:rsidRPr="007E2CCA" w:rsidRDefault="00E23336" w:rsidP="00795566">
            <w:pPr>
              <w:spacing w:after="0" w:line="240" w:lineRule="auto"/>
              <w:rPr>
                <w:sz w:val="20"/>
                <w:szCs w:val="20"/>
              </w:rPr>
            </w:pPr>
            <w:r w:rsidRPr="007E2CCA">
              <w:rPr>
                <w:sz w:val="20"/>
                <w:szCs w:val="20"/>
              </w:rPr>
              <w:br/>
            </w:r>
            <w:r w:rsidRPr="007E2CCA">
              <w:rPr>
                <w:sz w:val="20"/>
                <w:szCs w:val="20"/>
              </w:rPr>
              <w:br/>
            </w:r>
          </w:p>
        </w:tc>
        <w:tc>
          <w:tcPr>
            <w:tcW w:w="4320" w:type="dxa"/>
          </w:tcPr>
          <w:p w14:paraId="0C599C2F" w14:textId="77777777" w:rsidR="00E23336" w:rsidRPr="007E2CCA" w:rsidRDefault="00E23336" w:rsidP="004142B9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7E2CCA">
              <w:rPr>
                <w:rFonts w:cs="Shruti"/>
                <w:sz w:val="20"/>
                <w:szCs w:val="20"/>
                <w:cs/>
                <w:lang w:bidi="gu-IN"/>
              </w:rPr>
              <w:t>આચાર્યશ્રીની</w:t>
            </w:r>
            <w:r w:rsidRPr="007E2CCA">
              <w:rPr>
                <w:sz w:val="20"/>
                <w:szCs w:val="20"/>
              </w:rPr>
              <w:t xml:space="preserve"> </w:t>
            </w:r>
            <w:r w:rsidRPr="007E2CCA">
              <w:rPr>
                <w:rFonts w:cs="Shruti"/>
                <w:sz w:val="20"/>
                <w:szCs w:val="20"/>
                <w:cs/>
                <w:lang w:bidi="gu-IN"/>
              </w:rPr>
              <w:t>સહી</w:t>
            </w:r>
            <w:r w:rsidRPr="007E2CCA">
              <w:rPr>
                <w:sz w:val="20"/>
                <w:szCs w:val="20"/>
              </w:rPr>
              <w:t xml:space="preserve"> </w:t>
            </w:r>
            <w:r w:rsidRPr="007E2CCA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7E2CCA">
              <w:rPr>
                <w:sz w:val="20"/>
                <w:szCs w:val="20"/>
              </w:rPr>
              <w:t xml:space="preserve"> </w:t>
            </w:r>
            <w:r w:rsidRPr="007E2CCA">
              <w:rPr>
                <w:rFonts w:cs="Shruti"/>
                <w:sz w:val="20"/>
                <w:szCs w:val="20"/>
                <w:cs/>
                <w:lang w:bidi="gu-IN"/>
              </w:rPr>
              <w:t>સિક્કો</w:t>
            </w:r>
            <w:r w:rsidRPr="007E2CCA">
              <w:rPr>
                <w:sz w:val="20"/>
                <w:szCs w:val="20"/>
              </w:rPr>
              <w:br/>
            </w:r>
            <w:r w:rsidRPr="007E2CCA">
              <w:rPr>
                <w:sz w:val="20"/>
                <w:szCs w:val="20"/>
              </w:rPr>
              <w:br/>
              <w:t>______________________</w:t>
            </w:r>
            <w:r w:rsidRPr="007E2CCA">
              <w:rPr>
                <w:sz w:val="20"/>
                <w:szCs w:val="20"/>
              </w:rPr>
              <w:br/>
            </w:r>
          </w:p>
        </w:tc>
      </w:tr>
    </w:tbl>
    <w:p w14:paraId="1BF2CCF4" w14:textId="77777777" w:rsidR="00E23336" w:rsidRDefault="00E23336" w:rsidP="007E2CCA">
      <w:pPr>
        <w:spacing w:after="0"/>
        <w:rPr>
          <w:rFonts w:cs="Shruti"/>
          <w:lang w:bidi="gu-IN"/>
        </w:rPr>
      </w:pPr>
    </w:p>
    <w:p w14:paraId="4CAD5EEB" w14:textId="77777777" w:rsidR="00DB3080" w:rsidRDefault="00DB3080" w:rsidP="007E2CCA">
      <w:pPr>
        <w:spacing w:after="0"/>
        <w:rPr>
          <w:rFonts w:cs="Shruti"/>
          <w:lang w:bidi="gu-IN"/>
        </w:rPr>
      </w:pPr>
    </w:p>
    <w:p w14:paraId="10489B8E" w14:textId="59896005" w:rsidR="00B36C4E" w:rsidRDefault="002546D1" w:rsidP="00521B9B">
      <w:pPr>
        <w:spacing w:after="0" w:line="240" w:lineRule="auto"/>
        <w:rPr>
          <w:rFonts w:cs="Shruti"/>
          <w:b/>
          <w:u w:val="single"/>
          <w:lang w:val="en-IN" w:bidi="gu-IN"/>
        </w:rPr>
      </w:pPr>
      <w:r>
        <w:rPr>
          <w:rFonts w:cs="Shruti" w:hint="cs"/>
          <w:sz w:val="28"/>
          <w:szCs w:val="28"/>
          <w:u w:val="single"/>
          <w:cs/>
          <w:lang w:bidi="gu-IN"/>
        </w:rPr>
        <w:t>ઢાંકણ્રીયાવાસ પ્રાથમિક શાળા તા- લાખણી જિલ્લો - વાવ-થરાદ ડાયસ કોડ: 24021300207</w:t>
      </w:r>
    </w:p>
    <w:p w14:paraId="349C88F1" w14:textId="77777777" w:rsidR="00406A6F" w:rsidRDefault="00406A6F" w:rsidP="00406A6F">
      <w:pPr>
        <w:pStyle w:val="Heading1"/>
        <w:spacing w:line="240" w:lineRule="auto"/>
      </w:pPr>
      <w:r>
        <w:rPr>
          <w:rFonts w:cs="Shruti"/>
          <w:cs/>
          <w:lang w:bidi="gu-IN"/>
        </w:rPr>
        <w:t>કર્મચારીઓ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વિદ્યાર્થીઓમાં</w:t>
      </w:r>
      <w:r>
        <w:t xml:space="preserve"> </w:t>
      </w:r>
      <w:r>
        <w:rPr>
          <w:rFonts w:cs="Shruti"/>
          <w:cs/>
          <w:lang w:bidi="gu-IN"/>
        </w:rPr>
        <w:t>સર્વેક્ષણ</w:t>
      </w:r>
      <w:r>
        <w:t xml:space="preserve"> (Survey) </w:t>
      </w:r>
      <w:r>
        <w:rPr>
          <w:rFonts w:cs="Shruti"/>
          <w:cs/>
          <w:lang w:bidi="gu-IN"/>
        </w:rPr>
        <w:t>અંગેની</w:t>
      </w:r>
      <w:r>
        <w:t xml:space="preserve"> </w:t>
      </w:r>
      <w:r>
        <w:rPr>
          <w:rFonts w:cs="Shruti"/>
          <w:cs/>
          <w:lang w:bidi="gu-IN"/>
        </w:rPr>
        <w:t>જાગૃતિ</w:t>
      </w:r>
      <w:r>
        <w:t xml:space="preserve"> </w:t>
      </w:r>
      <w:r>
        <w:rPr>
          <w:rFonts w:cs="Shruti"/>
          <w:cs/>
          <w:lang w:bidi="gu-IN"/>
        </w:rPr>
        <w:t>માટે</w:t>
      </w:r>
      <w:r>
        <w:t xml:space="preserve"> </w:t>
      </w:r>
      <w:r>
        <w:rPr>
          <w:rFonts w:cs="Shruti"/>
          <w:cs/>
          <w:lang w:bidi="gu-IN"/>
        </w:rPr>
        <w:t>કરેલ</w:t>
      </w:r>
      <w:r>
        <w:t xml:space="preserve"> </w:t>
      </w:r>
      <w:r>
        <w:rPr>
          <w:rFonts w:cs="Shruti"/>
          <w:cs/>
          <w:lang w:bidi="gu-IN"/>
        </w:rPr>
        <w:t>પ્રયાસોનો</w:t>
      </w:r>
      <w:r>
        <w:t xml:space="preserve"> </w:t>
      </w:r>
      <w:r>
        <w:rPr>
          <w:rFonts w:cs="Shruti"/>
          <w:cs/>
          <w:lang w:bidi="gu-IN"/>
        </w:rPr>
        <w:t>અહેવાલ</w:t>
      </w:r>
    </w:p>
    <w:p w14:paraId="743E6349" w14:textId="77777777" w:rsidR="00406A6F" w:rsidRPr="00406A6F" w:rsidRDefault="00406A6F" w:rsidP="00406A6F">
      <w:pPr>
        <w:spacing w:after="0" w:line="240" w:lineRule="auto"/>
        <w:rPr>
          <w:rFonts w:cs="Shruti"/>
          <w:sz w:val="20"/>
          <w:szCs w:val="20"/>
          <w:lang w:bidi="gu-IN"/>
        </w:rPr>
      </w:pPr>
      <w:r w:rsidRPr="00406A6F">
        <w:rPr>
          <w:rFonts w:cs="Shruti"/>
          <w:sz w:val="20"/>
          <w:szCs w:val="20"/>
          <w:cs/>
          <w:lang w:bidi="gu-IN"/>
        </w:rPr>
        <w:t>ગુણોત્સવ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૨</w:t>
      </w:r>
      <w:r w:rsidRPr="00406A6F">
        <w:rPr>
          <w:sz w:val="20"/>
          <w:szCs w:val="20"/>
        </w:rPr>
        <w:t>.</w:t>
      </w:r>
      <w:r w:rsidRPr="00406A6F">
        <w:rPr>
          <w:rFonts w:cs="Shruti"/>
          <w:sz w:val="20"/>
          <w:szCs w:val="20"/>
          <w:cs/>
          <w:lang w:bidi="gu-IN"/>
        </w:rPr>
        <w:t>૦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ના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માપદંડો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અને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રાષ્ટ્રીય</w:t>
      </w:r>
      <w:r w:rsidRPr="00406A6F">
        <w:rPr>
          <w:sz w:val="20"/>
          <w:szCs w:val="20"/>
        </w:rPr>
        <w:t>/</w:t>
      </w:r>
      <w:r w:rsidRPr="00406A6F">
        <w:rPr>
          <w:rFonts w:cs="Shruti"/>
          <w:sz w:val="20"/>
          <w:szCs w:val="20"/>
          <w:cs/>
          <w:lang w:bidi="gu-IN"/>
        </w:rPr>
        <w:t>રાજ્ય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કક્ષાના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શૈક્ષણિક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સર્વેક્ષણો</w:t>
      </w:r>
      <w:r w:rsidRPr="00406A6F">
        <w:rPr>
          <w:sz w:val="20"/>
          <w:szCs w:val="20"/>
        </w:rPr>
        <w:t xml:space="preserve"> (</w:t>
      </w:r>
      <w:r w:rsidRPr="00406A6F">
        <w:rPr>
          <w:rFonts w:cs="Shruti"/>
          <w:sz w:val="20"/>
          <w:szCs w:val="20"/>
          <w:cs/>
          <w:lang w:bidi="gu-IN"/>
        </w:rPr>
        <w:t>જેમ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કે</w:t>
      </w:r>
      <w:r w:rsidRPr="00406A6F">
        <w:rPr>
          <w:sz w:val="20"/>
          <w:szCs w:val="20"/>
        </w:rPr>
        <w:t xml:space="preserve"> NAS, SAS, G-SAS) </w:t>
      </w:r>
      <w:r w:rsidRPr="00406A6F">
        <w:rPr>
          <w:rFonts w:cs="Shruti"/>
          <w:sz w:val="20"/>
          <w:szCs w:val="20"/>
          <w:cs/>
          <w:lang w:bidi="gu-IN"/>
        </w:rPr>
        <w:t>ના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સુદઢ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અમલીકરણ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માટે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લીંબડ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પ્રાથમિક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શાળા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દ્વારા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શિક્ષકો</w:t>
      </w:r>
      <w:r w:rsidRPr="00406A6F">
        <w:rPr>
          <w:sz w:val="20"/>
          <w:szCs w:val="20"/>
        </w:rPr>
        <w:t xml:space="preserve">, </w:t>
      </w:r>
      <w:r w:rsidRPr="00406A6F">
        <w:rPr>
          <w:rFonts w:cs="Shruti"/>
          <w:sz w:val="20"/>
          <w:szCs w:val="20"/>
          <w:cs/>
          <w:lang w:bidi="gu-IN"/>
        </w:rPr>
        <w:t>કર્મચારીઓ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અને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વિદ્યાર્થીઓમાં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સર્વેક્ષણ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અંગેની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જાગૃતિ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લાવવા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વિવિધ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સઘન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પ્રયાસો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અને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પ્રવૃત્તિઓ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હાથ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ધરવામાં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આવી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છે</w:t>
      </w:r>
      <w:r w:rsidRPr="00406A6F">
        <w:rPr>
          <w:sz w:val="20"/>
          <w:szCs w:val="20"/>
        </w:rPr>
        <w:t xml:space="preserve">. </w:t>
      </w:r>
      <w:r w:rsidRPr="00406A6F">
        <w:rPr>
          <w:rFonts w:cs="Shruti"/>
          <w:sz w:val="20"/>
          <w:szCs w:val="20"/>
          <w:cs/>
          <w:lang w:bidi="gu-IN"/>
        </w:rPr>
        <w:t>જેનો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વિગતવાર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અહેવાલ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નીચે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મુજબ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છે</w:t>
      </w:r>
      <w:r w:rsidRPr="00406A6F">
        <w:rPr>
          <w:sz w:val="20"/>
          <w:szCs w:val="20"/>
        </w:rPr>
        <w:t>:</w:t>
      </w:r>
    </w:p>
    <w:p w14:paraId="1873CA47" w14:textId="77777777" w:rsidR="00406A6F" w:rsidRPr="00406A6F" w:rsidRDefault="00406A6F" w:rsidP="00406A6F">
      <w:pPr>
        <w:pStyle w:val="Heading2"/>
        <w:spacing w:line="240" w:lineRule="auto"/>
        <w:rPr>
          <w:sz w:val="20"/>
          <w:szCs w:val="20"/>
        </w:rPr>
      </w:pPr>
      <w:r w:rsidRPr="00406A6F">
        <w:rPr>
          <w:rFonts w:cs="Shruti"/>
          <w:sz w:val="20"/>
          <w:szCs w:val="20"/>
          <w:cs/>
          <w:lang w:bidi="gu-IN"/>
        </w:rPr>
        <w:t>૧</w:t>
      </w:r>
      <w:r w:rsidRPr="00406A6F">
        <w:rPr>
          <w:sz w:val="20"/>
          <w:szCs w:val="20"/>
        </w:rPr>
        <w:t xml:space="preserve">. </w:t>
      </w:r>
      <w:r w:rsidRPr="00406A6F">
        <w:rPr>
          <w:rFonts w:cs="Shruti"/>
          <w:sz w:val="20"/>
          <w:szCs w:val="20"/>
          <w:cs/>
          <w:lang w:bidi="gu-IN"/>
        </w:rPr>
        <w:t>શિક્ષકો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અને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કર્મચારીઓમાં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જાગૃતિ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માટેના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પ્રયાસો</w:t>
      </w:r>
      <w:r w:rsidRPr="00406A6F">
        <w:rPr>
          <w:sz w:val="20"/>
          <w:szCs w:val="20"/>
        </w:rPr>
        <w:t>:</w:t>
      </w:r>
    </w:p>
    <w:p w14:paraId="2D23C8DB" w14:textId="77777777" w:rsidR="00406A6F" w:rsidRPr="005F3EC2" w:rsidRDefault="00406A6F" w:rsidP="00406A6F">
      <w:pPr>
        <w:pStyle w:val="ListBullet"/>
        <w:spacing w:after="0" w:line="240" w:lineRule="auto"/>
        <w:rPr>
          <w:sz w:val="18"/>
          <w:szCs w:val="18"/>
        </w:rPr>
      </w:pPr>
      <w:r w:rsidRPr="005F3EC2">
        <w:rPr>
          <w:rFonts w:cs="Shruti"/>
          <w:sz w:val="18"/>
          <w:szCs w:val="18"/>
          <w:cs/>
          <w:lang w:bidi="gu-IN"/>
        </w:rPr>
        <w:t>સ્ટાફ</w:t>
      </w:r>
      <w:r w:rsidRPr="005F3EC2">
        <w:rPr>
          <w:sz w:val="18"/>
          <w:szCs w:val="18"/>
        </w:rPr>
        <w:t xml:space="preserve"> </w:t>
      </w:r>
      <w:r w:rsidRPr="005F3EC2">
        <w:rPr>
          <w:rFonts w:cs="Shruti"/>
          <w:sz w:val="18"/>
          <w:szCs w:val="18"/>
          <w:cs/>
          <w:lang w:bidi="gu-IN"/>
        </w:rPr>
        <w:t>મીટિંગ</w:t>
      </w:r>
      <w:r w:rsidRPr="005F3EC2">
        <w:rPr>
          <w:sz w:val="18"/>
          <w:szCs w:val="18"/>
        </w:rPr>
        <w:t xml:space="preserve"> </w:t>
      </w:r>
      <w:r w:rsidRPr="005F3EC2">
        <w:rPr>
          <w:rFonts w:cs="Shruti"/>
          <w:sz w:val="18"/>
          <w:szCs w:val="18"/>
          <w:cs/>
          <w:lang w:bidi="gu-IN"/>
        </w:rPr>
        <w:t>અને</w:t>
      </w:r>
      <w:r w:rsidRPr="005F3EC2">
        <w:rPr>
          <w:sz w:val="18"/>
          <w:szCs w:val="18"/>
        </w:rPr>
        <w:t xml:space="preserve"> </w:t>
      </w:r>
      <w:r w:rsidRPr="005F3EC2">
        <w:rPr>
          <w:rFonts w:cs="Shruti"/>
          <w:sz w:val="18"/>
          <w:szCs w:val="18"/>
          <w:cs/>
          <w:lang w:bidi="gu-IN"/>
        </w:rPr>
        <w:t>ઓરિએન્ટેશન</w:t>
      </w:r>
      <w:r w:rsidRPr="005F3EC2">
        <w:rPr>
          <w:sz w:val="18"/>
          <w:szCs w:val="18"/>
        </w:rPr>
        <w:t xml:space="preserve">: </w:t>
      </w:r>
      <w:r w:rsidRPr="005F3EC2">
        <w:rPr>
          <w:rFonts w:cs="Shruti"/>
          <w:sz w:val="18"/>
          <w:szCs w:val="18"/>
          <w:cs/>
          <w:lang w:bidi="gu-IN"/>
        </w:rPr>
        <w:t>આચાર્યશ્રી</w:t>
      </w:r>
      <w:r w:rsidRPr="005F3EC2">
        <w:rPr>
          <w:sz w:val="18"/>
          <w:szCs w:val="18"/>
        </w:rPr>
        <w:t xml:space="preserve"> </w:t>
      </w:r>
      <w:r w:rsidRPr="005F3EC2">
        <w:rPr>
          <w:rFonts w:cs="Shruti"/>
          <w:sz w:val="18"/>
          <w:szCs w:val="18"/>
          <w:cs/>
          <w:lang w:bidi="gu-IN"/>
        </w:rPr>
        <w:t>દ્વારા</w:t>
      </w:r>
      <w:r w:rsidRPr="005F3EC2">
        <w:rPr>
          <w:sz w:val="18"/>
          <w:szCs w:val="18"/>
        </w:rPr>
        <w:t xml:space="preserve"> </w:t>
      </w:r>
      <w:r w:rsidRPr="005F3EC2">
        <w:rPr>
          <w:rFonts w:cs="Shruti"/>
          <w:sz w:val="18"/>
          <w:szCs w:val="18"/>
          <w:cs/>
          <w:lang w:bidi="gu-IN"/>
        </w:rPr>
        <w:t>માસિક</w:t>
      </w:r>
      <w:r w:rsidRPr="005F3EC2">
        <w:rPr>
          <w:sz w:val="18"/>
          <w:szCs w:val="18"/>
        </w:rPr>
        <w:t xml:space="preserve"> </w:t>
      </w:r>
      <w:r w:rsidRPr="005F3EC2">
        <w:rPr>
          <w:rFonts w:cs="Shruti"/>
          <w:sz w:val="18"/>
          <w:szCs w:val="18"/>
          <w:cs/>
          <w:lang w:bidi="gu-IN"/>
        </w:rPr>
        <w:t>સ્ટાફ</w:t>
      </w:r>
      <w:r w:rsidRPr="005F3EC2">
        <w:rPr>
          <w:sz w:val="18"/>
          <w:szCs w:val="18"/>
        </w:rPr>
        <w:t xml:space="preserve"> </w:t>
      </w:r>
      <w:r w:rsidRPr="005F3EC2">
        <w:rPr>
          <w:rFonts w:cs="Shruti"/>
          <w:sz w:val="18"/>
          <w:szCs w:val="18"/>
          <w:cs/>
          <w:lang w:bidi="gu-IN"/>
        </w:rPr>
        <w:t>મીટિંગમાં</w:t>
      </w:r>
      <w:r w:rsidRPr="005F3EC2">
        <w:rPr>
          <w:sz w:val="18"/>
          <w:szCs w:val="18"/>
        </w:rPr>
        <w:t xml:space="preserve"> </w:t>
      </w:r>
      <w:r w:rsidRPr="005F3EC2">
        <w:rPr>
          <w:rFonts w:cs="Shruti"/>
          <w:sz w:val="18"/>
          <w:szCs w:val="18"/>
          <w:cs/>
          <w:lang w:bidi="gu-IN"/>
        </w:rPr>
        <w:t>તમામ</w:t>
      </w:r>
      <w:r w:rsidRPr="005F3EC2">
        <w:rPr>
          <w:sz w:val="18"/>
          <w:szCs w:val="18"/>
        </w:rPr>
        <w:t xml:space="preserve"> </w:t>
      </w:r>
      <w:r w:rsidRPr="005F3EC2">
        <w:rPr>
          <w:rFonts w:cs="Shruti"/>
          <w:sz w:val="18"/>
          <w:szCs w:val="18"/>
          <w:cs/>
          <w:lang w:bidi="gu-IN"/>
        </w:rPr>
        <w:t>શિક્ષકોને</w:t>
      </w:r>
      <w:r w:rsidRPr="005F3EC2">
        <w:rPr>
          <w:sz w:val="18"/>
          <w:szCs w:val="18"/>
        </w:rPr>
        <w:t xml:space="preserve"> </w:t>
      </w:r>
      <w:r w:rsidRPr="005F3EC2">
        <w:rPr>
          <w:rFonts w:cs="Shruti"/>
          <w:sz w:val="18"/>
          <w:szCs w:val="18"/>
          <w:cs/>
          <w:lang w:bidi="gu-IN"/>
        </w:rPr>
        <w:t>સર્વેક્ષણના</w:t>
      </w:r>
      <w:r w:rsidRPr="005F3EC2">
        <w:rPr>
          <w:sz w:val="18"/>
          <w:szCs w:val="18"/>
        </w:rPr>
        <w:t xml:space="preserve"> </w:t>
      </w:r>
      <w:r w:rsidRPr="005F3EC2">
        <w:rPr>
          <w:rFonts w:cs="Shruti"/>
          <w:sz w:val="18"/>
          <w:szCs w:val="18"/>
          <w:cs/>
          <w:lang w:bidi="gu-IN"/>
        </w:rPr>
        <w:t>હેતુઓ</w:t>
      </w:r>
      <w:r w:rsidRPr="005F3EC2">
        <w:rPr>
          <w:sz w:val="18"/>
          <w:szCs w:val="18"/>
        </w:rPr>
        <w:t xml:space="preserve">, </w:t>
      </w:r>
      <w:r w:rsidRPr="005F3EC2">
        <w:rPr>
          <w:rFonts w:cs="Shruti"/>
          <w:sz w:val="18"/>
          <w:szCs w:val="18"/>
          <w:cs/>
          <w:lang w:bidi="gu-IN"/>
        </w:rPr>
        <w:t>પદ્ધતિઓ</w:t>
      </w:r>
      <w:r w:rsidRPr="005F3EC2">
        <w:rPr>
          <w:sz w:val="18"/>
          <w:szCs w:val="18"/>
        </w:rPr>
        <w:t xml:space="preserve"> </w:t>
      </w:r>
      <w:r w:rsidRPr="005F3EC2">
        <w:rPr>
          <w:rFonts w:cs="Shruti"/>
          <w:sz w:val="18"/>
          <w:szCs w:val="18"/>
          <w:cs/>
          <w:lang w:bidi="gu-IN"/>
        </w:rPr>
        <w:t>અને</w:t>
      </w:r>
      <w:r w:rsidRPr="005F3EC2">
        <w:rPr>
          <w:sz w:val="18"/>
          <w:szCs w:val="18"/>
        </w:rPr>
        <w:t xml:space="preserve"> </w:t>
      </w:r>
      <w:r w:rsidRPr="005F3EC2">
        <w:rPr>
          <w:rFonts w:cs="Shruti"/>
          <w:sz w:val="18"/>
          <w:szCs w:val="18"/>
          <w:cs/>
          <w:lang w:bidi="gu-IN"/>
        </w:rPr>
        <w:t>શૈક્ષણિક</w:t>
      </w:r>
      <w:r w:rsidRPr="005F3EC2">
        <w:rPr>
          <w:sz w:val="18"/>
          <w:szCs w:val="18"/>
        </w:rPr>
        <w:t xml:space="preserve"> </w:t>
      </w:r>
      <w:r w:rsidRPr="005F3EC2">
        <w:rPr>
          <w:rFonts w:cs="Shruti"/>
          <w:sz w:val="18"/>
          <w:szCs w:val="18"/>
          <w:cs/>
          <w:lang w:bidi="gu-IN"/>
        </w:rPr>
        <w:t>ગુણવત્તા</w:t>
      </w:r>
      <w:r w:rsidRPr="005F3EC2">
        <w:rPr>
          <w:sz w:val="18"/>
          <w:szCs w:val="18"/>
        </w:rPr>
        <w:t xml:space="preserve"> </w:t>
      </w:r>
      <w:r w:rsidRPr="005F3EC2">
        <w:rPr>
          <w:rFonts w:cs="Shruti"/>
          <w:sz w:val="18"/>
          <w:szCs w:val="18"/>
          <w:cs/>
          <w:lang w:bidi="gu-IN"/>
        </w:rPr>
        <w:t>સુધારણામાં</w:t>
      </w:r>
      <w:r w:rsidRPr="005F3EC2">
        <w:rPr>
          <w:sz w:val="18"/>
          <w:szCs w:val="18"/>
        </w:rPr>
        <w:t xml:space="preserve"> </w:t>
      </w:r>
      <w:r w:rsidRPr="005F3EC2">
        <w:rPr>
          <w:rFonts w:cs="Shruti"/>
          <w:sz w:val="18"/>
          <w:szCs w:val="18"/>
          <w:cs/>
          <w:lang w:bidi="gu-IN"/>
        </w:rPr>
        <w:t>તેના</w:t>
      </w:r>
      <w:r w:rsidRPr="005F3EC2">
        <w:rPr>
          <w:sz w:val="18"/>
          <w:szCs w:val="18"/>
        </w:rPr>
        <w:t xml:space="preserve"> </w:t>
      </w:r>
      <w:r w:rsidRPr="005F3EC2">
        <w:rPr>
          <w:rFonts w:cs="Shruti"/>
          <w:sz w:val="18"/>
          <w:szCs w:val="18"/>
          <w:cs/>
          <w:lang w:bidi="gu-IN"/>
        </w:rPr>
        <w:t>મહત્વ</w:t>
      </w:r>
      <w:r w:rsidRPr="005F3EC2">
        <w:rPr>
          <w:sz w:val="18"/>
          <w:szCs w:val="18"/>
        </w:rPr>
        <w:t xml:space="preserve"> </w:t>
      </w:r>
      <w:r w:rsidRPr="005F3EC2">
        <w:rPr>
          <w:rFonts w:cs="Shruti"/>
          <w:sz w:val="18"/>
          <w:szCs w:val="18"/>
          <w:cs/>
          <w:lang w:bidi="gu-IN"/>
        </w:rPr>
        <w:t>વિશે</w:t>
      </w:r>
      <w:r w:rsidRPr="005F3EC2">
        <w:rPr>
          <w:sz w:val="18"/>
          <w:szCs w:val="18"/>
        </w:rPr>
        <w:t xml:space="preserve"> </w:t>
      </w:r>
      <w:r w:rsidRPr="005F3EC2">
        <w:rPr>
          <w:rFonts w:cs="Shruti"/>
          <w:sz w:val="18"/>
          <w:szCs w:val="18"/>
          <w:cs/>
          <w:lang w:bidi="gu-IN"/>
        </w:rPr>
        <w:t>વિસ્તૃત</w:t>
      </w:r>
      <w:r w:rsidRPr="005F3EC2">
        <w:rPr>
          <w:sz w:val="18"/>
          <w:szCs w:val="18"/>
        </w:rPr>
        <w:t xml:space="preserve"> </w:t>
      </w:r>
      <w:r w:rsidRPr="005F3EC2">
        <w:rPr>
          <w:rFonts w:cs="Shruti"/>
          <w:sz w:val="18"/>
          <w:szCs w:val="18"/>
          <w:cs/>
          <w:lang w:bidi="gu-IN"/>
        </w:rPr>
        <w:t>માર્ગદર્શન</w:t>
      </w:r>
      <w:r w:rsidRPr="005F3EC2">
        <w:rPr>
          <w:sz w:val="18"/>
          <w:szCs w:val="18"/>
        </w:rPr>
        <w:t xml:space="preserve"> </w:t>
      </w:r>
      <w:r w:rsidRPr="005F3EC2">
        <w:rPr>
          <w:rFonts w:cs="Shruti"/>
          <w:sz w:val="18"/>
          <w:szCs w:val="18"/>
          <w:cs/>
          <w:lang w:bidi="gu-IN"/>
        </w:rPr>
        <w:t>આપવામાં</w:t>
      </w:r>
      <w:r w:rsidRPr="005F3EC2">
        <w:rPr>
          <w:sz w:val="18"/>
          <w:szCs w:val="18"/>
        </w:rPr>
        <w:t xml:space="preserve"> </w:t>
      </w:r>
      <w:r w:rsidRPr="005F3EC2">
        <w:rPr>
          <w:rFonts w:cs="Shruti"/>
          <w:sz w:val="18"/>
          <w:szCs w:val="18"/>
          <w:cs/>
          <w:lang w:bidi="gu-IN"/>
        </w:rPr>
        <w:t>આવે</w:t>
      </w:r>
      <w:r w:rsidRPr="005F3EC2">
        <w:rPr>
          <w:sz w:val="18"/>
          <w:szCs w:val="18"/>
        </w:rPr>
        <w:t xml:space="preserve"> </w:t>
      </w:r>
      <w:r w:rsidRPr="005F3EC2">
        <w:rPr>
          <w:rFonts w:cs="Shruti"/>
          <w:sz w:val="18"/>
          <w:szCs w:val="18"/>
          <w:cs/>
          <w:lang w:bidi="gu-IN"/>
        </w:rPr>
        <w:t>છે</w:t>
      </w:r>
      <w:r w:rsidRPr="005F3EC2">
        <w:rPr>
          <w:sz w:val="18"/>
          <w:szCs w:val="18"/>
        </w:rPr>
        <w:t>.</w:t>
      </w:r>
    </w:p>
    <w:p w14:paraId="50DD42D6" w14:textId="77777777" w:rsidR="00406A6F" w:rsidRPr="005F3EC2" w:rsidRDefault="00406A6F" w:rsidP="00406A6F">
      <w:pPr>
        <w:pStyle w:val="ListBullet"/>
        <w:spacing w:after="0" w:line="240" w:lineRule="auto"/>
        <w:rPr>
          <w:sz w:val="18"/>
          <w:szCs w:val="18"/>
        </w:rPr>
      </w:pPr>
      <w:r w:rsidRPr="005F3EC2">
        <w:rPr>
          <w:rFonts w:cs="Shruti"/>
          <w:sz w:val="18"/>
          <w:szCs w:val="18"/>
          <w:cs/>
          <w:lang w:bidi="gu-IN"/>
        </w:rPr>
        <w:t>ડેટા</w:t>
      </w:r>
      <w:r w:rsidRPr="005F3EC2">
        <w:rPr>
          <w:sz w:val="18"/>
          <w:szCs w:val="18"/>
        </w:rPr>
        <w:t xml:space="preserve"> </w:t>
      </w:r>
      <w:r w:rsidRPr="005F3EC2">
        <w:rPr>
          <w:rFonts w:cs="Shruti"/>
          <w:sz w:val="18"/>
          <w:szCs w:val="18"/>
          <w:cs/>
          <w:lang w:bidi="gu-IN"/>
        </w:rPr>
        <w:t>વિશ્લેષણ</w:t>
      </w:r>
      <w:r w:rsidRPr="005F3EC2">
        <w:rPr>
          <w:sz w:val="18"/>
          <w:szCs w:val="18"/>
        </w:rPr>
        <w:t xml:space="preserve"> </w:t>
      </w:r>
      <w:r w:rsidRPr="005F3EC2">
        <w:rPr>
          <w:rFonts w:cs="Shruti"/>
          <w:sz w:val="18"/>
          <w:szCs w:val="18"/>
          <w:cs/>
          <w:lang w:bidi="gu-IN"/>
        </w:rPr>
        <w:t>અને</w:t>
      </w:r>
      <w:r w:rsidRPr="005F3EC2">
        <w:rPr>
          <w:sz w:val="18"/>
          <w:szCs w:val="18"/>
        </w:rPr>
        <w:t xml:space="preserve"> </w:t>
      </w:r>
      <w:r w:rsidRPr="005F3EC2">
        <w:rPr>
          <w:rFonts w:cs="Shruti"/>
          <w:sz w:val="18"/>
          <w:szCs w:val="18"/>
          <w:cs/>
          <w:lang w:bidi="gu-IN"/>
        </w:rPr>
        <w:t>સમીક્ષા</w:t>
      </w:r>
      <w:r w:rsidRPr="005F3EC2">
        <w:rPr>
          <w:sz w:val="18"/>
          <w:szCs w:val="18"/>
        </w:rPr>
        <w:t xml:space="preserve">: </w:t>
      </w:r>
      <w:r w:rsidRPr="005F3EC2">
        <w:rPr>
          <w:rFonts w:cs="Shruti"/>
          <w:sz w:val="18"/>
          <w:szCs w:val="18"/>
          <w:cs/>
          <w:lang w:bidi="gu-IN"/>
        </w:rPr>
        <w:t>ગત</w:t>
      </w:r>
      <w:r w:rsidRPr="005F3EC2">
        <w:rPr>
          <w:sz w:val="18"/>
          <w:szCs w:val="18"/>
        </w:rPr>
        <w:t xml:space="preserve"> </w:t>
      </w:r>
      <w:r w:rsidRPr="005F3EC2">
        <w:rPr>
          <w:rFonts w:cs="Shruti"/>
          <w:sz w:val="18"/>
          <w:szCs w:val="18"/>
          <w:cs/>
          <w:lang w:bidi="gu-IN"/>
        </w:rPr>
        <w:t>વર્ષના</w:t>
      </w:r>
      <w:r w:rsidRPr="005F3EC2">
        <w:rPr>
          <w:sz w:val="18"/>
          <w:szCs w:val="18"/>
        </w:rPr>
        <w:t xml:space="preserve"> </w:t>
      </w:r>
      <w:r w:rsidRPr="005F3EC2">
        <w:rPr>
          <w:rFonts w:cs="Shruti"/>
          <w:sz w:val="18"/>
          <w:szCs w:val="18"/>
          <w:cs/>
          <w:lang w:bidi="gu-IN"/>
        </w:rPr>
        <w:t>શૈક્ષણિક</w:t>
      </w:r>
      <w:r w:rsidRPr="005F3EC2">
        <w:rPr>
          <w:sz w:val="18"/>
          <w:szCs w:val="18"/>
        </w:rPr>
        <w:t xml:space="preserve"> </w:t>
      </w:r>
      <w:r w:rsidRPr="005F3EC2">
        <w:rPr>
          <w:rFonts w:cs="Shruti"/>
          <w:sz w:val="18"/>
          <w:szCs w:val="18"/>
          <w:cs/>
          <w:lang w:bidi="gu-IN"/>
        </w:rPr>
        <w:t>સર્વેક્ષણ</w:t>
      </w:r>
      <w:r w:rsidRPr="005F3EC2">
        <w:rPr>
          <w:sz w:val="18"/>
          <w:szCs w:val="18"/>
        </w:rPr>
        <w:t xml:space="preserve"> (</w:t>
      </w:r>
      <w:r w:rsidRPr="005F3EC2">
        <w:rPr>
          <w:rFonts w:cs="Shruti"/>
          <w:sz w:val="18"/>
          <w:szCs w:val="18"/>
          <w:cs/>
          <w:lang w:bidi="gu-IN"/>
        </w:rPr>
        <w:t>જેમ</w:t>
      </w:r>
      <w:r w:rsidRPr="005F3EC2">
        <w:rPr>
          <w:sz w:val="18"/>
          <w:szCs w:val="18"/>
        </w:rPr>
        <w:t xml:space="preserve"> </w:t>
      </w:r>
      <w:r w:rsidRPr="005F3EC2">
        <w:rPr>
          <w:rFonts w:cs="Shruti"/>
          <w:sz w:val="18"/>
          <w:szCs w:val="18"/>
          <w:cs/>
          <w:lang w:bidi="gu-IN"/>
        </w:rPr>
        <w:t>કે</w:t>
      </w:r>
      <w:r w:rsidRPr="005F3EC2">
        <w:rPr>
          <w:sz w:val="18"/>
          <w:szCs w:val="18"/>
        </w:rPr>
        <w:t xml:space="preserve"> NAS/SAS) </w:t>
      </w:r>
      <w:r w:rsidRPr="005F3EC2">
        <w:rPr>
          <w:rFonts w:cs="Shruti"/>
          <w:sz w:val="18"/>
          <w:szCs w:val="18"/>
          <w:cs/>
          <w:lang w:bidi="gu-IN"/>
        </w:rPr>
        <w:t>ના</w:t>
      </w:r>
      <w:r w:rsidRPr="005F3EC2">
        <w:rPr>
          <w:sz w:val="18"/>
          <w:szCs w:val="18"/>
        </w:rPr>
        <w:t xml:space="preserve"> </w:t>
      </w:r>
      <w:r w:rsidRPr="005F3EC2">
        <w:rPr>
          <w:rFonts w:cs="Shruti"/>
          <w:sz w:val="18"/>
          <w:szCs w:val="18"/>
          <w:cs/>
          <w:lang w:bidi="gu-IN"/>
        </w:rPr>
        <w:t>પરિણામોનું</w:t>
      </w:r>
      <w:r w:rsidRPr="005F3EC2">
        <w:rPr>
          <w:sz w:val="18"/>
          <w:szCs w:val="18"/>
        </w:rPr>
        <w:t xml:space="preserve"> </w:t>
      </w:r>
      <w:r w:rsidRPr="005F3EC2">
        <w:rPr>
          <w:rFonts w:cs="Shruti"/>
          <w:sz w:val="18"/>
          <w:szCs w:val="18"/>
          <w:cs/>
          <w:lang w:bidi="gu-IN"/>
        </w:rPr>
        <w:t>વિશ્લેષણ</w:t>
      </w:r>
      <w:r w:rsidRPr="005F3EC2">
        <w:rPr>
          <w:sz w:val="18"/>
          <w:szCs w:val="18"/>
        </w:rPr>
        <w:t xml:space="preserve"> </w:t>
      </w:r>
      <w:r w:rsidRPr="005F3EC2">
        <w:rPr>
          <w:rFonts w:cs="Shruti"/>
          <w:sz w:val="18"/>
          <w:szCs w:val="18"/>
          <w:cs/>
          <w:lang w:bidi="gu-IN"/>
        </w:rPr>
        <w:t>કરી</w:t>
      </w:r>
      <w:r w:rsidRPr="005F3EC2">
        <w:rPr>
          <w:sz w:val="18"/>
          <w:szCs w:val="18"/>
        </w:rPr>
        <w:t xml:space="preserve">, </w:t>
      </w:r>
      <w:r w:rsidRPr="005F3EC2">
        <w:rPr>
          <w:rFonts w:cs="Shruti"/>
          <w:sz w:val="18"/>
          <w:szCs w:val="18"/>
          <w:cs/>
          <w:lang w:bidi="gu-IN"/>
        </w:rPr>
        <w:t>નબળા</w:t>
      </w:r>
      <w:r w:rsidRPr="005F3EC2">
        <w:rPr>
          <w:sz w:val="18"/>
          <w:szCs w:val="18"/>
        </w:rPr>
        <w:t xml:space="preserve"> </w:t>
      </w:r>
      <w:r w:rsidRPr="005F3EC2">
        <w:rPr>
          <w:rFonts w:cs="Shruti"/>
          <w:sz w:val="18"/>
          <w:szCs w:val="18"/>
          <w:cs/>
          <w:lang w:bidi="gu-IN"/>
        </w:rPr>
        <w:t>લર્નિંગ</w:t>
      </w:r>
      <w:r w:rsidRPr="005F3EC2">
        <w:rPr>
          <w:sz w:val="18"/>
          <w:szCs w:val="18"/>
        </w:rPr>
        <w:t xml:space="preserve"> </w:t>
      </w:r>
      <w:r w:rsidRPr="005F3EC2">
        <w:rPr>
          <w:rFonts w:cs="Shruti"/>
          <w:sz w:val="18"/>
          <w:szCs w:val="18"/>
          <w:cs/>
          <w:lang w:bidi="gu-IN"/>
        </w:rPr>
        <w:t>આઉટકમ્સ</w:t>
      </w:r>
      <w:r w:rsidRPr="005F3EC2">
        <w:rPr>
          <w:sz w:val="18"/>
          <w:szCs w:val="18"/>
        </w:rPr>
        <w:t xml:space="preserve"> (Learning Outcomes - LOs) </w:t>
      </w:r>
      <w:r w:rsidRPr="005F3EC2">
        <w:rPr>
          <w:rFonts w:cs="Shruti"/>
          <w:sz w:val="18"/>
          <w:szCs w:val="18"/>
          <w:cs/>
          <w:lang w:bidi="gu-IN"/>
        </w:rPr>
        <w:t>તારવી</w:t>
      </w:r>
      <w:r w:rsidRPr="005F3EC2">
        <w:rPr>
          <w:sz w:val="18"/>
          <w:szCs w:val="18"/>
        </w:rPr>
        <w:t xml:space="preserve"> </w:t>
      </w:r>
      <w:r w:rsidRPr="005F3EC2">
        <w:rPr>
          <w:rFonts w:cs="Shruti"/>
          <w:sz w:val="18"/>
          <w:szCs w:val="18"/>
          <w:cs/>
          <w:lang w:bidi="gu-IN"/>
        </w:rPr>
        <w:t>તેના</w:t>
      </w:r>
      <w:r w:rsidRPr="005F3EC2">
        <w:rPr>
          <w:sz w:val="18"/>
          <w:szCs w:val="18"/>
        </w:rPr>
        <w:t xml:space="preserve"> </w:t>
      </w:r>
      <w:r w:rsidRPr="005F3EC2">
        <w:rPr>
          <w:rFonts w:cs="Shruti"/>
          <w:sz w:val="18"/>
          <w:szCs w:val="18"/>
          <w:cs/>
          <w:lang w:bidi="gu-IN"/>
        </w:rPr>
        <w:t>પર</w:t>
      </w:r>
      <w:r w:rsidRPr="005F3EC2">
        <w:rPr>
          <w:sz w:val="18"/>
          <w:szCs w:val="18"/>
        </w:rPr>
        <w:t xml:space="preserve"> </w:t>
      </w:r>
      <w:r w:rsidRPr="005F3EC2">
        <w:rPr>
          <w:rFonts w:cs="Shruti"/>
          <w:sz w:val="18"/>
          <w:szCs w:val="18"/>
          <w:cs/>
          <w:lang w:bidi="gu-IN"/>
        </w:rPr>
        <w:t>વિશેષ</w:t>
      </w:r>
      <w:r w:rsidRPr="005F3EC2">
        <w:rPr>
          <w:sz w:val="18"/>
          <w:szCs w:val="18"/>
        </w:rPr>
        <w:t xml:space="preserve"> </w:t>
      </w:r>
      <w:r w:rsidRPr="005F3EC2">
        <w:rPr>
          <w:rFonts w:cs="Shruti"/>
          <w:sz w:val="18"/>
          <w:szCs w:val="18"/>
          <w:cs/>
          <w:lang w:bidi="gu-IN"/>
        </w:rPr>
        <w:t>ધ્યાન</w:t>
      </w:r>
      <w:r w:rsidRPr="005F3EC2">
        <w:rPr>
          <w:sz w:val="18"/>
          <w:szCs w:val="18"/>
        </w:rPr>
        <w:t xml:space="preserve"> </w:t>
      </w:r>
      <w:r w:rsidRPr="005F3EC2">
        <w:rPr>
          <w:rFonts w:cs="Shruti"/>
          <w:sz w:val="18"/>
          <w:szCs w:val="18"/>
          <w:cs/>
          <w:lang w:bidi="gu-IN"/>
        </w:rPr>
        <w:t>આપવા</w:t>
      </w:r>
      <w:r w:rsidRPr="005F3EC2">
        <w:rPr>
          <w:sz w:val="18"/>
          <w:szCs w:val="18"/>
        </w:rPr>
        <w:t xml:space="preserve"> </w:t>
      </w:r>
      <w:r w:rsidRPr="005F3EC2">
        <w:rPr>
          <w:rFonts w:cs="Shruti"/>
          <w:sz w:val="18"/>
          <w:szCs w:val="18"/>
          <w:cs/>
          <w:lang w:bidi="gu-IN"/>
        </w:rPr>
        <w:t>ચર્ચા</w:t>
      </w:r>
      <w:r w:rsidRPr="005F3EC2">
        <w:rPr>
          <w:sz w:val="18"/>
          <w:szCs w:val="18"/>
        </w:rPr>
        <w:t xml:space="preserve"> </w:t>
      </w:r>
      <w:r w:rsidRPr="005F3EC2">
        <w:rPr>
          <w:rFonts w:cs="Shruti"/>
          <w:sz w:val="18"/>
          <w:szCs w:val="18"/>
          <w:cs/>
          <w:lang w:bidi="gu-IN"/>
        </w:rPr>
        <w:t>કરવામાં</w:t>
      </w:r>
      <w:r w:rsidRPr="005F3EC2">
        <w:rPr>
          <w:sz w:val="18"/>
          <w:szCs w:val="18"/>
        </w:rPr>
        <w:t xml:space="preserve"> </w:t>
      </w:r>
      <w:r w:rsidRPr="005F3EC2">
        <w:rPr>
          <w:rFonts w:cs="Shruti"/>
          <w:sz w:val="18"/>
          <w:szCs w:val="18"/>
          <w:cs/>
          <w:lang w:bidi="gu-IN"/>
        </w:rPr>
        <w:t>આવે</w:t>
      </w:r>
      <w:r w:rsidRPr="005F3EC2">
        <w:rPr>
          <w:sz w:val="18"/>
          <w:szCs w:val="18"/>
        </w:rPr>
        <w:t xml:space="preserve"> </w:t>
      </w:r>
      <w:r w:rsidRPr="005F3EC2">
        <w:rPr>
          <w:rFonts w:cs="Shruti"/>
          <w:sz w:val="18"/>
          <w:szCs w:val="18"/>
          <w:cs/>
          <w:lang w:bidi="gu-IN"/>
        </w:rPr>
        <w:t>છે</w:t>
      </w:r>
      <w:r w:rsidRPr="005F3EC2">
        <w:rPr>
          <w:sz w:val="18"/>
          <w:szCs w:val="18"/>
        </w:rPr>
        <w:t>.</w:t>
      </w:r>
    </w:p>
    <w:p w14:paraId="5359FE4F" w14:textId="77777777" w:rsidR="00406A6F" w:rsidRPr="00406A6F" w:rsidRDefault="00406A6F" w:rsidP="00406A6F">
      <w:pPr>
        <w:pStyle w:val="ListBullet"/>
        <w:spacing w:after="0" w:line="240" w:lineRule="auto"/>
        <w:rPr>
          <w:sz w:val="20"/>
          <w:szCs w:val="20"/>
        </w:rPr>
      </w:pPr>
      <w:r w:rsidRPr="005F3EC2">
        <w:rPr>
          <w:rFonts w:cs="Shruti"/>
          <w:sz w:val="18"/>
          <w:szCs w:val="18"/>
          <w:cs/>
          <w:lang w:bidi="gu-IN"/>
        </w:rPr>
        <w:t>તાલીમોમાં</w:t>
      </w:r>
      <w:r w:rsidRPr="005F3EC2">
        <w:rPr>
          <w:sz w:val="18"/>
          <w:szCs w:val="18"/>
        </w:rPr>
        <w:t xml:space="preserve"> </w:t>
      </w:r>
      <w:r w:rsidRPr="005F3EC2">
        <w:rPr>
          <w:rFonts w:cs="Shruti"/>
          <w:sz w:val="18"/>
          <w:szCs w:val="18"/>
          <w:cs/>
          <w:lang w:bidi="gu-IN"/>
        </w:rPr>
        <w:t>ભાગીદારી</w:t>
      </w:r>
      <w:r w:rsidRPr="005F3EC2">
        <w:rPr>
          <w:sz w:val="18"/>
          <w:szCs w:val="18"/>
        </w:rPr>
        <w:t xml:space="preserve">: CRC </w:t>
      </w:r>
      <w:r w:rsidRPr="005F3EC2">
        <w:rPr>
          <w:rFonts w:cs="Shruti"/>
          <w:sz w:val="18"/>
          <w:szCs w:val="18"/>
          <w:cs/>
          <w:lang w:bidi="gu-IN"/>
        </w:rPr>
        <w:t>અને</w:t>
      </w:r>
      <w:r w:rsidRPr="005F3EC2">
        <w:rPr>
          <w:sz w:val="18"/>
          <w:szCs w:val="18"/>
        </w:rPr>
        <w:t xml:space="preserve"> BRC </w:t>
      </w:r>
      <w:r w:rsidRPr="005F3EC2">
        <w:rPr>
          <w:rFonts w:cs="Shruti"/>
          <w:sz w:val="18"/>
          <w:szCs w:val="18"/>
          <w:cs/>
          <w:lang w:bidi="gu-IN"/>
        </w:rPr>
        <w:t>કક્ષાએ</w:t>
      </w:r>
      <w:r w:rsidRPr="005F3EC2">
        <w:rPr>
          <w:sz w:val="18"/>
          <w:szCs w:val="18"/>
        </w:rPr>
        <w:t xml:space="preserve"> </w:t>
      </w:r>
      <w:r w:rsidRPr="005F3EC2">
        <w:rPr>
          <w:rFonts w:cs="Shruti"/>
          <w:sz w:val="18"/>
          <w:szCs w:val="18"/>
          <w:cs/>
          <w:lang w:bidi="gu-IN"/>
        </w:rPr>
        <w:t>સર્વેક્ષણ</w:t>
      </w:r>
      <w:r w:rsidRPr="005F3EC2">
        <w:rPr>
          <w:sz w:val="18"/>
          <w:szCs w:val="18"/>
        </w:rPr>
        <w:t xml:space="preserve"> </w:t>
      </w:r>
      <w:r w:rsidRPr="005F3EC2">
        <w:rPr>
          <w:rFonts w:cs="Shruti"/>
          <w:sz w:val="18"/>
          <w:szCs w:val="18"/>
          <w:cs/>
          <w:lang w:bidi="gu-IN"/>
        </w:rPr>
        <w:t>અંતર્ગત</w:t>
      </w:r>
      <w:r w:rsidRPr="005F3EC2">
        <w:rPr>
          <w:sz w:val="18"/>
          <w:szCs w:val="18"/>
        </w:rPr>
        <w:t xml:space="preserve"> </w:t>
      </w:r>
      <w:r w:rsidRPr="005F3EC2">
        <w:rPr>
          <w:rFonts w:cs="Shruti"/>
          <w:sz w:val="18"/>
          <w:szCs w:val="18"/>
          <w:cs/>
          <w:lang w:bidi="gu-IN"/>
        </w:rPr>
        <w:t>યોજાતી</w:t>
      </w:r>
      <w:r w:rsidRPr="005F3EC2">
        <w:rPr>
          <w:sz w:val="18"/>
          <w:szCs w:val="18"/>
        </w:rPr>
        <w:t xml:space="preserve"> </w:t>
      </w:r>
      <w:r w:rsidRPr="005F3EC2">
        <w:rPr>
          <w:rFonts w:cs="Shruti"/>
          <w:sz w:val="18"/>
          <w:szCs w:val="18"/>
          <w:cs/>
          <w:lang w:bidi="gu-IN"/>
        </w:rPr>
        <w:t>તાલીમો</w:t>
      </w:r>
      <w:r w:rsidRPr="005F3EC2">
        <w:rPr>
          <w:sz w:val="18"/>
          <w:szCs w:val="18"/>
        </w:rPr>
        <w:t xml:space="preserve"> </w:t>
      </w:r>
      <w:r w:rsidRPr="005F3EC2">
        <w:rPr>
          <w:rFonts w:cs="Shruti"/>
          <w:sz w:val="18"/>
          <w:szCs w:val="18"/>
          <w:cs/>
          <w:lang w:bidi="gu-IN"/>
        </w:rPr>
        <w:t>અને</w:t>
      </w:r>
      <w:r w:rsidRPr="005F3EC2">
        <w:rPr>
          <w:sz w:val="18"/>
          <w:szCs w:val="18"/>
        </w:rPr>
        <w:t xml:space="preserve"> </w:t>
      </w:r>
      <w:r w:rsidRPr="005F3EC2">
        <w:rPr>
          <w:rFonts w:cs="Shruti"/>
          <w:sz w:val="18"/>
          <w:szCs w:val="18"/>
          <w:cs/>
          <w:lang w:bidi="gu-IN"/>
        </w:rPr>
        <w:t>વર્કશોપમાં</w:t>
      </w:r>
      <w:r w:rsidRPr="005F3EC2">
        <w:rPr>
          <w:sz w:val="18"/>
          <w:szCs w:val="18"/>
        </w:rPr>
        <w:t xml:space="preserve"> </w:t>
      </w:r>
      <w:r w:rsidRPr="005F3EC2">
        <w:rPr>
          <w:rFonts w:cs="Shruti"/>
          <w:sz w:val="18"/>
          <w:szCs w:val="18"/>
          <w:cs/>
          <w:lang w:bidi="gu-IN"/>
        </w:rPr>
        <w:t>શાળાના</w:t>
      </w:r>
      <w:r w:rsidRPr="005F3EC2">
        <w:rPr>
          <w:sz w:val="18"/>
          <w:szCs w:val="18"/>
        </w:rPr>
        <w:t xml:space="preserve"> </w:t>
      </w:r>
      <w:r w:rsidRPr="005F3EC2">
        <w:rPr>
          <w:rFonts w:cs="Shruti"/>
          <w:sz w:val="18"/>
          <w:szCs w:val="18"/>
          <w:cs/>
          <w:lang w:bidi="gu-IN"/>
        </w:rPr>
        <w:t>શિક્ષકોની</w:t>
      </w:r>
      <w:r w:rsidRPr="005F3EC2">
        <w:rPr>
          <w:sz w:val="18"/>
          <w:szCs w:val="18"/>
        </w:rPr>
        <w:t xml:space="preserve"> </w:t>
      </w:r>
      <w:r w:rsidRPr="005F3EC2">
        <w:rPr>
          <w:rFonts w:cs="Shruti"/>
          <w:sz w:val="18"/>
          <w:szCs w:val="18"/>
          <w:cs/>
          <w:lang w:bidi="gu-IN"/>
        </w:rPr>
        <w:t>૧૦૦</w:t>
      </w:r>
      <w:r w:rsidRPr="005F3EC2">
        <w:rPr>
          <w:sz w:val="18"/>
          <w:szCs w:val="18"/>
        </w:rPr>
        <w:t xml:space="preserve">% </w:t>
      </w:r>
      <w:r w:rsidRPr="005F3EC2">
        <w:rPr>
          <w:rFonts w:cs="Shruti"/>
          <w:sz w:val="18"/>
          <w:szCs w:val="18"/>
          <w:cs/>
          <w:lang w:bidi="gu-IN"/>
        </w:rPr>
        <w:t>ઉપસ્થિતિ</w:t>
      </w:r>
      <w:r w:rsidRPr="005F3EC2">
        <w:rPr>
          <w:sz w:val="18"/>
          <w:szCs w:val="18"/>
        </w:rPr>
        <w:t xml:space="preserve"> </w:t>
      </w:r>
      <w:r w:rsidRPr="005F3EC2">
        <w:rPr>
          <w:rFonts w:cs="Shruti"/>
          <w:sz w:val="18"/>
          <w:szCs w:val="18"/>
          <w:cs/>
          <w:lang w:bidi="gu-IN"/>
        </w:rPr>
        <w:t>સુનિશ્ચિત</w:t>
      </w:r>
      <w:r w:rsidRPr="005F3EC2">
        <w:rPr>
          <w:sz w:val="18"/>
          <w:szCs w:val="18"/>
        </w:rPr>
        <w:t xml:space="preserve"> </w:t>
      </w:r>
      <w:r w:rsidRPr="005F3EC2">
        <w:rPr>
          <w:rFonts w:cs="Shruti"/>
          <w:sz w:val="18"/>
          <w:szCs w:val="18"/>
          <w:cs/>
          <w:lang w:bidi="gu-IN"/>
        </w:rPr>
        <w:t>કરવામાં</w:t>
      </w:r>
      <w:r w:rsidRPr="005F3EC2">
        <w:rPr>
          <w:sz w:val="18"/>
          <w:szCs w:val="18"/>
        </w:rPr>
        <w:t xml:space="preserve"> </w:t>
      </w:r>
      <w:r w:rsidRPr="005F3EC2">
        <w:rPr>
          <w:rFonts w:cs="Shruti"/>
          <w:sz w:val="18"/>
          <w:szCs w:val="18"/>
          <w:cs/>
          <w:lang w:bidi="gu-IN"/>
        </w:rPr>
        <w:t>આવે</w:t>
      </w:r>
      <w:r w:rsidRPr="005F3EC2">
        <w:rPr>
          <w:sz w:val="18"/>
          <w:szCs w:val="18"/>
        </w:rPr>
        <w:t xml:space="preserve"> </w:t>
      </w:r>
      <w:r w:rsidRPr="005F3EC2">
        <w:rPr>
          <w:rFonts w:cs="Shruti"/>
          <w:sz w:val="18"/>
          <w:szCs w:val="18"/>
          <w:cs/>
          <w:lang w:bidi="gu-IN"/>
        </w:rPr>
        <w:t>છે</w:t>
      </w:r>
      <w:r w:rsidRPr="00406A6F">
        <w:rPr>
          <w:sz w:val="20"/>
          <w:szCs w:val="20"/>
        </w:rPr>
        <w:t>.</w:t>
      </w:r>
    </w:p>
    <w:p w14:paraId="3E7DEC20" w14:textId="77777777" w:rsidR="00406A6F" w:rsidRPr="00406A6F" w:rsidRDefault="00406A6F" w:rsidP="00406A6F">
      <w:pPr>
        <w:pStyle w:val="Heading2"/>
        <w:spacing w:line="240" w:lineRule="auto"/>
        <w:rPr>
          <w:sz w:val="20"/>
          <w:szCs w:val="20"/>
        </w:rPr>
      </w:pPr>
      <w:r w:rsidRPr="00406A6F">
        <w:rPr>
          <w:rFonts w:cs="Shruti"/>
          <w:sz w:val="20"/>
          <w:szCs w:val="20"/>
          <w:cs/>
          <w:lang w:bidi="gu-IN"/>
        </w:rPr>
        <w:t>૨</w:t>
      </w:r>
      <w:r w:rsidRPr="00406A6F">
        <w:rPr>
          <w:sz w:val="20"/>
          <w:szCs w:val="20"/>
        </w:rPr>
        <w:t xml:space="preserve">. </w:t>
      </w:r>
      <w:r w:rsidRPr="00406A6F">
        <w:rPr>
          <w:rFonts w:cs="Shruti"/>
          <w:sz w:val="20"/>
          <w:szCs w:val="20"/>
          <w:cs/>
          <w:lang w:bidi="gu-IN"/>
        </w:rPr>
        <w:t>વિદ્યાર્થીઓમાં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જાગૃતિ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અને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પૂર્વ</w:t>
      </w:r>
      <w:r w:rsidRPr="00406A6F">
        <w:rPr>
          <w:sz w:val="20"/>
          <w:szCs w:val="20"/>
        </w:rPr>
        <w:t>-</w:t>
      </w:r>
      <w:r w:rsidRPr="00406A6F">
        <w:rPr>
          <w:rFonts w:cs="Shruti"/>
          <w:sz w:val="20"/>
          <w:szCs w:val="20"/>
          <w:cs/>
          <w:lang w:bidi="gu-IN"/>
        </w:rPr>
        <w:t>તૈયારીની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પ્રવૃત્તિઓ</w:t>
      </w:r>
      <w:r w:rsidRPr="00406A6F">
        <w:rPr>
          <w:sz w:val="20"/>
          <w:szCs w:val="20"/>
        </w:rPr>
        <w:t>:</w:t>
      </w:r>
    </w:p>
    <w:p w14:paraId="7FD84FC7" w14:textId="77777777" w:rsidR="00406A6F" w:rsidRPr="00406A6F" w:rsidRDefault="00406A6F" w:rsidP="00406A6F">
      <w:pPr>
        <w:pStyle w:val="ListBullet"/>
        <w:spacing w:after="0" w:line="240" w:lineRule="auto"/>
        <w:rPr>
          <w:sz w:val="20"/>
          <w:szCs w:val="20"/>
        </w:rPr>
      </w:pPr>
      <w:r w:rsidRPr="00406A6F">
        <w:rPr>
          <w:sz w:val="20"/>
          <w:szCs w:val="20"/>
        </w:rPr>
        <w:t xml:space="preserve">OMR </w:t>
      </w:r>
      <w:r w:rsidRPr="00406A6F">
        <w:rPr>
          <w:rFonts w:cs="Shruti"/>
          <w:sz w:val="20"/>
          <w:szCs w:val="20"/>
          <w:cs/>
          <w:lang w:bidi="gu-IN"/>
        </w:rPr>
        <w:t>શીટનો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મહાવરો</w:t>
      </w:r>
      <w:r w:rsidRPr="00406A6F">
        <w:rPr>
          <w:sz w:val="20"/>
          <w:szCs w:val="20"/>
        </w:rPr>
        <w:t xml:space="preserve">: </w:t>
      </w:r>
      <w:r w:rsidRPr="00406A6F">
        <w:rPr>
          <w:rFonts w:cs="Shruti"/>
          <w:sz w:val="20"/>
          <w:szCs w:val="20"/>
          <w:cs/>
          <w:lang w:bidi="gu-IN"/>
        </w:rPr>
        <w:t>વિદ્યાર્થીઓને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પરીક્ષાના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માહોલથી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પરિચિત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કરવા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અને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ભૂલરહિત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પરીક્ષા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આપવા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માટે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વર્ગખંડમાં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નિયમિતપણે</w:t>
      </w:r>
      <w:r w:rsidRPr="00406A6F">
        <w:rPr>
          <w:sz w:val="20"/>
          <w:szCs w:val="20"/>
        </w:rPr>
        <w:t xml:space="preserve"> OMR </w:t>
      </w:r>
      <w:r w:rsidRPr="00406A6F">
        <w:rPr>
          <w:rFonts w:cs="Shruti"/>
          <w:sz w:val="20"/>
          <w:szCs w:val="20"/>
          <w:cs/>
          <w:lang w:bidi="gu-IN"/>
        </w:rPr>
        <w:t>શીટ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ભરવાની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પ્રેક્ટિસ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કરાવવામાં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આવે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છે</w:t>
      </w:r>
      <w:r w:rsidRPr="00406A6F">
        <w:rPr>
          <w:sz w:val="20"/>
          <w:szCs w:val="20"/>
        </w:rPr>
        <w:t>.</w:t>
      </w:r>
    </w:p>
    <w:p w14:paraId="2879826D" w14:textId="77777777" w:rsidR="00406A6F" w:rsidRPr="00406A6F" w:rsidRDefault="00406A6F" w:rsidP="00406A6F">
      <w:pPr>
        <w:pStyle w:val="ListBullet"/>
        <w:spacing w:after="0" w:line="240" w:lineRule="auto"/>
        <w:rPr>
          <w:sz w:val="20"/>
          <w:szCs w:val="20"/>
        </w:rPr>
      </w:pPr>
      <w:r w:rsidRPr="00406A6F">
        <w:rPr>
          <w:rFonts w:cs="Shruti"/>
          <w:sz w:val="20"/>
          <w:szCs w:val="20"/>
          <w:cs/>
          <w:lang w:bidi="gu-IN"/>
        </w:rPr>
        <w:t>મોક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ટેસ્ટ</w:t>
      </w:r>
      <w:r w:rsidRPr="00406A6F">
        <w:rPr>
          <w:sz w:val="20"/>
          <w:szCs w:val="20"/>
        </w:rPr>
        <w:t xml:space="preserve"> (Mock Test) </w:t>
      </w:r>
      <w:r w:rsidRPr="00406A6F">
        <w:rPr>
          <w:rFonts w:cs="Shruti"/>
          <w:sz w:val="20"/>
          <w:szCs w:val="20"/>
          <w:cs/>
          <w:lang w:bidi="gu-IN"/>
        </w:rPr>
        <w:t>નું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આયોજન</w:t>
      </w:r>
      <w:r w:rsidRPr="00406A6F">
        <w:rPr>
          <w:sz w:val="20"/>
          <w:szCs w:val="20"/>
        </w:rPr>
        <w:t xml:space="preserve">: </w:t>
      </w:r>
      <w:r w:rsidRPr="00406A6F">
        <w:rPr>
          <w:rFonts w:cs="Shruti"/>
          <w:sz w:val="20"/>
          <w:szCs w:val="20"/>
          <w:cs/>
          <w:lang w:bidi="gu-IN"/>
        </w:rPr>
        <w:t>શૈક્ષણિક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સત્ર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દરમિયાન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સાપ્તાહિક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કે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માસિક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ધોરણે</w:t>
      </w:r>
      <w:r w:rsidRPr="00406A6F">
        <w:rPr>
          <w:sz w:val="20"/>
          <w:szCs w:val="20"/>
        </w:rPr>
        <w:t xml:space="preserve"> MCQ </w:t>
      </w:r>
      <w:r w:rsidRPr="00406A6F">
        <w:rPr>
          <w:rFonts w:cs="Shruti"/>
          <w:sz w:val="20"/>
          <w:szCs w:val="20"/>
          <w:cs/>
          <w:lang w:bidi="gu-IN"/>
        </w:rPr>
        <w:t>આધારિત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પ્રશ્નપત્રો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તૈયાર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કરી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મોક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ટેસ્ટ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લેવામાં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આવે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છે</w:t>
      </w:r>
      <w:r w:rsidRPr="00406A6F">
        <w:rPr>
          <w:sz w:val="20"/>
          <w:szCs w:val="20"/>
        </w:rPr>
        <w:t>.</w:t>
      </w:r>
    </w:p>
    <w:p w14:paraId="588D5042" w14:textId="77777777" w:rsidR="00406A6F" w:rsidRPr="00406A6F" w:rsidRDefault="00406A6F" w:rsidP="00406A6F">
      <w:pPr>
        <w:pStyle w:val="ListBullet"/>
        <w:spacing w:after="0" w:line="240" w:lineRule="auto"/>
        <w:rPr>
          <w:sz w:val="20"/>
          <w:szCs w:val="20"/>
        </w:rPr>
      </w:pPr>
      <w:r w:rsidRPr="00406A6F">
        <w:rPr>
          <w:rFonts w:cs="Shruti"/>
          <w:sz w:val="20"/>
          <w:szCs w:val="20"/>
          <w:cs/>
          <w:lang w:bidi="gu-IN"/>
        </w:rPr>
        <w:t>બાળસભામાં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માર્ગદર્શન</w:t>
      </w:r>
      <w:r w:rsidRPr="00406A6F">
        <w:rPr>
          <w:sz w:val="20"/>
          <w:szCs w:val="20"/>
        </w:rPr>
        <w:t xml:space="preserve">: </w:t>
      </w:r>
      <w:r w:rsidRPr="00406A6F">
        <w:rPr>
          <w:rFonts w:cs="Shruti"/>
          <w:sz w:val="20"/>
          <w:szCs w:val="20"/>
          <w:cs/>
          <w:lang w:bidi="gu-IN"/>
        </w:rPr>
        <w:t>સાપ્તાહિક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બાળસભામાં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સર્વેક્ષણ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એટલે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શું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અને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તે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શા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માટે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જરૂરી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છે</w:t>
      </w:r>
      <w:r w:rsidRPr="00406A6F">
        <w:rPr>
          <w:sz w:val="20"/>
          <w:szCs w:val="20"/>
        </w:rPr>
        <w:t xml:space="preserve">, </w:t>
      </w:r>
      <w:r w:rsidRPr="00406A6F">
        <w:rPr>
          <w:rFonts w:cs="Shruti"/>
          <w:sz w:val="20"/>
          <w:szCs w:val="20"/>
          <w:cs/>
          <w:lang w:bidi="gu-IN"/>
        </w:rPr>
        <w:t>તે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અંગે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વિદ્યાર્થીઓને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ડર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કે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તણાવમુક્ત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વાતાવરણમાં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સમજ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આપવામાં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આવે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છે</w:t>
      </w:r>
      <w:r w:rsidRPr="00406A6F">
        <w:rPr>
          <w:sz w:val="20"/>
          <w:szCs w:val="20"/>
        </w:rPr>
        <w:t>.</w:t>
      </w:r>
    </w:p>
    <w:p w14:paraId="404CEAD0" w14:textId="77777777" w:rsidR="00406A6F" w:rsidRPr="00406A6F" w:rsidRDefault="00406A6F" w:rsidP="00406A6F">
      <w:pPr>
        <w:pStyle w:val="ListBullet"/>
        <w:spacing w:after="0" w:line="240" w:lineRule="auto"/>
        <w:rPr>
          <w:sz w:val="20"/>
          <w:szCs w:val="20"/>
        </w:rPr>
      </w:pPr>
      <w:r w:rsidRPr="00406A6F">
        <w:rPr>
          <w:rFonts w:cs="Shruti"/>
          <w:sz w:val="20"/>
          <w:szCs w:val="20"/>
          <w:cs/>
          <w:lang w:bidi="gu-IN"/>
        </w:rPr>
        <w:t>લર્નિંગ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આઉટકમ</w:t>
      </w:r>
      <w:r w:rsidRPr="00406A6F">
        <w:rPr>
          <w:sz w:val="20"/>
          <w:szCs w:val="20"/>
        </w:rPr>
        <w:t xml:space="preserve"> (LO) </w:t>
      </w:r>
      <w:r w:rsidRPr="00406A6F">
        <w:rPr>
          <w:rFonts w:cs="Shruti"/>
          <w:sz w:val="20"/>
          <w:szCs w:val="20"/>
          <w:cs/>
          <w:lang w:bidi="gu-IN"/>
        </w:rPr>
        <w:t>આધારિત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શિક્ષણ</w:t>
      </w:r>
      <w:r w:rsidRPr="00406A6F">
        <w:rPr>
          <w:sz w:val="20"/>
          <w:szCs w:val="20"/>
        </w:rPr>
        <w:t xml:space="preserve">: </w:t>
      </w:r>
      <w:r w:rsidRPr="00406A6F">
        <w:rPr>
          <w:rFonts w:cs="Shruti"/>
          <w:sz w:val="20"/>
          <w:szCs w:val="20"/>
          <w:cs/>
          <w:lang w:bidi="gu-IN"/>
        </w:rPr>
        <w:t>ગોખણપટ્ટીના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બદલે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વિદ્યાર્થીઓમાં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સમજ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આધારિત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જ્ઞાન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વિકસે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તે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માટે</w:t>
      </w:r>
      <w:r w:rsidRPr="00406A6F">
        <w:rPr>
          <w:sz w:val="20"/>
          <w:szCs w:val="20"/>
        </w:rPr>
        <w:t xml:space="preserve"> LO </w:t>
      </w:r>
      <w:r w:rsidRPr="00406A6F">
        <w:rPr>
          <w:rFonts w:cs="Shruti"/>
          <w:sz w:val="20"/>
          <w:szCs w:val="20"/>
          <w:cs/>
          <w:lang w:bidi="gu-IN"/>
        </w:rPr>
        <w:t>આધારિત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શિક્ષણ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પદ્ધતિ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અપનાવવામાં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આવી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છે</w:t>
      </w:r>
      <w:r w:rsidRPr="00406A6F">
        <w:rPr>
          <w:sz w:val="20"/>
          <w:szCs w:val="20"/>
        </w:rPr>
        <w:t>.</w:t>
      </w:r>
    </w:p>
    <w:p w14:paraId="61D90A8C" w14:textId="77777777" w:rsidR="00406A6F" w:rsidRPr="00406A6F" w:rsidRDefault="00406A6F" w:rsidP="00406A6F">
      <w:pPr>
        <w:pStyle w:val="Heading2"/>
        <w:spacing w:line="240" w:lineRule="auto"/>
        <w:rPr>
          <w:sz w:val="20"/>
          <w:szCs w:val="20"/>
        </w:rPr>
      </w:pPr>
      <w:r w:rsidRPr="00406A6F">
        <w:rPr>
          <w:rFonts w:cs="Shruti"/>
          <w:sz w:val="20"/>
          <w:szCs w:val="20"/>
          <w:cs/>
          <w:lang w:bidi="gu-IN"/>
        </w:rPr>
        <w:t>૩</w:t>
      </w:r>
      <w:r w:rsidRPr="00406A6F">
        <w:rPr>
          <w:sz w:val="20"/>
          <w:szCs w:val="20"/>
        </w:rPr>
        <w:t xml:space="preserve">. </w:t>
      </w:r>
      <w:r w:rsidRPr="00406A6F">
        <w:rPr>
          <w:rFonts w:cs="Shruti"/>
          <w:sz w:val="20"/>
          <w:szCs w:val="20"/>
          <w:cs/>
          <w:lang w:bidi="gu-IN"/>
        </w:rPr>
        <w:t>જાગૃતિ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પ્રવૃત્તિઓનું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સંકલન</w:t>
      </w:r>
      <w:r w:rsidRPr="00406A6F">
        <w:rPr>
          <w:sz w:val="20"/>
          <w:szCs w:val="20"/>
        </w:rPr>
        <w:t xml:space="preserve"> </w:t>
      </w:r>
      <w:r w:rsidRPr="00406A6F">
        <w:rPr>
          <w:rFonts w:cs="Shruti"/>
          <w:sz w:val="20"/>
          <w:szCs w:val="20"/>
          <w:cs/>
          <w:lang w:bidi="gu-IN"/>
        </w:rPr>
        <w:t>પત્રક</w:t>
      </w:r>
      <w:r w:rsidRPr="00406A6F">
        <w:rPr>
          <w:sz w:val="20"/>
          <w:szCs w:val="20"/>
        </w:rPr>
        <w:t>:</w:t>
      </w: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534"/>
        <w:gridCol w:w="3786"/>
        <w:gridCol w:w="2160"/>
        <w:gridCol w:w="2984"/>
      </w:tblGrid>
      <w:tr w:rsidR="00406A6F" w:rsidRPr="00406A6F" w14:paraId="64806D6E" w14:textId="77777777" w:rsidTr="00406A6F">
        <w:tc>
          <w:tcPr>
            <w:tcW w:w="534" w:type="dxa"/>
          </w:tcPr>
          <w:p w14:paraId="5E7686A8" w14:textId="77777777" w:rsidR="00406A6F" w:rsidRPr="00406A6F" w:rsidRDefault="00406A6F" w:rsidP="00406A6F">
            <w:pPr>
              <w:rPr>
                <w:sz w:val="20"/>
                <w:szCs w:val="20"/>
              </w:rPr>
            </w:pPr>
            <w:r w:rsidRPr="00406A6F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ક્રમ</w:t>
            </w:r>
          </w:p>
        </w:tc>
        <w:tc>
          <w:tcPr>
            <w:tcW w:w="3786" w:type="dxa"/>
          </w:tcPr>
          <w:p w14:paraId="0418C728" w14:textId="77777777" w:rsidR="00406A6F" w:rsidRPr="00406A6F" w:rsidRDefault="00406A6F" w:rsidP="00406A6F">
            <w:pPr>
              <w:rPr>
                <w:sz w:val="20"/>
                <w:szCs w:val="20"/>
              </w:rPr>
            </w:pPr>
            <w:r w:rsidRPr="00406A6F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પ્રવૃત્તિ</w:t>
            </w:r>
            <w:r w:rsidRPr="00406A6F">
              <w:rPr>
                <w:b/>
                <w:sz w:val="20"/>
                <w:szCs w:val="20"/>
              </w:rPr>
              <w:t xml:space="preserve"> / </w:t>
            </w:r>
            <w:r w:rsidRPr="00406A6F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પ્રયાસ</w:t>
            </w:r>
          </w:p>
        </w:tc>
        <w:tc>
          <w:tcPr>
            <w:tcW w:w="2160" w:type="dxa"/>
          </w:tcPr>
          <w:p w14:paraId="459D0121" w14:textId="77777777" w:rsidR="00406A6F" w:rsidRPr="00406A6F" w:rsidRDefault="00406A6F" w:rsidP="00406A6F">
            <w:pPr>
              <w:rPr>
                <w:sz w:val="20"/>
                <w:szCs w:val="20"/>
              </w:rPr>
            </w:pPr>
            <w:r w:rsidRPr="00406A6F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લક્ષિત</w:t>
            </w:r>
            <w:r w:rsidRPr="00406A6F">
              <w:rPr>
                <w:b/>
                <w:sz w:val="20"/>
                <w:szCs w:val="20"/>
              </w:rPr>
              <w:t xml:space="preserve"> </w:t>
            </w:r>
            <w:r w:rsidRPr="00406A6F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જૂથ</w:t>
            </w:r>
            <w:r w:rsidRPr="00406A6F">
              <w:rPr>
                <w:b/>
                <w:sz w:val="20"/>
                <w:szCs w:val="20"/>
              </w:rPr>
              <w:t xml:space="preserve"> (Target Group)</w:t>
            </w:r>
          </w:p>
        </w:tc>
        <w:tc>
          <w:tcPr>
            <w:tcW w:w="2984" w:type="dxa"/>
          </w:tcPr>
          <w:p w14:paraId="33412049" w14:textId="77777777" w:rsidR="00406A6F" w:rsidRPr="00406A6F" w:rsidRDefault="00406A6F" w:rsidP="00406A6F">
            <w:pPr>
              <w:rPr>
                <w:sz w:val="20"/>
                <w:szCs w:val="20"/>
              </w:rPr>
            </w:pPr>
            <w:r w:rsidRPr="00406A6F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અમલીકરણનો</w:t>
            </w:r>
            <w:r w:rsidRPr="00406A6F">
              <w:rPr>
                <w:b/>
                <w:sz w:val="20"/>
                <w:szCs w:val="20"/>
              </w:rPr>
              <w:t xml:space="preserve"> </w:t>
            </w:r>
            <w:r w:rsidRPr="00406A6F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સમય</w:t>
            </w:r>
          </w:p>
        </w:tc>
      </w:tr>
      <w:tr w:rsidR="00406A6F" w:rsidRPr="00406A6F" w14:paraId="7542B356" w14:textId="77777777" w:rsidTr="00406A6F">
        <w:tc>
          <w:tcPr>
            <w:tcW w:w="534" w:type="dxa"/>
          </w:tcPr>
          <w:p w14:paraId="2DF2F7CB" w14:textId="77777777" w:rsidR="00406A6F" w:rsidRPr="00406A6F" w:rsidRDefault="00406A6F" w:rsidP="00406A6F">
            <w:pPr>
              <w:rPr>
                <w:sz w:val="20"/>
                <w:szCs w:val="20"/>
              </w:rPr>
            </w:pPr>
            <w:r w:rsidRPr="00406A6F">
              <w:rPr>
                <w:rFonts w:cs="Shruti"/>
                <w:sz w:val="20"/>
                <w:szCs w:val="20"/>
                <w:cs/>
                <w:lang w:bidi="gu-IN"/>
              </w:rPr>
              <w:t>૧</w:t>
            </w:r>
          </w:p>
        </w:tc>
        <w:tc>
          <w:tcPr>
            <w:tcW w:w="3786" w:type="dxa"/>
          </w:tcPr>
          <w:p w14:paraId="5D18F0A0" w14:textId="77777777" w:rsidR="00406A6F" w:rsidRPr="00406A6F" w:rsidRDefault="00406A6F" w:rsidP="00406A6F">
            <w:pPr>
              <w:rPr>
                <w:sz w:val="20"/>
                <w:szCs w:val="20"/>
              </w:rPr>
            </w:pPr>
            <w:r w:rsidRPr="00406A6F">
              <w:rPr>
                <w:sz w:val="20"/>
                <w:szCs w:val="20"/>
              </w:rPr>
              <w:t xml:space="preserve">OMR </w:t>
            </w:r>
            <w:r w:rsidRPr="00406A6F">
              <w:rPr>
                <w:rFonts w:cs="Shruti"/>
                <w:sz w:val="20"/>
                <w:szCs w:val="20"/>
                <w:cs/>
                <w:lang w:bidi="gu-IN"/>
              </w:rPr>
              <w:t>શીટ</w:t>
            </w:r>
            <w:r w:rsidRPr="00406A6F">
              <w:rPr>
                <w:sz w:val="20"/>
                <w:szCs w:val="20"/>
              </w:rPr>
              <w:t xml:space="preserve"> </w:t>
            </w:r>
            <w:r w:rsidRPr="00406A6F">
              <w:rPr>
                <w:rFonts w:cs="Shruti"/>
                <w:sz w:val="20"/>
                <w:szCs w:val="20"/>
                <w:cs/>
                <w:lang w:bidi="gu-IN"/>
              </w:rPr>
              <w:t>ભરવાનો</w:t>
            </w:r>
            <w:r w:rsidRPr="00406A6F">
              <w:rPr>
                <w:sz w:val="20"/>
                <w:szCs w:val="20"/>
              </w:rPr>
              <w:t xml:space="preserve"> </w:t>
            </w:r>
            <w:r w:rsidRPr="00406A6F">
              <w:rPr>
                <w:rFonts w:cs="Shruti"/>
                <w:sz w:val="20"/>
                <w:szCs w:val="20"/>
                <w:cs/>
                <w:lang w:bidi="gu-IN"/>
              </w:rPr>
              <w:t>મહાવરો</w:t>
            </w:r>
            <w:r w:rsidRPr="00406A6F">
              <w:rPr>
                <w:sz w:val="20"/>
                <w:szCs w:val="20"/>
              </w:rPr>
              <w:t xml:space="preserve"> </w:t>
            </w:r>
            <w:r w:rsidRPr="00406A6F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406A6F">
              <w:rPr>
                <w:sz w:val="20"/>
                <w:szCs w:val="20"/>
              </w:rPr>
              <w:t xml:space="preserve"> </w:t>
            </w:r>
            <w:r w:rsidRPr="00406A6F">
              <w:rPr>
                <w:rFonts w:cs="Shruti"/>
                <w:sz w:val="20"/>
                <w:szCs w:val="20"/>
                <w:cs/>
                <w:lang w:bidi="gu-IN"/>
              </w:rPr>
              <w:t>મોક</w:t>
            </w:r>
            <w:r w:rsidRPr="00406A6F">
              <w:rPr>
                <w:sz w:val="20"/>
                <w:szCs w:val="20"/>
              </w:rPr>
              <w:t xml:space="preserve"> </w:t>
            </w:r>
            <w:r w:rsidRPr="00406A6F">
              <w:rPr>
                <w:rFonts w:cs="Shruti"/>
                <w:sz w:val="20"/>
                <w:szCs w:val="20"/>
                <w:cs/>
                <w:lang w:bidi="gu-IN"/>
              </w:rPr>
              <w:t>ટેસ્ટ</w:t>
            </w:r>
          </w:p>
        </w:tc>
        <w:tc>
          <w:tcPr>
            <w:tcW w:w="2160" w:type="dxa"/>
          </w:tcPr>
          <w:p w14:paraId="20D407B6" w14:textId="77777777" w:rsidR="00406A6F" w:rsidRPr="00406A6F" w:rsidRDefault="00406A6F" w:rsidP="00406A6F">
            <w:pPr>
              <w:rPr>
                <w:sz w:val="20"/>
                <w:szCs w:val="20"/>
              </w:rPr>
            </w:pPr>
            <w:r w:rsidRPr="00406A6F">
              <w:rPr>
                <w:rFonts w:cs="Shruti"/>
                <w:sz w:val="20"/>
                <w:szCs w:val="20"/>
                <w:cs/>
                <w:lang w:bidi="gu-IN"/>
              </w:rPr>
              <w:t>વિદ્યાર્થીઓ</w:t>
            </w:r>
          </w:p>
        </w:tc>
        <w:tc>
          <w:tcPr>
            <w:tcW w:w="2984" w:type="dxa"/>
          </w:tcPr>
          <w:p w14:paraId="0138A5F1" w14:textId="77777777" w:rsidR="00406A6F" w:rsidRPr="00406A6F" w:rsidRDefault="00406A6F" w:rsidP="00406A6F">
            <w:pPr>
              <w:rPr>
                <w:sz w:val="20"/>
                <w:szCs w:val="20"/>
              </w:rPr>
            </w:pPr>
            <w:r w:rsidRPr="00406A6F">
              <w:rPr>
                <w:rFonts w:cs="Shruti"/>
                <w:sz w:val="20"/>
                <w:szCs w:val="20"/>
                <w:cs/>
                <w:lang w:bidi="gu-IN"/>
              </w:rPr>
              <w:t>સાપ્તાહિક</w:t>
            </w:r>
            <w:r w:rsidRPr="00406A6F">
              <w:rPr>
                <w:sz w:val="20"/>
                <w:szCs w:val="20"/>
              </w:rPr>
              <w:t xml:space="preserve"> / </w:t>
            </w:r>
            <w:r w:rsidRPr="00406A6F">
              <w:rPr>
                <w:rFonts w:cs="Shruti"/>
                <w:sz w:val="20"/>
                <w:szCs w:val="20"/>
                <w:cs/>
                <w:lang w:bidi="gu-IN"/>
              </w:rPr>
              <w:t>પખવાડિક</w:t>
            </w:r>
          </w:p>
        </w:tc>
      </w:tr>
      <w:tr w:rsidR="00406A6F" w:rsidRPr="00406A6F" w14:paraId="2805BF0E" w14:textId="77777777" w:rsidTr="00406A6F">
        <w:tc>
          <w:tcPr>
            <w:tcW w:w="534" w:type="dxa"/>
          </w:tcPr>
          <w:p w14:paraId="1AE6F191" w14:textId="77777777" w:rsidR="00406A6F" w:rsidRPr="00406A6F" w:rsidRDefault="00406A6F" w:rsidP="00406A6F">
            <w:pPr>
              <w:rPr>
                <w:sz w:val="20"/>
                <w:szCs w:val="20"/>
              </w:rPr>
            </w:pPr>
            <w:r w:rsidRPr="00406A6F">
              <w:rPr>
                <w:rFonts w:cs="Shruti"/>
                <w:sz w:val="20"/>
                <w:szCs w:val="20"/>
                <w:cs/>
                <w:lang w:bidi="gu-IN"/>
              </w:rPr>
              <w:t>૨</w:t>
            </w:r>
          </w:p>
        </w:tc>
        <w:tc>
          <w:tcPr>
            <w:tcW w:w="3786" w:type="dxa"/>
          </w:tcPr>
          <w:p w14:paraId="28CE0857" w14:textId="77777777" w:rsidR="00406A6F" w:rsidRPr="00406A6F" w:rsidRDefault="00406A6F" w:rsidP="00406A6F">
            <w:pPr>
              <w:rPr>
                <w:sz w:val="20"/>
                <w:szCs w:val="20"/>
              </w:rPr>
            </w:pPr>
            <w:r w:rsidRPr="00406A6F">
              <w:rPr>
                <w:rFonts w:cs="Shruti"/>
                <w:sz w:val="20"/>
                <w:szCs w:val="20"/>
                <w:cs/>
                <w:lang w:bidi="gu-IN"/>
              </w:rPr>
              <w:t>સર્વેક્ષણ</w:t>
            </w:r>
            <w:r w:rsidRPr="00406A6F">
              <w:rPr>
                <w:sz w:val="20"/>
                <w:szCs w:val="20"/>
              </w:rPr>
              <w:t xml:space="preserve"> </w:t>
            </w:r>
            <w:r w:rsidRPr="00406A6F">
              <w:rPr>
                <w:rFonts w:cs="Shruti"/>
                <w:sz w:val="20"/>
                <w:szCs w:val="20"/>
                <w:cs/>
                <w:lang w:bidi="gu-IN"/>
              </w:rPr>
              <w:t>માર્ગદર્શન</w:t>
            </w:r>
            <w:r w:rsidRPr="00406A6F">
              <w:rPr>
                <w:sz w:val="20"/>
                <w:szCs w:val="20"/>
              </w:rPr>
              <w:t xml:space="preserve"> </w:t>
            </w:r>
            <w:r w:rsidRPr="00406A6F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406A6F">
              <w:rPr>
                <w:sz w:val="20"/>
                <w:szCs w:val="20"/>
              </w:rPr>
              <w:t xml:space="preserve"> </w:t>
            </w:r>
            <w:r w:rsidRPr="00406A6F">
              <w:rPr>
                <w:rFonts w:cs="Shruti"/>
                <w:sz w:val="20"/>
                <w:szCs w:val="20"/>
                <w:cs/>
                <w:lang w:bidi="gu-IN"/>
              </w:rPr>
              <w:t>પરિણામ</w:t>
            </w:r>
            <w:r w:rsidRPr="00406A6F">
              <w:rPr>
                <w:sz w:val="20"/>
                <w:szCs w:val="20"/>
              </w:rPr>
              <w:t xml:space="preserve"> </w:t>
            </w:r>
            <w:r w:rsidRPr="00406A6F">
              <w:rPr>
                <w:rFonts w:cs="Shruti"/>
                <w:sz w:val="20"/>
                <w:szCs w:val="20"/>
                <w:cs/>
                <w:lang w:bidi="gu-IN"/>
              </w:rPr>
              <w:t>સમીક્ષા</w:t>
            </w:r>
            <w:r w:rsidRPr="00406A6F">
              <w:rPr>
                <w:sz w:val="20"/>
                <w:szCs w:val="20"/>
              </w:rPr>
              <w:t xml:space="preserve"> </w:t>
            </w:r>
            <w:r w:rsidRPr="00406A6F">
              <w:rPr>
                <w:rFonts w:cs="Shruti"/>
                <w:sz w:val="20"/>
                <w:szCs w:val="20"/>
                <w:cs/>
                <w:lang w:bidi="gu-IN"/>
              </w:rPr>
              <w:t>વર્કશોપ</w:t>
            </w:r>
          </w:p>
        </w:tc>
        <w:tc>
          <w:tcPr>
            <w:tcW w:w="2160" w:type="dxa"/>
          </w:tcPr>
          <w:p w14:paraId="0322C215" w14:textId="77777777" w:rsidR="00406A6F" w:rsidRPr="00406A6F" w:rsidRDefault="00406A6F" w:rsidP="00406A6F">
            <w:pPr>
              <w:rPr>
                <w:sz w:val="20"/>
                <w:szCs w:val="20"/>
              </w:rPr>
            </w:pPr>
            <w:r w:rsidRPr="00406A6F">
              <w:rPr>
                <w:rFonts w:cs="Shruti"/>
                <w:sz w:val="20"/>
                <w:szCs w:val="20"/>
                <w:cs/>
                <w:lang w:bidi="gu-IN"/>
              </w:rPr>
              <w:t>શિક્ષકો</w:t>
            </w:r>
            <w:r w:rsidRPr="00406A6F">
              <w:rPr>
                <w:sz w:val="20"/>
                <w:szCs w:val="20"/>
              </w:rPr>
              <w:t xml:space="preserve"> </w:t>
            </w:r>
            <w:r w:rsidRPr="00406A6F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406A6F">
              <w:rPr>
                <w:sz w:val="20"/>
                <w:szCs w:val="20"/>
              </w:rPr>
              <w:t xml:space="preserve"> </w:t>
            </w:r>
            <w:r w:rsidRPr="00406A6F">
              <w:rPr>
                <w:rFonts w:cs="Shruti"/>
                <w:sz w:val="20"/>
                <w:szCs w:val="20"/>
                <w:cs/>
                <w:lang w:bidi="gu-IN"/>
              </w:rPr>
              <w:t>સ્ટાફ</w:t>
            </w:r>
          </w:p>
        </w:tc>
        <w:tc>
          <w:tcPr>
            <w:tcW w:w="2984" w:type="dxa"/>
          </w:tcPr>
          <w:p w14:paraId="677C5640" w14:textId="77777777" w:rsidR="00406A6F" w:rsidRPr="00406A6F" w:rsidRDefault="00406A6F" w:rsidP="00406A6F">
            <w:pPr>
              <w:rPr>
                <w:sz w:val="20"/>
                <w:szCs w:val="20"/>
              </w:rPr>
            </w:pPr>
            <w:r w:rsidRPr="00406A6F">
              <w:rPr>
                <w:rFonts w:cs="Shruti"/>
                <w:sz w:val="20"/>
                <w:szCs w:val="20"/>
                <w:cs/>
                <w:lang w:bidi="gu-IN"/>
              </w:rPr>
              <w:t>માસિક</w:t>
            </w:r>
            <w:r w:rsidRPr="00406A6F">
              <w:rPr>
                <w:sz w:val="20"/>
                <w:szCs w:val="20"/>
              </w:rPr>
              <w:t xml:space="preserve"> </w:t>
            </w:r>
            <w:r w:rsidRPr="00406A6F">
              <w:rPr>
                <w:rFonts w:cs="Shruti"/>
                <w:sz w:val="20"/>
                <w:szCs w:val="20"/>
                <w:cs/>
                <w:lang w:bidi="gu-IN"/>
              </w:rPr>
              <w:t>સ્ટાફ</w:t>
            </w:r>
            <w:r w:rsidRPr="00406A6F">
              <w:rPr>
                <w:sz w:val="20"/>
                <w:szCs w:val="20"/>
              </w:rPr>
              <w:t xml:space="preserve"> </w:t>
            </w:r>
            <w:r w:rsidRPr="00406A6F">
              <w:rPr>
                <w:rFonts w:cs="Shruti"/>
                <w:sz w:val="20"/>
                <w:szCs w:val="20"/>
                <w:cs/>
                <w:lang w:bidi="gu-IN"/>
              </w:rPr>
              <w:t>મીટિંગમાં</w:t>
            </w:r>
          </w:p>
        </w:tc>
      </w:tr>
      <w:tr w:rsidR="00406A6F" w:rsidRPr="00406A6F" w14:paraId="0E144C8C" w14:textId="77777777" w:rsidTr="00406A6F">
        <w:tc>
          <w:tcPr>
            <w:tcW w:w="534" w:type="dxa"/>
          </w:tcPr>
          <w:p w14:paraId="7F7F327B" w14:textId="77777777" w:rsidR="00406A6F" w:rsidRPr="00406A6F" w:rsidRDefault="00406A6F" w:rsidP="00406A6F">
            <w:pPr>
              <w:rPr>
                <w:sz w:val="20"/>
                <w:szCs w:val="20"/>
              </w:rPr>
            </w:pPr>
            <w:r w:rsidRPr="00406A6F">
              <w:rPr>
                <w:rFonts w:cs="Shruti"/>
                <w:sz w:val="20"/>
                <w:szCs w:val="20"/>
                <w:cs/>
                <w:lang w:bidi="gu-IN"/>
              </w:rPr>
              <w:t>૩</w:t>
            </w:r>
          </w:p>
        </w:tc>
        <w:tc>
          <w:tcPr>
            <w:tcW w:w="3786" w:type="dxa"/>
          </w:tcPr>
          <w:p w14:paraId="4DC093F1" w14:textId="77777777" w:rsidR="00406A6F" w:rsidRPr="00406A6F" w:rsidRDefault="00406A6F" w:rsidP="00406A6F">
            <w:pPr>
              <w:rPr>
                <w:sz w:val="20"/>
                <w:szCs w:val="20"/>
              </w:rPr>
            </w:pPr>
            <w:r w:rsidRPr="00406A6F">
              <w:rPr>
                <w:sz w:val="20"/>
                <w:szCs w:val="20"/>
              </w:rPr>
              <w:t xml:space="preserve">LO </w:t>
            </w:r>
            <w:r w:rsidRPr="00406A6F">
              <w:rPr>
                <w:rFonts w:cs="Shruti"/>
                <w:sz w:val="20"/>
                <w:szCs w:val="20"/>
                <w:cs/>
                <w:lang w:bidi="gu-IN"/>
              </w:rPr>
              <w:t>આધારિત</w:t>
            </w:r>
            <w:r w:rsidRPr="00406A6F">
              <w:rPr>
                <w:sz w:val="20"/>
                <w:szCs w:val="20"/>
              </w:rPr>
              <w:t xml:space="preserve"> </w:t>
            </w:r>
            <w:r w:rsidRPr="00406A6F">
              <w:rPr>
                <w:rFonts w:cs="Shruti"/>
                <w:sz w:val="20"/>
                <w:szCs w:val="20"/>
                <w:cs/>
                <w:lang w:bidi="gu-IN"/>
              </w:rPr>
              <w:t>મૂલ્યાંકન</w:t>
            </w:r>
            <w:r w:rsidRPr="00406A6F">
              <w:rPr>
                <w:sz w:val="20"/>
                <w:szCs w:val="20"/>
              </w:rPr>
              <w:t xml:space="preserve"> </w:t>
            </w:r>
            <w:r w:rsidRPr="00406A6F">
              <w:rPr>
                <w:rFonts w:cs="Shruti"/>
                <w:sz w:val="20"/>
                <w:szCs w:val="20"/>
                <w:cs/>
                <w:lang w:bidi="gu-IN"/>
              </w:rPr>
              <w:t>પદ્ધતિનો</w:t>
            </w:r>
            <w:r w:rsidRPr="00406A6F">
              <w:rPr>
                <w:sz w:val="20"/>
                <w:szCs w:val="20"/>
              </w:rPr>
              <w:t xml:space="preserve"> </w:t>
            </w:r>
            <w:r w:rsidRPr="00406A6F">
              <w:rPr>
                <w:rFonts w:cs="Shruti"/>
                <w:sz w:val="20"/>
                <w:szCs w:val="20"/>
                <w:cs/>
                <w:lang w:bidi="gu-IN"/>
              </w:rPr>
              <w:t>અમલ</w:t>
            </w:r>
          </w:p>
        </w:tc>
        <w:tc>
          <w:tcPr>
            <w:tcW w:w="2160" w:type="dxa"/>
          </w:tcPr>
          <w:p w14:paraId="6FF856BF" w14:textId="77777777" w:rsidR="00406A6F" w:rsidRPr="00406A6F" w:rsidRDefault="00406A6F" w:rsidP="00406A6F">
            <w:pPr>
              <w:rPr>
                <w:sz w:val="20"/>
                <w:szCs w:val="20"/>
              </w:rPr>
            </w:pPr>
            <w:r w:rsidRPr="00406A6F">
              <w:rPr>
                <w:rFonts w:cs="Shruti"/>
                <w:sz w:val="20"/>
                <w:szCs w:val="20"/>
                <w:cs/>
                <w:lang w:bidi="gu-IN"/>
              </w:rPr>
              <w:t>વિદ્યાર્થીઓ</w:t>
            </w:r>
          </w:p>
        </w:tc>
        <w:tc>
          <w:tcPr>
            <w:tcW w:w="2984" w:type="dxa"/>
          </w:tcPr>
          <w:p w14:paraId="2524C131" w14:textId="77777777" w:rsidR="00406A6F" w:rsidRPr="00406A6F" w:rsidRDefault="00406A6F" w:rsidP="00406A6F">
            <w:pPr>
              <w:rPr>
                <w:sz w:val="20"/>
                <w:szCs w:val="20"/>
              </w:rPr>
            </w:pPr>
            <w:r w:rsidRPr="00406A6F">
              <w:rPr>
                <w:rFonts w:cs="Shruti"/>
                <w:sz w:val="20"/>
                <w:szCs w:val="20"/>
                <w:cs/>
                <w:lang w:bidi="gu-IN"/>
              </w:rPr>
              <w:t>દૈનિક</w:t>
            </w:r>
            <w:r w:rsidRPr="00406A6F">
              <w:rPr>
                <w:sz w:val="20"/>
                <w:szCs w:val="20"/>
              </w:rPr>
              <w:t xml:space="preserve"> </w:t>
            </w:r>
            <w:r w:rsidRPr="00406A6F">
              <w:rPr>
                <w:rFonts w:cs="Shruti"/>
                <w:sz w:val="20"/>
                <w:szCs w:val="20"/>
                <w:cs/>
                <w:lang w:bidi="gu-IN"/>
              </w:rPr>
              <w:t>શૈક્ષણિક</w:t>
            </w:r>
            <w:r w:rsidRPr="00406A6F">
              <w:rPr>
                <w:sz w:val="20"/>
                <w:szCs w:val="20"/>
              </w:rPr>
              <w:t xml:space="preserve"> </w:t>
            </w:r>
            <w:r w:rsidRPr="00406A6F">
              <w:rPr>
                <w:rFonts w:cs="Shruti"/>
                <w:sz w:val="20"/>
                <w:szCs w:val="20"/>
                <w:cs/>
                <w:lang w:bidi="gu-IN"/>
              </w:rPr>
              <w:t>કાર્ય</w:t>
            </w:r>
            <w:r w:rsidRPr="00406A6F">
              <w:rPr>
                <w:sz w:val="20"/>
                <w:szCs w:val="20"/>
              </w:rPr>
              <w:t xml:space="preserve"> </w:t>
            </w:r>
            <w:r w:rsidRPr="00406A6F">
              <w:rPr>
                <w:rFonts w:cs="Shruti"/>
                <w:sz w:val="20"/>
                <w:szCs w:val="20"/>
                <w:cs/>
                <w:lang w:bidi="gu-IN"/>
              </w:rPr>
              <w:t>દરમિયાન</w:t>
            </w:r>
          </w:p>
        </w:tc>
      </w:tr>
      <w:tr w:rsidR="00406A6F" w:rsidRPr="00406A6F" w14:paraId="7C31E173" w14:textId="77777777" w:rsidTr="00406A6F">
        <w:tc>
          <w:tcPr>
            <w:tcW w:w="534" w:type="dxa"/>
          </w:tcPr>
          <w:p w14:paraId="3BC93EDF" w14:textId="77777777" w:rsidR="00406A6F" w:rsidRPr="00406A6F" w:rsidRDefault="00406A6F" w:rsidP="00406A6F">
            <w:pPr>
              <w:rPr>
                <w:sz w:val="20"/>
                <w:szCs w:val="20"/>
              </w:rPr>
            </w:pPr>
            <w:r w:rsidRPr="00406A6F">
              <w:rPr>
                <w:rFonts w:cs="Shruti"/>
                <w:sz w:val="20"/>
                <w:szCs w:val="20"/>
                <w:cs/>
                <w:lang w:bidi="gu-IN"/>
              </w:rPr>
              <w:t>૪</w:t>
            </w:r>
          </w:p>
        </w:tc>
        <w:tc>
          <w:tcPr>
            <w:tcW w:w="3786" w:type="dxa"/>
          </w:tcPr>
          <w:p w14:paraId="327DCAB4" w14:textId="77777777" w:rsidR="00406A6F" w:rsidRPr="00406A6F" w:rsidRDefault="00406A6F" w:rsidP="00406A6F">
            <w:pPr>
              <w:rPr>
                <w:sz w:val="20"/>
                <w:szCs w:val="20"/>
              </w:rPr>
            </w:pPr>
            <w:r w:rsidRPr="00406A6F">
              <w:rPr>
                <w:rFonts w:cs="Shruti"/>
                <w:sz w:val="20"/>
                <w:szCs w:val="20"/>
                <w:cs/>
                <w:lang w:bidi="gu-IN"/>
              </w:rPr>
              <w:t>વાલી</w:t>
            </w:r>
            <w:r w:rsidRPr="00406A6F">
              <w:rPr>
                <w:sz w:val="20"/>
                <w:szCs w:val="20"/>
              </w:rPr>
              <w:t xml:space="preserve"> </w:t>
            </w:r>
            <w:r w:rsidRPr="00406A6F">
              <w:rPr>
                <w:rFonts w:cs="Shruti"/>
                <w:sz w:val="20"/>
                <w:szCs w:val="20"/>
                <w:cs/>
                <w:lang w:bidi="gu-IN"/>
              </w:rPr>
              <w:t>સંપર્ક</w:t>
            </w:r>
            <w:r w:rsidRPr="00406A6F">
              <w:rPr>
                <w:sz w:val="20"/>
                <w:szCs w:val="20"/>
              </w:rPr>
              <w:t xml:space="preserve"> </w:t>
            </w:r>
            <w:r w:rsidRPr="00406A6F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406A6F">
              <w:rPr>
                <w:sz w:val="20"/>
                <w:szCs w:val="20"/>
              </w:rPr>
              <w:t xml:space="preserve"> </w:t>
            </w:r>
            <w:r w:rsidRPr="00406A6F">
              <w:rPr>
                <w:rFonts w:cs="Shruti"/>
                <w:sz w:val="20"/>
                <w:szCs w:val="20"/>
                <w:cs/>
                <w:lang w:bidi="gu-IN"/>
              </w:rPr>
              <w:t>માર્ગદર્શન</w:t>
            </w:r>
            <w:r w:rsidRPr="00406A6F">
              <w:rPr>
                <w:sz w:val="20"/>
                <w:szCs w:val="20"/>
              </w:rPr>
              <w:t xml:space="preserve"> (SMC </w:t>
            </w:r>
            <w:r w:rsidRPr="00406A6F">
              <w:rPr>
                <w:rFonts w:cs="Shruti"/>
                <w:sz w:val="20"/>
                <w:szCs w:val="20"/>
                <w:cs/>
                <w:lang w:bidi="gu-IN"/>
              </w:rPr>
              <w:t>બેઠક</w:t>
            </w:r>
            <w:r w:rsidRPr="00406A6F">
              <w:rPr>
                <w:sz w:val="20"/>
                <w:szCs w:val="20"/>
              </w:rPr>
              <w:t>)</w:t>
            </w:r>
          </w:p>
        </w:tc>
        <w:tc>
          <w:tcPr>
            <w:tcW w:w="2160" w:type="dxa"/>
          </w:tcPr>
          <w:p w14:paraId="1ED61F21" w14:textId="77777777" w:rsidR="00406A6F" w:rsidRPr="00406A6F" w:rsidRDefault="00406A6F" w:rsidP="00406A6F">
            <w:pPr>
              <w:rPr>
                <w:sz w:val="20"/>
                <w:szCs w:val="20"/>
              </w:rPr>
            </w:pPr>
            <w:r w:rsidRPr="00406A6F">
              <w:rPr>
                <w:rFonts w:cs="Shruti"/>
                <w:sz w:val="20"/>
                <w:szCs w:val="20"/>
                <w:cs/>
                <w:lang w:bidi="gu-IN"/>
              </w:rPr>
              <w:t>વાલીઓ</w:t>
            </w:r>
            <w:r w:rsidRPr="00406A6F">
              <w:rPr>
                <w:sz w:val="20"/>
                <w:szCs w:val="20"/>
              </w:rPr>
              <w:t xml:space="preserve"> </w:t>
            </w:r>
            <w:r w:rsidRPr="00406A6F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406A6F">
              <w:rPr>
                <w:sz w:val="20"/>
                <w:szCs w:val="20"/>
              </w:rPr>
              <w:t xml:space="preserve"> </w:t>
            </w:r>
            <w:r w:rsidRPr="00406A6F">
              <w:rPr>
                <w:rFonts w:cs="Shruti"/>
                <w:sz w:val="20"/>
                <w:szCs w:val="20"/>
                <w:cs/>
                <w:lang w:bidi="gu-IN"/>
              </w:rPr>
              <w:t>સમુદાય</w:t>
            </w:r>
          </w:p>
        </w:tc>
        <w:tc>
          <w:tcPr>
            <w:tcW w:w="2984" w:type="dxa"/>
          </w:tcPr>
          <w:p w14:paraId="1774F042" w14:textId="77777777" w:rsidR="00406A6F" w:rsidRPr="00406A6F" w:rsidRDefault="00406A6F" w:rsidP="00406A6F">
            <w:pPr>
              <w:rPr>
                <w:sz w:val="20"/>
                <w:szCs w:val="20"/>
              </w:rPr>
            </w:pPr>
            <w:r w:rsidRPr="00406A6F">
              <w:rPr>
                <w:rFonts w:cs="Shruti"/>
                <w:sz w:val="20"/>
                <w:szCs w:val="20"/>
                <w:cs/>
                <w:lang w:bidi="gu-IN"/>
              </w:rPr>
              <w:t>માસિક</w:t>
            </w:r>
            <w:r w:rsidRPr="00406A6F">
              <w:rPr>
                <w:sz w:val="20"/>
                <w:szCs w:val="20"/>
              </w:rPr>
              <w:t xml:space="preserve"> SMC </w:t>
            </w:r>
            <w:r w:rsidRPr="00406A6F">
              <w:rPr>
                <w:rFonts w:cs="Shruti"/>
                <w:sz w:val="20"/>
                <w:szCs w:val="20"/>
                <w:cs/>
                <w:lang w:bidi="gu-IN"/>
              </w:rPr>
              <w:t>બેઠકમાં</w:t>
            </w:r>
          </w:p>
        </w:tc>
      </w:tr>
    </w:tbl>
    <w:p w14:paraId="20A2F1F0" w14:textId="77777777" w:rsidR="00406A6F" w:rsidRDefault="00406A6F" w:rsidP="00406A6F">
      <w:pPr>
        <w:spacing w:after="0" w:line="240" w:lineRule="auto"/>
        <w:rPr>
          <w:rFonts w:cs="Shruti"/>
          <w:b/>
          <w:sz w:val="20"/>
          <w:szCs w:val="20"/>
          <w:lang w:bidi="gu-IN"/>
        </w:rPr>
      </w:pPr>
      <w:r w:rsidRPr="00406A6F">
        <w:rPr>
          <w:rFonts w:cs="Shruti"/>
          <w:b/>
          <w:bCs/>
          <w:sz w:val="20"/>
          <w:szCs w:val="20"/>
          <w:cs/>
          <w:lang w:bidi="gu-IN"/>
        </w:rPr>
        <w:t>નિષ્કર્ષ</w:t>
      </w:r>
      <w:r w:rsidRPr="00406A6F">
        <w:rPr>
          <w:b/>
          <w:sz w:val="20"/>
          <w:szCs w:val="20"/>
        </w:rPr>
        <w:t xml:space="preserve">: </w:t>
      </w:r>
      <w:r w:rsidRPr="00406A6F">
        <w:rPr>
          <w:rFonts w:cs="Shruti"/>
          <w:b/>
          <w:bCs/>
          <w:sz w:val="20"/>
          <w:szCs w:val="20"/>
          <w:cs/>
          <w:lang w:bidi="gu-IN"/>
        </w:rPr>
        <w:t>શાળાના</w:t>
      </w:r>
      <w:r w:rsidRPr="00406A6F">
        <w:rPr>
          <w:b/>
          <w:sz w:val="20"/>
          <w:szCs w:val="20"/>
        </w:rPr>
        <w:t xml:space="preserve"> </w:t>
      </w:r>
      <w:r w:rsidRPr="00406A6F">
        <w:rPr>
          <w:rFonts w:cs="Shruti"/>
          <w:b/>
          <w:bCs/>
          <w:sz w:val="20"/>
          <w:szCs w:val="20"/>
          <w:cs/>
          <w:lang w:bidi="gu-IN"/>
        </w:rPr>
        <w:t>આયોજનબદ્ધ</w:t>
      </w:r>
      <w:r w:rsidRPr="00406A6F">
        <w:rPr>
          <w:b/>
          <w:sz w:val="20"/>
          <w:szCs w:val="20"/>
        </w:rPr>
        <w:t xml:space="preserve"> </w:t>
      </w:r>
      <w:r w:rsidRPr="00406A6F">
        <w:rPr>
          <w:rFonts w:cs="Shruti"/>
          <w:b/>
          <w:bCs/>
          <w:sz w:val="20"/>
          <w:szCs w:val="20"/>
          <w:cs/>
          <w:lang w:bidi="gu-IN"/>
        </w:rPr>
        <w:t>પ્રયાસોથી</w:t>
      </w:r>
      <w:r w:rsidRPr="00406A6F">
        <w:rPr>
          <w:b/>
          <w:sz w:val="20"/>
          <w:szCs w:val="20"/>
        </w:rPr>
        <w:t xml:space="preserve"> </w:t>
      </w:r>
      <w:r w:rsidRPr="00406A6F">
        <w:rPr>
          <w:rFonts w:cs="Shruti"/>
          <w:b/>
          <w:bCs/>
          <w:sz w:val="20"/>
          <w:szCs w:val="20"/>
          <w:cs/>
          <w:lang w:bidi="gu-IN"/>
        </w:rPr>
        <w:t>શિક્ષકો</w:t>
      </w:r>
      <w:r w:rsidRPr="00406A6F">
        <w:rPr>
          <w:b/>
          <w:sz w:val="20"/>
          <w:szCs w:val="20"/>
        </w:rPr>
        <w:t xml:space="preserve"> </w:t>
      </w:r>
      <w:r w:rsidRPr="00406A6F">
        <w:rPr>
          <w:rFonts w:cs="Shruti"/>
          <w:b/>
          <w:bCs/>
          <w:sz w:val="20"/>
          <w:szCs w:val="20"/>
          <w:cs/>
          <w:lang w:bidi="gu-IN"/>
        </w:rPr>
        <w:t>અને</w:t>
      </w:r>
      <w:r w:rsidRPr="00406A6F">
        <w:rPr>
          <w:b/>
          <w:sz w:val="20"/>
          <w:szCs w:val="20"/>
        </w:rPr>
        <w:t xml:space="preserve"> </w:t>
      </w:r>
      <w:r w:rsidRPr="00406A6F">
        <w:rPr>
          <w:rFonts w:cs="Shruti"/>
          <w:b/>
          <w:bCs/>
          <w:sz w:val="20"/>
          <w:szCs w:val="20"/>
          <w:cs/>
          <w:lang w:bidi="gu-IN"/>
        </w:rPr>
        <w:t>વિદ્યાર્થીઓમાં</w:t>
      </w:r>
      <w:r w:rsidRPr="00406A6F">
        <w:rPr>
          <w:b/>
          <w:sz w:val="20"/>
          <w:szCs w:val="20"/>
        </w:rPr>
        <w:t xml:space="preserve"> </w:t>
      </w:r>
      <w:r w:rsidRPr="00406A6F">
        <w:rPr>
          <w:rFonts w:cs="Shruti"/>
          <w:b/>
          <w:bCs/>
          <w:sz w:val="20"/>
          <w:szCs w:val="20"/>
          <w:cs/>
          <w:lang w:bidi="gu-IN"/>
        </w:rPr>
        <w:t>સર્વેક્ષણ</w:t>
      </w:r>
      <w:r w:rsidRPr="00406A6F">
        <w:rPr>
          <w:b/>
          <w:sz w:val="20"/>
          <w:szCs w:val="20"/>
        </w:rPr>
        <w:t xml:space="preserve"> </w:t>
      </w:r>
      <w:r w:rsidRPr="00406A6F">
        <w:rPr>
          <w:rFonts w:cs="Shruti"/>
          <w:b/>
          <w:bCs/>
          <w:sz w:val="20"/>
          <w:szCs w:val="20"/>
          <w:cs/>
          <w:lang w:bidi="gu-IN"/>
        </w:rPr>
        <w:t>પ્રત્યેની</w:t>
      </w:r>
      <w:r w:rsidRPr="00406A6F">
        <w:rPr>
          <w:b/>
          <w:sz w:val="20"/>
          <w:szCs w:val="20"/>
        </w:rPr>
        <w:t xml:space="preserve"> </w:t>
      </w:r>
      <w:r w:rsidRPr="00406A6F">
        <w:rPr>
          <w:rFonts w:cs="Shruti"/>
          <w:b/>
          <w:bCs/>
          <w:sz w:val="20"/>
          <w:szCs w:val="20"/>
          <w:cs/>
          <w:lang w:bidi="gu-IN"/>
        </w:rPr>
        <w:t>જાગૃતિ</w:t>
      </w:r>
      <w:r w:rsidRPr="00406A6F">
        <w:rPr>
          <w:b/>
          <w:sz w:val="20"/>
          <w:szCs w:val="20"/>
        </w:rPr>
        <w:t xml:space="preserve"> </w:t>
      </w:r>
      <w:r w:rsidRPr="00406A6F">
        <w:rPr>
          <w:rFonts w:cs="Shruti"/>
          <w:b/>
          <w:bCs/>
          <w:sz w:val="20"/>
          <w:szCs w:val="20"/>
          <w:cs/>
          <w:lang w:bidi="gu-IN"/>
        </w:rPr>
        <w:t>અને</w:t>
      </w:r>
      <w:r w:rsidRPr="00406A6F">
        <w:rPr>
          <w:b/>
          <w:sz w:val="20"/>
          <w:szCs w:val="20"/>
        </w:rPr>
        <w:t xml:space="preserve"> </w:t>
      </w:r>
      <w:r w:rsidRPr="00406A6F">
        <w:rPr>
          <w:rFonts w:cs="Shruti"/>
          <w:b/>
          <w:bCs/>
          <w:sz w:val="20"/>
          <w:szCs w:val="20"/>
          <w:cs/>
          <w:lang w:bidi="gu-IN"/>
        </w:rPr>
        <w:t>આત્મવિશ્વાસમાં</w:t>
      </w:r>
      <w:r w:rsidRPr="00406A6F">
        <w:rPr>
          <w:b/>
          <w:sz w:val="20"/>
          <w:szCs w:val="20"/>
        </w:rPr>
        <w:t xml:space="preserve"> </w:t>
      </w:r>
      <w:r w:rsidRPr="00406A6F">
        <w:rPr>
          <w:rFonts w:cs="Shruti"/>
          <w:b/>
          <w:bCs/>
          <w:sz w:val="20"/>
          <w:szCs w:val="20"/>
          <w:cs/>
          <w:lang w:bidi="gu-IN"/>
        </w:rPr>
        <w:t>વધારો</w:t>
      </w:r>
      <w:r w:rsidRPr="00406A6F">
        <w:rPr>
          <w:b/>
          <w:sz w:val="20"/>
          <w:szCs w:val="20"/>
        </w:rPr>
        <w:t xml:space="preserve"> </w:t>
      </w:r>
      <w:r w:rsidRPr="00406A6F">
        <w:rPr>
          <w:rFonts w:cs="Shruti"/>
          <w:b/>
          <w:bCs/>
          <w:sz w:val="20"/>
          <w:szCs w:val="20"/>
          <w:cs/>
          <w:lang w:bidi="gu-IN"/>
        </w:rPr>
        <w:t>થયો</w:t>
      </w:r>
      <w:r w:rsidRPr="00406A6F">
        <w:rPr>
          <w:b/>
          <w:sz w:val="20"/>
          <w:szCs w:val="20"/>
        </w:rPr>
        <w:t xml:space="preserve"> </w:t>
      </w:r>
      <w:r w:rsidRPr="00406A6F">
        <w:rPr>
          <w:rFonts w:cs="Shruti"/>
          <w:b/>
          <w:bCs/>
          <w:sz w:val="20"/>
          <w:szCs w:val="20"/>
          <w:cs/>
          <w:lang w:bidi="gu-IN"/>
        </w:rPr>
        <w:t>છે</w:t>
      </w:r>
      <w:r w:rsidRPr="00406A6F">
        <w:rPr>
          <w:b/>
          <w:sz w:val="20"/>
          <w:szCs w:val="20"/>
        </w:rPr>
        <w:t xml:space="preserve">, </w:t>
      </w:r>
      <w:r w:rsidRPr="00406A6F">
        <w:rPr>
          <w:rFonts w:cs="Shruti"/>
          <w:b/>
          <w:bCs/>
          <w:sz w:val="20"/>
          <w:szCs w:val="20"/>
          <w:cs/>
          <w:lang w:bidi="gu-IN"/>
        </w:rPr>
        <w:t>જે</w:t>
      </w:r>
      <w:r w:rsidRPr="00406A6F">
        <w:rPr>
          <w:b/>
          <w:sz w:val="20"/>
          <w:szCs w:val="20"/>
        </w:rPr>
        <w:t xml:space="preserve"> </w:t>
      </w:r>
      <w:r w:rsidRPr="00406A6F">
        <w:rPr>
          <w:rFonts w:cs="Shruti"/>
          <w:b/>
          <w:bCs/>
          <w:sz w:val="20"/>
          <w:szCs w:val="20"/>
          <w:cs/>
          <w:lang w:bidi="gu-IN"/>
        </w:rPr>
        <w:t>ગુણવત્તાયુક્ત</w:t>
      </w:r>
      <w:r w:rsidRPr="00406A6F">
        <w:rPr>
          <w:b/>
          <w:sz w:val="20"/>
          <w:szCs w:val="20"/>
        </w:rPr>
        <w:t xml:space="preserve"> </w:t>
      </w:r>
      <w:r w:rsidRPr="00406A6F">
        <w:rPr>
          <w:rFonts w:cs="Shruti"/>
          <w:b/>
          <w:bCs/>
          <w:sz w:val="20"/>
          <w:szCs w:val="20"/>
          <w:cs/>
          <w:lang w:bidi="gu-IN"/>
        </w:rPr>
        <w:t>શિક્ષણની</w:t>
      </w:r>
      <w:r w:rsidRPr="00406A6F">
        <w:rPr>
          <w:b/>
          <w:sz w:val="20"/>
          <w:szCs w:val="20"/>
        </w:rPr>
        <w:t xml:space="preserve"> </w:t>
      </w:r>
      <w:r w:rsidRPr="00406A6F">
        <w:rPr>
          <w:rFonts w:cs="Shruti"/>
          <w:b/>
          <w:bCs/>
          <w:sz w:val="20"/>
          <w:szCs w:val="20"/>
          <w:cs/>
          <w:lang w:bidi="gu-IN"/>
        </w:rPr>
        <w:t>દિશામાં</w:t>
      </w:r>
      <w:r w:rsidRPr="00406A6F">
        <w:rPr>
          <w:b/>
          <w:sz w:val="20"/>
          <w:szCs w:val="20"/>
        </w:rPr>
        <w:t xml:space="preserve"> </w:t>
      </w:r>
      <w:r w:rsidRPr="00406A6F">
        <w:rPr>
          <w:rFonts w:cs="Shruti"/>
          <w:b/>
          <w:bCs/>
          <w:sz w:val="20"/>
          <w:szCs w:val="20"/>
          <w:cs/>
          <w:lang w:bidi="gu-IN"/>
        </w:rPr>
        <w:t>હકારાત્મક</w:t>
      </w:r>
      <w:r w:rsidRPr="00406A6F">
        <w:rPr>
          <w:b/>
          <w:sz w:val="20"/>
          <w:szCs w:val="20"/>
        </w:rPr>
        <w:t xml:space="preserve"> </w:t>
      </w:r>
      <w:r w:rsidRPr="00406A6F">
        <w:rPr>
          <w:rFonts w:cs="Shruti"/>
          <w:b/>
          <w:bCs/>
          <w:sz w:val="20"/>
          <w:szCs w:val="20"/>
          <w:cs/>
          <w:lang w:bidi="gu-IN"/>
        </w:rPr>
        <w:t>પગલું</w:t>
      </w:r>
      <w:r w:rsidRPr="00406A6F">
        <w:rPr>
          <w:b/>
          <w:sz w:val="20"/>
          <w:szCs w:val="20"/>
        </w:rPr>
        <w:t xml:space="preserve"> </w:t>
      </w:r>
      <w:r w:rsidRPr="00406A6F">
        <w:rPr>
          <w:rFonts w:cs="Shruti"/>
          <w:b/>
          <w:bCs/>
          <w:sz w:val="20"/>
          <w:szCs w:val="20"/>
          <w:cs/>
          <w:lang w:bidi="gu-IN"/>
        </w:rPr>
        <w:t>છે</w:t>
      </w:r>
      <w:r w:rsidRPr="00406A6F">
        <w:rPr>
          <w:b/>
          <w:sz w:val="20"/>
          <w:szCs w:val="20"/>
        </w:rPr>
        <w:t>.</w:t>
      </w:r>
    </w:p>
    <w:p w14:paraId="26285317" w14:textId="77777777" w:rsidR="005F3EC2" w:rsidRPr="005F3EC2" w:rsidRDefault="005F3EC2" w:rsidP="00406A6F">
      <w:pPr>
        <w:spacing w:after="0" w:line="240" w:lineRule="auto"/>
        <w:rPr>
          <w:rFonts w:cs="Shruti"/>
          <w:sz w:val="20"/>
          <w:szCs w:val="20"/>
          <w:cs/>
          <w:lang w:bidi="gu-I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406A6F" w:rsidRPr="00406A6F" w14:paraId="703EDA9E" w14:textId="77777777" w:rsidTr="00F37DAD">
        <w:tc>
          <w:tcPr>
            <w:tcW w:w="4320" w:type="dxa"/>
          </w:tcPr>
          <w:p w14:paraId="298146E8" w14:textId="56EEF30F" w:rsidR="00B606DB" w:rsidRDefault="00406A6F" w:rsidP="005F3EC2">
            <w:pPr>
              <w:spacing w:after="0" w:line="240" w:lineRule="auto"/>
              <w:rPr>
                <w:rFonts w:cs="Shruti"/>
                <w:sz w:val="20"/>
                <w:szCs w:val="20"/>
                <w:lang w:bidi="gu-IN"/>
              </w:rPr>
            </w:pPr>
            <w:r w:rsidRPr="00406A6F">
              <w:rPr>
                <w:rFonts w:cs="Shruti"/>
                <w:sz w:val="20"/>
                <w:szCs w:val="20"/>
                <w:cs/>
                <w:lang w:bidi="gu-IN"/>
              </w:rPr>
              <w:t>સ્થળ</w:t>
            </w:r>
            <w:r w:rsidRPr="00406A6F">
              <w:rPr>
                <w:sz w:val="20"/>
                <w:szCs w:val="20"/>
              </w:rPr>
              <w:t>:</w:t>
            </w:r>
            <w:r w:rsidR="00F56B31">
              <w:rPr>
                <w:rFonts w:cs="Shruti" w:hint="cs"/>
                <w:cs/>
                <w:lang w:bidi="gu-IN"/>
              </w:rPr>
              <w:t xml:space="preserve"> </w:t>
            </w:r>
            <w:r w:rsidR="008E13CA">
              <w:rPr>
                <w:rFonts w:cs="Shruti" w:hint="cs"/>
                <w:cs/>
                <w:lang w:bidi="gu-IN"/>
              </w:rPr>
              <w:t xml:space="preserve">ઢાંકણ્રીયાવાસ પ્રાથમિક શાળા </w:t>
            </w:r>
            <w:r w:rsidRPr="00406A6F">
              <w:rPr>
                <w:sz w:val="20"/>
                <w:szCs w:val="20"/>
              </w:rPr>
              <w:br/>
            </w:r>
            <w:r w:rsidR="005F3EC2" w:rsidRPr="00A052A9">
              <w:rPr>
                <w:rFonts w:cs="Shruti"/>
                <w:sz w:val="20"/>
                <w:szCs w:val="20"/>
                <w:cs/>
                <w:lang w:bidi="gu-IN"/>
              </w:rPr>
              <w:t>તારીખ</w:t>
            </w:r>
            <w:r w:rsidR="005F3EC2" w:rsidRPr="00A052A9">
              <w:rPr>
                <w:sz w:val="20"/>
                <w:szCs w:val="20"/>
              </w:rPr>
              <w:t xml:space="preserve">:       </w:t>
            </w:r>
            <w:r w:rsidR="00B606DB">
              <w:rPr>
                <w:rFonts w:cs="Shruti" w:hint="cs"/>
                <w:sz w:val="20"/>
                <w:szCs w:val="20"/>
                <w:cs/>
                <w:lang w:bidi="gu-IN"/>
              </w:rPr>
              <w:t xml:space="preserve">     </w:t>
            </w:r>
          </w:p>
          <w:p w14:paraId="5F8A0A78" w14:textId="77777777" w:rsidR="00B606DB" w:rsidRPr="00B606DB" w:rsidRDefault="00B606DB" w:rsidP="00B606DB">
            <w:pPr>
              <w:spacing w:after="0" w:line="240" w:lineRule="auto"/>
              <w:rPr>
                <w:rFonts w:cs="Shruti"/>
                <w:sz w:val="20"/>
                <w:szCs w:val="20"/>
                <w:lang w:bidi="gu-IN"/>
              </w:rPr>
            </w:pPr>
            <w:r>
              <w:rPr>
                <w:rFonts w:cs="Shruti" w:hint="cs"/>
                <w:sz w:val="20"/>
                <w:szCs w:val="20"/>
                <w:cs/>
                <w:lang w:bidi="gu-IN"/>
              </w:rPr>
              <w:t xml:space="preserve">     </w:t>
            </w:r>
          </w:p>
        </w:tc>
        <w:tc>
          <w:tcPr>
            <w:tcW w:w="4320" w:type="dxa"/>
          </w:tcPr>
          <w:p w14:paraId="4DC095C7" w14:textId="77777777" w:rsidR="00406A6F" w:rsidRPr="00406A6F" w:rsidRDefault="00406A6F" w:rsidP="005F3EC2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406A6F">
              <w:rPr>
                <w:rFonts w:cs="Shruti"/>
                <w:sz w:val="20"/>
                <w:szCs w:val="20"/>
                <w:cs/>
                <w:lang w:bidi="gu-IN"/>
              </w:rPr>
              <w:t>આચાર્યશ્રીની</w:t>
            </w:r>
            <w:r w:rsidRPr="00406A6F">
              <w:rPr>
                <w:sz w:val="20"/>
                <w:szCs w:val="20"/>
              </w:rPr>
              <w:t xml:space="preserve"> </w:t>
            </w:r>
            <w:r w:rsidRPr="00406A6F">
              <w:rPr>
                <w:rFonts w:cs="Shruti"/>
                <w:sz w:val="20"/>
                <w:szCs w:val="20"/>
                <w:cs/>
                <w:lang w:bidi="gu-IN"/>
              </w:rPr>
              <w:t>સહી</w:t>
            </w:r>
            <w:r w:rsidRPr="00406A6F">
              <w:rPr>
                <w:sz w:val="20"/>
                <w:szCs w:val="20"/>
              </w:rPr>
              <w:t xml:space="preserve"> </w:t>
            </w:r>
            <w:r w:rsidRPr="00406A6F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406A6F">
              <w:rPr>
                <w:sz w:val="20"/>
                <w:szCs w:val="20"/>
              </w:rPr>
              <w:t xml:space="preserve"> </w:t>
            </w:r>
            <w:r w:rsidRPr="00406A6F">
              <w:rPr>
                <w:rFonts w:cs="Shruti"/>
                <w:sz w:val="20"/>
                <w:szCs w:val="20"/>
                <w:cs/>
                <w:lang w:bidi="gu-IN"/>
              </w:rPr>
              <w:t>સિક્કો</w:t>
            </w:r>
            <w:r w:rsidRPr="00406A6F">
              <w:rPr>
                <w:sz w:val="20"/>
                <w:szCs w:val="20"/>
              </w:rPr>
              <w:br/>
            </w:r>
            <w:r w:rsidRPr="00406A6F">
              <w:rPr>
                <w:sz w:val="20"/>
                <w:szCs w:val="20"/>
              </w:rPr>
              <w:br/>
            </w:r>
          </w:p>
        </w:tc>
      </w:tr>
    </w:tbl>
    <w:p w14:paraId="4C846004" w14:textId="4D74A919" w:rsidR="00B36C4E" w:rsidRDefault="002546D1" w:rsidP="0003495A">
      <w:pPr>
        <w:spacing w:after="0" w:line="240" w:lineRule="auto"/>
        <w:rPr>
          <w:rFonts w:cs="Shruti"/>
          <w:b/>
          <w:u w:val="single"/>
          <w:lang w:val="en-IN" w:bidi="gu-IN"/>
        </w:rPr>
      </w:pPr>
      <w:r>
        <w:rPr>
          <w:rFonts w:cs="Shruti" w:hint="cs"/>
          <w:sz w:val="28"/>
          <w:szCs w:val="28"/>
          <w:u w:val="single"/>
          <w:cs/>
          <w:lang w:bidi="gu-IN"/>
        </w:rPr>
        <w:lastRenderedPageBreak/>
        <w:t>ઢાંકણ્રીયાવાસ પ્રાથમિક શાળા તા- લાખણી જિલ્લો - વાવ-થરાદ ડાયસ કોડ: 24021300207</w:t>
      </w:r>
    </w:p>
    <w:p w14:paraId="145DF182" w14:textId="77777777" w:rsidR="00B606DB" w:rsidRDefault="00B606DB" w:rsidP="00B606DB">
      <w:pPr>
        <w:pStyle w:val="Heading1"/>
      </w:pPr>
      <w:r>
        <w:rPr>
          <w:rFonts w:cs="Shruti"/>
          <w:cs/>
          <w:lang w:bidi="gu-IN"/>
        </w:rPr>
        <w:t>રાષ્ટ્રીય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રાજ્ય</w:t>
      </w:r>
      <w:r>
        <w:t xml:space="preserve"> </w:t>
      </w:r>
      <w:r>
        <w:rPr>
          <w:rFonts w:cs="Shruti"/>
          <w:cs/>
          <w:lang w:bidi="gu-IN"/>
        </w:rPr>
        <w:t>કક્ષાના</w:t>
      </w:r>
      <w:r>
        <w:t xml:space="preserve"> </w:t>
      </w:r>
      <w:r>
        <w:rPr>
          <w:rFonts w:cs="Shruti"/>
          <w:cs/>
          <w:lang w:bidi="gu-IN"/>
        </w:rPr>
        <w:t>સિદ્ધિ</w:t>
      </w:r>
      <w:r>
        <w:t xml:space="preserve"> </w:t>
      </w:r>
      <w:r>
        <w:rPr>
          <w:rFonts w:cs="Shruti"/>
          <w:cs/>
          <w:lang w:bidi="gu-IN"/>
        </w:rPr>
        <w:t>સર્વેક્ષણ</w:t>
      </w:r>
      <w:r>
        <w:t xml:space="preserve"> (NAS/SAS) </w:t>
      </w:r>
      <w:r>
        <w:rPr>
          <w:rFonts w:cs="Shruti"/>
          <w:cs/>
          <w:lang w:bidi="gu-IN"/>
        </w:rPr>
        <w:t>ના</w:t>
      </w:r>
      <w:r>
        <w:t xml:space="preserve"> </w:t>
      </w:r>
      <w:r>
        <w:rPr>
          <w:rFonts w:cs="Shruti"/>
          <w:cs/>
          <w:lang w:bidi="gu-IN"/>
        </w:rPr>
        <w:t>પરિણામ</w:t>
      </w:r>
      <w:r>
        <w:t xml:space="preserve"> </w:t>
      </w:r>
      <w:r>
        <w:rPr>
          <w:rFonts w:cs="Shruti"/>
          <w:cs/>
          <w:lang w:bidi="gu-IN"/>
        </w:rPr>
        <w:t>આધારિત</w:t>
      </w:r>
      <w:r>
        <w:t xml:space="preserve"> </w:t>
      </w:r>
      <w:r>
        <w:rPr>
          <w:rFonts w:cs="Shruti"/>
          <w:cs/>
          <w:lang w:bidi="gu-IN"/>
        </w:rPr>
        <w:t>અનુકાર્યનો</w:t>
      </w:r>
      <w:r>
        <w:t xml:space="preserve"> </w:t>
      </w:r>
      <w:r>
        <w:rPr>
          <w:rFonts w:cs="Shruti"/>
          <w:cs/>
          <w:lang w:bidi="gu-IN"/>
        </w:rPr>
        <w:t>અહેવાલ</w:t>
      </w:r>
    </w:p>
    <w:p w14:paraId="7306B7A7" w14:textId="77777777" w:rsidR="00B606DB" w:rsidRPr="00B606DB" w:rsidRDefault="00B606DB" w:rsidP="00B606DB">
      <w:pPr>
        <w:rPr>
          <w:rFonts w:cs="Shruti"/>
          <w:sz w:val="20"/>
          <w:szCs w:val="20"/>
          <w:lang w:bidi="gu-IN"/>
        </w:rPr>
      </w:pPr>
      <w:r w:rsidRPr="00B606DB">
        <w:rPr>
          <w:rFonts w:cs="Shruti"/>
          <w:sz w:val="20"/>
          <w:szCs w:val="20"/>
          <w:cs/>
          <w:lang w:bidi="gu-IN"/>
        </w:rPr>
        <w:t>ગુણોત્સવ</w:t>
      </w:r>
      <w:r w:rsidRPr="00B606DB">
        <w:rPr>
          <w:sz w:val="20"/>
          <w:szCs w:val="20"/>
        </w:rPr>
        <w:t xml:space="preserve"> </w:t>
      </w:r>
      <w:r w:rsidRPr="00B606DB">
        <w:rPr>
          <w:rFonts w:cs="Shruti"/>
          <w:sz w:val="20"/>
          <w:szCs w:val="20"/>
          <w:cs/>
          <w:lang w:bidi="gu-IN"/>
        </w:rPr>
        <w:t>૨</w:t>
      </w:r>
      <w:r w:rsidRPr="00B606DB">
        <w:rPr>
          <w:sz w:val="20"/>
          <w:szCs w:val="20"/>
        </w:rPr>
        <w:t>.</w:t>
      </w:r>
      <w:r w:rsidRPr="00B606DB">
        <w:rPr>
          <w:rFonts w:cs="Shruti"/>
          <w:sz w:val="20"/>
          <w:szCs w:val="20"/>
          <w:cs/>
          <w:lang w:bidi="gu-IN"/>
        </w:rPr>
        <w:t>૦</w:t>
      </w:r>
      <w:r w:rsidRPr="00B606DB">
        <w:rPr>
          <w:sz w:val="20"/>
          <w:szCs w:val="20"/>
        </w:rPr>
        <w:t xml:space="preserve"> </w:t>
      </w:r>
      <w:r w:rsidRPr="00B606DB">
        <w:rPr>
          <w:rFonts w:cs="Shruti"/>
          <w:sz w:val="20"/>
          <w:szCs w:val="20"/>
          <w:cs/>
          <w:lang w:bidi="gu-IN"/>
        </w:rPr>
        <w:t>ના</w:t>
      </w:r>
      <w:r w:rsidRPr="00B606DB">
        <w:rPr>
          <w:sz w:val="20"/>
          <w:szCs w:val="20"/>
        </w:rPr>
        <w:t xml:space="preserve"> </w:t>
      </w:r>
      <w:r w:rsidRPr="00B606DB">
        <w:rPr>
          <w:rFonts w:cs="Shruti"/>
          <w:sz w:val="20"/>
          <w:szCs w:val="20"/>
          <w:cs/>
          <w:lang w:bidi="gu-IN"/>
        </w:rPr>
        <w:t>માપદંડો</w:t>
      </w:r>
      <w:r w:rsidRPr="00B606DB">
        <w:rPr>
          <w:sz w:val="20"/>
          <w:szCs w:val="20"/>
        </w:rPr>
        <w:t xml:space="preserve"> </w:t>
      </w:r>
      <w:r w:rsidRPr="00B606DB">
        <w:rPr>
          <w:rFonts w:cs="Shruti"/>
          <w:sz w:val="20"/>
          <w:szCs w:val="20"/>
          <w:cs/>
          <w:lang w:bidi="gu-IN"/>
        </w:rPr>
        <w:t>અંતર્ગત</w:t>
      </w:r>
      <w:r w:rsidRPr="00B606DB">
        <w:rPr>
          <w:sz w:val="20"/>
          <w:szCs w:val="20"/>
        </w:rPr>
        <w:t xml:space="preserve">, </w:t>
      </w:r>
      <w:r w:rsidRPr="00B606DB">
        <w:rPr>
          <w:rFonts w:cs="Shruti"/>
          <w:sz w:val="20"/>
          <w:szCs w:val="20"/>
          <w:cs/>
          <w:lang w:bidi="gu-IN"/>
        </w:rPr>
        <w:t>રાષ્ટ્રીય</w:t>
      </w:r>
      <w:r w:rsidRPr="00B606DB">
        <w:rPr>
          <w:sz w:val="20"/>
          <w:szCs w:val="20"/>
        </w:rPr>
        <w:t xml:space="preserve"> </w:t>
      </w:r>
      <w:r w:rsidRPr="00B606DB">
        <w:rPr>
          <w:rFonts w:cs="Shruti"/>
          <w:sz w:val="20"/>
          <w:szCs w:val="20"/>
          <w:cs/>
          <w:lang w:bidi="gu-IN"/>
        </w:rPr>
        <w:t>સિદ્ધિ</w:t>
      </w:r>
      <w:r w:rsidRPr="00B606DB">
        <w:rPr>
          <w:sz w:val="20"/>
          <w:szCs w:val="20"/>
        </w:rPr>
        <w:t xml:space="preserve"> </w:t>
      </w:r>
      <w:r w:rsidRPr="00B606DB">
        <w:rPr>
          <w:rFonts w:cs="Shruti"/>
          <w:sz w:val="20"/>
          <w:szCs w:val="20"/>
          <w:cs/>
          <w:lang w:bidi="gu-IN"/>
        </w:rPr>
        <w:t>સર્વેક્ષણ</w:t>
      </w:r>
      <w:r w:rsidRPr="00B606DB">
        <w:rPr>
          <w:sz w:val="20"/>
          <w:szCs w:val="20"/>
        </w:rPr>
        <w:t xml:space="preserve"> (NAS) </w:t>
      </w:r>
      <w:r w:rsidRPr="00B606DB">
        <w:rPr>
          <w:rFonts w:cs="Shruti"/>
          <w:sz w:val="20"/>
          <w:szCs w:val="20"/>
          <w:cs/>
          <w:lang w:bidi="gu-IN"/>
        </w:rPr>
        <w:t>અને</w:t>
      </w:r>
      <w:r w:rsidRPr="00B606DB">
        <w:rPr>
          <w:sz w:val="20"/>
          <w:szCs w:val="20"/>
        </w:rPr>
        <w:t xml:space="preserve"> </w:t>
      </w:r>
      <w:r w:rsidRPr="00B606DB">
        <w:rPr>
          <w:rFonts w:cs="Shruti"/>
          <w:sz w:val="20"/>
          <w:szCs w:val="20"/>
          <w:cs/>
          <w:lang w:bidi="gu-IN"/>
        </w:rPr>
        <w:t>રાજ્ય</w:t>
      </w:r>
      <w:r w:rsidRPr="00B606DB">
        <w:rPr>
          <w:sz w:val="20"/>
          <w:szCs w:val="20"/>
        </w:rPr>
        <w:t xml:space="preserve"> </w:t>
      </w:r>
      <w:r w:rsidRPr="00B606DB">
        <w:rPr>
          <w:rFonts w:cs="Shruti"/>
          <w:sz w:val="20"/>
          <w:szCs w:val="20"/>
          <w:cs/>
          <w:lang w:bidi="gu-IN"/>
        </w:rPr>
        <w:t>કક્ષાના</w:t>
      </w:r>
      <w:r w:rsidRPr="00B606DB">
        <w:rPr>
          <w:sz w:val="20"/>
          <w:szCs w:val="20"/>
        </w:rPr>
        <w:t xml:space="preserve"> </w:t>
      </w:r>
      <w:r w:rsidRPr="00B606DB">
        <w:rPr>
          <w:rFonts w:cs="Shruti"/>
          <w:sz w:val="20"/>
          <w:szCs w:val="20"/>
          <w:cs/>
          <w:lang w:bidi="gu-IN"/>
        </w:rPr>
        <w:t>સિદ્ધિ</w:t>
      </w:r>
      <w:r w:rsidRPr="00B606DB">
        <w:rPr>
          <w:sz w:val="20"/>
          <w:szCs w:val="20"/>
        </w:rPr>
        <w:t xml:space="preserve"> </w:t>
      </w:r>
      <w:r w:rsidRPr="00B606DB">
        <w:rPr>
          <w:rFonts w:cs="Shruti"/>
          <w:sz w:val="20"/>
          <w:szCs w:val="20"/>
          <w:cs/>
          <w:lang w:bidi="gu-IN"/>
        </w:rPr>
        <w:t>સર્વેક્ષણ</w:t>
      </w:r>
      <w:r w:rsidRPr="00B606DB">
        <w:rPr>
          <w:sz w:val="20"/>
          <w:szCs w:val="20"/>
        </w:rPr>
        <w:t xml:space="preserve"> (SAS) </w:t>
      </w:r>
      <w:r w:rsidRPr="00B606DB">
        <w:rPr>
          <w:rFonts w:cs="Shruti"/>
          <w:sz w:val="20"/>
          <w:szCs w:val="20"/>
          <w:cs/>
          <w:lang w:bidi="gu-IN"/>
        </w:rPr>
        <w:t>ના</w:t>
      </w:r>
      <w:r w:rsidRPr="00B606DB">
        <w:rPr>
          <w:sz w:val="20"/>
          <w:szCs w:val="20"/>
        </w:rPr>
        <w:t xml:space="preserve"> </w:t>
      </w:r>
      <w:r w:rsidRPr="00B606DB">
        <w:rPr>
          <w:rFonts w:cs="Shruti"/>
          <w:sz w:val="20"/>
          <w:szCs w:val="20"/>
          <w:cs/>
          <w:lang w:bidi="gu-IN"/>
        </w:rPr>
        <w:t>પરિણામોનું</w:t>
      </w:r>
      <w:r w:rsidRPr="00B606DB">
        <w:rPr>
          <w:sz w:val="20"/>
          <w:szCs w:val="20"/>
        </w:rPr>
        <w:t xml:space="preserve"> </w:t>
      </w:r>
      <w:r w:rsidRPr="00B606DB">
        <w:rPr>
          <w:rFonts w:cs="Shruti"/>
          <w:sz w:val="20"/>
          <w:szCs w:val="20"/>
          <w:cs/>
          <w:lang w:bidi="gu-IN"/>
        </w:rPr>
        <w:t>શાળા</w:t>
      </w:r>
      <w:r w:rsidRPr="00B606DB">
        <w:rPr>
          <w:sz w:val="20"/>
          <w:szCs w:val="20"/>
        </w:rPr>
        <w:t xml:space="preserve"> </w:t>
      </w:r>
      <w:r w:rsidRPr="00B606DB">
        <w:rPr>
          <w:rFonts w:cs="Shruti"/>
          <w:sz w:val="20"/>
          <w:szCs w:val="20"/>
          <w:cs/>
          <w:lang w:bidi="gu-IN"/>
        </w:rPr>
        <w:t>કક્ષાએ</w:t>
      </w:r>
      <w:r w:rsidRPr="00B606DB">
        <w:rPr>
          <w:sz w:val="20"/>
          <w:szCs w:val="20"/>
        </w:rPr>
        <w:t xml:space="preserve"> </w:t>
      </w:r>
      <w:r w:rsidRPr="00B606DB">
        <w:rPr>
          <w:rFonts w:cs="Shruti"/>
          <w:sz w:val="20"/>
          <w:szCs w:val="20"/>
          <w:cs/>
          <w:lang w:bidi="gu-IN"/>
        </w:rPr>
        <w:t>ગહન</w:t>
      </w:r>
      <w:r w:rsidRPr="00B606DB">
        <w:rPr>
          <w:sz w:val="20"/>
          <w:szCs w:val="20"/>
        </w:rPr>
        <w:t xml:space="preserve"> </w:t>
      </w:r>
      <w:r w:rsidRPr="00B606DB">
        <w:rPr>
          <w:rFonts w:cs="Shruti"/>
          <w:sz w:val="20"/>
          <w:szCs w:val="20"/>
          <w:cs/>
          <w:lang w:bidi="gu-IN"/>
        </w:rPr>
        <w:t>વિશ્લેષણ</w:t>
      </w:r>
      <w:r w:rsidRPr="00B606DB">
        <w:rPr>
          <w:sz w:val="20"/>
          <w:szCs w:val="20"/>
        </w:rPr>
        <w:t xml:space="preserve"> </w:t>
      </w:r>
      <w:r w:rsidRPr="00B606DB">
        <w:rPr>
          <w:rFonts w:cs="Shruti"/>
          <w:sz w:val="20"/>
          <w:szCs w:val="20"/>
          <w:cs/>
          <w:lang w:bidi="gu-IN"/>
        </w:rPr>
        <w:t>કરવામાં</w:t>
      </w:r>
      <w:r w:rsidRPr="00B606DB">
        <w:rPr>
          <w:sz w:val="20"/>
          <w:szCs w:val="20"/>
        </w:rPr>
        <w:t xml:space="preserve"> </w:t>
      </w:r>
      <w:r w:rsidRPr="00B606DB">
        <w:rPr>
          <w:rFonts w:cs="Shruti"/>
          <w:sz w:val="20"/>
          <w:szCs w:val="20"/>
          <w:cs/>
          <w:lang w:bidi="gu-IN"/>
        </w:rPr>
        <w:t>આવ્યું</w:t>
      </w:r>
      <w:r w:rsidRPr="00B606DB">
        <w:rPr>
          <w:sz w:val="20"/>
          <w:szCs w:val="20"/>
        </w:rPr>
        <w:t xml:space="preserve">. </w:t>
      </w:r>
      <w:r w:rsidRPr="00B606DB">
        <w:rPr>
          <w:rFonts w:cs="Shruti"/>
          <w:sz w:val="20"/>
          <w:szCs w:val="20"/>
          <w:cs/>
          <w:lang w:bidi="gu-IN"/>
        </w:rPr>
        <w:t>આ</w:t>
      </w:r>
      <w:r w:rsidRPr="00B606DB">
        <w:rPr>
          <w:sz w:val="20"/>
          <w:szCs w:val="20"/>
        </w:rPr>
        <w:t xml:space="preserve"> </w:t>
      </w:r>
      <w:r w:rsidRPr="00B606DB">
        <w:rPr>
          <w:rFonts w:cs="Shruti"/>
          <w:sz w:val="20"/>
          <w:szCs w:val="20"/>
          <w:cs/>
          <w:lang w:bidi="gu-IN"/>
        </w:rPr>
        <w:t>વિશ્લેષણના</w:t>
      </w:r>
      <w:r w:rsidRPr="00B606DB">
        <w:rPr>
          <w:sz w:val="20"/>
          <w:szCs w:val="20"/>
        </w:rPr>
        <w:t xml:space="preserve"> </w:t>
      </w:r>
      <w:r w:rsidRPr="00B606DB">
        <w:rPr>
          <w:rFonts w:cs="Shruti"/>
          <w:sz w:val="20"/>
          <w:szCs w:val="20"/>
          <w:cs/>
          <w:lang w:bidi="gu-IN"/>
        </w:rPr>
        <w:t>આધારે</w:t>
      </w:r>
      <w:r w:rsidRPr="00B606DB">
        <w:rPr>
          <w:sz w:val="20"/>
          <w:szCs w:val="20"/>
        </w:rPr>
        <w:t xml:space="preserve"> </w:t>
      </w:r>
      <w:r w:rsidRPr="00B606DB">
        <w:rPr>
          <w:rFonts w:cs="Shruti"/>
          <w:sz w:val="20"/>
          <w:szCs w:val="20"/>
          <w:cs/>
          <w:lang w:bidi="gu-IN"/>
        </w:rPr>
        <w:t>જે</w:t>
      </w:r>
      <w:r w:rsidRPr="00B606DB">
        <w:rPr>
          <w:sz w:val="20"/>
          <w:szCs w:val="20"/>
        </w:rPr>
        <w:t xml:space="preserve"> </w:t>
      </w:r>
      <w:r w:rsidRPr="00B606DB">
        <w:rPr>
          <w:rFonts w:cs="Shruti"/>
          <w:sz w:val="20"/>
          <w:szCs w:val="20"/>
          <w:cs/>
          <w:lang w:bidi="gu-IN"/>
        </w:rPr>
        <w:t>અધ્યયન</w:t>
      </w:r>
      <w:r w:rsidRPr="00B606DB">
        <w:rPr>
          <w:sz w:val="20"/>
          <w:szCs w:val="20"/>
        </w:rPr>
        <w:t xml:space="preserve"> </w:t>
      </w:r>
      <w:r w:rsidRPr="00B606DB">
        <w:rPr>
          <w:rFonts w:cs="Shruti"/>
          <w:sz w:val="20"/>
          <w:szCs w:val="20"/>
          <w:cs/>
          <w:lang w:bidi="gu-IN"/>
        </w:rPr>
        <w:t>નિષ્પત્તિઓ</w:t>
      </w:r>
      <w:r w:rsidRPr="00B606DB">
        <w:rPr>
          <w:sz w:val="20"/>
          <w:szCs w:val="20"/>
        </w:rPr>
        <w:t xml:space="preserve"> (Learning Outcomes - LOs) </w:t>
      </w:r>
      <w:r w:rsidRPr="00B606DB">
        <w:rPr>
          <w:rFonts w:cs="Shruti"/>
          <w:sz w:val="20"/>
          <w:szCs w:val="20"/>
          <w:cs/>
          <w:lang w:bidi="gu-IN"/>
        </w:rPr>
        <w:t>માં</w:t>
      </w:r>
      <w:r w:rsidRPr="00B606DB">
        <w:rPr>
          <w:sz w:val="20"/>
          <w:szCs w:val="20"/>
        </w:rPr>
        <w:t xml:space="preserve"> </w:t>
      </w:r>
      <w:r w:rsidRPr="00B606DB">
        <w:rPr>
          <w:rFonts w:cs="Shruti"/>
          <w:sz w:val="20"/>
          <w:szCs w:val="20"/>
          <w:cs/>
          <w:lang w:bidi="gu-IN"/>
        </w:rPr>
        <w:t>શાળાના</w:t>
      </w:r>
      <w:r w:rsidRPr="00B606DB">
        <w:rPr>
          <w:sz w:val="20"/>
          <w:szCs w:val="20"/>
        </w:rPr>
        <w:t xml:space="preserve"> </w:t>
      </w:r>
      <w:r w:rsidRPr="00B606DB">
        <w:rPr>
          <w:rFonts w:cs="Shruti"/>
          <w:sz w:val="20"/>
          <w:szCs w:val="20"/>
          <w:cs/>
          <w:lang w:bidi="gu-IN"/>
        </w:rPr>
        <w:t>વિદ્યાર્થીઓનો</w:t>
      </w:r>
      <w:r w:rsidRPr="00B606DB">
        <w:rPr>
          <w:sz w:val="20"/>
          <w:szCs w:val="20"/>
        </w:rPr>
        <w:t xml:space="preserve"> </w:t>
      </w:r>
      <w:r w:rsidRPr="00B606DB">
        <w:rPr>
          <w:rFonts w:cs="Shruti"/>
          <w:sz w:val="20"/>
          <w:szCs w:val="20"/>
          <w:cs/>
          <w:lang w:bidi="gu-IN"/>
        </w:rPr>
        <w:t>દેખાવ</w:t>
      </w:r>
      <w:r w:rsidRPr="00B606DB">
        <w:rPr>
          <w:sz w:val="20"/>
          <w:szCs w:val="20"/>
        </w:rPr>
        <w:t xml:space="preserve"> </w:t>
      </w:r>
      <w:r w:rsidRPr="00B606DB">
        <w:rPr>
          <w:rFonts w:cs="Shruti"/>
          <w:sz w:val="20"/>
          <w:szCs w:val="20"/>
          <w:cs/>
          <w:lang w:bidi="gu-IN"/>
        </w:rPr>
        <w:t>નબળો</w:t>
      </w:r>
      <w:r w:rsidRPr="00B606DB">
        <w:rPr>
          <w:sz w:val="20"/>
          <w:szCs w:val="20"/>
        </w:rPr>
        <w:t xml:space="preserve"> </w:t>
      </w:r>
      <w:r w:rsidRPr="00B606DB">
        <w:rPr>
          <w:rFonts w:cs="Shruti"/>
          <w:sz w:val="20"/>
          <w:szCs w:val="20"/>
          <w:cs/>
          <w:lang w:bidi="gu-IN"/>
        </w:rPr>
        <w:t>રહ્યો</w:t>
      </w:r>
      <w:r w:rsidRPr="00B606DB">
        <w:rPr>
          <w:sz w:val="20"/>
          <w:szCs w:val="20"/>
        </w:rPr>
        <w:t xml:space="preserve"> </w:t>
      </w:r>
      <w:r w:rsidRPr="00B606DB">
        <w:rPr>
          <w:rFonts w:cs="Shruti"/>
          <w:sz w:val="20"/>
          <w:szCs w:val="20"/>
          <w:cs/>
          <w:lang w:bidi="gu-IN"/>
        </w:rPr>
        <w:t>છે</w:t>
      </w:r>
      <w:r w:rsidRPr="00B606DB">
        <w:rPr>
          <w:sz w:val="20"/>
          <w:szCs w:val="20"/>
        </w:rPr>
        <w:t xml:space="preserve">, </w:t>
      </w:r>
      <w:r w:rsidRPr="00B606DB">
        <w:rPr>
          <w:rFonts w:cs="Shruti"/>
          <w:sz w:val="20"/>
          <w:szCs w:val="20"/>
          <w:cs/>
          <w:lang w:bidi="gu-IN"/>
        </w:rPr>
        <w:t>તેને</w:t>
      </w:r>
      <w:r w:rsidRPr="00B606DB">
        <w:rPr>
          <w:sz w:val="20"/>
          <w:szCs w:val="20"/>
        </w:rPr>
        <w:t xml:space="preserve"> </w:t>
      </w:r>
      <w:r w:rsidRPr="00B606DB">
        <w:rPr>
          <w:rFonts w:cs="Shruti"/>
          <w:sz w:val="20"/>
          <w:szCs w:val="20"/>
          <w:cs/>
          <w:lang w:bidi="gu-IN"/>
        </w:rPr>
        <w:t>સુધારવા</w:t>
      </w:r>
      <w:r w:rsidRPr="00B606DB">
        <w:rPr>
          <w:sz w:val="20"/>
          <w:szCs w:val="20"/>
        </w:rPr>
        <w:t xml:space="preserve"> </w:t>
      </w:r>
      <w:r w:rsidRPr="00B606DB">
        <w:rPr>
          <w:rFonts w:cs="Shruti"/>
          <w:sz w:val="20"/>
          <w:szCs w:val="20"/>
          <w:cs/>
          <w:lang w:bidi="gu-IN"/>
        </w:rPr>
        <w:t>માટે</w:t>
      </w:r>
      <w:r w:rsidRPr="00B606DB">
        <w:rPr>
          <w:sz w:val="20"/>
          <w:szCs w:val="20"/>
        </w:rPr>
        <w:t xml:space="preserve"> </w:t>
      </w:r>
      <w:r w:rsidRPr="00B606DB">
        <w:rPr>
          <w:rFonts w:cs="Shruti"/>
          <w:sz w:val="20"/>
          <w:szCs w:val="20"/>
          <w:cs/>
          <w:lang w:bidi="gu-IN"/>
        </w:rPr>
        <w:t>લીંબડ</w:t>
      </w:r>
      <w:r w:rsidRPr="00B606DB">
        <w:rPr>
          <w:sz w:val="20"/>
          <w:szCs w:val="20"/>
        </w:rPr>
        <w:t xml:space="preserve"> </w:t>
      </w:r>
      <w:r w:rsidRPr="00B606DB">
        <w:rPr>
          <w:rFonts w:cs="Shruti"/>
          <w:sz w:val="20"/>
          <w:szCs w:val="20"/>
          <w:cs/>
          <w:lang w:bidi="gu-IN"/>
        </w:rPr>
        <w:t>પ્રાથમિક</w:t>
      </w:r>
      <w:r w:rsidRPr="00B606DB">
        <w:rPr>
          <w:sz w:val="20"/>
          <w:szCs w:val="20"/>
        </w:rPr>
        <w:t xml:space="preserve"> </w:t>
      </w:r>
      <w:r w:rsidRPr="00B606DB">
        <w:rPr>
          <w:rFonts w:cs="Shruti"/>
          <w:sz w:val="20"/>
          <w:szCs w:val="20"/>
          <w:cs/>
          <w:lang w:bidi="gu-IN"/>
        </w:rPr>
        <w:t>શાળા</w:t>
      </w:r>
      <w:r w:rsidRPr="00B606DB">
        <w:rPr>
          <w:sz w:val="20"/>
          <w:szCs w:val="20"/>
        </w:rPr>
        <w:t xml:space="preserve"> </w:t>
      </w:r>
      <w:r w:rsidRPr="00B606DB">
        <w:rPr>
          <w:rFonts w:cs="Shruti"/>
          <w:sz w:val="20"/>
          <w:szCs w:val="20"/>
          <w:cs/>
          <w:lang w:bidi="gu-IN"/>
        </w:rPr>
        <w:t>દ્વારા</w:t>
      </w:r>
      <w:r w:rsidRPr="00B606DB">
        <w:rPr>
          <w:sz w:val="20"/>
          <w:szCs w:val="20"/>
        </w:rPr>
        <w:t xml:space="preserve"> </w:t>
      </w:r>
      <w:r w:rsidRPr="00B606DB">
        <w:rPr>
          <w:rFonts w:cs="Shruti"/>
          <w:sz w:val="20"/>
          <w:szCs w:val="20"/>
          <w:cs/>
          <w:lang w:bidi="gu-IN"/>
        </w:rPr>
        <w:t>નીચે</w:t>
      </w:r>
      <w:r w:rsidRPr="00B606DB">
        <w:rPr>
          <w:sz w:val="20"/>
          <w:szCs w:val="20"/>
        </w:rPr>
        <w:t xml:space="preserve"> </w:t>
      </w:r>
      <w:r w:rsidRPr="00B606DB">
        <w:rPr>
          <w:rFonts w:cs="Shruti"/>
          <w:sz w:val="20"/>
          <w:szCs w:val="20"/>
          <w:cs/>
          <w:lang w:bidi="gu-IN"/>
        </w:rPr>
        <w:t>મુજબનું</w:t>
      </w:r>
      <w:r w:rsidRPr="00B606DB">
        <w:rPr>
          <w:sz w:val="20"/>
          <w:szCs w:val="20"/>
        </w:rPr>
        <w:t xml:space="preserve"> </w:t>
      </w:r>
      <w:r w:rsidRPr="00B606DB">
        <w:rPr>
          <w:rFonts w:cs="Shruti"/>
          <w:sz w:val="20"/>
          <w:szCs w:val="20"/>
          <w:cs/>
          <w:lang w:bidi="gu-IN"/>
        </w:rPr>
        <w:t>અનુકાર્ય</w:t>
      </w:r>
      <w:r w:rsidRPr="00B606DB">
        <w:rPr>
          <w:sz w:val="20"/>
          <w:szCs w:val="20"/>
        </w:rPr>
        <w:t xml:space="preserve"> (Follow-up) </w:t>
      </w:r>
      <w:r w:rsidRPr="00B606DB">
        <w:rPr>
          <w:rFonts w:cs="Shruti"/>
          <w:sz w:val="20"/>
          <w:szCs w:val="20"/>
          <w:cs/>
          <w:lang w:bidi="gu-IN"/>
        </w:rPr>
        <w:t>અને</w:t>
      </w:r>
      <w:r w:rsidRPr="00B606DB">
        <w:rPr>
          <w:sz w:val="20"/>
          <w:szCs w:val="20"/>
        </w:rPr>
        <w:t xml:space="preserve"> </w:t>
      </w:r>
      <w:r w:rsidRPr="00B606DB">
        <w:rPr>
          <w:rFonts w:cs="Shruti"/>
          <w:sz w:val="20"/>
          <w:szCs w:val="20"/>
          <w:cs/>
          <w:lang w:bidi="gu-IN"/>
        </w:rPr>
        <w:t>ઉપચારાત્મક</w:t>
      </w:r>
      <w:r w:rsidRPr="00B606DB">
        <w:rPr>
          <w:sz w:val="20"/>
          <w:szCs w:val="20"/>
        </w:rPr>
        <w:t xml:space="preserve"> </w:t>
      </w:r>
      <w:r w:rsidRPr="00B606DB">
        <w:rPr>
          <w:rFonts w:cs="Shruti"/>
          <w:sz w:val="20"/>
          <w:szCs w:val="20"/>
          <w:cs/>
          <w:lang w:bidi="gu-IN"/>
        </w:rPr>
        <w:t>શિક્ષણ</w:t>
      </w:r>
      <w:r w:rsidRPr="00B606DB">
        <w:rPr>
          <w:sz w:val="20"/>
          <w:szCs w:val="20"/>
        </w:rPr>
        <w:t xml:space="preserve"> </w:t>
      </w:r>
      <w:r w:rsidRPr="00B606DB">
        <w:rPr>
          <w:rFonts w:cs="Shruti"/>
          <w:sz w:val="20"/>
          <w:szCs w:val="20"/>
          <w:cs/>
          <w:lang w:bidi="gu-IN"/>
        </w:rPr>
        <w:t>હાથ</w:t>
      </w:r>
      <w:r w:rsidRPr="00B606DB">
        <w:rPr>
          <w:sz w:val="20"/>
          <w:szCs w:val="20"/>
        </w:rPr>
        <w:t xml:space="preserve"> </w:t>
      </w:r>
      <w:r w:rsidRPr="00B606DB">
        <w:rPr>
          <w:rFonts w:cs="Shruti"/>
          <w:sz w:val="20"/>
          <w:szCs w:val="20"/>
          <w:cs/>
          <w:lang w:bidi="gu-IN"/>
        </w:rPr>
        <w:t>ધરવામાં</w:t>
      </w:r>
      <w:r w:rsidRPr="00B606DB">
        <w:rPr>
          <w:sz w:val="20"/>
          <w:szCs w:val="20"/>
        </w:rPr>
        <w:t xml:space="preserve"> </w:t>
      </w:r>
      <w:r w:rsidRPr="00B606DB">
        <w:rPr>
          <w:rFonts w:cs="Shruti"/>
          <w:sz w:val="20"/>
          <w:szCs w:val="20"/>
          <w:cs/>
          <w:lang w:bidi="gu-IN"/>
        </w:rPr>
        <w:t>આવેલ</w:t>
      </w:r>
      <w:r w:rsidRPr="00B606DB">
        <w:rPr>
          <w:sz w:val="20"/>
          <w:szCs w:val="20"/>
        </w:rPr>
        <w:t xml:space="preserve"> </w:t>
      </w:r>
      <w:r w:rsidRPr="00B606DB">
        <w:rPr>
          <w:rFonts w:cs="Shruti"/>
          <w:sz w:val="20"/>
          <w:szCs w:val="20"/>
          <w:cs/>
          <w:lang w:bidi="gu-IN"/>
        </w:rPr>
        <w:t>છે</w:t>
      </w:r>
      <w:r w:rsidRPr="00B606DB">
        <w:rPr>
          <w:sz w:val="20"/>
          <w:szCs w:val="20"/>
        </w:rPr>
        <w:t>:</w:t>
      </w:r>
    </w:p>
    <w:p w14:paraId="63C0810B" w14:textId="77777777" w:rsidR="00B606DB" w:rsidRPr="00B606DB" w:rsidRDefault="00B606DB" w:rsidP="00B606DB">
      <w:pPr>
        <w:pStyle w:val="Heading2"/>
        <w:rPr>
          <w:sz w:val="20"/>
          <w:szCs w:val="20"/>
        </w:rPr>
      </w:pPr>
      <w:r w:rsidRPr="00B606DB">
        <w:rPr>
          <w:rFonts w:cs="Shruti"/>
          <w:sz w:val="20"/>
          <w:szCs w:val="20"/>
          <w:cs/>
          <w:lang w:bidi="gu-IN"/>
        </w:rPr>
        <w:t>૧</w:t>
      </w:r>
      <w:r w:rsidRPr="00B606DB">
        <w:rPr>
          <w:sz w:val="20"/>
          <w:szCs w:val="20"/>
        </w:rPr>
        <w:t xml:space="preserve">. </w:t>
      </w:r>
      <w:r w:rsidRPr="00B606DB">
        <w:rPr>
          <w:rFonts w:cs="Shruti"/>
          <w:sz w:val="20"/>
          <w:szCs w:val="20"/>
          <w:cs/>
          <w:lang w:bidi="gu-IN"/>
        </w:rPr>
        <w:t>નબળી</w:t>
      </w:r>
      <w:r w:rsidRPr="00B606DB">
        <w:rPr>
          <w:sz w:val="20"/>
          <w:szCs w:val="20"/>
        </w:rPr>
        <w:t xml:space="preserve"> </w:t>
      </w:r>
      <w:r w:rsidRPr="00B606DB">
        <w:rPr>
          <w:rFonts w:cs="Shruti"/>
          <w:sz w:val="20"/>
          <w:szCs w:val="20"/>
          <w:cs/>
          <w:lang w:bidi="gu-IN"/>
        </w:rPr>
        <w:t>અધ્યયન</w:t>
      </w:r>
      <w:r w:rsidRPr="00B606DB">
        <w:rPr>
          <w:sz w:val="20"/>
          <w:szCs w:val="20"/>
        </w:rPr>
        <w:t xml:space="preserve"> </w:t>
      </w:r>
      <w:r w:rsidRPr="00B606DB">
        <w:rPr>
          <w:rFonts w:cs="Shruti"/>
          <w:sz w:val="20"/>
          <w:szCs w:val="20"/>
          <w:cs/>
          <w:lang w:bidi="gu-IN"/>
        </w:rPr>
        <w:t>નિષ્પત્તિઓ</w:t>
      </w:r>
      <w:r w:rsidRPr="00B606DB">
        <w:rPr>
          <w:sz w:val="20"/>
          <w:szCs w:val="20"/>
        </w:rPr>
        <w:t xml:space="preserve"> (LOs) </w:t>
      </w:r>
      <w:r w:rsidRPr="00B606DB">
        <w:rPr>
          <w:rFonts w:cs="Shruti"/>
          <w:sz w:val="20"/>
          <w:szCs w:val="20"/>
          <w:cs/>
          <w:lang w:bidi="gu-IN"/>
        </w:rPr>
        <w:t>ની</w:t>
      </w:r>
      <w:r w:rsidRPr="00B606DB">
        <w:rPr>
          <w:sz w:val="20"/>
          <w:szCs w:val="20"/>
        </w:rPr>
        <w:t xml:space="preserve"> </w:t>
      </w:r>
      <w:r w:rsidRPr="00B606DB">
        <w:rPr>
          <w:rFonts w:cs="Shruti"/>
          <w:sz w:val="20"/>
          <w:szCs w:val="20"/>
          <w:cs/>
          <w:lang w:bidi="gu-IN"/>
        </w:rPr>
        <w:t>તારવણી</w:t>
      </w:r>
      <w:r w:rsidRPr="00B606DB">
        <w:rPr>
          <w:sz w:val="20"/>
          <w:szCs w:val="20"/>
        </w:rPr>
        <w:t>:</w:t>
      </w:r>
    </w:p>
    <w:tbl>
      <w:tblPr>
        <w:tblStyle w:val="TableGrid"/>
        <w:tblW w:w="9039" w:type="dxa"/>
        <w:tblLook w:val="04A0" w:firstRow="1" w:lastRow="0" w:firstColumn="1" w:lastColumn="0" w:noHBand="0" w:noVBand="1"/>
      </w:tblPr>
      <w:tblGrid>
        <w:gridCol w:w="675"/>
        <w:gridCol w:w="993"/>
        <w:gridCol w:w="1559"/>
        <w:gridCol w:w="5812"/>
      </w:tblGrid>
      <w:tr w:rsidR="00B606DB" w:rsidRPr="00B606DB" w14:paraId="3AADE844" w14:textId="77777777" w:rsidTr="00B606DB">
        <w:tc>
          <w:tcPr>
            <w:tcW w:w="675" w:type="dxa"/>
          </w:tcPr>
          <w:p w14:paraId="6B237B1B" w14:textId="77777777" w:rsidR="00B606DB" w:rsidRPr="00B606DB" w:rsidRDefault="00B606DB" w:rsidP="00F37DAD">
            <w:pPr>
              <w:rPr>
                <w:sz w:val="20"/>
                <w:szCs w:val="20"/>
              </w:rPr>
            </w:pPr>
            <w:r w:rsidRPr="00B606DB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ક્રમ</w:t>
            </w:r>
          </w:p>
        </w:tc>
        <w:tc>
          <w:tcPr>
            <w:tcW w:w="993" w:type="dxa"/>
          </w:tcPr>
          <w:p w14:paraId="4B369B2B" w14:textId="77777777" w:rsidR="00B606DB" w:rsidRPr="00B606DB" w:rsidRDefault="00B606DB" w:rsidP="00F37DAD">
            <w:pPr>
              <w:rPr>
                <w:sz w:val="20"/>
                <w:szCs w:val="20"/>
              </w:rPr>
            </w:pPr>
            <w:r w:rsidRPr="00B606DB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ધોરણ</w:t>
            </w:r>
          </w:p>
        </w:tc>
        <w:tc>
          <w:tcPr>
            <w:tcW w:w="1559" w:type="dxa"/>
          </w:tcPr>
          <w:p w14:paraId="08EB8AE1" w14:textId="77777777" w:rsidR="00B606DB" w:rsidRPr="00B606DB" w:rsidRDefault="00B606DB" w:rsidP="00F37DAD">
            <w:pPr>
              <w:rPr>
                <w:sz w:val="20"/>
                <w:szCs w:val="20"/>
              </w:rPr>
            </w:pPr>
            <w:r w:rsidRPr="00B606DB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વિષય</w:t>
            </w:r>
          </w:p>
        </w:tc>
        <w:tc>
          <w:tcPr>
            <w:tcW w:w="5812" w:type="dxa"/>
          </w:tcPr>
          <w:p w14:paraId="4F3B8D70" w14:textId="77777777" w:rsidR="00B606DB" w:rsidRPr="00B606DB" w:rsidRDefault="00B606DB" w:rsidP="00F37DAD">
            <w:pPr>
              <w:rPr>
                <w:sz w:val="20"/>
                <w:szCs w:val="20"/>
              </w:rPr>
            </w:pPr>
            <w:r w:rsidRPr="00B606DB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નબળો</w:t>
            </w:r>
            <w:r w:rsidRPr="00B606DB">
              <w:rPr>
                <w:b/>
                <w:sz w:val="20"/>
                <w:szCs w:val="20"/>
              </w:rPr>
              <w:t xml:space="preserve"> </w:t>
            </w:r>
            <w:r w:rsidRPr="00B606DB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દેખાવ</w:t>
            </w:r>
            <w:r w:rsidRPr="00B606DB">
              <w:rPr>
                <w:b/>
                <w:sz w:val="20"/>
                <w:szCs w:val="20"/>
              </w:rPr>
              <w:t xml:space="preserve"> </w:t>
            </w:r>
            <w:r w:rsidRPr="00B606DB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ધરાવતી</w:t>
            </w:r>
            <w:r w:rsidRPr="00B606DB">
              <w:rPr>
                <w:b/>
                <w:sz w:val="20"/>
                <w:szCs w:val="20"/>
              </w:rPr>
              <w:t xml:space="preserve"> </w:t>
            </w:r>
            <w:r w:rsidRPr="00B606DB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અધ્યયન</w:t>
            </w:r>
            <w:r w:rsidRPr="00B606DB">
              <w:rPr>
                <w:b/>
                <w:sz w:val="20"/>
                <w:szCs w:val="20"/>
              </w:rPr>
              <w:t xml:space="preserve"> </w:t>
            </w:r>
            <w:r w:rsidRPr="00B606DB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નિષ્પત્તિ</w:t>
            </w:r>
            <w:r w:rsidRPr="00B606DB">
              <w:rPr>
                <w:b/>
                <w:sz w:val="20"/>
                <w:szCs w:val="20"/>
              </w:rPr>
              <w:t xml:space="preserve"> (LO Code / </w:t>
            </w:r>
            <w:r w:rsidRPr="00B606DB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વિગત</w:t>
            </w:r>
            <w:r w:rsidRPr="00B606DB">
              <w:rPr>
                <w:b/>
                <w:sz w:val="20"/>
                <w:szCs w:val="20"/>
              </w:rPr>
              <w:t>)</w:t>
            </w:r>
          </w:p>
        </w:tc>
      </w:tr>
      <w:tr w:rsidR="00B606DB" w:rsidRPr="00B606DB" w14:paraId="6E3782D2" w14:textId="77777777" w:rsidTr="00B606DB">
        <w:tc>
          <w:tcPr>
            <w:tcW w:w="675" w:type="dxa"/>
          </w:tcPr>
          <w:p w14:paraId="3CB445BB" w14:textId="77777777" w:rsidR="00B606DB" w:rsidRPr="00B606DB" w:rsidRDefault="00B606DB" w:rsidP="00F37DAD">
            <w:pPr>
              <w:rPr>
                <w:sz w:val="20"/>
                <w:szCs w:val="20"/>
              </w:rPr>
            </w:pPr>
            <w:r w:rsidRPr="00B606DB">
              <w:rPr>
                <w:rFonts w:cs="Shruti"/>
                <w:sz w:val="20"/>
                <w:szCs w:val="20"/>
                <w:cs/>
                <w:lang w:bidi="gu-IN"/>
              </w:rPr>
              <w:t>૧</w:t>
            </w:r>
          </w:p>
        </w:tc>
        <w:tc>
          <w:tcPr>
            <w:tcW w:w="993" w:type="dxa"/>
          </w:tcPr>
          <w:p w14:paraId="6AE3E648" w14:textId="77777777" w:rsidR="00B606DB" w:rsidRPr="00B606DB" w:rsidRDefault="00B606DB" w:rsidP="00F37DAD">
            <w:pPr>
              <w:rPr>
                <w:sz w:val="20"/>
                <w:szCs w:val="20"/>
              </w:rPr>
            </w:pPr>
            <w:r w:rsidRPr="00B606DB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B606DB">
              <w:rPr>
                <w:sz w:val="20"/>
                <w:szCs w:val="20"/>
              </w:rPr>
              <w:t xml:space="preserve"> </w:t>
            </w:r>
            <w:r w:rsidRPr="00B606DB">
              <w:rPr>
                <w:rFonts w:cs="Shruti"/>
                <w:sz w:val="20"/>
                <w:szCs w:val="20"/>
                <w:cs/>
                <w:lang w:bidi="gu-IN"/>
              </w:rPr>
              <w:t>૩</w:t>
            </w:r>
          </w:p>
        </w:tc>
        <w:tc>
          <w:tcPr>
            <w:tcW w:w="1559" w:type="dxa"/>
          </w:tcPr>
          <w:p w14:paraId="44063FB5" w14:textId="77777777" w:rsidR="00B606DB" w:rsidRPr="00B606DB" w:rsidRDefault="00B606DB" w:rsidP="00F37DAD">
            <w:pPr>
              <w:rPr>
                <w:sz w:val="20"/>
                <w:szCs w:val="20"/>
              </w:rPr>
            </w:pPr>
            <w:r w:rsidRPr="00B606DB">
              <w:rPr>
                <w:rFonts w:cs="Shruti"/>
                <w:sz w:val="20"/>
                <w:szCs w:val="20"/>
                <w:cs/>
                <w:lang w:bidi="gu-IN"/>
              </w:rPr>
              <w:t>ગણિત</w:t>
            </w:r>
          </w:p>
        </w:tc>
        <w:tc>
          <w:tcPr>
            <w:tcW w:w="5812" w:type="dxa"/>
          </w:tcPr>
          <w:p w14:paraId="3EC6DDCB" w14:textId="77777777" w:rsidR="00B606DB" w:rsidRPr="00B606DB" w:rsidRDefault="00B606DB" w:rsidP="00F37DAD">
            <w:pPr>
              <w:rPr>
                <w:sz w:val="20"/>
                <w:szCs w:val="20"/>
              </w:rPr>
            </w:pPr>
            <w:r w:rsidRPr="00B606DB">
              <w:rPr>
                <w:sz w:val="20"/>
                <w:szCs w:val="20"/>
              </w:rPr>
              <w:t xml:space="preserve">M302 - </w:t>
            </w:r>
            <w:r w:rsidRPr="00B606DB">
              <w:rPr>
                <w:rFonts w:cs="Shruti"/>
                <w:sz w:val="20"/>
                <w:szCs w:val="20"/>
                <w:cs/>
                <w:lang w:bidi="gu-IN"/>
              </w:rPr>
              <w:t>સરવાળા</w:t>
            </w:r>
            <w:r w:rsidRPr="00B606DB">
              <w:rPr>
                <w:sz w:val="20"/>
                <w:szCs w:val="20"/>
              </w:rPr>
              <w:t xml:space="preserve"> </w:t>
            </w:r>
            <w:r w:rsidRPr="00B606DB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B606DB">
              <w:rPr>
                <w:sz w:val="20"/>
                <w:szCs w:val="20"/>
              </w:rPr>
              <w:t xml:space="preserve"> </w:t>
            </w:r>
            <w:r w:rsidRPr="00B606DB">
              <w:rPr>
                <w:rFonts w:cs="Shruti"/>
                <w:sz w:val="20"/>
                <w:szCs w:val="20"/>
                <w:cs/>
                <w:lang w:bidi="gu-IN"/>
              </w:rPr>
              <w:t>બાદબાકીના</w:t>
            </w:r>
            <w:r w:rsidRPr="00B606DB">
              <w:rPr>
                <w:sz w:val="20"/>
                <w:szCs w:val="20"/>
              </w:rPr>
              <w:t xml:space="preserve"> </w:t>
            </w:r>
            <w:r w:rsidRPr="00B606DB">
              <w:rPr>
                <w:rFonts w:cs="Shruti"/>
                <w:sz w:val="20"/>
                <w:szCs w:val="20"/>
                <w:cs/>
                <w:lang w:bidi="gu-IN"/>
              </w:rPr>
              <w:t>વ્યાવહારિક</w:t>
            </w:r>
            <w:r w:rsidRPr="00B606DB">
              <w:rPr>
                <w:sz w:val="20"/>
                <w:szCs w:val="20"/>
              </w:rPr>
              <w:t xml:space="preserve"> </w:t>
            </w:r>
            <w:r w:rsidRPr="00B606DB">
              <w:rPr>
                <w:rFonts w:cs="Shruti"/>
                <w:sz w:val="20"/>
                <w:szCs w:val="20"/>
                <w:cs/>
                <w:lang w:bidi="gu-IN"/>
              </w:rPr>
              <w:t>કોયડા</w:t>
            </w:r>
            <w:r w:rsidRPr="00B606DB">
              <w:rPr>
                <w:sz w:val="20"/>
                <w:szCs w:val="20"/>
              </w:rPr>
              <w:t xml:space="preserve"> </w:t>
            </w:r>
            <w:r w:rsidRPr="00B606DB">
              <w:rPr>
                <w:rFonts w:cs="Shruti"/>
                <w:sz w:val="20"/>
                <w:szCs w:val="20"/>
                <w:cs/>
                <w:lang w:bidi="gu-IN"/>
              </w:rPr>
              <w:t>ઉકેલવા</w:t>
            </w:r>
            <w:r w:rsidRPr="00B606DB">
              <w:rPr>
                <w:sz w:val="20"/>
                <w:szCs w:val="20"/>
              </w:rPr>
              <w:t>.</w:t>
            </w:r>
          </w:p>
        </w:tc>
      </w:tr>
      <w:tr w:rsidR="00B606DB" w:rsidRPr="00B606DB" w14:paraId="500A65D6" w14:textId="77777777" w:rsidTr="00B606DB">
        <w:tc>
          <w:tcPr>
            <w:tcW w:w="675" w:type="dxa"/>
          </w:tcPr>
          <w:p w14:paraId="62A29677" w14:textId="77777777" w:rsidR="00B606DB" w:rsidRPr="00B606DB" w:rsidRDefault="00B606DB" w:rsidP="00F37DAD">
            <w:pPr>
              <w:rPr>
                <w:sz w:val="20"/>
                <w:szCs w:val="20"/>
              </w:rPr>
            </w:pPr>
            <w:r w:rsidRPr="00B606DB">
              <w:rPr>
                <w:rFonts w:cs="Shruti"/>
                <w:sz w:val="20"/>
                <w:szCs w:val="20"/>
                <w:cs/>
                <w:lang w:bidi="gu-IN"/>
              </w:rPr>
              <w:t>૨</w:t>
            </w:r>
          </w:p>
        </w:tc>
        <w:tc>
          <w:tcPr>
            <w:tcW w:w="993" w:type="dxa"/>
          </w:tcPr>
          <w:p w14:paraId="12734DE4" w14:textId="77777777" w:rsidR="00B606DB" w:rsidRPr="00B606DB" w:rsidRDefault="00B606DB" w:rsidP="00F37DAD">
            <w:pPr>
              <w:rPr>
                <w:sz w:val="20"/>
                <w:szCs w:val="20"/>
              </w:rPr>
            </w:pPr>
            <w:r w:rsidRPr="00B606DB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B606DB">
              <w:rPr>
                <w:sz w:val="20"/>
                <w:szCs w:val="20"/>
              </w:rPr>
              <w:t xml:space="preserve"> </w:t>
            </w:r>
            <w:r w:rsidRPr="00B606DB">
              <w:rPr>
                <w:rFonts w:cs="Shruti"/>
                <w:sz w:val="20"/>
                <w:szCs w:val="20"/>
                <w:cs/>
                <w:lang w:bidi="gu-IN"/>
              </w:rPr>
              <w:t>૫</w:t>
            </w:r>
          </w:p>
        </w:tc>
        <w:tc>
          <w:tcPr>
            <w:tcW w:w="1559" w:type="dxa"/>
          </w:tcPr>
          <w:p w14:paraId="6C7FE490" w14:textId="77777777" w:rsidR="00B606DB" w:rsidRPr="00B606DB" w:rsidRDefault="00B606DB" w:rsidP="00F37DAD">
            <w:pPr>
              <w:rPr>
                <w:sz w:val="20"/>
                <w:szCs w:val="20"/>
              </w:rPr>
            </w:pPr>
            <w:r w:rsidRPr="00B606DB">
              <w:rPr>
                <w:rFonts w:cs="Shruti"/>
                <w:sz w:val="20"/>
                <w:szCs w:val="20"/>
                <w:cs/>
                <w:lang w:bidi="gu-IN"/>
              </w:rPr>
              <w:t>પર્યાવરણ</w:t>
            </w:r>
          </w:p>
        </w:tc>
        <w:tc>
          <w:tcPr>
            <w:tcW w:w="5812" w:type="dxa"/>
          </w:tcPr>
          <w:p w14:paraId="0170661F" w14:textId="77777777" w:rsidR="00B606DB" w:rsidRPr="00B606DB" w:rsidRDefault="00B606DB" w:rsidP="00F37DAD">
            <w:pPr>
              <w:rPr>
                <w:sz w:val="20"/>
                <w:szCs w:val="20"/>
              </w:rPr>
            </w:pPr>
            <w:r w:rsidRPr="00B606DB">
              <w:rPr>
                <w:sz w:val="20"/>
                <w:szCs w:val="20"/>
              </w:rPr>
              <w:t xml:space="preserve">E504 - </w:t>
            </w:r>
            <w:r w:rsidRPr="00B606DB">
              <w:rPr>
                <w:rFonts w:cs="Shruti"/>
                <w:sz w:val="20"/>
                <w:szCs w:val="20"/>
                <w:cs/>
                <w:lang w:bidi="gu-IN"/>
              </w:rPr>
              <w:t>રોજિંદા</w:t>
            </w:r>
            <w:r w:rsidRPr="00B606DB">
              <w:rPr>
                <w:sz w:val="20"/>
                <w:szCs w:val="20"/>
              </w:rPr>
              <w:t xml:space="preserve"> </w:t>
            </w:r>
            <w:r w:rsidRPr="00B606DB">
              <w:rPr>
                <w:rFonts w:cs="Shruti"/>
                <w:sz w:val="20"/>
                <w:szCs w:val="20"/>
                <w:cs/>
                <w:lang w:bidi="gu-IN"/>
              </w:rPr>
              <w:t>જીવનમાં</w:t>
            </w:r>
            <w:r w:rsidRPr="00B606DB">
              <w:rPr>
                <w:sz w:val="20"/>
                <w:szCs w:val="20"/>
              </w:rPr>
              <w:t xml:space="preserve"> </w:t>
            </w:r>
            <w:r w:rsidRPr="00B606DB">
              <w:rPr>
                <w:rFonts w:cs="Shruti"/>
                <w:sz w:val="20"/>
                <w:szCs w:val="20"/>
                <w:cs/>
                <w:lang w:bidi="gu-IN"/>
              </w:rPr>
              <w:t>પર્યાવરણની</w:t>
            </w:r>
            <w:r w:rsidRPr="00B606DB">
              <w:rPr>
                <w:sz w:val="20"/>
                <w:szCs w:val="20"/>
              </w:rPr>
              <w:t xml:space="preserve"> </w:t>
            </w:r>
            <w:r w:rsidRPr="00B606DB">
              <w:rPr>
                <w:rFonts w:cs="Shruti"/>
                <w:sz w:val="20"/>
                <w:szCs w:val="20"/>
                <w:cs/>
                <w:lang w:bidi="gu-IN"/>
              </w:rPr>
              <w:t>ઉપયોગિતા</w:t>
            </w:r>
            <w:r w:rsidRPr="00B606DB">
              <w:rPr>
                <w:sz w:val="20"/>
                <w:szCs w:val="20"/>
              </w:rPr>
              <w:t xml:space="preserve"> </w:t>
            </w:r>
            <w:r w:rsidRPr="00B606DB">
              <w:rPr>
                <w:rFonts w:cs="Shruti"/>
                <w:sz w:val="20"/>
                <w:szCs w:val="20"/>
                <w:cs/>
                <w:lang w:bidi="gu-IN"/>
              </w:rPr>
              <w:t>સમજવી</w:t>
            </w:r>
            <w:r w:rsidRPr="00B606DB">
              <w:rPr>
                <w:sz w:val="20"/>
                <w:szCs w:val="20"/>
              </w:rPr>
              <w:t>.</w:t>
            </w:r>
          </w:p>
        </w:tc>
      </w:tr>
      <w:tr w:rsidR="00B606DB" w:rsidRPr="00B606DB" w14:paraId="7FB6AA1F" w14:textId="77777777" w:rsidTr="00B606DB">
        <w:tc>
          <w:tcPr>
            <w:tcW w:w="675" w:type="dxa"/>
          </w:tcPr>
          <w:p w14:paraId="39F1B3E3" w14:textId="77777777" w:rsidR="00B606DB" w:rsidRPr="00B606DB" w:rsidRDefault="00B606DB" w:rsidP="00F37DAD">
            <w:pPr>
              <w:rPr>
                <w:sz w:val="20"/>
                <w:szCs w:val="20"/>
              </w:rPr>
            </w:pPr>
            <w:r w:rsidRPr="00B606DB">
              <w:rPr>
                <w:rFonts w:cs="Shruti"/>
                <w:sz w:val="20"/>
                <w:szCs w:val="20"/>
                <w:cs/>
                <w:lang w:bidi="gu-IN"/>
              </w:rPr>
              <w:t>૩</w:t>
            </w:r>
          </w:p>
        </w:tc>
        <w:tc>
          <w:tcPr>
            <w:tcW w:w="993" w:type="dxa"/>
          </w:tcPr>
          <w:p w14:paraId="088ED50C" w14:textId="77777777" w:rsidR="00B606DB" w:rsidRPr="00B606DB" w:rsidRDefault="00B606DB" w:rsidP="00F37DAD">
            <w:pPr>
              <w:rPr>
                <w:sz w:val="20"/>
                <w:szCs w:val="20"/>
              </w:rPr>
            </w:pPr>
            <w:r w:rsidRPr="00B606DB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B606DB">
              <w:rPr>
                <w:sz w:val="20"/>
                <w:szCs w:val="20"/>
              </w:rPr>
              <w:t xml:space="preserve"> </w:t>
            </w:r>
            <w:r w:rsidRPr="00B606DB">
              <w:rPr>
                <w:rFonts w:cs="Shruti"/>
                <w:sz w:val="20"/>
                <w:szCs w:val="20"/>
                <w:cs/>
                <w:lang w:bidi="gu-IN"/>
              </w:rPr>
              <w:t>૮</w:t>
            </w:r>
          </w:p>
        </w:tc>
        <w:tc>
          <w:tcPr>
            <w:tcW w:w="1559" w:type="dxa"/>
          </w:tcPr>
          <w:p w14:paraId="6A8FEF12" w14:textId="77777777" w:rsidR="00B606DB" w:rsidRPr="00B606DB" w:rsidRDefault="00B606DB" w:rsidP="00F37DAD">
            <w:pPr>
              <w:rPr>
                <w:sz w:val="20"/>
                <w:szCs w:val="20"/>
              </w:rPr>
            </w:pPr>
            <w:r w:rsidRPr="00B606DB">
              <w:rPr>
                <w:rFonts w:cs="Shruti"/>
                <w:sz w:val="20"/>
                <w:szCs w:val="20"/>
                <w:cs/>
                <w:lang w:bidi="gu-IN"/>
              </w:rPr>
              <w:t>ભાષા</w:t>
            </w:r>
            <w:r w:rsidRPr="00B606DB">
              <w:rPr>
                <w:sz w:val="20"/>
                <w:szCs w:val="20"/>
              </w:rPr>
              <w:t xml:space="preserve"> (</w:t>
            </w:r>
            <w:r w:rsidRPr="00B606DB">
              <w:rPr>
                <w:rFonts w:cs="Shruti"/>
                <w:sz w:val="20"/>
                <w:szCs w:val="20"/>
                <w:cs/>
                <w:lang w:bidi="gu-IN"/>
              </w:rPr>
              <w:t>ગુજરાતી</w:t>
            </w:r>
            <w:r w:rsidRPr="00B606DB">
              <w:rPr>
                <w:sz w:val="20"/>
                <w:szCs w:val="20"/>
              </w:rPr>
              <w:t>)</w:t>
            </w:r>
          </w:p>
        </w:tc>
        <w:tc>
          <w:tcPr>
            <w:tcW w:w="5812" w:type="dxa"/>
          </w:tcPr>
          <w:p w14:paraId="2ED36AD8" w14:textId="77777777" w:rsidR="00B606DB" w:rsidRPr="00B606DB" w:rsidRDefault="00B606DB" w:rsidP="00F37DAD">
            <w:pPr>
              <w:rPr>
                <w:sz w:val="20"/>
                <w:szCs w:val="20"/>
              </w:rPr>
            </w:pPr>
            <w:r w:rsidRPr="00B606DB">
              <w:rPr>
                <w:sz w:val="20"/>
                <w:szCs w:val="20"/>
              </w:rPr>
              <w:t xml:space="preserve">G806 - </w:t>
            </w:r>
            <w:r w:rsidRPr="00B606DB">
              <w:rPr>
                <w:rFonts w:cs="Shruti"/>
                <w:sz w:val="20"/>
                <w:szCs w:val="20"/>
                <w:cs/>
                <w:lang w:bidi="gu-IN"/>
              </w:rPr>
              <w:t>ફકરો</w:t>
            </w:r>
            <w:r w:rsidRPr="00B606DB">
              <w:rPr>
                <w:sz w:val="20"/>
                <w:szCs w:val="20"/>
              </w:rPr>
              <w:t xml:space="preserve"> </w:t>
            </w:r>
            <w:r w:rsidRPr="00B606DB">
              <w:rPr>
                <w:rFonts w:cs="Shruti"/>
                <w:sz w:val="20"/>
                <w:szCs w:val="20"/>
                <w:cs/>
                <w:lang w:bidi="gu-IN"/>
              </w:rPr>
              <w:t>વાંચીને</w:t>
            </w:r>
            <w:r w:rsidRPr="00B606DB">
              <w:rPr>
                <w:sz w:val="20"/>
                <w:szCs w:val="20"/>
              </w:rPr>
              <w:t xml:space="preserve"> </w:t>
            </w:r>
            <w:r w:rsidRPr="00B606DB">
              <w:rPr>
                <w:rFonts w:cs="Shruti"/>
                <w:sz w:val="20"/>
                <w:szCs w:val="20"/>
                <w:cs/>
                <w:lang w:bidi="gu-IN"/>
              </w:rPr>
              <w:t>અર્થગ્રહણ</w:t>
            </w:r>
            <w:r w:rsidRPr="00B606DB">
              <w:rPr>
                <w:sz w:val="20"/>
                <w:szCs w:val="20"/>
              </w:rPr>
              <w:t xml:space="preserve"> </w:t>
            </w:r>
            <w:r w:rsidRPr="00B606DB">
              <w:rPr>
                <w:rFonts w:cs="Shruti"/>
                <w:sz w:val="20"/>
                <w:szCs w:val="20"/>
                <w:cs/>
                <w:lang w:bidi="gu-IN"/>
              </w:rPr>
              <w:t>કરી</w:t>
            </w:r>
            <w:r w:rsidRPr="00B606DB">
              <w:rPr>
                <w:sz w:val="20"/>
                <w:szCs w:val="20"/>
              </w:rPr>
              <w:t xml:space="preserve"> </w:t>
            </w:r>
            <w:r w:rsidRPr="00B606DB">
              <w:rPr>
                <w:rFonts w:cs="Shruti"/>
                <w:sz w:val="20"/>
                <w:szCs w:val="20"/>
                <w:cs/>
                <w:lang w:bidi="gu-IN"/>
              </w:rPr>
              <w:t>પોતાના</w:t>
            </w:r>
            <w:r w:rsidRPr="00B606DB">
              <w:rPr>
                <w:sz w:val="20"/>
                <w:szCs w:val="20"/>
              </w:rPr>
              <w:t xml:space="preserve"> </w:t>
            </w:r>
            <w:r w:rsidRPr="00B606DB">
              <w:rPr>
                <w:rFonts w:cs="Shruti"/>
                <w:sz w:val="20"/>
                <w:szCs w:val="20"/>
                <w:cs/>
                <w:lang w:bidi="gu-IN"/>
              </w:rPr>
              <w:t>શબ્દોમાં</w:t>
            </w:r>
            <w:r w:rsidRPr="00B606DB">
              <w:rPr>
                <w:sz w:val="20"/>
                <w:szCs w:val="20"/>
              </w:rPr>
              <w:t xml:space="preserve"> </w:t>
            </w:r>
            <w:r w:rsidRPr="00B606DB">
              <w:rPr>
                <w:rFonts w:cs="Shruti"/>
                <w:sz w:val="20"/>
                <w:szCs w:val="20"/>
                <w:cs/>
                <w:lang w:bidi="gu-IN"/>
              </w:rPr>
              <w:t>ઉત્તર</w:t>
            </w:r>
            <w:r w:rsidRPr="00B606DB">
              <w:rPr>
                <w:sz w:val="20"/>
                <w:szCs w:val="20"/>
              </w:rPr>
              <w:t xml:space="preserve"> </w:t>
            </w:r>
            <w:r w:rsidRPr="00B606DB">
              <w:rPr>
                <w:rFonts w:cs="Shruti"/>
                <w:sz w:val="20"/>
                <w:szCs w:val="20"/>
                <w:cs/>
                <w:lang w:bidi="gu-IN"/>
              </w:rPr>
              <w:t>લખવા</w:t>
            </w:r>
            <w:r w:rsidRPr="00B606DB">
              <w:rPr>
                <w:sz w:val="20"/>
                <w:szCs w:val="20"/>
              </w:rPr>
              <w:t>.</w:t>
            </w:r>
          </w:p>
        </w:tc>
      </w:tr>
      <w:tr w:rsidR="00B606DB" w:rsidRPr="00B606DB" w14:paraId="6B5AA0C1" w14:textId="77777777" w:rsidTr="00B606DB">
        <w:tc>
          <w:tcPr>
            <w:tcW w:w="675" w:type="dxa"/>
          </w:tcPr>
          <w:p w14:paraId="1DA9564F" w14:textId="77777777" w:rsidR="00B606DB" w:rsidRPr="00B606DB" w:rsidRDefault="00B606DB" w:rsidP="00F37DAD">
            <w:pPr>
              <w:rPr>
                <w:sz w:val="20"/>
                <w:szCs w:val="20"/>
              </w:rPr>
            </w:pPr>
            <w:r w:rsidRPr="00B606DB">
              <w:rPr>
                <w:rFonts w:cs="Shruti"/>
                <w:sz w:val="20"/>
                <w:szCs w:val="20"/>
                <w:cs/>
                <w:lang w:bidi="gu-IN"/>
              </w:rPr>
              <w:t>૪</w:t>
            </w:r>
          </w:p>
        </w:tc>
        <w:tc>
          <w:tcPr>
            <w:tcW w:w="993" w:type="dxa"/>
          </w:tcPr>
          <w:p w14:paraId="0460CFAC" w14:textId="77777777" w:rsidR="00B606DB" w:rsidRPr="00B606DB" w:rsidRDefault="00B606DB" w:rsidP="00F37DAD">
            <w:pPr>
              <w:rPr>
                <w:sz w:val="20"/>
                <w:szCs w:val="20"/>
              </w:rPr>
            </w:pPr>
            <w:r w:rsidRPr="00B606DB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B606DB">
              <w:rPr>
                <w:sz w:val="20"/>
                <w:szCs w:val="20"/>
              </w:rPr>
              <w:t xml:space="preserve"> </w:t>
            </w:r>
            <w:r w:rsidRPr="00B606DB">
              <w:rPr>
                <w:rFonts w:cs="Shruti"/>
                <w:sz w:val="20"/>
                <w:szCs w:val="20"/>
                <w:cs/>
                <w:lang w:bidi="gu-IN"/>
              </w:rPr>
              <w:t>૮</w:t>
            </w:r>
          </w:p>
        </w:tc>
        <w:tc>
          <w:tcPr>
            <w:tcW w:w="1559" w:type="dxa"/>
          </w:tcPr>
          <w:p w14:paraId="110BAB17" w14:textId="77777777" w:rsidR="00B606DB" w:rsidRPr="00B606DB" w:rsidRDefault="00B606DB" w:rsidP="00F37DAD">
            <w:pPr>
              <w:rPr>
                <w:sz w:val="20"/>
                <w:szCs w:val="20"/>
              </w:rPr>
            </w:pPr>
            <w:r w:rsidRPr="00B606DB">
              <w:rPr>
                <w:rFonts w:cs="Shruti"/>
                <w:sz w:val="20"/>
                <w:szCs w:val="20"/>
                <w:cs/>
                <w:lang w:bidi="gu-IN"/>
              </w:rPr>
              <w:t>વિજ્ઞાન</w:t>
            </w:r>
          </w:p>
        </w:tc>
        <w:tc>
          <w:tcPr>
            <w:tcW w:w="5812" w:type="dxa"/>
          </w:tcPr>
          <w:p w14:paraId="07AF4E47" w14:textId="77777777" w:rsidR="00B606DB" w:rsidRPr="00B606DB" w:rsidRDefault="00B606DB" w:rsidP="00F37DAD">
            <w:pPr>
              <w:rPr>
                <w:sz w:val="20"/>
                <w:szCs w:val="20"/>
              </w:rPr>
            </w:pPr>
            <w:r w:rsidRPr="00B606DB">
              <w:rPr>
                <w:sz w:val="20"/>
                <w:szCs w:val="20"/>
              </w:rPr>
              <w:t xml:space="preserve">S803 - </w:t>
            </w:r>
            <w:r w:rsidRPr="00B606DB">
              <w:rPr>
                <w:rFonts w:cs="Shruti"/>
                <w:sz w:val="20"/>
                <w:szCs w:val="20"/>
                <w:cs/>
                <w:lang w:bidi="gu-IN"/>
              </w:rPr>
              <w:t>પ્રયોગોના</w:t>
            </w:r>
            <w:r w:rsidRPr="00B606DB">
              <w:rPr>
                <w:sz w:val="20"/>
                <w:szCs w:val="20"/>
              </w:rPr>
              <w:t xml:space="preserve"> </w:t>
            </w:r>
            <w:r w:rsidRPr="00B606DB">
              <w:rPr>
                <w:rFonts w:cs="Shruti"/>
                <w:sz w:val="20"/>
                <w:szCs w:val="20"/>
                <w:cs/>
                <w:lang w:bidi="gu-IN"/>
              </w:rPr>
              <w:t>આધારે</w:t>
            </w:r>
            <w:r w:rsidRPr="00B606DB">
              <w:rPr>
                <w:sz w:val="20"/>
                <w:szCs w:val="20"/>
              </w:rPr>
              <w:t xml:space="preserve"> </w:t>
            </w:r>
            <w:r w:rsidRPr="00B606DB">
              <w:rPr>
                <w:rFonts w:cs="Shruti"/>
                <w:sz w:val="20"/>
                <w:szCs w:val="20"/>
                <w:cs/>
                <w:lang w:bidi="gu-IN"/>
              </w:rPr>
              <w:t>વૈજ્ઞાનિક</w:t>
            </w:r>
            <w:r w:rsidRPr="00B606DB">
              <w:rPr>
                <w:sz w:val="20"/>
                <w:szCs w:val="20"/>
              </w:rPr>
              <w:t xml:space="preserve"> </w:t>
            </w:r>
            <w:r w:rsidRPr="00B606DB">
              <w:rPr>
                <w:rFonts w:cs="Shruti"/>
                <w:sz w:val="20"/>
                <w:szCs w:val="20"/>
                <w:cs/>
                <w:lang w:bidi="gu-IN"/>
              </w:rPr>
              <w:t>કારણો</w:t>
            </w:r>
            <w:r w:rsidRPr="00B606DB">
              <w:rPr>
                <w:sz w:val="20"/>
                <w:szCs w:val="20"/>
              </w:rPr>
              <w:t xml:space="preserve"> </w:t>
            </w:r>
            <w:r w:rsidRPr="00B606DB">
              <w:rPr>
                <w:rFonts w:cs="Shruti"/>
                <w:sz w:val="20"/>
                <w:szCs w:val="20"/>
                <w:cs/>
                <w:lang w:bidi="gu-IN"/>
              </w:rPr>
              <w:t>સમજાવવા</w:t>
            </w:r>
            <w:r w:rsidRPr="00B606DB">
              <w:rPr>
                <w:sz w:val="20"/>
                <w:szCs w:val="20"/>
              </w:rPr>
              <w:t>.</w:t>
            </w:r>
          </w:p>
        </w:tc>
      </w:tr>
    </w:tbl>
    <w:p w14:paraId="0ED5F757" w14:textId="77777777" w:rsidR="00B606DB" w:rsidRPr="00B606DB" w:rsidRDefault="00B606DB" w:rsidP="00B606DB">
      <w:pPr>
        <w:rPr>
          <w:rFonts w:cs="Shruti"/>
          <w:sz w:val="20"/>
          <w:szCs w:val="20"/>
          <w:lang w:bidi="gu-IN"/>
        </w:rPr>
      </w:pPr>
    </w:p>
    <w:p w14:paraId="417E7562" w14:textId="77777777" w:rsidR="00B606DB" w:rsidRPr="00B606DB" w:rsidRDefault="00B606DB" w:rsidP="00B606DB">
      <w:pPr>
        <w:pStyle w:val="Heading2"/>
        <w:rPr>
          <w:sz w:val="20"/>
          <w:szCs w:val="20"/>
        </w:rPr>
      </w:pPr>
      <w:r w:rsidRPr="00B606DB">
        <w:rPr>
          <w:rFonts w:cs="Shruti"/>
          <w:sz w:val="20"/>
          <w:szCs w:val="20"/>
          <w:cs/>
          <w:lang w:bidi="gu-IN"/>
        </w:rPr>
        <w:t>૨</w:t>
      </w:r>
      <w:r w:rsidRPr="00B606DB">
        <w:rPr>
          <w:sz w:val="20"/>
          <w:szCs w:val="20"/>
        </w:rPr>
        <w:t xml:space="preserve">. </w:t>
      </w:r>
      <w:r w:rsidRPr="00B606DB">
        <w:rPr>
          <w:rFonts w:cs="Shruti"/>
          <w:sz w:val="20"/>
          <w:szCs w:val="20"/>
          <w:cs/>
          <w:lang w:bidi="gu-IN"/>
        </w:rPr>
        <w:t>નબળા</w:t>
      </w:r>
      <w:r w:rsidRPr="00B606DB">
        <w:rPr>
          <w:sz w:val="20"/>
          <w:szCs w:val="20"/>
        </w:rPr>
        <w:t xml:space="preserve"> LOs </w:t>
      </w:r>
      <w:r w:rsidRPr="00B606DB">
        <w:rPr>
          <w:rFonts w:cs="Shruti"/>
          <w:sz w:val="20"/>
          <w:szCs w:val="20"/>
          <w:cs/>
          <w:lang w:bidi="gu-IN"/>
        </w:rPr>
        <w:t>સિદ્ધ</w:t>
      </w:r>
      <w:r w:rsidRPr="00B606DB">
        <w:rPr>
          <w:sz w:val="20"/>
          <w:szCs w:val="20"/>
        </w:rPr>
        <w:t xml:space="preserve"> </w:t>
      </w:r>
      <w:r w:rsidRPr="00B606DB">
        <w:rPr>
          <w:rFonts w:cs="Shruti"/>
          <w:sz w:val="20"/>
          <w:szCs w:val="20"/>
          <w:cs/>
          <w:lang w:bidi="gu-IN"/>
        </w:rPr>
        <w:t>કરવા</w:t>
      </w:r>
      <w:r w:rsidRPr="00B606DB">
        <w:rPr>
          <w:sz w:val="20"/>
          <w:szCs w:val="20"/>
        </w:rPr>
        <w:t xml:space="preserve"> </w:t>
      </w:r>
      <w:r w:rsidRPr="00B606DB">
        <w:rPr>
          <w:rFonts w:cs="Shruti"/>
          <w:sz w:val="20"/>
          <w:szCs w:val="20"/>
          <w:cs/>
          <w:lang w:bidi="gu-IN"/>
        </w:rPr>
        <w:t>માટે</w:t>
      </w:r>
      <w:r w:rsidRPr="00B606DB">
        <w:rPr>
          <w:sz w:val="20"/>
          <w:szCs w:val="20"/>
        </w:rPr>
        <w:t xml:space="preserve"> </w:t>
      </w:r>
      <w:r w:rsidRPr="00B606DB">
        <w:rPr>
          <w:rFonts w:cs="Shruti"/>
          <w:sz w:val="20"/>
          <w:szCs w:val="20"/>
          <w:cs/>
          <w:lang w:bidi="gu-IN"/>
        </w:rPr>
        <w:t>હાથ</w:t>
      </w:r>
      <w:r w:rsidRPr="00B606DB">
        <w:rPr>
          <w:sz w:val="20"/>
          <w:szCs w:val="20"/>
        </w:rPr>
        <w:t xml:space="preserve"> </w:t>
      </w:r>
      <w:r w:rsidRPr="00B606DB">
        <w:rPr>
          <w:rFonts w:cs="Shruti"/>
          <w:sz w:val="20"/>
          <w:szCs w:val="20"/>
          <w:cs/>
          <w:lang w:bidi="gu-IN"/>
        </w:rPr>
        <w:t>ધરાયેલ</w:t>
      </w:r>
      <w:r w:rsidRPr="00B606DB">
        <w:rPr>
          <w:sz w:val="20"/>
          <w:szCs w:val="20"/>
        </w:rPr>
        <w:t xml:space="preserve"> </w:t>
      </w:r>
      <w:r w:rsidRPr="00B606DB">
        <w:rPr>
          <w:rFonts w:cs="Shruti"/>
          <w:sz w:val="20"/>
          <w:szCs w:val="20"/>
          <w:cs/>
          <w:lang w:bidi="gu-IN"/>
        </w:rPr>
        <w:t>અનુકાર્ય</w:t>
      </w:r>
      <w:r w:rsidRPr="00B606DB">
        <w:rPr>
          <w:sz w:val="20"/>
          <w:szCs w:val="20"/>
        </w:rPr>
        <w:t xml:space="preserve"> (Follow-up Actions):</w:t>
      </w:r>
    </w:p>
    <w:p w14:paraId="2B6A13F5" w14:textId="77777777" w:rsidR="00B606DB" w:rsidRPr="00B606DB" w:rsidRDefault="00B606DB" w:rsidP="00B606DB">
      <w:pPr>
        <w:pStyle w:val="ListBullet"/>
        <w:rPr>
          <w:sz w:val="18"/>
          <w:szCs w:val="18"/>
        </w:rPr>
      </w:pPr>
      <w:r w:rsidRPr="00B606DB">
        <w:rPr>
          <w:rFonts w:cs="Shruti"/>
          <w:sz w:val="18"/>
          <w:szCs w:val="18"/>
          <w:cs/>
          <w:lang w:bidi="gu-IN"/>
        </w:rPr>
        <w:t>અધ્યયન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નિષ્પત્તિ</w:t>
      </w:r>
      <w:r w:rsidRPr="00B606DB">
        <w:rPr>
          <w:sz w:val="18"/>
          <w:szCs w:val="18"/>
        </w:rPr>
        <w:t xml:space="preserve"> (LO) </w:t>
      </w:r>
      <w:r w:rsidRPr="00B606DB">
        <w:rPr>
          <w:rFonts w:cs="Shruti"/>
          <w:sz w:val="18"/>
          <w:szCs w:val="18"/>
          <w:cs/>
          <w:lang w:bidi="gu-IN"/>
        </w:rPr>
        <w:t>આધારિત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શિક્ષણ</w:t>
      </w:r>
      <w:r w:rsidRPr="00B606DB">
        <w:rPr>
          <w:sz w:val="18"/>
          <w:szCs w:val="18"/>
        </w:rPr>
        <w:t xml:space="preserve">: </w:t>
      </w:r>
      <w:r w:rsidRPr="00B606DB">
        <w:rPr>
          <w:rFonts w:cs="Shruti"/>
          <w:sz w:val="18"/>
          <w:szCs w:val="18"/>
          <w:cs/>
          <w:lang w:bidi="gu-IN"/>
        </w:rPr>
        <w:t>શિક્ષકો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દ્વારા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દૈનિક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પાઠ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આયોજનમાં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સીધા</w:t>
      </w:r>
      <w:r w:rsidRPr="00B606DB">
        <w:rPr>
          <w:sz w:val="18"/>
          <w:szCs w:val="18"/>
        </w:rPr>
        <w:t xml:space="preserve"> LO </w:t>
      </w:r>
      <w:r w:rsidRPr="00B606DB">
        <w:rPr>
          <w:rFonts w:cs="Shruti"/>
          <w:sz w:val="18"/>
          <w:szCs w:val="18"/>
          <w:cs/>
          <w:lang w:bidi="gu-IN"/>
        </w:rPr>
        <w:t>ને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કેન્દ્રમાં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રાખીને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શૈક્ષણિક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પ્રવૃત્તિઓ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કરાવવામાં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આવે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છે</w:t>
      </w:r>
      <w:r w:rsidRPr="00B606DB">
        <w:rPr>
          <w:sz w:val="18"/>
          <w:szCs w:val="18"/>
        </w:rPr>
        <w:t>.</w:t>
      </w:r>
    </w:p>
    <w:p w14:paraId="1F8C724D" w14:textId="77777777" w:rsidR="00B606DB" w:rsidRPr="00B606DB" w:rsidRDefault="00B606DB" w:rsidP="00B606DB">
      <w:pPr>
        <w:pStyle w:val="ListBullet"/>
        <w:rPr>
          <w:sz w:val="18"/>
          <w:szCs w:val="18"/>
        </w:rPr>
      </w:pPr>
      <w:r w:rsidRPr="00B606DB">
        <w:rPr>
          <w:rFonts w:cs="Shruti"/>
          <w:sz w:val="18"/>
          <w:szCs w:val="18"/>
          <w:cs/>
          <w:lang w:bidi="gu-IN"/>
        </w:rPr>
        <w:t>વિશેષ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મહાવરો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અને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વર્કશીટ</w:t>
      </w:r>
      <w:r w:rsidRPr="00B606DB">
        <w:rPr>
          <w:sz w:val="18"/>
          <w:szCs w:val="18"/>
        </w:rPr>
        <w:t xml:space="preserve">: </w:t>
      </w:r>
      <w:r w:rsidRPr="00B606DB">
        <w:rPr>
          <w:rFonts w:cs="Shruti"/>
          <w:sz w:val="18"/>
          <w:szCs w:val="18"/>
          <w:cs/>
          <w:lang w:bidi="gu-IN"/>
        </w:rPr>
        <w:t>જે</w:t>
      </w:r>
      <w:r w:rsidRPr="00B606DB">
        <w:rPr>
          <w:sz w:val="18"/>
          <w:szCs w:val="18"/>
        </w:rPr>
        <w:t xml:space="preserve"> LO </w:t>
      </w:r>
      <w:r w:rsidRPr="00B606DB">
        <w:rPr>
          <w:rFonts w:cs="Shruti"/>
          <w:sz w:val="18"/>
          <w:szCs w:val="18"/>
          <w:cs/>
          <w:lang w:bidi="gu-IN"/>
        </w:rPr>
        <w:t>માં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વિદ્યાર્થીઓ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નબળા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છે</w:t>
      </w:r>
      <w:r w:rsidRPr="00B606DB">
        <w:rPr>
          <w:sz w:val="18"/>
          <w:szCs w:val="18"/>
        </w:rPr>
        <w:t xml:space="preserve"> (</w:t>
      </w:r>
      <w:r w:rsidRPr="00B606DB">
        <w:rPr>
          <w:rFonts w:cs="Shruti"/>
          <w:sz w:val="18"/>
          <w:szCs w:val="18"/>
          <w:cs/>
          <w:lang w:bidi="gu-IN"/>
        </w:rPr>
        <w:t>દા</w:t>
      </w:r>
      <w:r w:rsidRPr="00B606DB">
        <w:rPr>
          <w:sz w:val="18"/>
          <w:szCs w:val="18"/>
        </w:rPr>
        <w:t>.</w:t>
      </w:r>
      <w:r w:rsidRPr="00B606DB">
        <w:rPr>
          <w:rFonts w:cs="Shruti"/>
          <w:sz w:val="18"/>
          <w:szCs w:val="18"/>
          <w:cs/>
          <w:lang w:bidi="gu-IN"/>
        </w:rPr>
        <w:t>ત</w:t>
      </w:r>
      <w:r w:rsidRPr="00B606DB">
        <w:rPr>
          <w:sz w:val="18"/>
          <w:szCs w:val="18"/>
        </w:rPr>
        <w:t xml:space="preserve">. </w:t>
      </w:r>
      <w:r w:rsidRPr="00B606DB">
        <w:rPr>
          <w:rFonts w:cs="Shruti"/>
          <w:sz w:val="18"/>
          <w:szCs w:val="18"/>
          <w:cs/>
          <w:lang w:bidi="gu-IN"/>
        </w:rPr>
        <w:t>અર્થગ્રહણ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અને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કોયડા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ઉકેલ</w:t>
      </w:r>
      <w:r w:rsidRPr="00B606DB">
        <w:rPr>
          <w:sz w:val="18"/>
          <w:szCs w:val="18"/>
        </w:rPr>
        <w:t xml:space="preserve">), </w:t>
      </w:r>
      <w:r w:rsidRPr="00B606DB">
        <w:rPr>
          <w:rFonts w:cs="Shruti"/>
          <w:sz w:val="18"/>
          <w:szCs w:val="18"/>
          <w:cs/>
          <w:lang w:bidi="gu-IN"/>
        </w:rPr>
        <w:t>તેના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માટે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શિક્ષકો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દ્વારા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ખાસ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વર્કશીટ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તૈયાર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કરી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સાપ્તાહિક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મહાવરો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કરાવવામાં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આવે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છે</w:t>
      </w:r>
      <w:r w:rsidRPr="00B606DB">
        <w:rPr>
          <w:sz w:val="18"/>
          <w:szCs w:val="18"/>
        </w:rPr>
        <w:t>.</w:t>
      </w:r>
    </w:p>
    <w:p w14:paraId="6A09B4B5" w14:textId="77777777" w:rsidR="00B606DB" w:rsidRPr="00B606DB" w:rsidRDefault="00B606DB" w:rsidP="00B606DB">
      <w:pPr>
        <w:pStyle w:val="ListBullet"/>
        <w:rPr>
          <w:sz w:val="18"/>
          <w:szCs w:val="18"/>
        </w:rPr>
      </w:pPr>
      <w:r w:rsidRPr="00B606DB">
        <w:rPr>
          <w:sz w:val="18"/>
          <w:szCs w:val="18"/>
        </w:rPr>
        <w:t xml:space="preserve">TLM </w:t>
      </w:r>
      <w:r w:rsidRPr="00B606DB">
        <w:rPr>
          <w:rFonts w:cs="Shruti"/>
          <w:sz w:val="18"/>
          <w:szCs w:val="18"/>
          <w:cs/>
          <w:lang w:bidi="gu-IN"/>
        </w:rPr>
        <w:t>અને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દીક્ષા</w:t>
      </w:r>
      <w:r w:rsidRPr="00B606DB">
        <w:rPr>
          <w:sz w:val="18"/>
          <w:szCs w:val="18"/>
        </w:rPr>
        <w:t xml:space="preserve"> (DIKSHA) </w:t>
      </w:r>
      <w:r w:rsidRPr="00B606DB">
        <w:rPr>
          <w:rFonts w:cs="Shruti"/>
          <w:sz w:val="18"/>
          <w:szCs w:val="18"/>
          <w:cs/>
          <w:lang w:bidi="gu-IN"/>
        </w:rPr>
        <w:t>એપનો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ઉપયોગ</w:t>
      </w:r>
      <w:r w:rsidRPr="00B606DB">
        <w:rPr>
          <w:sz w:val="18"/>
          <w:szCs w:val="18"/>
        </w:rPr>
        <w:t xml:space="preserve">: </w:t>
      </w:r>
      <w:r w:rsidRPr="00B606DB">
        <w:rPr>
          <w:rFonts w:cs="Shruti"/>
          <w:sz w:val="18"/>
          <w:szCs w:val="18"/>
          <w:cs/>
          <w:lang w:bidi="gu-IN"/>
        </w:rPr>
        <w:t>અમૂર્ત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ખ્યાલો</w:t>
      </w:r>
      <w:r w:rsidRPr="00B606DB">
        <w:rPr>
          <w:sz w:val="18"/>
          <w:szCs w:val="18"/>
        </w:rPr>
        <w:t xml:space="preserve"> (Abstract Concepts) </w:t>
      </w:r>
      <w:r w:rsidRPr="00B606DB">
        <w:rPr>
          <w:rFonts w:cs="Shruti"/>
          <w:sz w:val="18"/>
          <w:szCs w:val="18"/>
          <w:cs/>
          <w:lang w:bidi="gu-IN"/>
        </w:rPr>
        <w:t>સમજાવવા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માટે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પ્રોજેક્ટર</w:t>
      </w:r>
      <w:r w:rsidRPr="00B606DB">
        <w:rPr>
          <w:sz w:val="18"/>
          <w:szCs w:val="18"/>
        </w:rPr>
        <w:t xml:space="preserve">, </w:t>
      </w:r>
      <w:r w:rsidRPr="00B606DB">
        <w:rPr>
          <w:rFonts w:cs="Shruti"/>
          <w:sz w:val="18"/>
          <w:szCs w:val="18"/>
          <w:cs/>
          <w:lang w:bidi="gu-IN"/>
        </w:rPr>
        <w:t>સ્માર્ટ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ક્લાસ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અને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દીક્ષા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પોર્ટલના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વિડીયોનો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મહત્તમ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ઉપયોગ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કરવામાં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આવે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છે</w:t>
      </w:r>
      <w:r w:rsidRPr="00B606DB">
        <w:rPr>
          <w:sz w:val="18"/>
          <w:szCs w:val="18"/>
        </w:rPr>
        <w:t>.</w:t>
      </w:r>
    </w:p>
    <w:p w14:paraId="11668190" w14:textId="77777777" w:rsidR="00B606DB" w:rsidRPr="00B606DB" w:rsidRDefault="00B606DB" w:rsidP="00B606DB">
      <w:pPr>
        <w:pStyle w:val="ListBullet"/>
        <w:rPr>
          <w:sz w:val="18"/>
          <w:szCs w:val="18"/>
        </w:rPr>
      </w:pPr>
      <w:r w:rsidRPr="00B606DB">
        <w:rPr>
          <w:rFonts w:cs="Shruti"/>
          <w:sz w:val="18"/>
          <w:szCs w:val="18"/>
          <w:cs/>
          <w:lang w:bidi="gu-IN"/>
        </w:rPr>
        <w:t>પીઅર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લર્નિંગ</w:t>
      </w:r>
      <w:r w:rsidRPr="00B606DB">
        <w:rPr>
          <w:sz w:val="18"/>
          <w:szCs w:val="18"/>
        </w:rPr>
        <w:t xml:space="preserve"> (Peer Learning): </w:t>
      </w:r>
      <w:r w:rsidRPr="00B606DB">
        <w:rPr>
          <w:rFonts w:cs="Shruti"/>
          <w:sz w:val="18"/>
          <w:szCs w:val="18"/>
          <w:cs/>
          <w:lang w:bidi="gu-IN"/>
        </w:rPr>
        <w:t>વિષયમાં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હોશિયાર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વિદ્યાર્થીઓની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નબળા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વિદ્યાર્થીઓ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સાથે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જોડી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બનાવી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તેમને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સાથે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મળીને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શીખવા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પ્રોત્સાહિત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કરાય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છે</w:t>
      </w:r>
      <w:r w:rsidRPr="00B606DB">
        <w:rPr>
          <w:sz w:val="18"/>
          <w:szCs w:val="18"/>
        </w:rPr>
        <w:t>.</w:t>
      </w:r>
    </w:p>
    <w:p w14:paraId="248523D1" w14:textId="77777777" w:rsidR="00B606DB" w:rsidRPr="00B606DB" w:rsidRDefault="00B606DB" w:rsidP="00B606DB">
      <w:pPr>
        <w:pStyle w:val="ListBullet"/>
        <w:rPr>
          <w:sz w:val="18"/>
          <w:szCs w:val="18"/>
        </w:rPr>
      </w:pPr>
      <w:r w:rsidRPr="00B606DB">
        <w:rPr>
          <w:rFonts w:cs="Shruti"/>
          <w:sz w:val="18"/>
          <w:szCs w:val="18"/>
          <w:cs/>
          <w:lang w:bidi="gu-IN"/>
        </w:rPr>
        <w:t>મોક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ટેસ્ટ</w:t>
      </w:r>
      <w:r w:rsidRPr="00B606DB">
        <w:rPr>
          <w:sz w:val="18"/>
          <w:szCs w:val="18"/>
        </w:rPr>
        <w:t xml:space="preserve"> (Mock Test): NAS/SAS </w:t>
      </w:r>
      <w:r w:rsidRPr="00B606DB">
        <w:rPr>
          <w:rFonts w:cs="Shruti"/>
          <w:sz w:val="18"/>
          <w:szCs w:val="18"/>
          <w:cs/>
          <w:lang w:bidi="gu-IN"/>
        </w:rPr>
        <w:t>ની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પદ્ધતિ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મુજબ</w:t>
      </w:r>
      <w:r w:rsidRPr="00B606DB">
        <w:rPr>
          <w:sz w:val="18"/>
          <w:szCs w:val="18"/>
        </w:rPr>
        <w:t xml:space="preserve"> OMR </w:t>
      </w:r>
      <w:r w:rsidRPr="00B606DB">
        <w:rPr>
          <w:rFonts w:cs="Shruti"/>
          <w:sz w:val="18"/>
          <w:szCs w:val="18"/>
          <w:cs/>
          <w:lang w:bidi="gu-IN"/>
        </w:rPr>
        <w:t>શીટ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આધારિત</w:t>
      </w:r>
      <w:r w:rsidRPr="00B606DB">
        <w:rPr>
          <w:sz w:val="18"/>
          <w:szCs w:val="18"/>
        </w:rPr>
        <w:t xml:space="preserve"> MCQ </w:t>
      </w:r>
      <w:r w:rsidRPr="00B606DB">
        <w:rPr>
          <w:rFonts w:cs="Shruti"/>
          <w:sz w:val="18"/>
          <w:szCs w:val="18"/>
          <w:cs/>
          <w:lang w:bidi="gu-IN"/>
        </w:rPr>
        <w:t>પ્રશ્નોની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સાપ્તાહિક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પ્રેક્ટિસ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કરાવવામાં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આવે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છે</w:t>
      </w:r>
      <w:r w:rsidRPr="00B606DB">
        <w:rPr>
          <w:sz w:val="18"/>
          <w:szCs w:val="18"/>
        </w:rPr>
        <w:t>.</w:t>
      </w:r>
    </w:p>
    <w:p w14:paraId="22BBCCBD" w14:textId="77777777" w:rsidR="00B606DB" w:rsidRPr="00B606DB" w:rsidRDefault="00B606DB" w:rsidP="00B606DB">
      <w:pPr>
        <w:pStyle w:val="Heading2"/>
        <w:rPr>
          <w:sz w:val="20"/>
          <w:szCs w:val="20"/>
        </w:rPr>
      </w:pPr>
      <w:r w:rsidRPr="00B606DB">
        <w:rPr>
          <w:rFonts w:cs="Shruti"/>
          <w:sz w:val="20"/>
          <w:szCs w:val="20"/>
          <w:cs/>
          <w:lang w:bidi="gu-IN"/>
        </w:rPr>
        <w:t>૩</w:t>
      </w:r>
      <w:r w:rsidRPr="00B606DB">
        <w:rPr>
          <w:sz w:val="20"/>
          <w:szCs w:val="20"/>
        </w:rPr>
        <w:t xml:space="preserve">. </w:t>
      </w:r>
      <w:r w:rsidRPr="00B606DB">
        <w:rPr>
          <w:rFonts w:cs="Shruti"/>
          <w:sz w:val="20"/>
          <w:szCs w:val="20"/>
          <w:cs/>
          <w:lang w:bidi="gu-IN"/>
        </w:rPr>
        <w:t>સમીક્ષા</w:t>
      </w:r>
      <w:r w:rsidRPr="00B606DB">
        <w:rPr>
          <w:sz w:val="20"/>
          <w:szCs w:val="20"/>
        </w:rPr>
        <w:t xml:space="preserve"> </w:t>
      </w:r>
      <w:r w:rsidRPr="00B606DB">
        <w:rPr>
          <w:rFonts w:cs="Shruti"/>
          <w:sz w:val="20"/>
          <w:szCs w:val="20"/>
          <w:cs/>
          <w:lang w:bidi="gu-IN"/>
        </w:rPr>
        <w:t>અને</w:t>
      </w:r>
      <w:r w:rsidRPr="00B606DB">
        <w:rPr>
          <w:sz w:val="20"/>
          <w:szCs w:val="20"/>
        </w:rPr>
        <w:t xml:space="preserve"> </w:t>
      </w:r>
      <w:r w:rsidRPr="00B606DB">
        <w:rPr>
          <w:rFonts w:cs="Shruti"/>
          <w:sz w:val="20"/>
          <w:szCs w:val="20"/>
          <w:cs/>
          <w:lang w:bidi="gu-IN"/>
        </w:rPr>
        <w:t>પરિણામ</w:t>
      </w:r>
      <w:r w:rsidRPr="00B606DB">
        <w:rPr>
          <w:sz w:val="20"/>
          <w:szCs w:val="20"/>
        </w:rPr>
        <w:t>:</w:t>
      </w:r>
    </w:p>
    <w:p w14:paraId="19AA30E6" w14:textId="77777777" w:rsidR="00B606DB" w:rsidRPr="00B606DB" w:rsidRDefault="00B606DB" w:rsidP="00B606DB">
      <w:pPr>
        <w:rPr>
          <w:rFonts w:cs="Shruti"/>
          <w:sz w:val="18"/>
          <w:szCs w:val="18"/>
          <w:cs/>
          <w:lang w:bidi="gu-IN"/>
        </w:rPr>
      </w:pPr>
      <w:r w:rsidRPr="00B606DB">
        <w:rPr>
          <w:rFonts w:cs="Shruti"/>
          <w:sz w:val="18"/>
          <w:szCs w:val="18"/>
          <w:cs/>
          <w:lang w:bidi="gu-IN"/>
        </w:rPr>
        <w:t>શાળા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કક્ષાએ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લેવાતી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એકમ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કસોટી</w:t>
      </w:r>
      <w:r w:rsidRPr="00B606DB">
        <w:rPr>
          <w:sz w:val="18"/>
          <w:szCs w:val="18"/>
        </w:rPr>
        <w:t xml:space="preserve"> (PAT) </w:t>
      </w:r>
      <w:r w:rsidRPr="00B606DB">
        <w:rPr>
          <w:rFonts w:cs="Shruti"/>
          <w:sz w:val="18"/>
          <w:szCs w:val="18"/>
          <w:cs/>
          <w:lang w:bidi="gu-IN"/>
        </w:rPr>
        <w:t>અને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સત્રાંત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કસોટીના</w:t>
      </w:r>
      <w:r w:rsidRPr="00B606DB">
        <w:rPr>
          <w:sz w:val="18"/>
          <w:szCs w:val="18"/>
        </w:rPr>
        <w:t xml:space="preserve"> (SAT) </w:t>
      </w:r>
      <w:r w:rsidRPr="00B606DB">
        <w:rPr>
          <w:rFonts w:cs="Shruti"/>
          <w:sz w:val="18"/>
          <w:szCs w:val="18"/>
          <w:cs/>
          <w:lang w:bidi="gu-IN"/>
        </w:rPr>
        <w:t>પરિણામો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સાથે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ઉપરોક્ત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અનુકાર્યની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સમીક્ષા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કરવામાં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આવે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છે</w:t>
      </w:r>
      <w:r w:rsidRPr="00B606DB">
        <w:rPr>
          <w:sz w:val="18"/>
          <w:szCs w:val="18"/>
        </w:rPr>
        <w:t xml:space="preserve">. </w:t>
      </w:r>
      <w:r w:rsidRPr="00B606DB">
        <w:rPr>
          <w:rFonts w:cs="Shruti"/>
          <w:sz w:val="18"/>
          <w:szCs w:val="18"/>
          <w:cs/>
          <w:lang w:bidi="gu-IN"/>
        </w:rPr>
        <w:t>આ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સતત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પ્રયાસોથી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વિદ્યાર્થીઓના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અર્થગ્રહણ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અને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તાર્કિક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વિચારક્ષમતામાં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નોંધપાત્ર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સુધારો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જોવા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મળ્યો</w:t>
      </w:r>
      <w:r w:rsidRPr="00B606DB">
        <w:rPr>
          <w:sz w:val="18"/>
          <w:szCs w:val="18"/>
        </w:rPr>
        <w:t xml:space="preserve"> </w:t>
      </w:r>
      <w:r w:rsidRPr="00B606DB">
        <w:rPr>
          <w:rFonts w:cs="Shruti"/>
          <w:sz w:val="18"/>
          <w:szCs w:val="18"/>
          <w:cs/>
          <w:lang w:bidi="gu-IN"/>
        </w:rPr>
        <w:t>છે</w:t>
      </w:r>
      <w:r w:rsidRPr="00B606DB">
        <w:rPr>
          <w:sz w:val="18"/>
          <w:szCs w:val="18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281"/>
        <w:gridCol w:w="4359"/>
      </w:tblGrid>
      <w:tr w:rsidR="00B606DB" w:rsidRPr="00B606DB" w14:paraId="11BDF63B" w14:textId="77777777" w:rsidTr="00B606DB">
        <w:tc>
          <w:tcPr>
            <w:tcW w:w="4320" w:type="dxa"/>
          </w:tcPr>
          <w:p w14:paraId="3122B0E9" w14:textId="77777777" w:rsidR="00B606DB" w:rsidRPr="00B606DB" w:rsidRDefault="00B606DB" w:rsidP="00F37DAD">
            <w:pPr>
              <w:rPr>
                <w:sz w:val="20"/>
                <w:szCs w:val="20"/>
              </w:rPr>
            </w:pPr>
            <w:r w:rsidRPr="00B606DB">
              <w:rPr>
                <w:rFonts w:cs="Shruti"/>
                <w:sz w:val="20"/>
                <w:szCs w:val="20"/>
                <w:cs/>
                <w:lang w:bidi="gu-IN"/>
              </w:rPr>
              <w:t>શાળા</w:t>
            </w:r>
            <w:r w:rsidRPr="00B606DB">
              <w:rPr>
                <w:sz w:val="20"/>
                <w:szCs w:val="20"/>
              </w:rPr>
              <w:t xml:space="preserve"> </w:t>
            </w:r>
            <w:r w:rsidRPr="00B606DB">
              <w:rPr>
                <w:rFonts w:cs="Shruti"/>
                <w:sz w:val="20"/>
                <w:szCs w:val="20"/>
                <w:cs/>
                <w:lang w:bidi="gu-IN"/>
              </w:rPr>
              <w:t>નોડલ</w:t>
            </w:r>
            <w:r w:rsidRPr="00B606DB">
              <w:rPr>
                <w:sz w:val="20"/>
                <w:szCs w:val="20"/>
              </w:rPr>
              <w:t xml:space="preserve"> </w:t>
            </w:r>
            <w:r w:rsidRPr="00B606DB">
              <w:rPr>
                <w:rFonts w:cs="Shruti"/>
                <w:sz w:val="20"/>
                <w:szCs w:val="20"/>
                <w:cs/>
                <w:lang w:bidi="gu-IN"/>
              </w:rPr>
              <w:t>શિક્ષકની</w:t>
            </w:r>
            <w:r w:rsidRPr="00B606DB">
              <w:rPr>
                <w:sz w:val="20"/>
                <w:szCs w:val="20"/>
              </w:rPr>
              <w:t xml:space="preserve"> </w:t>
            </w:r>
            <w:r w:rsidRPr="00B606DB">
              <w:rPr>
                <w:rFonts w:cs="Shruti"/>
                <w:sz w:val="20"/>
                <w:szCs w:val="20"/>
                <w:cs/>
                <w:lang w:bidi="gu-IN"/>
              </w:rPr>
              <w:t>સહી</w:t>
            </w:r>
            <w:r w:rsidRPr="00B606DB">
              <w:rPr>
                <w:sz w:val="20"/>
                <w:szCs w:val="20"/>
              </w:rPr>
              <w:br/>
            </w:r>
            <w:r w:rsidRPr="00B606DB">
              <w:rPr>
                <w:sz w:val="20"/>
                <w:szCs w:val="20"/>
              </w:rPr>
              <w:br/>
              <w:t>______________________</w:t>
            </w:r>
          </w:p>
        </w:tc>
        <w:tc>
          <w:tcPr>
            <w:tcW w:w="4435" w:type="dxa"/>
          </w:tcPr>
          <w:p w14:paraId="1AE9ADD1" w14:textId="77777777" w:rsidR="00B606DB" w:rsidRPr="00B606DB" w:rsidRDefault="00B606DB" w:rsidP="00B606DB">
            <w:pPr>
              <w:jc w:val="right"/>
              <w:rPr>
                <w:sz w:val="20"/>
                <w:szCs w:val="20"/>
              </w:rPr>
            </w:pPr>
            <w:r w:rsidRPr="00B606DB">
              <w:rPr>
                <w:rFonts w:cs="Shruti"/>
                <w:sz w:val="20"/>
                <w:szCs w:val="20"/>
                <w:cs/>
                <w:lang w:bidi="gu-IN"/>
              </w:rPr>
              <w:t>આચાર્યશ્રીની</w:t>
            </w:r>
            <w:r w:rsidRPr="00B606DB">
              <w:rPr>
                <w:sz w:val="20"/>
                <w:szCs w:val="20"/>
              </w:rPr>
              <w:t xml:space="preserve"> </w:t>
            </w:r>
            <w:r w:rsidRPr="00B606DB">
              <w:rPr>
                <w:rFonts w:cs="Shruti"/>
                <w:sz w:val="20"/>
                <w:szCs w:val="20"/>
                <w:cs/>
                <w:lang w:bidi="gu-IN"/>
              </w:rPr>
              <w:t>સહી</w:t>
            </w:r>
            <w:r w:rsidRPr="00B606DB">
              <w:rPr>
                <w:sz w:val="20"/>
                <w:szCs w:val="20"/>
              </w:rPr>
              <w:t xml:space="preserve"> </w:t>
            </w:r>
            <w:r w:rsidRPr="00B606DB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B606DB">
              <w:rPr>
                <w:sz w:val="20"/>
                <w:szCs w:val="20"/>
              </w:rPr>
              <w:t xml:space="preserve"> </w:t>
            </w:r>
            <w:r w:rsidRPr="00B606DB">
              <w:rPr>
                <w:rFonts w:cs="Shruti"/>
                <w:sz w:val="20"/>
                <w:szCs w:val="20"/>
                <w:cs/>
                <w:lang w:bidi="gu-IN"/>
              </w:rPr>
              <w:t>સિક્કો</w:t>
            </w:r>
            <w:r w:rsidRPr="00B606DB">
              <w:rPr>
                <w:sz w:val="20"/>
                <w:szCs w:val="20"/>
              </w:rPr>
              <w:br/>
            </w:r>
            <w:r w:rsidRPr="00B606DB">
              <w:rPr>
                <w:sz w:val="20"/>
                <w:szCs w:val="20"/>
              </w:rPr>
              <w:br/>
            </w:r>
            <w:r w:rsidRPr="00B606DB">
              <w:rPr>
                <w:sz w:val="20"/>
                <w:szCs w:val="20"/>
              </w:rPr>
              <w:br/>
            </w:r>
          </w:p>
        </w:tc>
      </w:tr>
    </w:tbl>
    <w:p w14:paraId="330ECD8D" w14:textId="77777777" w:rsidR="003D3E34" w:rsidRDefault="003D3E34" w:rsidP="0003495A">
      <w:pPr>
        <w:spacing w:after="0" w:line="240" w:lineRule="auto"/>
        <w:rPr>
          <w:rFonts w:cs="Shruti"/>
          <w:sz w:val="28"/>
          <w:szCs w:val="28"/>
          <w:u w:val="single"/>
          <w:lang w:bidi="gu-IN"/>
        </w:rPr>
      </w:pPr>
    </w:p>
    <w:p w14:paraId="0D645398" w14:textId="702D8C81" w:rsidR="00B36C4E" w:rsidRDefault="002546D1" w:rsidP="00B36C4E">
      <w:pPr>
        <w:spacing w:after="0" w:line="240" w:lineRule="auto"/>
        <w:jc w:val="center"/>
        <w:rPr>
          <w:rFonts w:cs="Shruti"/>
          <w:b/>
          <w:u w:val="single"/>
          <w:lang w:val="en-IN" w:bidi="gu-IN"/>
        </w:rPr>
      </w:pPr>
      <w:r>
        <w:rPr>
          <w:rFonts w:cs="Shruti" w:hint="cs"/>
          <w:sz w:val="28"/>
          <w:szCs w:val="28"/>
          <w:u w:val="single"/>
          <w:cs/>
          <w:lang w:bidi="gu-IN"/>
        </w:rPr>
        <w:lastRenderedPageBreak/>
        <w:t>ઢાંકણ્રીયાવાસ પ્રાથમિક શાળા તા- લાખણી જિલ્લો - વાવ-થરાદ ડાયસ કોડ: 24021300207</w:t>
      </w:r>
    </w:p>
    <w:p w14:paraId="64FDD920" w14:textId="77777777" w:rsidR="007A4D3C" w:rsidRPr="007A4D3C" w:rsidRDefault="007A4D3C" w:rsidP="007A4D3C">
      <w:pPr>
        <w:pStyle w:val="Heading1"/>
        <w:rPr>
          <w:rFonts w:cs="Shruti"/>
          <w:lang w:bidi="gu-IN"/>
        </w:rPr>
      </w:pPr>
      <w:r>
        <w:rPr>
          <w:rFonts w:cs="Shruti"/>
          <w:cs/>
          <w:lang w:bidi="gu-IN"/>
        </w:rPr>
        <w:t>વિવિધ</w:t>
      </w:r>
      <w:r>
        <w:t xml:space="preserve"> </w:t>
      </w:r>
      <w:r>
        <w:rPr>
          <w:rFonts w:cs="Shruti"/>
          <w:cs/>
          <w:lang w:bidi="gu-IN"/>
        </w:rPr>
        <w:t>શાળાકીય</w:t>
      </w:r>
      <w:r>
        <w:t xml:space="preserve"> </w:t>
      </w:r>
      <w:r>
        <w:rPr>
          <w:rFonts w:cs="Shruti"/>
          <w:cs/>
          <w:lang w:bidi="gu-IN"/>
        </w:rPr>
        <w:t>કાર્યક્રમો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પ્રવૃત્તિઓમાં</w:t>
      </w:r>
      <w:r>
        <w:t xml:space="preserve"> </w:t>
      </w:r>
      <w:r>
        <w:rPr>
          <w:rFonts w:cs="Shruti"/>
          <w:cs/>
          <w:lang w:bidi="gu-IN"/>
        </w:rPr>
        <w:t>શિક્ષકોને</w:t>
      </w:r>
      <w:r>
        <w:t xml:space="preserve"> </w:t>
      </w:r>
      <w:r>
        <w:rPr>
          <w:rFonts w:cs="Shruti"/>
          <w:cs/>
          <w:lang w:bidi="gu-IN"/>
        </w:rPr>
        <w:t>કામગીરી</w:t>
      </w:r>
      <w:r>
        <w:t xml:space="preserve"> </w:t>
      </w:r>
      <w:r>
        <w:rPr>
          <w:rFonts w:cs="Shruti"/>
          <w:cs/>
          <w:lang w:bidi="gu-IN"/>
        </w:rPr>
        <w:t>વહેંચણીનો</w:t>
      </w:r>
      <w:r>
        <w:t xml:space="preserve"> </w:t>
      </w:r>
      <w:r>
        <w:rPr>
          <w:rFonts w:cs="Shruti"/>
          <w:cs/>
          <w:lang w:bidi="gu-IN"/>
        </w:rPr>
        <w:t>અહેવાલ</w:t>
      </w:r>
    </w:p>
    <w:p w14:paraId="797F9A9B" w14:textId="77777777" w:rsidR="007A4D3C" w:rsidRPr="007A4D3C" w:rsidRDefault="007A4D3C" w:rsidP="007A4D3C">
      <w:pPr>
        <w:spacing w:after="0" w:line="240" w:lineRule="auto"/>
        <w:rPr>
          <w:rFonts w:cs="Shruti"/>
          <w:sz w:val="18"/>
          <w:szCs w:val="18"/>
          <w:lang w:bidi="gu-IN"/>
        </w:rPr>
      </w:pPr>
      <w:r w:rsidRPr="007A4D3C">
        <w:rPr>
          <w:rFonts w:cs="Shruti"/>
          <w:sz w:val="18"/>
          <w:szCs w:val="18"/>
          <w:cs/>
          <w:lang w:bidi="gu-IN"/>
        </w:rPr>
        <w:t>શાળાના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શૈક્ષણિક</w:t>
      </w:r>
      <w:r w:rsidRPr="007A4D3C">
        <w:rPr>
          <w:sz w:val="18"/>
          <w:szCs w:val="18"/>
        </w:rPr>
        <w:t xml:space="preserve">, </w:t>
      </w:r>
      <w:r w:rsidRPr="007A4D3C">
        <w:rPr>
          <w:rFonts w:cs="Shruti"/>
          <w:sz w:val="18"/>
          <w:szCs w:val="18"/>
          <w:cs/>
          <w:lang w:bidi="gu-IN"/>
        </w:rPr>
        <w:t>સહ</w:t>
      </w:r>
      <w:r w:rsidRPr="007A4D3C">
        <w:rPr>
          <w:sz w:val="18"/>
          <w:szCs w:val="18"/>
        </w:rPr>
        <w:t>-</w:t>
      </w:r>
      <w:r w:rsidRPr="007A4D3C">
        <w:rPr>
          <w:rFonts w:cs="Shruti"/>
          <w:sz w:val="18"/>
          <w:szCs w:val="18"/>
          <w:cs/>
          <w:lang w:bidi="gu-IN"/>
        </w:rPr>
        <w:t>અભ્યાસિક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અને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વહીવટી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કાર્યોના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સુચારુ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સંચાલન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માટે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આચાર્યશ્રી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દ્વારા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શિક્ષકોની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રસ</w:t>
      </w:r>
      <w:r w:rsidRPr="007A4D3C">
        <w:rPr>
          <w:sz w:val="18"/>
          <w:szCs w:val="18"/>
        </w:rPr>
        <w:t xml:space="preserve">, </w:t>
      </w:r>
      <w:r w:rsidRPr="007A4D3C">
        <w:rPr>
          <w:rFonts w:cs="Shruti"/>
          <w:sz w:val="18"/>
          <w:szCs w:val="18"/>
          <w:cs/>
          <w:lang w:bidi="gu-IN"/>
        </w:rPr>
        <w:t>રુચિ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અને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ક્ષમતાને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ધ્યાનમાં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રાખીને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વિવિધ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સમિતિઓની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રચના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કરવામાં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આવી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છે</w:t>
      </w:r>
      <w:r w:rsidRPr="007A4D3C">
        <w:rPr>
          <w:sz w:val="18"/>
          <w:szCs w:val="18"/>
        </w:rPr>
        <w:t xml:space="preserve">. SQAAF </w:t>
      </w:r>
      <w:r w:rsidRPr="007A4D3C">
        <w:rPr>
          <w:rFonts w:cs="Shruti"/>
          <w:sz w:val="18"/>
          <w:szCs w:val="18"/>
          <w:cs/>
          <w:lang w:bidi="gu-IN"/>
        </w:rPr>
        <w:t>ગુણોત્સવ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૨</w:t>
      </w:r>
      <w:r w:rsidRPr="007A4D3C">
        <w:rPr>
          <w:sz w:val="18"/>
          <w:szCs w:val="18"/>
        </w:rPr>
        <w:t>.</w:t>
      </w:r>
      <w:r w:rsidRPr="007A4D3C">
        <w:rPr>
          <w:rFonts w:cs="Shruti"/>
          <w:sz w:val="18"/>
          <w:szCs w:val="18"/>
          <w:cs/>
          <w:lang w:bidi="gu-IN"/>
        </w:rPr>
        <w:t>૦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ના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માપદંડો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મુજબ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શાળાના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તમામ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કાર્યક્રમોમાં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શિક્ષકોની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સક્રિય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ભાગીદારી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સુનિશ્ચિત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કરવા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માટે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નીચે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મુજબ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કામગીરીની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વહેંચણી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કરવામાં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આવેલ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છે</w:t>
      </w:r>
      <w:r w:rsidRPr="007A4D3C">
        <w:rPr>
          <w:sz w:val="18"/>
          <w:szCs w:val="18"/>
        </w:rPr>
        <w:t>:</w:t>
      </w:r>
    </w:p>
    <w:p w14:paraId="2F5B216C" w14:textId="77777777" w:rsidR="007A4D3C" w:rsidRPr="007A4D3C" w:rsidRDefault="007A4D3C" w:rsidP="007A4D3C">
      <w:pPr>
        <w:pStyle w:val="Heading2"/>
        <w:spacing w:line="240" w:lineRule="auto"/>
        <w:rPr>
          <w:sz w:val="18"/>
          <w:szCs w:val="18"/>
        </w:rPr>
      </w:pPr>
      <w:r w:rsidRPr="007A4D3C">
        <w:rPr>
          <w:rFonts w:cs="Shruti"/>
          <w:sz w:val="18"/>
          <w:szCs w:val="18"/>
          <w:cs/>
          <w:lang w:bidi="gu-IN"/>
        </w:rPr>
        <w:t>૧</w:t>
      </w:r>
      <w:r w:rsidRPr="007A4D3C">
        <w:rPr>
          <w:sz w:val="18"/>
          <w:szCs w:val="18"/>
        </w:rPr>
        <w:t xml:space="preserve">. </w:t>
      </w:r>
      <w:r w:rsidRPr="007A4D3C">
        <w:rPr>
          <w:rFonts w:cs="Shruti"/>
          <w:sz w:val="18"/>
          <w:szCs w:val="18"/>
          <w:cs/>
          <w:lang w:bidi="gu-IN"/>
        </w:rPr>
        <w:t>શિક્ષકોને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કાર્યક્રમોમાં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જોડવાની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યોજના</w:t>
      </w:r>
      <w:r w:rsidRPr="007A4D3C">
        <w:rPr>
          <w:sz w:val="18"/>
          <w:szCs w:val="18"/>
        </w:rPr>
        <w:t>:</w:t>
      </w:r>
    </w:p>
    <w:p w14:paraId="561E027A" w14:textId="77777777" w:rsidR="007A4D3C" w:rsidRPr="007A4D3C" w:rsidRDefault="007A4D3C" w:rsidP="007A4D3C">
      <w:pPr>
        <w:pStyle w:val="ListBullet"/>
        <w:spacing w:after="0" w:line="240" w:lineRule="auto"/>
        <w:rPr>
          <w:sz w:val="18"/>
          <w:szCs w:val="18"/>
        </w:rPr>
      </w:pPr>
      <w:r w:rsidRPr="007A4D3C">
        <w:rPr>
          <w:rFonts w:cs="Shruti"/>
          <w:sz w:val="18"/>
          <w:szCs w:val="18"/>
          <w:cs/>
          <w:lang w:bidi="gu-IN"/>
        </w:rPr>
        <w:t>રસ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અને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રુચિ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મુજબ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વહેંચણી</w:t>
      </w:r>
      <w:r w:rsidRPr="007A4D3C">
        <w:rPr>
          <w:sz w:val="18"/>
          <w:szCs w:val="18"/>
        </w:rPr>
        <w:t xml:space="preserve">: </w:t>
      </w:r>
      <w:r w:rsidRPr="007A4D3C">
        <w:rPr>
          <w:rFonts w:cs="Shruti"/>
          <w:sz w:val="18"/>
          <w:szCs w:val="18"/>
          <w:cs/>
          <w:lang w:bidi="gu-IN"/>
        </w:rPr>
        <w:t>શૈક્ષણિક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વર્ષની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શરૂઆતમાં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સ્ટાફ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મીટિંગ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યોજીને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શિક્ષકોની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આવડત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અને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રુચિ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મુજબ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પ્રવૃત્તિઓની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ફાળવણી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કરવામાં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આવે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છે</w:t>
      </w:r>
      <w:r w:rsidRPr="007A4D3C">
        <w:rPr>
          <w:sz w:val="18"/>
          <w:szCs w:val="18"/>
        </w:rPr>
        <w:t>.</w:t>
      </w:r>
    </w:p>
    <w:p w14:paraId="5851DEC8" w14:textId="77777777" w:rsidR="007A4D3C" w:rsidRPr="007A4D3C" w:rsidRDefault="007A4D3C" w:rsidP="007A4D3C">
      <w:pPr>
        <w:pStyle w:val="ListBullet"/>
        <w:spacing w:after="0" w:line="240" w:lineRule="auto"/>
        <w:rPr>
          <w:sz w:val="18"/>
          <w:szCs w:val="18"/>
        </w:rPr>
      </w:pPr>
      <w:r w:rsidRPr="007A4D3C">
        <w:rPr>
          <w:rFonts w:cs="Shruti"/>
          <w:sz w:val="18"/>
          <w:szCs w:val="18"/>
          <w:cs/>
          <w:lang w:bidi="gu-IN"/>
        </w:rPr>
        <w:t>સમાન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કામગીરી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વિતરણ</w:t>
      </w:r>
      <w:r w:rsidRPr="007A4D3C">
        <w:rPr>
          <w:sz w:val="18"/>
          <w:szCs w:val="18"/>
        </w:rPr>
        <w:t xml:space="preserve">: </w:t>
      </w:r>
      <w:r w:rsidRPr="007A4D3C">
        <w:rPr>
          <w:rFonts w:cs="Shruti"/>
          <w:sz w:val="18"/>
          <w:szCs w:val="18"/>
          <w:cs/>
          <w:lang w:bidi="gu-IN"/>
        </w:rPr>
        <w:t>કોઈપણ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એક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શિક્ષક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પર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કાર્યભાર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ન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વધે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તે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માટે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દરેક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શિક્ષકને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એક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મુખ્ય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પ્રવૃત્તિ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અને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એક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સહાયક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પ્રવૃત્તિ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સોંપવામાં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આવે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છે</w:t>
      </w:r>
      <w:r w:rsidRPr="007A4D3C">
        <w:rPr>
          <w:sz w:val="18"/>
          <w:szCs w:val="18"/>
        </w:rPr>
        <w:t>.</w:t>
      </w:r>
    </w:p>
    <w:p w14:paraId="57DC7E0A" w14:textId="77777777" w:rsidR="007A4D3C" w:rsidRPr="007A4D3C" w:rsidRDefault="007A4D3C" w:rsidP="007A4D3C">
      <w:pPr>
        <w:pStyle w:val="ListBullet"/>
        <w:spacing w:after="0" w:line="240" w:lineRule="auto"/>
        <w:rPr>
          <w:sz w:val="18"/>
          <w:szCs w:val="18"/>
        </w:rPr>
      </w:pPr>
      <w:r w:rsidRPr="007A4D3C">
        <w:rPr>
          <w:rFonts w:cs="Shruti"/>
          <w:sz w:val="18"/>
          <w:szCs w:val="18"/>
          <w:cs/>
          <w:lang w:bidi="gu-IN"/>
        </w:rPr>
        <w:t>માસિક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સમીક્ષા</w:t>
      </w:r>
      <w:r w:rsidRPr="007A4D3C">
        <w:rPr>
          <w:sz w:val="18"/>
          <w:szCs w:val="18"/>
        </w:rPr>
        <w:t xml:space="preserve">: </w:t>
      </w:r>
      <w:r w:rsidRPr="007A4D3C">
        <w:rPr>
          <w:rFonts w:cs="Shruti"/>
          <w:sz w:val="18"/>
          <w:szCs w:val="18"/>
          <w:cs/>
          <w:lang w:bidi="gu-IN"/>
        </w:rPr>
        <w:t>દર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માસે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યોજાતી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સ્ટાફ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મીટિંગમાં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દરેક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સમિતિના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ઇન્ચાર્જ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શિક્ષક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દ્વારા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થયેલ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કામગીરીનો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અહેવાલ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રજૂ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કરવામાં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આવે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છે</w:t>
      </w:r>
      <w:r w:rsidRPr="007A4D3C">
        <w:rPr>
          <w:sz w:val="18"/>
          <w:szCs w:val="18"/>
        </w:rPr>
        <w:t>.</w:t>
      </w:r>
    </w:p>
    <w:p w14:paraId="40DC283D" w14:textId="77777777" w:rsidR="007A4D3C" w:rsidRPr="007A4D3C" w:rsidRDefault="007A4D3C" w:rsidP="007A4D3C">
      <w:pPr>
        <w:pStyle w:val="ListBullet"/>
        <w:spacing w:after="0" w:line="240" w:lineRule="auto"/>
        <w:rPr>
          <w:sz w:val="18"/>
          <w:szCs w:val="18"/>
        </w:rPr>
      </w:pPr>
      <w:r w:rsidRPr="007A4D3C">
        <w:rPr>
          <w:rFonts w:cs="Shruti"/>
          <w:sz w:val="18"/>
          <w:szCs w:val="18"/>
          <w:cs/>
          <w:lang w:bidi="gu-IN"/>
        </w:rPr>
        <w:t>પ્રોત્સાહન</w:t>
      </w:r>
      <w:r w:rsidRPr="007A4D3C">
        <w:rPr>
          <w:sz w:val="18"/>
          <w:szCs w:val="18"/>
        </w:rPr>
        <w:t xml:space="preserve">: </w:t>
      </w:r>
      <w:r w:rsidRPr="007A4D3C">
        <w:rPr>
          <w:rFonts w:cs="Shruti"/>
          <w:sz w:val="18"/>
          <w:szCs w:val="18"/>
          <w:cs/>
          <w:lang w:bidi="gu-IN"/>
        </w:rPr>
        <w:t>શ્રેષ્ઠ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કામગીરી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કરનાર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શિક્ષક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અને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તેમની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ટીમના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વિદ્યાર્થીઓને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વાર્ષિક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કાર્યક્રમમાં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બિરદાવવામાં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આવે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છે</w:t>
      </w:r>
      <w:r w:rsidRPr="007A4D3C">
        <w:rPr>
          <w:sz w:val="18"/>
          <w:szCs w:val="18"/>
        </w:rPr>
        <w:t>.</w:t>
      </w:r>
    </w:p>
    <w:p w14:paraId="5900877F" w14:textId="77777777" w:rsidR="007A4D3C" w:rsidRPr="007A4D3C" w:rsidRDefault="007A4D3C" w:rsidP="007A4D3C">
      <w:pPr>
        <w:pStyle w:val="Heading2"/>
        <w:spacing w:line="240" w:lineRule="auto"/>
        <w:rPr>
          <w:sz w:val="18"/>
          <w:szCs w:val="18"/>
        </w:rPr>
      </w:pPr>
      <w:r w:rsidRPr="007A4D3C">
        <w:rPr>
          <w:rFonts w:cs="Shruti"/>
          <w:sz w:val="18"/>
          <w:szCs w:val="18"/>
          <w:cs/>
          <w:lang w:bidi="gu-IN"/>
        </w:rPr>
        <w:t>૨</w:t>
      </w:r>
      <w:r w:rsidRPr="007A4D3C">
        <w:rPr>
          <w:sz w:val="18"/>
          <w:szCs w:val="18"/>
        </w:rPr>
        <w:t xml:space="preserve">. </w:t>
      </w:r>
      <w:r w:rsidRPr="007A4D3C">
        <w:rPr>
          <w:rFonts w:cs="Shruti"/>
          <w:sz w:val="18"/>
          <w:szCs w:val="18"/>
          <w:cs/>
          <w:lang w:bidi="gu-IN"/>
        </w:rPr>
        <w:t>શિક્ષકોને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કરાયેલ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કામગીરીની</w:t>
      </w:r>
      <w:r w:rsidRPr="007A4D3C">
        <w:rPr>
          <w:sz w:val="18"/>
          <w:szCs w:val="18"/>
        </w:rPr>
        <w:t xml:space="preserve"> </w:t>
      </w:r>
      <w:r w:rsidRPr="007A4D3C">
        <w:rPr>
          <w:rFonts w:cs="Shruti"/>
          <w:sz w:val="18"/>
          <w:szCs w:val="18"/>
          <w:cs/>
          <w:lang w:bidi="gu-IN"/>
        </w:rPr>
        <w:t>વહેંચણી</w:t>
      </w:r>
      <w:r w:rsidRPr="007A4D3C">
        <w:rPr>
          <w:sz w:val="18"/>
          <w:szCs w:val="18"/>
        </w:rPr>
        <w:t xml:space="preserve"> (Committee Distribution):</w:t>
      </w:r>
    </w:p>
    <w:tbl>
      <w:tblPr>
        <w:tblStyle w:val="TableGrid"/>
        <w:tblW w:w="9889" w:type="dxa"/>
        <w:tblLook w:val="04A0" w:firstRow="1" w:lastRow="0" w:firstColumn="1" w:lastColumn="0" w:noHBand="0" w:noVBand="1"/>
      </w:tblPr>
      <w:tblGrid>
        <w:gridCol w:w="454"/>
        <w:gridCol w:w="3340"/>
        <w:gridCol w:w="2686"/>
        <w:gridCol w:w="3409"/>
      </w:tblGrid>
      <w:tr w:rsidR="007A4D3C" w:rsidRPr="007A4D3C" w14:paraId="613D3D22" w14:textId="77777777" w:rsidTr="007A4D3C">
        <w:tc>
          <w:tcPr>
            <w:tcW w:w="454" w:type="dxa"/>
          </w:tcPr>
          <w:p w14:paraId="045AFD17" w14:textId="77777777" w:rsidR="007A4D3C" w:rsidRPr="007A4D3C" w:rsidRDefault="007A4D3C" w:rsidP="007A4D3C">
            <w:pPr>
              <w:rPr>
                <w:sz w:val="18"/>
                <w:szCs w:val="18"/>
              </w:rPr>
            </w:pPr>
            <w:r w:rsidRPr="007A4D3C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ક્રમ</w:t>
            </w:r>
          </w:p>
        </w:tc>
        <w:tc>
          <w:tcPr>
            <w:tcW w:w="3340" w:type="dxa"/>
          </w:tcPr>
          <w:p w14:paraId="31AC08B0" w14:textId="77777777" w:rsidR="007A4D3C" w:rsidRPr="007A4D3C" w:rsidRDefault="007A4D3C" w:rsidP="007A4D3C">
            <w:pPr>
              <w:rPr>
                <w:sz w:val="18"/>
                <w:szCs w:val="18"/>
              </w:rPr>
            </w:pPr>
            <w:r w:rsidRPr="007A4D3C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સમિતિ</w:t>
            </w:r>
            <w:r w:rsidRPr="007A4D3C">
              <w:rPr>
                <w:b/>
                <w:sz w:val="18"/>
                <w:szCs w:val="18"/>
              </w:rPr>
              <w:t xml:space="preserve"> / </w:t>
            </w:r>
            <w:r w:rsidRPr="007A4D3C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પ્રવૃત્તિનું</w:t>
            </w:r>
            <w:r w:rsidRPr="007A4D3C">
              <w:rPr>
                <w:b/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નામ</w:t>
            </w:r>
          </w:p>
        </w:tc>
        <w:tc>
          <w:tcPr>
            <w:tcW w:w="2686" w:type="dxa"/>
          </w:tcPr>
          <w:p w14:paraId="2FD61DA8" w14:textId="77777777" w:rsidR="007A4D3C" w:rsidRPr="007A4D3C" w:rsidRDefault="007A4D3C" w:rsidP="007A4D3C">
            <w:pPr>
              <w:rPr>
                <w:sz w:val="18"/>
                <w:szCs w:val="18"/>
              </w:rPr>
            </w:pPr>
            <w:r w:rsidRPr="007A4D3C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ઇન્ચાર્જ</w:t>
            </w:r>
            <w:r w:rsidRPr="007A4D3C">
              <w:rPr>
                <w:b/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શિક્ષકનું</w:t>
            </w:r>
            <w:r w:rsidRPr="007A4D3C">
              <w:rPr>
                <w:b/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નામ</w:t>
            </w:r>
          </w:p>
        </w:tc>
        <w:tc>
          <w:tcPr>
            <w:tcW w:w="3409" w:type="dxa"/>
          </w:tcPr>
          <w:p w14:paraId="443C8814" w14:textId="77777777" w:rsidR="007A4D3C" w:rsidRPr="007A4D3C" w:rsidRDefault="007A4D3C" w:rsidP="007A4D3C">
            <w:pPr>
              <w:rPr>
                <w:sz w:val="18"/>
                <w:szCs w:val="18"/>
              </w:rPr>
            </w:pPr>
            <w:r w:rsidRPr="007A4D3C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મુખ્ય</w:t>
            </w:r>
            <w:r w:rsidRPr="007A4D3C">
              <w:rPr>
                <w:b/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ફરજો</w:t>
            </w:r>
            <w:r w:rsidRPr="007A4D3C">
              <w:rPr>
                <w:b/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અને</w:t>
            </w:r>
            <w:r w:rsidRPr="007A4D3C">
              <w:rPr>
                <w:b/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કામગીરી</w:t>
            </w:r>
          </w:p>
        </w:tc>
      </w:tr>
      <w:tr w:rsidR="007A4D3C" w:rsidRPr="007A4D3C" w14:paraId="7D0F34F5" w14:textId="77777777" w:rsidTr="007A4D3C">
        <w:tc>
          <w:tcPr>
            <w:tcW w:w="454" w:type="dxa"/>
          </w:tcPr>
          <w:p w14:paraId="055F2157" w14:textId="77777777" w:rsidR="007A4D3C" w:rsidRPr="007A4D3C" w:rsidRDefault="007A4D3C" w:rsidP="007A4D3C">
            <w:pPr>
              <w:jc w:val="center"/>
              <w:rPr>
                <w:sz w:val="18"/>
                <w:szCs w:val="18"/>
              </w:rPr>
            </w:pP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૧</w:t>
            </w:r>
          </w:p>
        </w:tc>
        <w:tc>
          <w:tcPr>
            <w:tcW w:w="3340" w:type="dxa"/>
          </w:tcPr>
          <w:p w14:paraId="2D8EADDF" w14:textId="77777777" w:rsidR="007A4D3C" w:rsidRPr="007A4D3C" w:rsidRDefault="007A4D3C" w:rsidP="007A4D3C">
            <w:pPr>
              <w:rPr>
                <w:sz w:val="18"/>
                <w:szCs w:val="18"/>
              </w:rPr>
            </w:pP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સાંસ્કૃતિક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અને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ઉત્સવ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સમિતિ</w:t>
            </w:r>
          </w:p>
        </w:tc>
        <w:tc>
          <w:tcPr>
            <w:tcW w:w="2686" w:type="dxa"/>
          </w:tcPr>
          <w:p w14:paraId="55B0FE61" w14:textId="412F681E" w:rsidR="007A4D3C" w:rsidRPr="00013987" w:rsidRDefault="00013987" w:rsidP="007A4D3C">
            <w:pPr>
              <w:rPr>
                <w:rFonts w:cs="Shruti"/>
                <w:sz w:val="18"/>
                <w:szCs w:val="18"/>
                <w:lang w:bidi="gu-IN"/>
              </w:rPr>
            </w:pPr>
            <w:r>
              <w:rPr>
                <w:rFonts w:cs="Shruti" w:hint="cs"/>
                <w:sz w:val="18"/>
                <w:szCs w:val="18"/>
                <w:cs/>
                <w:lang w:bidi="gu-IN"/>
              </w:rPr>
              <w:t xml:space="preserve">મહેશકુમાર ગીધાજી ઠાકોર </w:t>
            </w:r>
          </w:p>
        </w:tc>
        <w:tc>
          <w:tcPr>
            <w:tcW w:w="3409" w:type="dxa"/>
          </w:tcPr>
          <w:p w14:paraId="021BBC30" w14:textId="77777777" w:rsidR="007A4D3C" w:rsidRPr="007A4D3C" w:rsidRDefault="007A4D3C" w:rsidP="007A4D3C">
            <w:pPr>
              <w:rPr>
                <w:sz w:val="18"/>
                <w:szCs w:val="18"/>
              </w:rPr>
            </w:pP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રાષ્ટ્રીય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તહેવારો</w:t>
            </w:r>
            <w:r w:rsidRPr="007A4D3C">
              <w:rPr>
                <w:sz w:val="18"/>
                <w:szCs w:val="18"/>
              </w:rPr>
              <w:t xml:space="preserve">,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કલા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ઉત્સવ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અને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વાર્ષિક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કાર્યક્રમનું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આયોજન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કરવું</w:t>
            </w:r>
            <w:r w:rsidRPr="007A4D3C">
              <w:rPr>
                <w:sz w:val="18"/>
                <w:szCs w:val="18"/>
              </w:rPr>
              <w:t>.</w:t>
            </w:r>
          </w:p>
        </w:tc>
      </w:tr>
      <w:tr w:rsidR="007A4D3C" w:rsidRPr="007A4D3C" w14:paraId="32C6B10A" w14:textId="77777777" w:rsidTr="007A4D3C">
        <w:tc>
          <w:tcPr>
            <w:tcW w:w="454" w:type="dxa"/>
          </w:tcPr>
          <w:p w14:paraId="4B6F8BB3" w14:textId="77777777" w:rsidR="007A4D3C" w:rsidRPr="007A4D3C" w:rsidRDefault="007A4D3C" w:rsidP="007A4D3C">
            <w:pPr>
              <w:jc w:val="center"/>
              <w:rPr>
                <w:sz w:val="18"/>
                <w:szCs w:val="18"/>
              </w:rPr>
            </w:pP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૨</w:t>
            </w:r>
          </w:p>
        </w:tc>
        <w:tc>
          <w:tcPr>
            <w:tcW w:w="3340" w:type="dxa"/>
          </w:tcPr>
          <w:p w14:paraId="114F23C7" w14:textId="77777777" w:rsidR="007A4D3C" w:rsidRPr="007A4D3C" w:rsidRDefault="007A4D3C" w:rsidP="007A4D3C">
            <w:pPr>
              <w:rPr>
                <w:sz w:val="18"/>
                <w:szCs w:val="18"/>
              </w:rPr>
            </w:pP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રમતગમત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અને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વ્યાયામ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સમિતિ</w:t>
            </w:r>
          </w:p>
        </w:tc>
        <w:tc>
          <w:tcPr>
            <w:tcW w:w="2686" w:type="dxa"/>
          </w:tcPr>
          <w:p w14:paraId="241C434A" w14:textId="251B09D1" w:rsidR="007A4D3C" w:rsidRPr="00013987" w:rsidRDefault="00013987" w:rsidP="007A4D3C">
            <w:pPr>
              <w:rPr>
                <w:rFonts w:cs="Shruti"/>
                <w:sz w:val="18"/>
                <w:szCs w:val="18"/>
                <w:lang w:bidi="gu-IN"/>
              </w:rPr>
            </w:pPr>
            <w:r>
              <w:rPr>
                <w:rFonts w:cs="Shruti" w:hint="cs"/>
                <w:sz w:val="18"/>
                <w:szCs w:val="18"/>
                <w:cs/>
                <w:lang w:bidi="gu-IN"/>
              </w:rPr>
              <w:t xml:space="preserve">મિતેશકુમાર પ્રેમજીભાઈ ચૌધરી </w:t>
            </w:r>
          </w:p>
        </w:tc>
        <w:tc>
          <w:tcPr>
            <w:tcW w:w="3409" w:type="dxa"/>
          </w:tcPr>
          <w:p w14:paraId="6B4E37FC" w14:textId="77777777" w:rsidR="007A4D3C" w:rsidRPr="007A4D3C" w:rsidRDefault="007A4D3C" w:rsidP="007A4D3C">
            <w:pPr>
              <w:rPr>
                <w:sz w:val="18"/>
                <w:szCs w:val="18"/>
              </w:rPr>
            </w:pP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ખેલ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મહાકુંભ</w:t>
            </w:r>
            <w:r w:rsidRPr="007A4D3C">
              <w:rPr>
                <w:sz w:val="18"/>
                <w:szCs w:val="18"/>
              </w:rPr>
              <w:t xml:space="preserve">,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યોગ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દિવસ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અને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પી</w:t>
            </w:r>
            <w:r w:rsidRPr="007A4D3C">
              <w:rPr>
                <w:sz w:val="18"/>
                <w:szCs w:val="18"/>
              </w:rPr>
              <w:t>.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ટી</w:t>
            </w:r>
            <w:r w:rsidRPr="007A4D3C">
              <w:rPr>
                <w:sz w:val="18"/>
                <w:szCs w:val="18"/>
              </w:rPr>
              <w:t xml:space="preserve">.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ની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નિયમિત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પ્રવૃત્તિઓ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કરાવવી</w:t>
            </w:r>
            <w:r w:rsidRPr="007A4D3C">
              <w:rPr>
                <w:sz w:val="18"/>
                <w:szCs w:val="18"/>
              </w:rPr>
              <w:t>.</w:t>
            </w:r>
          </w:p>
        </w:tc>
      </w:tr>
      <w:tr w:rsidR="00013987" w:rsidRPr="007A4D3C" w14:paraId="78D5B8DF" w14:textId="77777777" w:rsidTr="007A4D3C">
        <w:tc>
          <w:tcPr>
            <w:tcW w:w="454" w:type="dxa"/>
          </w:tcPr>
          <w:p w14:paraId="0B829518" w14:textId="77777777" w:rsidR="00013987" w:rsidRPr="007A4D3C" w:rsidRDefault="00013987" w:rsidP="00013987">
            <w:pPr>
              <w:jc w:val="center"/>
              <w:rPr>
                <w:sz w:val="18"/>
                <w:szCs w:val="18"/>
              </w:rPr>
            </w:pP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૩</w:t>
            </w:r>
          </w:p>
        </w:tc>
        <w:tc>
          <w:tcPr>
            <w:tcW w:w="3340" w:type="dxa"/>
          </w:tcPr>
          <w:p w14:paraId="2B9E5FA2" w14:textId="77777777" w:rsidR="00013987" w:rsidRPr="007A4D3C" w:rsidRDefault="00013987" w:rsidP="00013987">
            <w:pPr>
              <w:rPr>
                <w:sz w:val="18"/>
                <w:szCs w:val="18"/>
              </w:rPr>
            </w:pP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સ્વચ્છતા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અને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આરોગ્ય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સમિતિ</w:t>
            </w:r>
          </w:p>
        </w:tc>
        <w:tc>
          <w:tcPr>
            <w:tcW w:w="2686" w:type="dxa"/>
          </w:tcPr>
          <w:p w14:paraId="75C7A03E" w14:textId="6FDFFF56" w:rsidR="00013987" w:rsidRPr="007A4D3C" w:rsidRDefault="00013987" w:rsidP="00013987">
            <w:pPr>
              <w:rPr>
                <w:sz w:val="18"/>
                <w:szCs w:val="18"/>
              </w:rPr>
            </w:pPr>
            <w:r>
              <w:rPr>
                <w:rFonts w:cs="Shruti" w:hint="cs"/>
                <w:sz w:val="18"/>
                <w:szCs w:val="18"/>
                <w:cs/>
                <w:lang w:bidi="gu-IN"/>
              </w:rPr>
              <w:t xml:space="preserve">સુરેશકુમાર હિમતાજી સોલંકી </w:t>
            </w:r>
          </w:p>
        </w:tc>
        <w:tc>
          <w:tcPr>
            <w:tcW w:w="3409" w:type="dxa"/>
          </w:tcPr>
          <w:p w14:paraId="065B54ED" w14:textId="77777777" w:rsidR="00013987" w:rsidRPr="007A4D3C" w:rsidRDefault="00013987" w:rsidP="00013987">
            <w:pPr>
              <w:rPr>
                <w:sz w:val="18"/>
                <w:szCs w:val="18"/>
              </w:rPr>
            </w:pPr>
            <w:r w:rsidRPr="007A4D3C">
              <w:rPr>
                <w:sz w:val="18"/>
                <w:szCs w:val="18"/>
              </w:rPr>
              <w:t xml:space="preserve">RBSK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આરોગ્ય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તપાસ</w:t>
            </w:r>
            <w:r w:rsidRPr="007A4D3C">
              <w:rPr>
                <w:sz w:val="18"/>
                <w:szCs w:val="18"/>
              </w:rPr>
              <w:t xml:space="preserve">,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શૌચાલય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સફાઈ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ચેકિંગ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અને</w:t>
            </w:r>
            <w:r w:rsidRPr="007A4D3C">
              <w:rPr>
                <w:sz w:val="18"/>
                <w:szCs w:val="18"/>
              </w:rPr>
              <w:t xml:space="preserve"> MHM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અંગે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માર્ગદર્શન</w:t>
            </w:r>
            <w:r w:rsidRPr="007A4D3C">
              <w:rPr>
                <w:sz w:val="18"/>
                <w:szCs w:val="18"/>
              </w:rPr>
              <w:t>.</w:t>
            </w:r>
          </w:p>
        </w:tc>
      </w:tr>
      <w:tr w:rsidR="00013987" w:rsidRPr="007A4D3C" w14:paraId="5A1BC7DE" w14:textId="77777777" w:rsidTr="007A4D3C">
        <w:tc>
          <w:tcPr>
            <w:tcW w:w="454" w:type="dxa"/>
          </w:tcPr>
          <w:p w14:paraId="3A224CBB" w14:textId="77777777" w:rsidR="00013987" w:rsidRPr="007A4D3C" w:rsidRDefault="00013987" w:rsidP="00013987">
            <w:pPr>
              <w:jc w:val="center"/>
              <w:rPr>
                <w:sz w:val="18"/>
                <w:szCs w:val="18"/>
              </w:rPr>
            </w:pP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૪</w:t>
            </w:r>
          </w:p>
        </w:tc>
        <w:tc>
          <w:tcPr>
            <w:tcW w:w="3340" w:type="dxa"/>
          </w:tcPr>
          <w:p w14:paraId="50E67661" w14:textId="77777777" w:rsidR="00013987" w:rsidRPr="007A4D3C" w:rsidRDefault="00013987" w:rsidP="00013987">
            <w:pPr>
              <w:rPr>
                <w:sz w:val="18"/>
                <w:szCs w:val="18"/>
              </w:rPr>
            </w:pP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શિસ્ત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અને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પ્રાર્થના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સમિતિ</w:t>
            </w:r>
          </w:p>
        </w:tc>
        <w:tc>
          <w:tcPr>
            <w:tcW w:w="2686" w:type="dxa"/>
          </w:tcPr>
          <w:p w14:paraId="345835EA" w14:textId="5E4BFCED" w:rsidR="00013987" w:rsidRPr="00013987" w:rsidRDefault="00013987" w:rsidP="00013987">
            <w:pPr>
              <w:rPr>
                <w:rFonts w:cs="Shruti"/>
                <w:sz w:val="18"/>
                <w:szCs w:val="18"/>
                <w:lang w:bidi="gu-IN"/>
              </w:rPr>
            </w:pPr>
            <w:r>
              <w:rPr>
                <w:rFonts w:cs="Shruti" w:hint="cs"/>
                <w:sz w:val="18"/>
                <w:szCs w:val="18"/>
                <w:cs/>
                <w:lang w:bidi="gu-IN"/>
              </w:rPr>
              <w:t xml:space="preserve">અનિલભાઈ નાથાભાઈ ગમાર </w:t>
            </w:r>
          </w:p>
        </w:tc>
        <w:tc>
          <w:tcPr>
            <w:tcW w:w="3409" w:type="dxa"/>
          </w:tcPr>
          <w:p w14:paraId="37192135" w14:textId="77777777" w:rsidR="00013987" w:rsidRPr="007A4D3C" w:rsidRDefault="00013987" w:rsidP="00013987">
            <w:pPr>
              <w:rPr>
                <w:sz w:val="18"/>
                <w:szCs w:val="18"/>
              </w:rPr>
            </w:pP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દૈનિક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પ્રાર્થના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સભાનું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સંચાલન</w:t>
            </w:r>
            <w:r w:rsidRPr="007A4D3C">
              <w:rPr>
                <w:sz w:val="18"/>
                <w:szCs w:val="18"/>
              </w:rPr>
              <w:t xml:space="preserve">,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સમાચાર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વાચન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અને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શાળામાં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શિસ્ત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જાળવવી</w:t>
            </w:r>
            <w:r w:rsidRPr="007A4D3C">
              <w:rPr>
                <w:sz w:val="18"/>
                <w:szCs w:val="18"/>
              </w:rPr>
              <w:t>.</w:t>
            </w:r>
          </w:p>
        </w:tc>
      </w:tr>
      <w:tr w:rsidR="00013987" w:rsidRPr="007A4D3C" w14:paraId="4BAFDE49" w14:textId="77777777" w:rsidTr="007A4D3C">
        <w:tc>
          <w:tcPr>
            <w:tcW w:w="454" w:type="dxa"/>
          </w:tcPr>
          <w:p w14:paraId="76CF72C7" w14:textId="77777777" w:rsidR="00013987" w:rsidRPr="007A4D3C" w:rsidRDefault="00013987" w:rsidP="00013987">
            <w:pPr>
              <w:jc w:val="center"/>
              <w:rPr>
                <w:sz w:val="18"/>
                <w:szCs w:val="18"/>
              </w:rPr>
            </w:pP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૫</w:t>
            </w:r>
          </w:p>
        </w:tc>
        <w:tc>
          <w:tcPr>
            <w:tcW w:w="3340" w:type="dxa"/>
          </w:tcPr>
          <w:p w14:paraId="0F73220D" w14:textId="77777777" w:rsidR="00013987" w:rsidRPr="007A4D3C" w:rsidRDefault="00013987" w:rsidP="00013987">
            <w:pPr>
              <w:rPr>
                <w:sz w:val="18"/>
                <w:szCs w:val="18"/>
              </w:rPr>
            </w:pP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પુસ્તકાલય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અને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વાચન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સમિતિ</w:t>
            </w:r>
          </w:p>
        </w:tc>
        <w:tc>
          <w:tcPr>
            <w:tcW w:w="2686" w:type="dxa"/>
          </w:tcPr>
          <w:p w14:paraId="4EEDF39C" w14:textId="6866E34E" w:rsidR="00013987" w:rsidRPr="007A4D3C" w:rsidRDefault="00013987" w:rsidP="00013987">
            <w:pPr>
              <w:rPr>
                <w:sz w:val="18"/>
                <w:szCs w:val="18"/>
              </w:rPr>
            </w:pPr>
            <w:r>
              <w:rPr>
                <w:rFonts w:cs="Shruti" w:hint="cs"/>
                <w:sz w:val="18"/>
                <w:szCs w:val="18"/>
                <w:cs/>
                <w:lang w:bidi="gu-IN"/>
              </w:rPr>
              <w:t>મહેશકુમાર ગીધાજી ઠાકોર</w:t>
            </w:r>
          </w:p>
        </w:tc>
        <w:tc>
          <w:tcPr>
            <w:tcW w:w="3409" w:type="dxa"/>
          </w:tcPr>
          <w:p w14:paraId="19A78BEE" w14:textId="77777777" w:rsidR="00013987" w:rsidRPr="007A4D3C" w:rsidRDefault="00013987" w:rsidP="00013987">
            <w:pPr>
              <w:rPr>
                <w:sz w:val="18"/>
                <w:szCs w:val="18"/>
              </w:rPr>
            </w:pP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વિદ્યાર્થીઓને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પુસ્તકો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ઈશ્યુ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કરવા</w:t>
            </w:r>
            <w:r w:rsidRPr="007A4D3C">
              <w:rPr>
                <w:sz w:val="18"/>
                <w:szCs w:val="18"/>
              </w:rPr>
              <w:t xml:space="preserve">,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વાંચન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સ્પર્ધા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અને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સામયિકોની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વ્યવસ્થા</w:t>
            </w:r>
            <w:r w:rsidRPr="007A4D3C">
              <w:rPr>
                <w:sz w:val="18"/>
                <w:szCs w:val="18"/>
              </w:rPr>
              <w:t>.</w:t>
            </w:r>
          </w:p>
        </w:tc>
      </w:tr>
      <w:tr w:rsidR="00013987" w:rsidRPr="007A4D3C" w14:paraId="47BC7382" w14:textId="77777777" w:rsidTr="007A4D3C">
        <w:tc>
          <w:tcPr>
            <w:tcW w:w="454" w:type="dxa"/>
          </w:tcPr>
          <w:p w14:paraId="34EF7288" w14:textId="77777777" w:rsidR="00013987" w:rsidRPr="007A4D3C" w:rsidRDefault="00013987" w:rsidP="00013987">
            <w:pPr>
              <w:jc w:val="center"/>
              <w:rPr>
                <w:sz w:val="18"/>
                <w:szCs w:val="18"/>
              </w:rPr>
            </w:pP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૬</w:t>
            </w:r>
          </w:p>
        </w:tc>
        <w:tc>
          <w:tcPr>
            <w:tcW w:w="3340" w:type="dxa"/>
          </w:tcPr>
          <w:p w14:paraId="6109A757" w14:textId="77777777" w:rsidR="00013987" w:rsidRPr="007A4D3C" w:rsidRDefault="00013987" w:rsidP="00013987">
            <w:pPr>
              <w:rPr>
                <w:sz w:val="18"/>
                <w:szCs w:val="18"/>
              </w:rPr>
            </w:pP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ઇકો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ક્લબ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અને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પર્યાવરણ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સમિતિ</w:t>
            </w:r>
          </w:p>
        </w:tc>
        <w:tc>
          <w:tcPr>
            <w:tcW w:w="2686" w:type="dxa"/>
          </w:tcPr>
          <w:p w14:paraId="4A65AFF0" w14:textId="4AAB5FCE" w:rsidR="00013987" w:rsidRPr="00013987" w:rsidRDefault="00013987" w:rsidP="00013987">
            <w:pPr>
              <w:rPr>
                <w:rFonts w:cs="Shruti"/>
                <w:sz w:val="18"/>
                <w:szCs w:val="18"/>
                <w:lang w:bidi="gu-IN"/>
              </w:rPr>
            </w:pPr>
            <w:r>
              <w:rPr>
                <w:rFonts w:cs="Shruti" w:hint="cs"/>
                <w:sz w:val="18"/>
                <w:szCs w:val="18"/>
                <w:cs/>
                <w:lang w:bidi="gu-IN"/>
              </w:rPr>
              <w:t xml:space="preserve">મિતેશકુમાર પ્રેમજીભાઈ ચૌધરી </w:t>
            </w:r>
          </w:p>
        </w:tc>
        <w:tc>
          <w:tcPr>
            <w:tcW w:w="3409" w:type="dxa"/>
          </w:tcPr>
          <w:p w14:paraId="3A1B6347" w14:textId="77777777" w:rsidR="00013987" w:rsidRPr="007A4D3C" w:rsidRDefault="00013987" w:rsidP="00013987">
            <w:pPr>
              <w:rPr>
                <w:sz w:val="18"/>
                <w:szCs w:val="18"/>
              </w:rPr>
            </w:pP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શાળાના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બગીચાની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જાળવણી</w:t>
            </w:r>
            <w:r w:rsidRPr="007A4D3C">
              <w:rPr>
                <w:sz w:val="18"/>
                <w:szCs w:val="18"/>
              </w:rPr>
              <w:t xml:space="preserve">,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વૃક્ષારોપણ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અને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કચરાનું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વ્યવસ્થાપન</w:t>
            </w:r>
            <w:r w:rsidRPr="007A4D3C">
              <w:rPr>
                <w:sz w:val="18"/>
                <w:szCs w:val="18"/>
              </w:rPr>
              <w:t xml:space="preserve"> (Waste Management).</w:t>
            </w:r>
          </w:p>
        </w:tc>
      </w:tr>
      <w:tr w:rsidR="00013987" w:rsidRPr="007A4D3C" w14:paraId="5698FB63" w14:textId="77777777" w:rsidTr="007A4D3C">
        <w:tc>
          <w:tcPr>
            <w:tcW w:w="454" w:type="dxa"/>
          </w:tcPr>
          <w:p w14:paraId="23A81E77" w14:textId="77777777" w:rsidR="00013987" w:rsidRPr="007A4D3C" w:rsidRDefault="00013987" w:rsidP="00013987">
            <w:pPr>
              <w:jc w:val="center"/>
              <w:rPr>
                <w:sz w:val="18"/>
                <w:szCs w:val="18"/>
              </w:rPr>
            </w:pP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૭</w:t>
            </w:r>
          </w:p>
        </w:tc>
        <w:tc>
          <w:tcPr>
            <w:tcW w:w="3340" w:type="dxa"/>
          </w:tcPr>
          <w:p w14:paraId="03A585B7" w14:textId="77777777" w:rsidR="00013987" w:rsidRPr="007A4D3C" w:rsidRDefault="00013987" w:rsidP="00013987">
            <w:pPr>
              <w:rPr>
                <w:sz w:val="18"/>
                <w:szCs w:val="18"/>
              </w:rPr>
            </w:pP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મધ્યાહ્ન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ભોજન</w:t>
            </w:r>
            <w:r w:rsidRPr="007A4D3C">
              <w:rPr>
                <w:sz w:val="18"/>
                <w:szCs w:val="18"/>
              </w:rPr>
              <w:t xml:space="preserve"> (MDM)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દેખરેખ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સમિતિ</w:t>
            </w:r>
          </w:p>
        </w:tc>
        <w:tc>
          <w:tcPr>
            <w:tcW w:w="2686" w:type="dxa"/>
          </w:tcPr>
          <w:p w14:paraId="00075FBA" w14:textId="75EFE4FE" w:rsidR="00013987" w:rsidRPr="00013987" w:rsidRDefault="00013987" w:rsidP="00013987">
            <w:pPr>
              <w:rPr>
                <w:rFonts w:cs="Shruti"/>
                <w:sz w:val="18"/>
                <w:szCs w:val="18"/>
                <w:lang w:bidi="gu-IN"/>
              </w:rPr>
            </w:pPr>
            <w:r>
              <w:rPr>
                <w:rFonts w:cs="Shruti" w:hint="cs"/>
                <w:sz w:val="18"/>
                <w:szCs w:val="18"/>
                <w:cs/>
                <w:lang w:bidi="gu-IN"/>
              </w:rPr>
              <w:t xml:space="preserve">સોનલબેન હિરાલાલ પરમાર </w:t>
            </w:r>
          </w:p>
        </w:tc>
        <w:tc>
          <w:tcPr>
            <w:tcW w:w="3409" w:type="dxa"/>
          </w:tcPr>
          <w:p w14:paraId="35F0166C" w14:textId="77777777" w:rsidR="00013987" w:rsidRPr="007A4D3C" w:rsidRDefault="00013987" w:rsidP="00013987">
            <w:pPr>
              <w:rPr>
                <w:sz w:val="18"/>
                <w:szCs w:val="18"/>
              </w:rPr>
            </w:pP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રોજબરોજ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ભોજનની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ગુણવત્તા</w:t>
            </w:r>
            <w:r w:rsidRPr="007A4D3C">
              <w:rPr>
                <w:sz w:val="18"/>
                <w:szCs w:val="18"/>
              </w:rPr>
              <w:t xml:space="preserve">,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સ્વાદ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અને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વિદ્યાર્થીઓની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સ્વચ્છતા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ચકાસવી</w:t>
            </w:r>
            <w:r w:rsidRPr="007A4D3C">
              <w:rPr>
                <w:sz w:val="18"/>
                <w:szCs w:val="18"/>
              </w:rPr>
              <w:t>.</w:t>
            </w:r>
          </w:p>
        </w:tc>
      </w:tr>
      <w:tr w:rsidR="00013987" w:rsidRPr="007A4D3C" w14:paraId="242BCD59" w14:textId="77777777" w:rsidTr="007A4D3C">
        <w:tc>
          <w:tcPr>
            <w:tcW w:w="454" w:type="dxa"/>
          </w:tcPr>
          <w:p w14:paraId="45F0D763" w14:textId="77777777" w:rsidR="00013987" w:rsidRPr="007A4D3C" w:rsidRDefault="00013987" w:rsidP="00013987">
            <w:pPr>
              <w:jc w:val="center"/>
              <w:rPr>
                <w:sz w:val="18"/>
                <w:szCs w:val="18"/>
              </w:rPr>
            </w:pP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૮</w:t>
            </w:r>
          </w:p>
        </w:tc>
        <w:tc>
          <w:tcPr>
            <w:tcW w:w="3340" w:type="dxa"/>
          </w:tcPr>
          <w:p w14:paraId="4383C350" w14:textId="77777777" w:rsidR="00013987" w:rsidRPr="007A4D3C" w:rsidRDefault="00013987" w:rsidP="00013987">
            <w:pPr>
              <w:rPr>
                <w:sz w:val="18"/>
                <w:szCs w:val="18"/>
              </w:rPr>
            </w:pP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બાળ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સંસદ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માર્ગદર્શક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સમિતિ</w:t>
            </w:r>
          </w:p>
        </w:tc>
        <w:tc>
          <w:tcPr>
            <w:tcW w:w="2686" w:type="dxa"/>
          </w:tcPr>
          <w:p w14:paraId="30E89F71" w14:textId="05B226BF" w:rsidR="00013987" w:rsidRPr="007A4D3C" w:rsidRDefault="00013987" w:rsidP="00013987">
            <w:pPr>
              <w:rPr>
                <w:sz w:val="18"/>
                <w:szCs w:val="18"/>
              </w:rPr>
            </w:pPr>
            <w:r>
              <w:rPr>
                <w:rFonts w:cs="Shruti" w:hint="cs"/>
                <w:sz w:val="18"/>
                <w:szCs w:val="18"/>
                <w:cs/>
                <w:lang w:bidi="gu-IN"/>
              </w:rPr>
              <w:t>સુરેશકુમાર હિમતાજી સોલંકી</w:t>
            </w:r>
          </w:p>
        </w:tc>
        <w:tc>
          <w:tcPr>
            <w:tcW w:w="3409" w:type="dxa"/>
          </w:tcPr>
          <w:p w14:paraId="6739818C" w14:textId="77777777" w:rsidR="00013987" w:rsidRPr="007A4D3C" w:rsidRDefault="00013987" w:rsidP="00013987">
            <w:pPr>
              <w:rPr>
                <w:sz w:val="16"/>
                <w:szCs w:val="16"/>
              </w:rPr>
            </w:pPr>
            <w:r w:rsidRPr="007A4D3C">
              <w:rPr>
                <w:rFonts w:cs="Shruti"/>
                <w:sz w:val="16"/>
                <w:szCs w:val="16"/>
                <w:cs/>
                <w:lang w:bidi="gu-IN"/>
              </w:rPr>
              <w:t>બાળ</w:t>
            </w:r>
            <w:r w:rsidRPr="007A4D3C">
              <w:rPr>
                <w:sz w:val="16"/>
                <w:szCs w:val="16"/>
              </w:rPr>
              <w:t xml:space="preserve"> </w:t>
            </w:r>
            <w:r w:rsidRPr="007A4D3C">
              <w:rPr>
                <w:rFonts w:cs="Shruti"/>
                <w:sz w:val="16"/>
                <w:szCs w:val="16"/>
                <w:cs/>
                <w:lang w:bidi="gu-IN"/>
              </w:rPr>
              <w:t>સંસદની</w:t>
            </w:r>
            <w:r w:rsidRPr="007A4D3C">
              <w:rPr>
                <w:sz w:val="16"/>
                <w:szCs w:val="16"/>
              </w:rPr>
              <w:t xml:space="preserve"> </w:t>
            </w:r>
            <w:r w:rsidRPr="007A4D3C">
              <w:rPr>
                <w:rFonts w:cs="Shruti"/>
                <w:sz w:val="16"/>
                <w:szCs w:val="16"/>
                <w:cs/>
                <w:lang w:bidi="gu-IN"/>
              </w:rPr>
              <w:t>ચૂંટણી</w:t>
            </w:r>
            <w:r w:rsidRPr="007A4D3C">
              <w:rPr>
                <w:sz w:val="16"/>
                <w:szCs w:val="16"/>
              </w:rPr>
              <w:t xml:space="preserve"> </w:t>
            </w:r>
            <w:r w:rsidRPr="007A4D3C">
              <w:rPr>
                <w:rFonts w:cs="Shruti"/>
                <w:sz w:val="16"/>
                <w:szCs w:val="16"/>
                <w:cs/>
                <w:lang w:bidi="gu-IN"/>
              </w:rPr>
              <w:t>કરાવવી</w:t>
            </w:r>
            <w:r w:rsidRPr="007A4D3C">
              <w:rPr>
                <w:sz w:val="16"/>
                <w:szCs w:val="16"/>
              </w:rPr>
              <w:t xml:space="preserve"> </w:t>
            </w:r>
            <w:r w:rsidRPr="007A4D3C">
              <w:rPr>
                <w:rFonts w:cs="Shruti"/>
                <w:sz w:val="16"/>
                <w:szCs w:val="16"/>
                <w:cs/>
                <w:lang w:bidi="gu-IN"/>
              </w:rPr>
              <w:t>અને</w:t>
            </w:r>
            <w:r w:rsidRPr="007A4D3C">
              <w:rPr>
                <w:sz w:val="16"/>
                <w:szCs w:val="16"/>
              </w:rPr>
              <w:t xml:space="preserve"> </w:t>
            </w:r>
            <w:r w:rsidRPr="007A4D3C">
              <w:rPr>
                <w:rFonts w:cs="Shruti"/>
                <w:sz w:val="16"/>
                <w:szCs w:val="16"/>
                <w:cs/>
                <w:lang w:bidi="gu-IN"/>
              </w:rPr>
              <w:t>બાળ</w:t>
            </w:r>
            <w:r w:rsidRPr="007A4D3C">
              <w:rPr>
                <w:sz w:val="16"/>
                <w:szCs w:val="16"/>
              </w:rPr>
              <w:t xml:space="preserve"> </w:t>
            </w:r>
            <w:r w:rsidRPr="007A4D3C">
              <w:rPr>
                <w:rFonts w:cs="Shruti"/>
                <w:sz w:val="16"/>
                <w:szCs w:val="16"/>
                <w:cs/>
                <w:lang w:bidi="gu-IN"/>
              </w:rPr>
              <w:t>મંત્રીઓને</w:t>
            </w:r>
            <w:r w:rsidRPr="007A4D3C">
              <w:rPr>
                <w:sz w:val="16"/>
                <w:szCs w:val="16"/>
              </w:rPr>
              <w:t xml:space="preserve"> </w:t>
            </w:r>
            <w:r w:rsidRPr="007A4D3C">
              <w:rPr>
                <w:rFonts w:cs="Shruti"/>
                <w:sz w:val="16"/>
                <w:szCs w:val="16"/>
                <w:cs/>
                <w:lang w:bidi="gu-IN"/>
              </w:rPr>
              <w:t>તેમના</w:t>
            </w:r>
            <w:r w:rsidRPr="007A4D3C">
              <w:rPr>
                <w:sz w:val="16"/>
                <w:szCs w:val="16"/>
              </w:rPr>
              <w:t xml:space="preserve"> </w:t>
            </w:r>
            <w:r w:rsidRPr="007A4D3C">
              <w:rPr>
                <w:rFonts w:cs="Shruti"/>
                <w:sz w:val="16"/>
                <w:szCs w:val="16"/>
                <w:cs/>
                <w:lang w:bidi="gu-IN"/>
              </w:rPr>
              <w:t>કાર્યો</w:t>
            </w:r>
            <w:r w:rsidRPr="007A4D3C">
              <w:rPr>
                <w:sz w:val="16"/>
                <w:szCs w:val="16"/>
              </w:rPr>
              <w:t xml:space="preserve"> </w:t>
            </w:r>
            <w:r w:rsidRPr="007A4D3C">
              <w:rPr>
                <w:rFonts w:cs="Shruti"/>
                <w:sz w:val="16"/>
                <w:szCs w:val="16"/>
                <w:cs/>
                <w:lang w:bidi="gu-IN"/>
              </w:rPr>
              <w:t>માટે</w:t>
            </w:r>
            <w:r w:rsidRPr="007A4D3C">
              <w:rPr>
                <w:sz w:val="16"/>
                <w:szCs w:val="16"/>
              </w:rPr>
              <w:t xml:space="preserve"> </w:t>
            </w:r>
            <w:r w:rsidRPr="007A4D3C">
              <w:rPr>
                <w:rFonts w:cs="Shruti"/>
                <w:sz w:val="16"/>
                <w:szCs w:val="16"/>
                <w:cs/>
                <w:lang w:bidi="gu-IN"/>
              </w:rPr>
              <w:t>માર્ગદર્શન</w:t>
            </w:r>
            <w:r w:rsidRPr="007A4D3C">
              <w:rPr>
                <w:sz w:val="16"/>
                <w:szCs w:val="16"/>
              </w:rPr>
              <w:t xml:space="preserve"> </w:t>
            </w:r>
            <w:r w:rsidRPr="007A4D3C">
              <w:rPr>
                <w:rFonts w:cs="Shruti"/>
                <w:sz w:val="16"/>
                <w:szCs w:val="16"/>
                <w:cs/>
                <w:lang w:bidi="gu-IN"/>
              </w:rPr>
              <w:t>આપવું</w:t>
            </w:r>
            <w:r w:rsidRPr="007A4D3C">
              <w:rPr>
                <w:sz w:val="16"/>
                <w:szCs w:val="16"/>
              </w:rPr>
              <w:t>.</w:t>
            </w:r>
          </w:p>
        </w:tc>
      </w:tr>
    </w:tbl>
    <w:p w14:paraId="3F71A1FA" w14:textId="644D9BBE" w:rsidR="007A4D3C" w:rsidRPr="007A4D3C" w:rsidRDefault="007A4D3C" w:rsidP="007A4D3C">
      <w:pPr>
        <w:spacing w:after="0" w:line="240" w:lineRule="auto"/>
        <w:rPr>
          <w:sz w:val="18"/>
          <w:szCs w:val="18"/>
        </w:rPr>
      </w:pPr>
      <w:r w:rsidRPr="007A4D3C">
        <w:rPr>
          <w:rFonts w:cs="Shruti"/>
          <w:i/>
          <w:iCs/>
          <w:sz w:val="18"/>
          <w:szCs w:val="18"/>
          <w:cs/>
          <w:lang w:bidi="gu-IN"/>
        </w:rPr>
        <w:t>નોંધ</w:t>
      </w:r>
      <w:r w:rsidRPr="007A4D3C">
        <w:rPr>
          <w:i/>
          <w:sz w:val="18"/>
          <w:szCs w:val="18"/>
        </w:rPr>
        <w:t xml:space="preserve">: </w:t>
      </w:r>
      <w:r w:rsidRPr="007A4D3C">
        <w:rPr>
          <w:rFonts w:cs="Shruti"/>
          <w:i/>
          <w:iCs/>
          <w:sz w:val="18"/>
          <w:szCs w:val="18"/>
          <w:cs/>
          <w:lang w:bidi="gu-IN"/>
        </w:rPr>
        <w:t>ઉપરોક્ત</w:t>
      </w:r>
      <w:r w:rsidRPr="007A4D3C">
        <w:rPr>
          <w:i/>
          <w:sz w:val="18"/>
          <w:szCs w:val="18"/>
        </w:rPr>
        <w:t xml:space="preserve"> </w:t>
      </w:r>
      <w:r w:rsidRPr="007A4D3C">
        <w:rPr>
          <w:rFonts w:cs="Shruti"/>
          <w:i/>
          <w:iCs/>
          <w:sz w:val="18"/>
          <w:szCs w:val="18"/>
          <w:cs/>
          <w:lang w:bidi="gu-IN"/>
        </w:rPr>
        <w:t>કામગીરીની</w:t>
      </w:r>
      <w:r w:rsidRPr="007A4D3C">
        <w:rPr>
          <w:i/>
          <w:sz w:val="18"/>
          <w:szCs w:val="18"/>
        </w:rPr>
        <w:t xml:space="preserve"> </w:t>
      </w:r>
      <w:r w:rsidRPr="007A4D3C">
        <w:rPr>
          <w:rFonts w:cs="Shruti"/>
          <w:i/>
          <w:iCs/>
          <w:sz w:val="18"/>
          <w:szCs w:val="18"/>
          <w:cs/>
          <w:lang w:bidi="gu-IN"/>
        </w:rPr>
        <w:t>વહેંચણી</w:t>
      </w:r>
      <w:r w:rsidRPr="007A4D3C">
        <w:rPr>
          <w:i/>
          <w:sz w:val="18"/>
          <w:szCs w:val="18"/>
        </w:rPr>
        <w:t xml:space="preserve"> </w:t>
      </w:r>
      <w:r w:rsidRPr="007A4D3C">
        <w:rPr>
          <w:rFonts w:cs="Shruti"/>
          <w:i/>
          <w:iCs/>
          <w:sz w:val="18"/>
          <w:szCs w:val="18"/>
          <w:cs/>
          <w:lang w:bidi="gu-IN"/>
        </w:rPr>
        <w:t>આચાર્યશ્રીના</w:t>
      </w:r>
      <w:r w:rsidRPr="007A4D3C">
        <w:rPr>
          <w:i/>
          <w:sz w:val="18"/>
          <w:szCs w:val="18"/>
        </w:rPr>
        <w:t xml:space="preserve"> </w:t>
      </w:r>
      <w:r w:rsidRPr="007A4D3C">
        <w:rPr>
          <w:rFonts w:cs="Shruti"/>
          <w:i/>
          <w:iCs/>
          <w:sz w:val="18"/>
          <w:szCs w:val="18"/>
          <w:cs/>
          <w:lang w:bidi="gu-IN"/>
        </w:rPr>
        <w:t>આદેશથી</w:t>
      </w:r>
      <w:r w:rsidRPr="007A4D3C">
        <w:rPr>
          <w:i/>
          <w:sz w:val="18"/>
          <w:szCs w:val="18"/>
        </w:rPr>
        <w:t xml:space="preserve"> </w:t>
      </w:r>
      <w:r w:rsidRPr="007A4D3C">
        <w:rPr>
          <w:rFonts w:cs="Shruti"/>
          <w:i/>
          <w:iCs/>
          <w:sz w:val="18"/>
          <w:szCs w:val="18"/>
          <w:cs/>
          <w:lang w:bidi="gu-IN"/>
        </w:rPr>
        <w:t>શૈક્ષણિક</w:t>
      </w:r>
      <w:r w:rsidRPr="007A4D3C">
        <w:rPr>
          <w:i/>
          <w:sz w:val="18"/>
          <w:szCs w:val="18"/>
        </w:rPr>
        <w:t xml:space="preserve"> </w:t>
      </w:r>
      <w:r w:rsidRPr="007A4D3C">
        <w:rPr>
          <w:rFonts w:cs="Shruti"/>
          <w:i/>
          <w:iCs/>
          <w:sz w:val="18"/>
          <w:szCs w:val="18"/>
          <w:cs/>
          <w:lang w:bidi="gu-IN"/>
        </w:rPr>
        <w:t>સત્રના</w:t>
      </w:r>
      <w:r w:rsidRPr="007A4D3C">
        <w:rPr>
          <w:i/>
          <w:sz w:val="18"/>
          <w:szCs w:val="18"/>
        </w:rPr>
        <w:t xml:space="preserve"> </w:t>
      </w:r>
      <w:r w:rsidRPr="007A4D3C">
        <w:rPr>
          <w:rFonts w:cs="Shruti"/>
          <w:i/>
          <w:iCs/>
          <w:sz w:val="18"/>
          <w:szCs w:val="18"/>
          <w:cs/>
          <w:lang w:bidi="gu-IN"/>
        </w:rPr>
        <w:t>અંત</w:t>
      </w:r>
      <w:r w:rsidRPr="007A4D3C">
        <w:rPr>
          <w:i/>
          <w:sz w:val="18"/>
          <w:szCs w:val="18"/>
        </w:rPr>
        <w:t xml:space="preserve"> </w:t>
      </w:r>
      <w:r w:rsidRPr="007A4D3C">
        <w:rPr>
          <w:rFonts w:cs="Shruti"/>
          <w:i/>
          <w:iCs/>
          <w:sz w:val="18"/>
          <w:szCs w:val="18"/>
          <w:cs/>
          <w:lang w:bidi="gu-IN"/>
        </w:rPr>
        <w:t>સુધી</w:t>
      </w:r>
      <w:r w:rsidRPr="007A4D3C">
        <w:rPr>
          <w:i/>
          <w:sz w:val="18"/>
          <w:szCs w:val="18"/>
        </w:rPr>
        <w:t xml:space="preserve"> </w:t>
      </w:r>
      <w:r w:rsidRPr="007A4D3C">
        <w:rPr>
          <w:rFonts w:cs="Shruti"/>
          <w:i/>
          <w:iCs/>
          <w:sz w:val="18"/>
          <w:szCs w:val="18"/>
          <w:cs/>
          <w:lang w:bidi="gu-IN"/>
        </w:rPr>
        <w:t>અમલમાં</w:t>
      </w:r>
      <w:r w:rsidRPr="007A4D3C">
        <w:rPr>
          <w:i/>
          <w:sz w:val="18"/>
          <w:szCs w:val="18"/>
        </w:rPr>
        <w:t xml:space="preserve"> </w:t>
      </w:r>
      <w:r w:rsidRPr="007A4D3C">
        <w:rPr>
          <w:rFonts w:cs="Shruti"/>
          <w:i/>
          <w:iCs/>
          <w:sz w:val="18"/>
          <w:szCs w:val="18"/>
          <w:cs/>
          <w:lang w:bidi="gu-IN"/>
        </w:rPr>
        <w:t>રહેશે</w:t>
      </w:r>
      <w:r w:rsidRPr="007A4D3C">
        <w:rPr>
          <w:i/>
          <w:sz w:val="18"/>
          <w:szCs w:val="18"/>
        </w:rPr>
        <w:t xml:space="preserve"> </w:t>
      </w:r>
      <w:r w:rsidRPr="007A4D3C">
        <w:rPr>
          <w:rFonts w:cs="Shruti"/>
          <w:i/>
          <w:iCs/>
          <w:sz w:val="18"/>
          <w:szCs w:val="18"/>
          <w:cs/>
          <w:lang w:bidi="gu-IN"/>
        </w:rPr>
        <w:t>અને</w:t>
      </w:r>
      <w:r w:rsidRPr="007A4D3C">
        <w:rPr>
          <w:i/>
          <w:sz w:val="18"/>
          <w:szCs w:val="18"/>
        </w:rPr>
        <w:t xml:space="preserve"> </w:t>
      </w:r>
      <w:r w:rsidRPr="007A4D3C">
        <w:rPr>
          <w:rFonts w:cs="Shruti"/>
          <w:i/>
          <w:iCs/>
          <w:sz w:val="18"/>
          <w:szCs w:val="18"/>
          <w:cs/>
          <w:lang w:bidi="gu-IN"/>
        </w:rPr>
        <w:t>જરૂર</w:t>
      </w:r>
      <w:r w:rsidRPr="007A4D3C">
        <w:rPr>
          <w:i/>
          <w:sz w:val="18"/>
          <w:szCs w:val="18"/>
        </w:rPr>
        <w:t xml:space="preserve"> </w:t>
      </w:r>
      <w:r w:rsidRPr="007A4D3C">
        <w:rPr>
          <w:rFonts w:cs="Shruti"/>
          <w:i/>
          <w:iCs/>
          <w:sz w:val="18"/>
          <w:szCs w:val="18"/>
          <w:cs/>
          <w:lang w:bidi="gu-IN"/>
        </w:rPr>
        <w:t>જણાયે</w:t>
      </w:r>
      <w:r w:rsidRPr="007A4D3C">
        <w:rPr>
          <w:i/>
          <w:sz w:val="18"/>
          <w:szCs w:val="18"/>
        </w:rPr>
        <w:t xml:space="preserve"> </w:t>
      </w:r>
      <w:r w:rsidR="00BD2A13">
        <w:rPr>
          <w:rFonts w:cs="Shruti" w:hint="cs"/>
          <w:i/>
          <w:sz w:val="18"/>
          <w:szCs w:val="18"/>
          <w:cs/>
          <w:lang w:bidi="gu-IN"/>
        </w:rPr>
        <w:t xml:space="preserve"> </w:t>
      </w:r>
      <w:r w:rsidRPr="007A4D3C">
        <w:rPr>
          <w:rFonts w:cs="Shruti"/>
          <w:i/>
          <w:iCs/>
          <w:sz w:val="18"/>
          <w:szCs w:val="18"/>
          <w:cs/>
          <w:lang w:bidi="gu-IN"/>
        </w:rPr>
        <w:t>તેમાં</w:t>
      </w:r>
      <w:r w:rsidRPr="007A4D3C">
        <w:rPr>
          <w:i/>
          <w:sz w:val="18"/>
          <w:szCs w:val="18"/>
        </w:rPr>
        <w:t xml:space="preserve"> </w:t>
      </w:r>
      <w:r w:rsidRPr="007A4D3C">
        <w:rPr>
          <w:rFonts w:cs="Shruti"/>
          <w:i/>
          <w:iCs/>
          <w:sz w:val="18"/>
          <w:szCs w:val="18"/>
          <w:cs/>
          <w:lang w:bidi="gu-IN"/>
        </w:rPr>
        <w:t>ફેરફાર</w:t>
      </w:r>
      <w:r w:rsidRPr="007A4D3C">
        <w:rPr>
          <w:i/>
          <w:sz w:val="18"/>
          <w:szCs w:val="18"/>
        </w:rPr>
        <w:t xml:space="preserve"> </w:t>
      </w:r>
      <w:r w:rsidRPr="007A4D3C">
        <w:rPr>
          <w:rFonts w:cs="Shruti"/>
          <w:i/>
          <w:iCs/>
          <w:sz w:val="18"/>
          <w:szCs w:val="18"/>
          <w:cs/>
          <w:lang w:bidi="gu-IN"/>
        </w:rPr>
        <w:t>કરી</w:t>
      </w:r>
      <w:r w:rsidRPr="007A4D3C">
        <w:rPr>
          <w:i/>
          <w:sz w:val="18"/>
          <w:szCs w:val="18"/>
        </w:rPr>
        <w:t xml:space="preserve"> </w:t>
      </w:r>
      <w:r w:rsidRPr="007A4D3C">
        <w:rPr>
          <w:rFonts w:cs="Shruti"/>
          <w:i/>
          <w:iCs/>
          <w:sz w:val="18"/>
          <w:szCs w:val="18"/>
          <w:cs/>
          <w:lang w:bidi="gu-IN"/>
        </w:rPr>
        <w:t>શકાશે</w:t>
      </w:r>
      <w:r w:rsidRPr="007A4D3C">
        <w:rPr>
          <w:i/>
          <w:sz w:val="18"/>
          <w:szCs w:val="18"/>
        </w:rPr>
        <w:t>.</w:t>
      </w:r>
      <w:r w:rsidRPr="007A4D3C">
        <w:rPr>
          <w:sz w:val="18"/>
          <w:szCs w:val="18"/>
        </w:rP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095"/>
        <w:gridCol w:w="4095"/>
      </w:tblGrid>
      <w:tr w:rsidR="007A4D3C" w:rsidRPr="007A4D3C" w14:paraId="2235D5FF" w14:textId="77777777" w:rsidTr="007A4D3C">
        <w:trPr>
          <w:trHeight w:val="582"/>
        </w:trPr>
        <w:tc>
          <w:tcPr>
            <w:tcW w:w="4095" w:type="dxa"/>
          </w:tcPr>
          <w:p w14:paraId="055FDB13" w14:textId="36483F49" w:rsidR="007A4D3C" w:rsidRPr="007A4D3C" w:rsidRDefault="007A4D3C" w:rsidP="007A4D3C">
            <w:pPr>
              <w:spacing w:after="0" w:line="240" w:lineRule="auto"/>
              <w:rPr>
                <w:sz w:val="18"/>
                <w:szCs w:val="18"/>
              </w:rPr>
            </w:pP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સ્થળ</w:t>
            </w:r>
            <w:r w:rsidRPr="007A4D3C">
              <w:rPr>
                <w:sz w:val="18"/>
                <w:szCs w:val="18"/>
              </w:rPr>
              <w:t>:</w:t>
            </w:r>
            <w:r w:rsidR="00F56B31">
              <w:rPr>
                <w:rFonts w:cs="Shruti" w:hint="cs"/>
                <w:cs/>
                <w:lang w:bidi="gu-IN"/>
              </w:rPr>
              <w:t xml:space="preserve"> </w:t>
            </w:r>
            <w:r w:rsidR="008E13CA">
              <w:rPr>
                <w:rFonts w:cs="Shruti" w:hint="cs"/>
                <w:sz w:val="20"/>
                <w:szCs w:val="20"/>
                <w:cs/>
                <w:lang w:bidi="gu-IN"/>
              </w:rPr>
              <w:t xml:space="preserve">ઢાંકણ્રીયાવાસ પ્રાથમિક શાળા </w:t>
            </w:r>
            <w:r w:rsidRPr="007A4D3C">
              <w:rPr>
                <w:sz w:val="18"/>
                <w:szCs w:val="18"/>
              </w:rPr>
              <w:t xml:space="preserve">,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પાટડી</w:t>
            </w:r>
            <w:r w:rsidRPr="007A4D3C">
              <w:rPr>
                <w:sz w:val="18"/>
                <w:szCs w:val="18"/>
              </w:rPr>
              <w:br/>
            </w:r>
            <w:r w:rsidRPr="00A052A9">
              <w:rPr>
                <w:rFonts w:cs="Shruti"/>
                <w:sz w:val="20"/>
                <w:szCs w:val="20"/>
                <w:cs/>
                <w:lang w:bidi="gu-IN"/>
              </w:rPr>
              <w:t>તારીખ</w:t>
            </w:r>
            <w:r w:rsidRPr="00A052A9">
              <w:rPr>
                <w:sz w:val="20"/>
                <w:szCs w:val="20"/>
              </w:rPr>
              <w:t xml:space="preserve">:       </w:t>
            </w:r>
            <w:r w:rsidR="008E13CA">
              <w:rPr>
                <w:sz w:val="20"/>
                <w:szCs w:val="20"/>
              </w:rPr>
              <w:t>21/08/2026</w:t>
            </w:r>
          </w:p>
        </w:tc>
        <w:tc>
          <w:tcPr>
            <w:tcW w:w="4095" w:type="dxa"/>
          </w:tcPr>
          <w:p w14:paraId="496426EB" w14:textId="77777777" w:rsidR="007A4D3C" w:rsidRPr="007A4D3C" w:rsidRDefault="007A4D3C" w:rsidP="007A4D3C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આચાર્યશ્રીની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સહી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અને</w:t>
            </w:r>
            <w:r w:rsidRPr="007A4D3C">
              <w:rPr>
                <w:sz w:val="18"/>
                <w:szCs w:val="18"/>
              </w:rPr>
              <w:t xml:space="preserve"> </w:t>
            </w:r>
            <w:r w:rsidRPr="007A4D3C">
              <w:rPr>
                <w:rFonts w:cs="Shruti"/>
                <w:sz w:val="18"/>
                <w:szCs w:val="18"/>
                <w:cs/>
                <w:lang w:bidi="gu-IN"/>
              </w:rPr>
              <w:t>સિક્કો</w:t>
            </w:r>
            <w:r w:rsidRPr="007A4D3C">
              <w:rPr>
                <w:sz w:val="18"/>
                <w:szCs w:val="18"/>
              </w:rPr>
              <w:br/>
            </w:r>
            <w:r w:rsidRPr="007A4D3C">
              <w:rPr>
                <w:sz w:val="18"/>
                <w:szCs w:val="18"/>
              </w:rPr>
              <w:br/>
              <w:t>______________________</w:t>
            </w:r>
          </w:p>
        </w:tc>
      </w:tr>
    </w:tbl>
    <w:p w14:paraId="5CE7B566" w14:textId="6B2663F0" w:rsidR="00B36C4E" w:rsidRDefault="002546D1" w:rsidP="0003495A">
      <w:pPr>
        <w:spacing w:after="0" w:line="240" w:lineRule="auto"/>
        <w:rPr>
          <w:rFonts w:cs="Shruti"/>
          <w:b/>
          <w:u w:val="single"/>
          <w:lang w:val="en-IN" w:bidi="gu-IN"/>
        </w:rPr>
      </w:pPr>
      <w:r>
        <w:rPr>
          <w:rFonts w:cs="Shruti" w:hint="cs"/>
          <w:sz w:val="28"/>
          <w:szCs w:val="28"/>
          <w:u w:val="single"/>
          <w:cs/>
          <w:lang w:bidi="gu-IN"/>
        </w:rPr>
        <w:lastRenderedPageBreak/>
        <w:t>ઢાંકણ્રીયાવાસ પ્રાથમિક શાળા તા- લાખણી જિલ્લો - વાવ-થરાદ ડાયસ કોડ: 24021300207</w:t>
      </w:r>
    </w:p>
    <w:p w14:paraId="78B5114A" w14:textId="77777777" w:rsidR="00B414C7" w:rsidRDefault="00B414C7" w:rsidP="00B414C7">
      <w:pPr>
        <w:pStyle w:val="Heading1"/>
      </w:pPr>
      <w:r>
        <w:rPr>
          <w:rFonts w:cs="Shruti"/>
          <w:cs/>
          <w:lang w:bidi="gu-IN"/>
        </w:rPr>
        <w:t>શિક્ષક</w:t>
      </w:r>
      <w:r>
        <w:t xml:space="preserve"> </w:t>
      </w:r>
      <w:r>
        <w:rPr>
          <w:rFonts w:cs="Shruti"/>
          <w:cs/>
          <w:lang w:bidi="gu-IN"/>
        </w:rPr>
        <w:t>સેવા</w:t>
      </w:r>
      <w:r>
        <w:t xml:space="preserve"> </w:t>
      </w:r>
      <w:r>
        <w:rPr>
          <w:rFonts w:cs="Shruti"/>
          <w:cs/>
          <w:lang w:bidi="gu-IN"/>
        </w:rPr>
        <w:t>માટે</w:t>
      </w:r>
      <w:r>
        <w:t xml:space="preserve"> </w:t>
      </w:r>
      <w:r>
        <w:rPr>
          <w:rFonts w:cs="Shruti"/>
          <w:cs/>
          <w:lang w:bidi="gu-IN"/>
        </w:rPr>
        <w:t>આવશ્યક</w:t>
      </w:r>
      <w:r>
        <w:t xml:space="preserve"> </w:t>
      </w:r>
      <w:r>
        <w:rPr>
          <w:rFonts w:cs="Shruti"/>
          <w:cs/>
          <w:lang w:bidi="gu-IN"/>
        </w:rPr>
        <w:t>લઘુત્તમ</w:t>
      </w:r>
      <w:r>
        <w:t xml:space="preserve"> </w:t>
      </w:r>
      <w:r>
        <w:rPr>
          <w:rFonts w:cs="Shruti"/>
          <w:cs/>
          <w:lang w:bidi="gu-IN"/>
        </w:rPr>
        <w:t>શૈક્ષણિક</w:t>
      </w:r>
      <w:r>
        <w:t>/</w:t>
      </w:r>
      <w:r>
        <w:rPr>
          <w:rFonts w:cs="Shruti"/>
          <w:cs/>
          <w:lang w:bidi="gu-IN"/>
        </w:rPr>
        <w:t>વ્યાવસાયિક</w:t>
      </w:r>
      <w:r>
        <w:t xml:space="preserve"> </w:t>
      </w:r>
      <w:r>
        <w:rPr>
          <w:rFonts w:cs="Shruti"/>
          <w:cs/>
          <w:lang w:bidi="gu-IN"/>
        </w:rPr>
        <w:t>લાયકાત</w:t>
      </w:r>
      <w:r>
        <w:t xml:space="preserve"> </w:t>
      </w:r>
      <w:r>
        <w:rPr>
          <w:rFonts w:cs="Shruti"/>
          <w:cs/>
          <w:lang w:bidi="gu-IN"/>
        </w:rPr>
        <w:t>કરતાં</w:t>
      </w:r>
      <w:r>
        <w:t xml:space="preserve"> </w:t>
      </w:r>
      <w:r>
        <w:rPr>
          <w:rFonts w:cs="Shruti"/>
          <w:cs/>
          <w:lang w:bidi="gu-IN"/>
        </w:rPr>
        <w:t>વધુ</w:t>
      </w:r>
      <w:r>
        <w:t xml:space="preserve"> </w:t>
      </w:r>
      <w:r>
        <w:rPr>
          <w:rFonts w:cs="Shruti"/>
          <w:cs/>
          <w:lang w:bidi="gu-IN"/>
        </w:rPr>
        <w:t>લાયકાત</w:t>
      </w:r>
      <w:r>
        <w:t xml:space="preserve"> </w:t>
      </w:r>
      <w:r>
        <w:rPr>
          <w:rFonts w:cs="Shruti"/>
          <w:cs/>
          <w:lang w:bidi="gu-IN"/>
        </w:rPr>
        <w:t>ધરાવતા</w:t>
      </w:r>
      <w:r>
        <w:t xml:space="preserve"> </w:t>
      </w:r>
      <w:r>
        <w:rPr>
          <w:rFonts w:cs="Shruti"/>
          <w:cs/>
          <w:lang w:bidi="gu-IN"/>
        </w:rPr>
        <w:t>શિક્ષકોનો</w:t>
      </w:r>
      <w:r>
        <w:t xml:space="preserve"> </w:t>
      </w:r>
      <w:r>
        <w:rPr>
          <w:rFonts w:cs="Shruti"/>
          <w:cs/>
          <w:lang w:bidi="gu-IN"/>
        </w:rPr>
        <w:t>અહેવાલ</w:t>
      </w:r>
    </w:p>
    <w:p w14:paraId="55654C40" w14:textId="2051C7C7" w:rsidR="00B414C7" w:rsidRPr="00D77F19" w:rsidRDefault="00B414C7" w:rsidP="00B414C7">
      <w:pPr>
        <w:rPr>
          <w:rFonts w:cs="Shruti"/>
          <w:sz w:val="20"/>
          <w:szCs w:val="20"/>
          <w:lang w:bidi="gu-IN"/>
        </w:rPr>
      </w:pPr>
      <w:r w:rsidRPr="00D77F19">
        <w:rPr>
          <w:rFonts w:cs="Shruti"/>
          <w:sz w:val="20"/>
          <w:szCs w:val="20"/>
          <w:cs/>
          <w:lang w:bidi="gu-IN"/>
        </w:rPr>
        <w:t>પ્રાથમિક</w:t>
      </w:r>
      <w:r w:rsidRPr="00D77F19">
        <w:rPr>
          <w:sz w:val="20"/>
          <w:szCs w:val="20"/>
        </w:rPr>
        <w:t xml:space="preserve"> </w:t>
      </w:r>
      <w:r w:rsidRPr="00D77F19">
        <w:rPr>
          <w:rFonts w:cs="Shruti"/>
          <w:sz w:val="20"/>
          <w:szCs w:val="20"/>
          <w:cs/>
          <w:lang w:bidi="gu-IN"/>
        </w:rPr>
        <w:t>શાળામાં</w:t>
      </w:r>
      <w:r w:rsidRPr="00D77F19">
        <w:rPr>
          <w:sz w:val="20"/>
          <w:szCs w:val="20"/>
        </w:rPr>
        <w:t xml:space="preserve"> </w:t>
      </w:r>
      <w:r w:rsidRPr="00D77F19">
        <w:rPr>
          <w:rFonts w:cs="Shruti"/>
          <w:sz w:val="20"/>
          <w:szCs w:val="20"/>
          <w:cs/>
          <w:lang w:bidi="gu-IN"/>
        </w:rPr>
        <w:t>શિક્ષક</w:t>
      </w:r>
      <w:r w:rsidRPr="00D77F19">
        <w:rPr>
          <w:sz w:val="20"/>
          <w:szCs w:val="20"/>
        </w:rPr>
        <w:t xml:space="preserve"> </w:t>
      </w:r>
      <w:r w:rsidRPr="00D77F19">
        <w:rPr>
          <w:rFonts w:cs="Shruti"/>
          <w:sz w:val="20"/>
          <w:szCs w:val="20"/>
          <w:cs/>
          <w:lang w:bidi="gu-IN"/>
        </w:rPr>
        <w:t>તરીકે</w:t>
      </w:r>
      <w:r w:rsidRPr="00D77F19">
        <w:rPr>
          <w:sz w:val="20"/>
          <w:szCs w:val="20"/>
        </w:rPr>
        <w:t xml:space="preserve"> </w:t>
      </w:r>
      <w:r w:rsidRPr="00D77F19">
        <w:rPr>
          <w:rFonts w:cs="Shruti"/>
          <w:sz w:val="20"/>
          <w:szCs w:val="20"/>
          <w:cs/>
          <w:lang w:bidi="gu-IN"/>
        </w:rPr>
        <w:t>સેવા</w:t>
      </w:r>
      <w:r w:rsidRPr="00D77F19">
        <w:rPr>
          <w:sz w:val="20"/>
          <w:szCs w:val="20"/>
        </w:rPr>
        <w:t xml:space="preserve"> </w:t>
      </w:r>
      <w:r w:rsidRPr="00D77F19">
        <w:rPr>
          <w:rFonts w:cs="Shruti"/>
          <w:sz w:val="20"/>
          <w:szCs w:val="20"/>
          <w:cs/>
          <w:lang w:bidi="gu-IN"/>
        </w:rPr>
        <w:t>આપવા</w:t>
      </w:r>
      <w:r w:rsidRPr="00D77F19">
        <w:rPr>
          <w:sz w:val="20"/>
          <w:szCs w:val="20"/>
        </w:rPr>
        <w:t xml:space="preserve"> </w:t>
      </w:r>
      <w:r w:rsidRPr="00D77F19">
        <w:rPr>
          <w:rFonts w:cs="Shruti"/>
          <w:sz w:val="20"/>
          <w:szCs w:val="20"/>
          <w:cs/>
          <w:lang w:bidi="gu-IN"/>
        </w:rPr>
        <w:t>માટે</w:t>
      </w:r>
      <w:r w:rsidRPr="00D77F19">
        <w:rPr>
          <w:sz w:val="20"/>
          <w:szCs w:val="20"/>
        </w:rPr>
        <w:t xml:space="preserve"> </w:t>
      </w:r>
      <w:r w:rsidRPr="00D77F19">
        <w:rPr>
          <w:rFonts w:cs="Shruti"/>
          <w:sz w:val="20"/>
          <w:szCs w:val="20"/>
          <w:cs/>
          <w:lang w:bidi="gu-IN"/>
        </w:rPr>
        <w:t>સરકારશ્રીના</w:t>
      </w:r>
      <w:r w:rsidRPr="00D77F19">
        <w:rPr>
          <w:sz w:val="20"/>
          <w:szCs w:val="20"/>
        </w:rPr>
        <w:t xml:space="preserve"> </w:t>
      </w:r>
      <w:r w:rsidRPr="00D77F19">
        <w:rPr>
          <w:rFonts w:cs="Shruti"/>
          <w:sz w:val="20"/>
          <w:szCs w:val="20"/>
          <w:cs/>
          <w:lang w:bidi="gu-IN"/>
        </w:rPr>
        <w:t>નિયમ</w:t>
      </w:r>
      <w:r w:rsidRPr="00D77F19">
        <w:rPr>
          <w:sz w:val="20"/>
          <w:szCs w:val="20"/>
        </w:rPr>
        <w:t xml:space="preserve"> </w:t>
      </w:r>
      <w:r w:rsidRPr="00D77F19">
        <w:rPr>
          <w:rFonts w:cs="Shruti"/>
          <w:sz w:val="20"/>
          <w:szCs w:val="20"/>
          <w:cs/>
          <w:lang w:bidi="gu-IN"/>
        </w:rPr>
        <w:t>મુજબ</w:t>
      </w:r>
      <w:r w:rsidRPr="00D77F19">
        <w:rPr>
          <w:sz w:val="20"/>
          <w:szCs w:val="20"/>
        </w:rPr>
        <w:t xml:space="preserve"> </w:t>
      </w:r>
      <w:r w:rsidRPr="00D77F19">
        <w:rPr>
          <w:rFonts w:cs="Shruti"/>
          <w:sz w:val="20"/>
          <w:szCs w:val="20"/>
          <w:cs/>
          <w:lang w:bidi="gu-IN"/>
        </w:rPr>
        <w:t>લઘુત્તમ</w:t>
      </w:r>
      <w:r w:rsidRPr="00D77F19">
        <w:rPr>
          <w:sz w:val="20"/>
          <w:szCs w:val="20"/>
        </w:rPr>
        <w:t xml:space="preserve"> </w:t>
      </w:r>
      <w:r w:rsidRPr="00D77F19">
        <w:rPr>
          <w:rFonts w:cs="Shruti"/>
          <w:sz w:val="20"/>
          <w:szCs w:val="20"/>
          <w:cs/>
          <w:lang w:bidi="gu-IN"/>
        </w:rPr>
        <w:t>શૈક્ષણિક</w:t>
      </w:r>
      <w:r w:rsidRPr="00D77F19">
        <w:rPr>
          <w:sz w:val="20"/>
          <w:szCs w:val="20"/>
        </w:rPr>
        <w:t xml:space="preserve"> </w:t>
      </w:r>
      <w:r w:rsidRPr="00D77F19">
        <w:rPr>
          <w:rFonts w:cs="Shruti"/>
          <w:sz w:val="20"/>
          <w:szCs w:val="20"/>
          <w:cs/>
          <w:lang w:bidi="gu-IN"/>
        </w:rPr>
        <w:t>અને</w:t>
      </w:r>
      <w:r w:rsidRPr="00D77F19">
        <w:rPr>
          <w:sz w:val="20"/>
          <w:szCs w:val="20"/>
        </w:rPr>
        <w:t xml:space="preserve"> </w:t>
      </w:r>
      <w:r w:rsidRPr="00D77F19">
        <w:rPr>
          <w:rFonts w:cs="Shruti"/>
          <w:sz w:val="20"/>
          <w:szCs w:val="20"/>
          <w:cs/>
          <w:lang w:bidi="gu-IN"/>
        </w:rPr>
        <w:t>વ્યાવસાયિક</w:t>
      </w:r>
      <w:r w:rsidRPr="00D77F19">
        <w:rPr>
          <w:sz w:val="20"/>
          <w:szCs w:val="20"/>
        </w:rPr>
        <w:t xml:space="preserve"> </w:t>
      </w:r>
      <w:r w:rsidRPr="00D77F19">
        <w:rPr>
          <w:rFonts w:cs="Shruti"/>
          <w:sz w:val="20"/>
          <w:szCs w:val="20"/>
          <w:cs/>
          <w:lang w:bidi="gu-IN"/>
        </w:rPr>
        <w:t>લાયકાત</w:t>
      </w:r>
      <w:r w:rsidRPr="00D77F19">
        <w:rPr>
          <w:sz w:val="20"/>
          <w:szCs w:val="20"/>
        </w:rPr>
        <w:t xml:space="preserve"> (</w:t>
      </w:r>
      <w:r w:rsidRPr="00D77F19">
        <w:rPr>
          <w:rFonts w:cs="Shruti"/>
          <w:sz w:val="20"/>
          <w:szCs w:val="20"/>
          <w:cs/>
          <w:lang w:bidi="gu-IN"/>
        </w:rPr>
        <w:t>જેમ</w:t>
      </w:r>
      <w:r w:rsidRPr="00D77F19">
        <w:rPr>
          <w:sz w:val="20"/>
          <w:szCs w:val="20"/>
        </w:rPr>
        <w:t xml:space="preserve"> </w:t>
      </w:r>
      <w:r w:rsidRPr="00D77F19">
        <w:rPr>
          <w:rFonts w:cs="Shruti"/>
          <w:sz w:val="20"/>
          <w:szCs w:val="20"/>
          <w:cs/>
          <w:lang w:bidi="gu-IN"/>
        </w:rPr>
        <w:t>કે</w:t>
      </w:r>
      <w:r w:rsidRPr="00D77F19">
        <w:rPr>
          <w:sz w:val="20"/>
          <w:szCs w:val="20"/>
        </w:rPr>
        <w:t xml:space="preserve"> PTC / </w:t>
      </w:r>
      <w:proofErr w:type="spellStart"/>
      <w:r w:rsidRPr="00D77F19">
        <w:rPr>
          <w:sz w:val="20"/>
          <w:szCs w:val="20"/>
        </w:rPr>
        <w:t>D.El.Ed</w:t>
      </w:r>
      <w:proofErr w:type="spellEnd"/>
      <w:r w:rsidRPr="00D77F19">
        <w:rPr>
          <w:sz w:val="20"/>
          <w:szCs w:val="20"/>
        </w:rPr>
        <w:t xml:space="preserve">. / B.Ed. </w:t>
      </w:r>
      <w:r w:rsidRPr="00D77F19">
        <w:rPr>
          <w:rFonts w:cs="Shruti"/>
          <w:sz w:val="20"/>
          <w:szCs w:val="20"/>
          <w:cs/>
          <w:lang w:bidi="gu-IN"/>
        </w:rPr>
        <w:t>તથા</w:t>
      </w:r>
      <w:r w:rsidRPr="00D77F19">
        <w:rPr>
          <w:sz w:val="20"/>
          <w:szCs w:val="20"/>
        </w:rPr>
        <w:t xml:space="preserve"> TET) </w:t>
      </w:r>
      <w:r w:rsidRPr="00D77F19">
        <w:rPr>
          <w:rFonts w:cs="Shruti"/>
          <w:sz w:val="20"/>
          <w:szCs w:val="20"/>
          <w:cs/>
          <w:lang w:bidi="gu-IN"/>
        </w:rPr>
        <w:t>નક્કી</w:t>
      </w:r>
      <w:r w:rsidRPr="00D77F19">
        <w:rPr>
          <w:sz w:val="20"/>
          <w:szCs w:val="20"/>
        </w:rPr>
        <w:t xml:space="preserve"> </w:t>
      </w:r>
      <w:r w:rsidRPr="00D77F19">
        <w:rPr>
          <w:rFonts w:cs="Shruti"/>
          <w:sz w:val="20"/>
          <w:szCs w:val="20"/>
          <w:cs/>
          <w:lang w:bidi="gu-IN"/>
        </w:rPr>
        <w:t>કરવામાં</w:t>
      </w:r>
      <w:r w:rsidRPr="00D77F19">
        <w:rPr>
          <w:sz w:val="20"/>
          <w:szCs w:val="20"/>
        </w:rPr>
        <w:t xml:space="preserve"> </w:t>
      </w:r>
      <w:r w:rsidRPr="00D77F19">
        <w:rPr>
          <w:rFonts w:cs="Shruti"/>
          <w:sz w:val="20"/>
          <w:szCs w:val="20"/>
          <w:cs/>
          <w:lang w:bidi="gu-IN"/>
        </w:rPr>
        <w:t>આવેલ</w:t>
      </w:r>
      <w:r w:rsidRPr="00D77F19">
        <w:rPr>
          <w:sz w:val="20"/>
          <w:szCs w:val="20"/>
        </w:rPr>
        <w:t xml:space="preserve"> </w:t>
      </w:r>
      <w:r w:rsidRPr="00D77F19">
        <w:rPr>
          <w:rFonts w:cs="Shruti"/>
          <w:sz w:val="20"/>
          <w:szCs w:val="20"/>
          <w:cs/>
          <w:lang w:bidi="gu-IN"/>
        </w:rPr>
        <w:t>છે</w:t>
      </w:r>
      <w:r w:rsidRPr="00D77F19">
        <w:rPr>
          <w:sz w:val="20"/>
          <w:szCs w:val="20"/>
        </w:rPr>
        <w:t xml:space="preserve">. </w:t>
      </w:r>
      <w:r w:rsidRPr="00D77F19">
        <w:rPr>
          <w:rFonts w:cs="Shruti"/>
          <w:sz w:val="20"/>
          <w:szCs w:val="20"/>
          <w:cs/>
          <w:lang w:bidi="gu-IN"/>
        </w:rPr>
        <w:t>ગુણોત્સવ</w:t>
      </w:r>
      <w:r w:rsidRPr="00D77F19">
        <w:rPr>
          <w:sz w:val="20"/>
          <w:szCs w:val="20"/>
        </w:rPr>
        <w:t xml:space="preserve"> </w:t>
      </w:r>
      <w:r w:rsidRPr="00D77F19">
        <w:rPr>
          <w:rFonts w:cs="Shruti"/>
          <w:sz w:val="20"/>
          <w:szCs w:val="20"/>
          <w:cs/>
          <w:lang w:bidi="gu-IN"/>
        </w:rPr>
        <w:t>૨</w:t>
      </w:r>
      <w:r w:rsidRPr="00D77F19">
        <w:rPr>
          <w:sz w:val="20"/>
          <w:szCs w:val="20"/>
        </w:rPr>
        <w:t>.</w:t>
      </w:r>
      <w:r w:rsidRPr="00D77F19">
        <w:rPr>
          <w:rFonts w:cs="Shruti"/>
          <w:sz w:val="20"/>
          <w:szCs w:val="20"/>
          <w:cs/>
          <w:lang w:bidi="gu-IN"/>
        </w:rPr>
        <w:t>૦</w:t>
      </w:r>
      <w:r w:rsidRPr="00D77F19">
        <w:rPr>
          <w:sz w:val="20"/>
          <w:szCs w:val="20"/>
        </w:rPr>
        <w:t xml:space="preserve"> </w:t>
      </w:r>
      <w:r w:rsidRPr="00D77F19">
        <w:rPr>
          <w:rFonts w:cs="Shruti"/>
          <w:sz w:val="20"/>
          <w:szCs w:val="20"/>
          <w:cs/>
          <w:lang w:bidi="gu-IN"/>
        </w:rPr>
        <w:t>ના</w:t>
      </w:r>
      <w:r w:rsidRPr="00D77F19">
        <w:rPr>
          <w:sz w:val="20"/>
          <w:szCs w:val="20"/>
        </w:rPr>
        <w:t xml:space="preserve"> </w:t>
      </w:r>
      <w:r w:rsidRPr="00D77F19">
        <w:rPr>
          <w:rFonts w:cs="Shruti"/>
          <w:sz w:val="20"/>
          <w:szCs w:val="20"/>
          <w:cs/>
          <w:lang w:bidi="gu-IN"/>
        </w:rPr>
        <w:t>માપદંડો</w:t>
      </w:r>
      <w:r w:rsidRPr="00D77F19">
        <w:rPr>
          <w:sz w:val="20"/>
          <w:szCs w:val="20"/>
        </w:rPr>
        <w:t xml:space="preserve"> </w:t>
      </w:r>
      <w:r w:rsidRPr="00D77F19">
        <w:rPr>
          <w:rFonts w:cs="Shruti"/>
          <w:sz w:val="20"/>
          <w:szCs w:val="20"/>
          <w:cs/>
          <w:lang w:bidi="gu-IN"/>
        </w:rPr>
        <w:t>મુજબ</w:t>
      </w:r>
      <w:r w:rsidRPr="00D77F19">
        <w:rPr>
          <w:sz w:val="20"/>
          <w:szCs w:val="20"/>
        </w:rPr>
        <w:t xml:space="preserve"> </w:t>
      </w:r>
      <w:r w:rsidRPr="00D77F19">
        <w:rPr>
          <w:rFonts w:cs="Shruti"/>
          <w:sz w:val="20"/>
          <w:szCs w:val="20"/>
          <w:cs/>
          <w:lang w:bidi="gu-IN"/>
        </w:rPr>
        <w:t>ગુણવત્તાયુક્ત</w:t>
      </w:r>
      <w:r w:rsidRPr="00D77F19">
        <w:rPr>
          <w:sz w:val="20"/>
          <w:szCs w:val="20"/>
        </w:rPr>
        <w:t xml:space="preserve"> </w:t>
      </w:r>
      <w:r w:rsidRPr="00D77F19">
        <w:rPr>
          <w:rFonts w:cs="Shruti"/>
          <w:sz w:val="20"/>
          <w:szCs w:val="20"/>
          <w:cs/>
          <w:lang w:bidi="gu-IN"/>
        </w:rPr>
        <w:t>શિક્ષણ</w:t>
      </w:r>
      <w:r w:rsidRPr="00D77F19">
        <w:rPr>
          <w:sz w:val="20"/>
          <w:szCs w:val="20"/>
        </w:rPr>
        <w:t xml:space="preserve"> </w:t>
      </w:r>
      <w:r w:rsidRPr="00D77F19">
        <w:rPr>
          <w:rFonts w:cs="Shruti"/>
          <w:sz w:val="20"/>
          <w:szCs w:val="20"/>
          <w:cs/>
          <w:lang w:bidi="gu-IN"/>
        </w:rPr>
        <w:t>સુનિશ્ચિત</w:t>
      </w:r>
      <w:r w:rsidRPr="00D77F19">
        <w:rPr>
          <w:sz w:val="20"/>
          <w:szCs w:val="20"/>
        </w:rPr>
        <w:t xml:space="preserve"> </w:t>
      </w:r>
      <w:r w:rsidRPr="00D77F19">
        <w:rPr>
          <w:rFonts w:cs="Shruti"/>
          <w:sz w:val="20"/>
          <w:szCs w:val="20"/>
          <w:cs/>
          <w:lang w:bidi="gu-IN"/>
        </w:rPr>
        <w:t>કરવા</w:t>
      </w:r>
      <w:r w:rsidRPr="00D77F19">
        <w:rPr>
          <w:sz w:val="20"/>
          <w:szCs w:val="20"/>
        </w:rPr>
        <w:t xml:space="preserve"> </w:t>
      </w:r>
      <w:r w:rsidRPr="00D77F19">
        <w:rPr>
          <w:rFonts w:cs="Shruti"/>
          <w:sz w:val="20"/>
          <w:szCs w:val="20"/>
          <w:cs/>
          <w:lang w:bidi="gu-IN"/>
        </w:rPr>
        <w:t>માટે</w:t>
      </w:r>
      <w:r w:rsidRPr="00D77F19">
        <w:rPr>
          <w:sz w:val="20"/>
          <w:szCs w:val="20"/>
        </w:rPr>
        <w:t xml:space="preserve"> </w:t>
      </w:r>
      <w:r w:rsidRPr="00D77F19">
        <w:rPr>
          <w:rFonts w:cs="Shruti"/>
          <w:sz w:val="20"/>
          <w:szCs w:val="20"/>
          <w:cs/>
          <w:lang w:bidi="gu-IN"/>
        </w:rPr>
        <w:t>શિક્ષકો</w:t>
      </w:r>
      <w:r w:rsidRPr="00D77F19">
        <w:rPr>
          <w:sz w:val="20"/>
          <w:szCs w:val="20"/>
        </w:rPr>
        <w:t xml:space="preserve"> </w:t>
      </w:r>
      <w:r w:rsidRPr="00D77F19">
        <w:rPr>
          <w:rFonts w:cs="Shruti"/>
          <w:sz w:val="20"/>
          <w:szCs w:val="20"/>
          <w:cs/>
          <w:lang w:bidi="gu-IN"/>
        </w:rPr>
        <w:t>ઉચ્ચ</w:t>
      </w:r>
      <w:r w:rsidRPr="00D77F19">
        <w:rPr>
          <w:sz w:val="20"/>
          <w:szCs w:val="20"/>
        </w:rPr>
        <w:t xml:space="preserve"> </w:t>
      </w:r>
      <w:r w:rsidRPr="00D77F19">
        <w:rPr>
          <w:rFonts w:cs="Shruti"/>
          <w:sz w:val="20"/>
          <w:szCs w:val="20"/>
          <w:cs/>
          <w:lang w:bidi="gu-IN"/>
        </w:rPr>
        <w:t>લાયકાત</w:t>
      </w:r>
      <w:r w:rsidRPr="00D77F19">
        <w:rPr>
          <w:sz w:val="20"/>
          <w:szCs w:val="20"/>
        </w:rPr>
        <w:t xml:space="preserve"> (</w:t>
      </w:r>
      <w:r w:rsidRPr="00D77F19">
        <w:rPr>
          <w:rFonts w:cs="Shruti"/>
          <w:sz w:val="20"/>
          <w:szCs w:val="20"/>
          <w:cs/>
          <w:lang w:bidi="gu-IN"/>
        </w:rPr>
        <w:t>જેમ</w:t>
      </w:r>
      <w:r w:rsidRPr="00D77F19">
        <w:rPr>
          <w:sz w:val="20"/>
          <w:szCs w:val="20"/>
        </w:rPr>
        <w:t xml:space="preserve"> </w:t>
      </w:r>
      <w:r w:rsidRPr="00D77F19">
        <w:rPr>
          <w:rFonts w:cs="Shruti"/>
          <w:sz w:val="20"/>
          <w:szCs w:val="20"/>
          <w:cs/>
          <w:lang w:bidi="gu-IN"/>
        </w:rPr>
        <w:t>કે</w:t>
      </w:r>
      <w:r w:rsidRPr="00D77F19">
        <w:rPr>
          <w:sz w:val="20"/>
          <w:szCs w:val="20"/>
        </w:rPr>
        <w:t xml:space="preserve"> </w:t>
      </w:r>
      <w:r w:rsidRPr="00D77F19">
        <w:rPr>
          <w:rFonts w:cs="Shruti"/>
          <w:sz w:val="20"/>
          <w:szCs w:val="20"/>
          <w:cs/>
          <w:lang w:bidi="gu-IN"/>
        </w:rPr>
        <w:t>સ્નાતક</w:t>
      </w:r>
      <w:r w:rsidRPr="00D77F19">
        <w:rPr>
          <w:sz w:val="20"/>
          <w:szCs w:val="20"/>
        </w:rPr>
        <w:t xml:space="preserve">, </w:t>
      </w:r>
      <w:r w:rsidRPr="00D77F19">
        <w:rPr>
          <w:rFonts w:cs="Shruti"/>
          <w:sz w:val="20"/>
          <w:szCs w:val="20"/>
          <w:cs/>
          <w:lang w:bidi="gu-IN"/>
        </w:rPr>
        <w:t>અનુસ્નાતક</w:t>
      </w:r>
      <w:r w:rsidRPr="00D77F19">
        <w:rPr>
          <w:sz w:val="20"/>
          <w:szCs w:val="20"/>
        </w:rPr>
        <w:t xml:space="preserve">, M.Ed., </w:t>
      </w:r>
      <w:r w:rsidRPr="00D77F19">
        <w:rPr>
          <w:rFonts w:cs="Shruti"/>
          <w:sz w:val="20"/>
          <w:szCs w:val="20"/>
          <w:cs/>
          <w:lang w:bidi="gu-IN"/>
        </w:rPr>
        <w:t>કે</w:t>
      </w:r>
      <w:r w:rsidRPr="00D77F19">
        <w:rPr>
          <w:sz w:val="20"/>
          <w:szCs w:val="20"/>
        </w:rPr>
        <w:t xml:space="preserve"> Ph.D.) </w:t>
      </w:r>
      <w:r w:rsidRPr="00D77F19">
        <w:rPr>
          <w:rFonts w:cs="Shruti"/>
          <w:sz w:val="20"/>
          <w:szCs w:val="20"/>
          <w:cs/>
          <w:lang w:bidi="gu-IN"/>
        </w:rPr>
        <w:t>ધરાવતા</w:t>
      </w:r>
      <w:r w:rsidRPr="00D77F19">
        <w:rPr>
          <w:sz w:val="20"/>
          <w:szCs w:val="20"/>
        </w:rPr>
        <w:t xml:space="preserve"> </w:t>
      </w:r>
      <w:r w:rsidRPr="00D77F19">
        <w:rPr>
          <w:rFonts w:cs="Shruti"/>
          <w:sz w:val="20"/>
          <w:szCs w:val="20"/>
          <w:cs/>
          <w:lang w:bidi="gu-IN"/>
        </w:rPr>
        <w:t>હોય</w:t>
      </w:r>
      <w:r w:rsidRPr="00D77F19">
        <w:rPr>
          <w:sz w:val="20"/>
          <w:szCs w:val="20"/>
        </w:rPr>
        <w:t xml:space="preserve"> </w:t>
      </w:r>
      <w:r w:rsidRPr="00D77F19">
        <w:rPr>
          <w:rFonts w:cs="Shruti"/>
          <w:sz w:val="20"/>
          <w:szCs w:val="20"/>
          <w:cs/>
          <w:lang w:bidi="gu-IN"/>
        </w:rPr>
        <w:t>તે</w:t>
      </w:r>
      <w:r w:rsidRPr="00D77F19">
        <w:rPr>
          <w:sz w:val="20"/>
          <w:szCs w:val="20"/>
        </w:rPr>
        <w:t xml:space="preserve"> </w:t>
      </w:r>
      <w:r w:rsidRPr="00D77F19">
        <w:rPr>
          <w:rFonts w:cs="Shruti"/>
          <w:sz w:val="20"/>
          <w:szCs w:val="20"/>
          <w:cs/>
          <w:lang w:bidi="gu-IN"/>
        </w:rPr>
        <w:t>બાબતને</w:t>
      </w:r>
      <w:r w:rsidRPr="00D77F19">
        <w:rPr>
          <w:sz w:val="20"/>
          <w:szCs w:val="20"/>
        </w:rPr>
        <w:t xml:space="preserve"> </w:t>
      </w:r>
      <w:r w:rsidRPr="00D77F19">
        <w:rPr>
          <w:rFonts w:cs="Shruti"/>
          <w:sz w:val="20"/>
          <w:szCs w:val="20"/>
          <w:cs/>
          <w:lang w:bidi="gu-IN"/>
        </w:rPr>
        <w:t>વિશેષ</w:t>
      </w:r>
      <w:r w:rsidRPr="00D77F19">
        <w:rPr>
          <w:sz w:val="20"/>
          <w:szCs w:val="20"/>
        </w:rPr>
        <w:t xml:space="preserve"> </w:t>
      </w:r>
      <w:r w:rsidRPr="00D77F19">
        <w:rPr>
          <w:rFonts w:cs="Shruti"/>
          <w:sz w:val="20"/>
          <w:szCs w:val="20"/>
          <w:cs/>
          <w:lang w:bidi="gu-IN"/>
        </w:rPr>
        <w:t>મહત્વ</w:t>
      </w:r>
      <w:r w:rsidRPr="00D77F19">
        <w:rPr>
          <w:sz w:val="20"/>
          <w:szCs w:val="20"/>
        </w:rPr>
        <w:t xml:space="preserve"> </w:t>
      </w:r>
      <w:r w:rsidRPr="00D77F19">
        <w:rPr>
          <w:rFonts w:cs="Shruti"/>
          <w:sz w:val="20"/>
          <w:szCs w:val="20"/>
          <w:cs/>
          <w:lang w:bidi="gu-IN"/>
        </w:rPr>
        <w:t>આપવામાં</w:t>
      </w:r>
      <w:r w:rsidRPr="00D77F19">
        <w:rPr>
          <w:sz w:val="20"/>
          <w:szCs w:val="20"/>
        </w:rPr>
        <w:t xml:space="preserve"> </w:t>
      </w:r>
      <w:r w:rsidRPr="00D77F19">
        <w:rPr>
          <w:rFonts w:cs="Shruti"/>
          <w:sz w:val="20"/>
          <w:szCs w:val="20"/>
          <w:cs/>
          <w:lang w:bidi="gu-IN"/>
        </w:rPr>
        <w:t>આવે</w:t>
      </w:r>
      <w:r w:rsidRPr="00D77F19">
        <w:rPr>
          <w:sz w:val="20"/>
          <w:szCs w:val="20"/>
        </w:rPr>
        <w:t xml:space="preserve"> </w:t>
      </w:r>
      <w:r w:rsidRPr="00D77F19">
        <w:rPr>
          <w:rFonts w:cs="Shruti"/>
          <w:sz w:val="20"/>
          <w:szCs w:val="20"/>
          <w:cs/>
          <w:lang w:bidi="gu-IN"/>
        </w:rPr>
        <w:t>છે</w:t>
      </w:r>
      <w:r w:rsidRPr="00D77F19">
        <w:rPr>
          <w:sz w:val="20"/>
          <w:szCs w:val="20"/>
        </w:rPr>
        <w:t>.</w:t>
      </w:r>
      <w:r w:rsidR="00EE5D30" w:rsidRPr="00EE5D30">
        <w:rPr>
          <w:rFonts w:cs="Shruti" w:hint="cs"/>
          <w:sz w:val="18"/>
          <w:szCs w:val="18"/>
          <w:cs/>
          <w:lang w:bidi="gu-IN"/>
        </w:rPr>
        <w:t xml:space="preserve"> </w:t>
      </w:r>
      <w:r w:rsidR="008E13CA">
        <w:rPr>
          <w:rFonts w:cs="Shruti" w:hint="cs"/>
          <w:sz w:val="20"/>
          <w:szCs w:val="20"/>
          <w:cs/>
          <w:lang w:bidi="gu-IN"/>
        </w:rPr>
        <w:t xml:space="preserve">ઢાંકણ્રીયાવાસ પ્રાથમિક શાળા </w:t>
      </w:r>
      <w:r w:rsidRPr="00D77F19">
        <w:rPr>
          <w:rFonts w:cs="Shruti"/>
          <w:sz w:val="20"/>
          <w:szCs w:val="20"/>
          <w:cs/>
          <w:lang w:bidi="gu-IN"/>
        </w:rPr>
        <w:t>ના</w:t>
      </w:r>
      <w:r w:rsidRPr="00D77F19">
        <w:rPr>
          <w:sz w:val="20"/>
          <w:szCs w:val="20"/>
        </w:rPr>
        <w:t xml:space="preserve"> </w:t>
      </w:r>
      <w:r w:rsidRPr="00D77F19">
        <w:rPr>
          <w:rFonts w:cs="Shruti"/>
          <w:sz w:val="20"/>
          <w:szCs w:val="20"/>
          <w:cs/>
          <w:lang w:bidi="gu-IN"/>
        </w:rPr>
        <w:t>આવા</w:t>
      </w:r>
      <w:r w:rsidRPr="00D77F19">
        <w:rPr>
          <w:sz w:val="20"/>
          <w:szCs w:val="20"/>
        </w:rPr>
        <w:t xml:space="preserve"> </w:t>
      </w:r>
      <w:r w:rsidRPr="00D77F19">
        <w:rPr>
          <w:rFonts w:cs="Shruti"/>
          <w:sz w:val="20"/>
          <w:szCs w:val="20"/>
          <w:cs/>
          <w:lang w:bidi="gu-IN"/>
        </w:rPr>
        <w:t>ઉચ્ચ</w:t>
      </w:r>
      <w:r w:rsidRPr="00D77F19">
        <w:rPr>
          <w:sz w:val="20"/>
          <w:szCs w:val="20"/>
        </w:rPr>
        <w:t xml:space="preserve"> </w:t>
      </w:r>
      <w:r w:rsidRPr="00D77F19">
        <w:rPr>
          <w:rFonts w:cs="Shruti"/>
          <w:sz w:val="20"/>
          <w:szCs w:val="20"/>
          <w:cs/>
          <w:lang w:bidi="gu-IN"/>
        </w:rPr>
        <w:t>લાયકાત</w:t>
      </w:r>
      <w:r w:rsidRPr="00D77F19">
        <w:rPr>
          <w:sz w:val="20"/>
          <w:szCs w:val="20"/>
        </w:rPr>
        <w:t xml:space="preserve"> </w:t>
      </w:r>
      <w:r w:rsidRPr="00D77F19">
        <w:rPr>
          <w:rFonts w:cs="Shruti"/>
          <w:sz w:val="20"/>
          <w:szCs w:val="20"/>
          <w:cs/>
          <w:lang w:bidi="gu-IN"/>
        </w:rPr>
        <w:t>ધરાવતા</w:t>
      </w:r>
      <w:r w:rsidRPr="00D77F19">
        <w:rPr>
          <w:sz w:val="20"/>
          <w:szCs w:val="20"/>
        </w:rPr>
        <w:t xml:space="preserve"> </w:t>
      </w:r>
      <w:r w:rsidRPr="00D77F19">
        <w:rPr>
          <w:rFonts w:cs="Shruti"/>
          <w:sz w:val="20"/>
          <w:szCs w:val="20"/>
          <w:cs/>
          <w:lang w:bidi="gu-IN"/>
        </w:rPr>
        <w:t>શિક્ષકોની</w:t>
      </w:r>
      <w:r w:rsidRPr="00D77F19">
        <w:rPr>
          <w:sz w:val="20"/>
          <w:szCs w:val="20"/>
        </w:rPr>
        <w:t xml:space="preserve"> </w:t>
      </w:r>
      <w:r w:rsidRPr="00D77F19">
        <w:rPr>
          <w:rFonts w:cs="Shruti"/>
          <w:sz w:val="20"/>
          <w:szCs w:val="20"/>
          <w:cs/>
          <w:lang w:bidi="gu-IN"/>
        </w:rPr>
        <w:t>સંખ્યા</w:t>
      </w:r>
      <w:r w:rsidRPr="00D77F19">
        <w:rPr>
          <w:sz w:val="20"/>
          <w:szCs w:val="20"/>
        </w:rPr>
        <w:t xml:space="preserve"> </w:t>
      </w:r>
      <w:r w:rsidRPr="00D77F19">
        <w:rPr>
          <w:rFonts w:cs="Shruti"/>
          <w:sz w:val="20"/>
          <w:szCs w:val="20"/>
          <w:cs/>
          <w:lang w:bidi="gu-IN"/>
        </w:rPr>
        <w:t>અને</w:t>
      </w:r>
      <w:r w:rsidRPr="00D77F19">
        <w:rPr>
          <w:sz w:val="20"/>
          <w:szCs w:val="20"/>
        </w:rPr>
        <w:t xml:space="preserve"> </w:t>
      </w:r>
      <w:r w:rsidRPr="00D77F19">
        <w:rPr>
          <w:rFonts w:cs="Shruti"/>
          <w:sz w:val="20"/>
          <w:szCs w:val="20"/>
          <w:cs/>
          <w:lang w:bidi="gu-IN"/>
        </w:rPr>
        <w:t>ટકાવારીની</w:t>
      </w:r>
      <w:r w:rsidRPr="00D77F19">
        <w:rPr>
          <w:sz w:val="20"/>
          <w:szCs w:val="20"/>
        </w:rPr>
        <w:t xml:space="preserve"> </w:t>
      </w:r>
      <w:r w:rsidRPr="00D77F19">
        <w:rPr>
          <w:rFonts w:cs="Shruti"/>
          <w:sz w:val="20"/>
          <w:szCs w:val="20"/>
          <w:cs/>
          <w:lang w:bidi="gu-IN"/>
        </w:rPr>
        <w:t>વિગત</w:t>
      </w:r>
      <w:r w:rsidRPr="00D77F19">
        <w:rPr>
          <w:sz w:val="20"/>
          <w:szCs w:val="20"/>
        </w:rPr>
        <w:t xml:space="preserve"> </w:t>
      </w:r>
      <w:r w:rsidRPr="00D77F19">
        <w:rPr>
          <w:rFonts w:cs="Shruti"/>
          <w:sz w:val="20"/>
          <w:szCs w:val="20"/>
          <w:cs/>
          <w:lang w:bidi="gu-IN"/>
        </w:rPr>
        <w:t>નીચે</w:t>
      </w:r>
      <w:r w:rsidRPr="00D77F19">
        <w:rPr>
          <w:sz w:val="20"/>
          <w:szCs w:val="20"/>
        </w:rPr>
        <w:t xml:space="preserve"> </w:t>
      </w:r>
      <w:r w:rsidRPr="00D77F19">
        <w:rPr>
          <w:rFonts w:cs="Shruti"/>
          <w:sz w:val="20"/>
          <w:szCs w:val="20"/>
          <w:cs/>
          <w:lang w:bidi="gu-IN"/>
        </w:rPr>
        <w:t>મુજબ</w:t>
      </w:r>
      <w:r w:rsidRPr="00D77F19">
        <w:rPr>
          <w:sz w:val="20"/>
          <w:szCs w:val="20"/>
        </w:rPr>
        <w:t xml:space="preserve"> </w:t>
      </w:r>
      <w:r w:rsidRPr="00D77F19">
        <w:rPr>
          <w:rFonts w:cs="Shruti"/>
          <w:sz w:val="20"/>
          <w:szCs w:val="20"/>
          <w:cs/>
          <w:lang w:bidi="gu-IN"/>
        </w:rPr>
        <w:t>છે</w:t>
      </w:r>
      <w:r w:rsidRPr="00D77F19">
        <w:rPr>
          <w:sz w:val="20"/>
          <w:szCs w:val="20"/>
        </w:rPr>
        <w:t>:</w:t>
      </w:r>
    </w:p>
    <w:p w14:paraId="2A2B2392" w14:textId="77777777" w:rsidR="00B414C7" w:rsidRDefault="00B414C7" w:rsidP="00B414C7">
      <w:pPr>
        <w:pStyle w:val="Heading2"/>
      </w:pPr>
      <w:r>
        <w:rPr>
          <w:rFonts w:cs="Shruti"/>
          <w:cs/>
          <w:lang w:bidi="gu-IN"/>
        </w:rPr>
        <w:t>૧</w:t>
      </w:r>
      <w:r>
        <w:t xml:space="preserve">. </w:t>
      </w:r>
      <w:r>
        <w:rPr>
          <w:rFonts w:cs="Shruti"/>
          <w:cs/>
          <w:lang w:bidi="gu-IN"/>
        </w:rPr>
        <w:t>શિક્ષકોની</w:t>
      </w:r>
      <w:r>
        <w:t xml:space="preserve"> </w:t>
      </w:r>
      <w:r>
        <w:rPr>
          <w:rFonts w:cs="Shruti"/>
          <w:cs/>
          <w:lang w:bidi="gu-IN"/>
        </w:rPr>
        <w:t>લાયકાત</w:t>
      </w:r>
      <w:r>
        <w:t xml:space="preserve"> </w:t>
      </w:r>
      <w:r>
        <w:rPr>
          <w:rFonts w:cs="Shruti"/>
          <w:cs/>
          <w:lang w:bidi="gu-IN"/>
        </w:rPr>
        <w:t>સંબંધિત</w:t>
      </w:r>
      <w:r>
        <w:t xml:space="preserve"> </w:t>
      </w:r>
      <w:r>
        <w:rPr>
          <w:rFonts w:cs="Shruti"/>
          <w:cs/>
          <w:lang w:bidi="gu-IN"/>
        </w:rPr>
        <w:t>આંકડાકીય</w:t>
      </w:r>
      <w:r>
        <w:t xml:space="preserve"> </w:t>
      </w:r>
      <w:r>
        <w:rPr>
          <w:rFonts w:cs="Shruti"/>
          <w:cs/>
          <w:lang w:bidi="gu-IN"/>
        </w:rPr>
        <w:t>માહિતી</w:t>
      </w:r>
      <w:r>
        <w:t xml:space="preserve"> (</w:t>
      </w:r>
      <w:r>
        <w:rPr>
          <w:rFonts w:cs="Shruti"/>
          <w:cs/>
          <w:lang w:bidi="gu-IN"/>
        </w:rPr>
        <w:t>સંખ્યા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ટકાવારી</w:t>
      </w:r>
      <w:r>
        <w:t>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1"/>
        <w:gridCol w:w="3849"/>
      </w:tblGrid>
      <w:tr w:rsidR="00B414C7" w14:paraId="06A171E2" w14:textId="77777777" w:rsidTr="00B414C7">
        <w:tc>
          <w:tcPr>
            <w:tcW w:w="4786" w:type="dxa"/>
          </w:tcPr>
          <w:p w14:paraId="5400563B" w14:textId="77777777" w:rsidR="00B414C7" w:rsidRDefault="00B414C7" w:rsidP="00F37DAD">
            <w:r>
              <w:rPr>
                <w:rFonts w:cs="Shruti"/>
                <w:b/>
                <w:bCs/>
                <w:cs/>
                <w:lang w:bidi="gu-IN"/>
              </w:rPr>
              <w:t>શાળામાં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કાર્યરત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કુલ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શિક્ષકોની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સંખ્યા</w:t>
            </w:r>
          </w:p>
        </w:tc>
        <w:tc>
          <w:tcPr>
            <w:tcW w:w="3854" w:type="dxa"/>
          </w:tcPr>
          <w:p w14:paraId="2BF8E622" w14:textId="21C8DD48" w:rsidR="00B414C7" w:rsidRDefault="00EE5D30" w:rsidP="00F37DAD">
            <w:pPr>
              <w:jc w:val="center"/>
            </w:pPr>
            <w:r>
              <w:t>6</w:t>
            </w:r>
          </w:p>
        </w:tc>
      </w:tr>
      <w:tr w:rsidR="00B414C7" w14:paraId="21EE2DFB" w14:textId="77777777" w:rsidTr="00B414C7">
        <w:tc>
          <w:tcPr>
            <w:tcW w:w="4786" w:type="dxa"/>
          </w:tcPr>
          <w:p w14:paraId="7A9AA22C" w14:textId="77777777" w:rsidR="00B414C7" w:rsidRDefault="00B414C7" w:rsidP="00F37DAD">
            <w:r>
              <w:rPr>
                <w:rFonts w:cs="Shruti"/>
                <w:b/>
                <w:bCs/>
                <w:cs/>
                <w:lang w:bidi="gu-IN"/>
              </w:rPr>
              <w:t>માત્ર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લઘુત્તમ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શૈક્ષણિક</w:t>
            </w:r>
            <w:r>
              <w:rPr>
                <w:b/>
              </w:rPr>
              <w:t>/</w:t>
            </w:r>
            <w:r>
              <w:rPr>
                <w:rFonts w:cs="Shruti"/>
                <w:b/>
                <w:bCs/>
                <w:cs/>
                <w:lang w:bidi="gu-IN"/>
              </w:rPr>
              <w:t>વ્યાવસાયિક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લાયકાત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ધરાવતા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શિક્ષકોની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સંખ્યા</w:t>
            </w:r>
          </w:p>
        </w:tc>
        <w:tc>
          <w:tcPr>
            <w:tcW w:w="3854" w:type="dxa"/>
          </w:tcPr>
          <w:p w14:paraId="194C5F3C" w14:textId="26A3A94C" w:rsidR="00B414C7" w:rsidRDefault="00EE5D30" w:rsidP="00F37DAD">
            <w:pPr>
              <w:jc w:val="center"/>
            </w:pPr>
            <w:r>
              <w:t>6</w:t>
            </w:r>
          </w:p>
        </w:tc>
      </w:tr>
      <w:tr w:rsidR="00B414C7" w14:paraId="61529FEF" w14:textId="77777777" w:rsidTr="00B414C7">
        <w:tc>
          <w:tcPr>
            <w:tcW w:w="4786" w:type="dxa"/>
          </w:tcPr>
          <w:p w14:paraId="4966BDF7" w14:textId="77777777" w:rsidR="00B414C7" w:rsidRDefault="00B414C7" w:rsidP="00F37DAD">
            <w:r>
              <w:rPr>
                <w:rFonts w:cs="Shruti"/>
                <w:b/>
                <w:bCs/>
                <w:cs/>
                <w:lang w:bidi="gu-IN"/>
              </w:rPr>
              <w:t>લઘુત્તમ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લાયકાત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કરતાં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વધુ</w:t>
            </w:r>
            <w:r>
              <w:rPr>
                <w:b/>
              </w:rPr>
              <w:t xml:space="preserve"> (</w:t>
            </w:r>
            <w:r>
              <w:rPr>
                <w:rFonts w:cs="Shruti"/>
                <w:b/>
                <w:bCs/>
                <w:cs/>
                <w:lang w:bidi="gu-IN"/>
              </w:rPr>
              <w:t>ઉચ્ચ</w:t>
            </w:r>
            <w:r>
              <w:rPr>
                <w:b/>
              </w:rPr>
              <w:t xml:space="preserve">) </w:t>
            </w:r>
            <w:r>
              <w:rPr>
                <w:rFonts w:cs="Shruti"/>
                <w:b/>
                <w:bCs/>
                <w:cs/>
                <w:lang w:bidi="gu-IN"/>
              </w:rPr>
              <w:t>લાયકાત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ધરાવતા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શિક્ષકોની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સંખ્યા</w:t>
            </w:r>
          </w:p>
        </w:tc>
        <w:tc>
          <w:tcPr>
            <w:tcW w:w="3854" w:type="dxa"/>
          </w:tcPr>
          <w:p w14:paraId="05928706" w14:textId="6EDCBFCB" w:rsidR="00B414C7" w:rsidRDefault="00EE5D30" w:rsidP="00F37DAD">
            <w:pPr>
              <w:jc w:val="center"/>
            </w:pPr>
            <w:r>
              <w:t>1</w:t>
            </w:r>
          </w:p>
        </w:tc>
      </w:tr>
      <w:tr w:rsidR="00B414C7" w14:paraId="141DF61C" w14:textId="77777777" w:rsidTr="00B414C7">
        <w:tc>
          <w:tcPr>
            <w:tcW w:w="4786" w:type="dxa"/>
          </w:tcPr>
          <w:p w14:paraId="39CE7ADA" w14:textId="77777777" w:rsidR="00B414C7" w:rsidRDefault="00B414C7" w:rsidP="00F37DAD">
            <w:r>
              <w:rPr>
                <w:rFonts w:cs="Shruti"/>
                <w:b/>
                <w:bCs/>
                <w:cs/>
                <w:lang w:bidi="gu-IN"/>
              </w:rPr>
              <w:t>વધુ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લાયકાત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ધરાવતા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શિક્ષકોની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ટકાવારી</w:t>
            </w:r>
            <w:r>
              <w:rPr>
                <w:b/>
              </w:rPr>
              <w:t xml:space="preserve"> (%)</w:t>
            </w:r>
          </w:p>
        </w:tc>
        <w:tc>
          <w:tcPr>
            <w:tcW w:w="3854" w:type="dxa"/>
          </w:tcPr>
          <w:p w14:paraId="414BCDAB" w14:textId="4B851BB1" w:rsidR="00B414C7" w:rsidRDefault="000B4427" w:rsidP="00F37DAD">
            <w:pPr>
              <w:jc w:val="center"/>
            </w:pPr>
            <w:r>
              <w:t>17%</w:t>
            </w:r>
          </w:p>
        </w:tc>
      </w:tr>
    </w:tbl>
    <w:p w14:paraId="5C77539B" w14:textId="77777777" w:rsidR="00B414C7" w:rsidRDefault="00B414C7" w:rsidP="00B414C7">
      <w:pPr>
        <w:pStyle w:val="Heading2"/>
      </w:pPr>
      <w:r>
        <w:rPr>
          <w:rFonts w:cs="Shruti"/>
          <w:cs/>
          <w:lang w:bidi="gu-IN"/>
        </w:rPr>
        <w:t>૨</w:t>
      </w:r>
      <w:r>
        <w:t xml:space="preserve">. </w:t>
      </w:r>
      <w:r>
        <w:rPr>
          <w:rFonts w:cs="Shruti"/>
          <w:cs/>
          <w:lang w:bidi="gu-IN"/>
        </w:rPr>
        <w:t>વધુ</w:t>
      </w:r>
      <w:r>
        <w:t xml:space="preserve"> (</w:t>
      </w:r>
      <w:r>
        <w:rPr>
          <w:rFonts w:cs="Shruti"/>
          <w:cs/>
          <w:lang w:bidi="gu-IN"/>
        </w:rPr>
        <w:t>ઉચ્ચ</w:t>
      </w:r>
      <w:r>
        <w:t xml:space="preserve">) </w:t>
      </w:r>
      <w:r>
        <w:rPr>
          <w:rFonts w:cs="Shruti"/>
          <w:cs/>
          <w:lang w:bidi="gu-IN"/>
        </w:rPr>
        <w:t>લાયકાત</w:t>
      </w:r>
      <w:r>
        <w:t xml:space="preserve"> </w:t>
      </w:r>
      <w:r>
        <w:rPr>
          <w:rFonts w:cs="Shruti"/>
          <w:cs/>
          <w:lang w:bidi="gu-IN"/>
        </w:rPr>
        <w:t>ધરાવતા</w:t>
      </w:r>
      <w:r>
        <w:t xml:space="preserve"> </w:t>
      </w:r>
      <w:r>
        <w:rPr>
          <w:rFonts w:cs="Shruti"/>
          <w:cs/>
          <w:lang w:bidi="gu-IN"/>
        </w:rPr>
        <w:t>શિક્ષકોની</w:t>
      </w:r>
      <w:r>
        <w:t xml:space="preserve"> </w:t>
      </w:r>
      <w:r>
        <w:rPr>
          <w:rFonts w:cs="Shruti"/>
          <w:cs/>
          <w:lang w:bidi="gu-IN"/>
        </w:rPr>
        <w:t>નામાવલિ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વિગત</w:t>
      </w:r>
      <w:r>
        <w:t>:</w:t>
      </w: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534"/>
        <w:gridCol w:w="3786"/>
        <w:gridCol w:w="2160"/>
        <w:gridCol w:w="2984"/>
      </w:tblGrid>
      <w:tr w:rsidR="00B414C7" w14:paraId="6B6008A0" w14:textId="77777777" w:rsidTr="00B414C7">
        <w:tc>
          <w:tcPr>
            <w:tcW w:w="534" w:type="dxa"/>
          </w:tcPr>
          <w:p w14:paraId="68CF4D6E" w14:textId="77777777" w:rsidR="00B414C7" w:rsidRDefault="00B414C7" w:rsidP="00B414C7">
            <w:pPr>
              <w:jc w:val="center"/>
            </w:pPr>
            <w:r>
              <w:rPr>
                <w:rFonts w:cs="Shruti"/>
                <w:b/>
                <w:bCs/>
                <w:cs/>
                <w:lang w:bidi="gu-IN"/>
              </w:rPr>
              <w:t>ક્રમ</w:t>
            </w:r>
          </w:p>
        </w:tc>
        <w:tc>
          <w:tcPr>
            <w:tcW w:w="3786" w:type="dxa"/>
          </w:tcPr>
          <w:p w14:paraId="73DA52EB" w14:textId="77777777" w:rsidR="00B414C7" w:rsidRDefault="00B414C7" w:rsidP="00B414C7">
            <w:pPr>
              <w:jc w:val="center"/>
            </w:pPr>
            <w:r>
              <w:rPr>
                <w:rFonts w:cs="Shruti"/>
                <w:b/>
                <w:bCs/>
                <w:cs/>
                <w:lang w:bidi="gu-IN"/>
              </w:rPr>
              <w:t>શિક્ષકનું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નામ</w:t>
            </w:r>
          </w:p>
        </w:tc>
        <w:tc>
          <w:tcPr>
            <w:tcW w:w="2160" w:type="dxa"/>
          </w:tcPr>
          <w:p w14:paraId="19ABF909" w14:textId="77777777" w:rsidR="00B414C7" w:rsidRDefault="00B414C7" w:rsidP="00B414C7">
            <w:pPr>
              <w:jc w:val="center"/>
            </w:pPr>
            <w:r>
              <w:rPr>
                <w:rFonts w:cs="Shruti"/>
                <w:b/>
                <w:bCs/>
                <w:cs/>
                <w:lang w:bidi="gu-IN"/>
              </w:rPr>
              <w:t>જરૂરી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લઘુત્તમ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લાયકાત</w:t>
            </w:r>
          </w:p>
        </w:tc>
        <w:tc>
          <w:tcPr>
            <w:tcW w:w="2984" w:type="dxa"/>
          </w:tcPr>
          <w:p w14:paraId="757D84E4" w14:textId="77777777" w:rsidR="00B414C7" w:rsidRDefault="00B414C7" w:rsidP="00B414C7">
            <w:pPr>
              <w:jc w:val="center"/>
            </w:pPr>
            <w:r>
              <w:rPr>
                <w:rFonts w:cs="Shruti"/>
                <w:b/>
                <w:bCs/>
                <w:cs/>
                <w:lang w:bidi="gu-IN"/>
              </w:rPr>
              <w:t>ધરાવતા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ઉચ્ચ</w:t>
            </w:r>
            <w:r>
              <w:rPr>
                <w:b/>
              </w:rPr>
              <w:t xml:space="preserve"> </w:t>
            </w:r>
            <w:r>
              <w:rPr>
                <w:rFonts w:cs="Shruti"/>
                <w:b/>
                <w:bCs/>
                <w:cs/>
                <w:lang w:bidi="gu-IN"/>
              </w:rPr>
              <w:t>લાયકાત</w:t>
            </w:r>
            <w:r>
              <w:rPr>
                <w:b/>
              </w:rPr>
              <w:t xml:space="preserve"> (Higher Qualification)</w:t>
            </w:r>
          </w:p>
        </w:tc>
      </w:tr>
      <w:tr w:rsidR="00B414C7" w14:paraId="6F6EBA96" w14:textId="77777777" w:rsidTr="00B414C7">
        <w:tc>
          <w:tcPr>
            <w:tcW w:w="534" w:type="dxa"/>
          </w:tcPr>
          <w:p w14:paraId="5E37CE3F" w14:textId="77777777" w:rsidR="00B414C7" w:rsidRDefault="00B414C7" w:rsidP="00F37DAD">
            <w:r>
              <w:t>1</w:t>
            </w:r>
          </w:p>
        </w:tc>
        <w:tc>
          <w:tcPr>
            <w:tcW w:w="3786" w:type="dxa"/>
          </w:tcPr>
          <w:p w14:paraId="1DF024ED" w14:textId="19A931E9" w:rsidR="00B414C7" w:rsidRPr="00EE5D30" w:rsidRDefault="00EE5D30" w:rsidP="00F37DAD">
            <w:pPr>
              <w:rPr>
                <w:rFonts w:cs="Shruti"/>
                <w:cs/>
                <w:lang w:bidi="gu-IN"/>
              </w:rPr>
            </w:pPr>
            <w:r>
              <w:rPr>
                <w:rFonts w:cs="Shruti" w:hint="cs"/>
                <w:cs/>
                <w:lang w:bidi="gu-IN"/>
              </w:rPr>
              <w:t xml:space="preserve">અનિલભાઈ નાથાભાઈ ગમાર </w:t>
            </w:r>
          </w:p>
        </w:tc>
        <w:tc>
          <w:tcPr>
            <w:tcW w:w="2160" w:type="dxa"/>
          </w:tcPr>
          <w:p w14:paraId="20C54A01" w14:textId="3D28CE49" w:rsidR="00B414C7" w:rsidRPr="00EE5D30" w:rsidRDefault="00EE5D30" w:rsidP="00F37DAD">
            <w:pPr>
              <w:rPr>
                <w:lang w:val="en-IN"/>
              </w:rPr>
            </w:pPr>
            <w:r>
              <w:rPr>
                <w:lang w:val="en-IN"/>
              </w:rPr>
              <w:t>H.SC., P.T.C.</w:t>
            </w:r>
          </w:p>
        </w:tc>
        <w:tc>
          <w:tcPr>
            <w:tcW w:w="2984" w:type="dxa"/>
          </w:tcPr>
          <w:p w14:paraId="4BB4BACA" w14:textId="2B036E34" w:rsidR="00B414C7" w:rsidRDefault="00EE5D30" w:rsidP="00F37DAD">
            <w:proofErr w:type="spellStart"/>
            <w:r>
              <w:t>B.ed</w:t>
            </w:r>
            <w:proofErr w:type="spellEnd"/>
          </w:p>
        </w:tc>
      </w:tr>
      <w:tr w:rsidR="00B414C7" w14:paraId="1BF4DE49" w14:textId="77777777" w:rsidTr="00B414C7">
        <w:tc>
          <w:tcPr>
            <w:tcW w:w="534" w:type="dxa"/>
          </w:tcPr>
          <w:p w14:paraId="05F8F938" w14:textId="77777777" w:rsidR="00B414C7" w:rsidRDefault="00B414C7" w:rsidP="00F37DAD">
            <w:r>
              <w:t>2</w:t>
            </w:r>
          </w:p>
        </w:tc>
        <w:tc>
          <w:tcPr>
            <w:tcW w:w="3786" w:type="dxa"/>
          </w:tcPr>
          <w:p w14:paraId="3B7D7C09" w14:textId="77777777" w:rsidR="00B414C7" w:rsidRDefault="00B414C7" w:rsidP="00F37DAD"/>
        </w:tc>
        <w:tc>
          <w:tcPr>
            <w:tcW w:w="2160" w:type="dxa"/>
          </w:tcPr>
          <w:p w14:paraId="580C42EE" w14:textId="77777777" w:rsidR="00B414C7" w:rsidRDefault="00B414C7" w:rsidP="00F37DAD"/>
        </w:tc>
        <w:tc>
          <w:tcPr>
            <w:tcW w:w="2984" w:type="dxa"/>
          </w:tcPr>
          <w:p w14:paraId="6970803F" w14:textId="77777777" w:rsidR="00B414C7" w:rsidRDefault="00B414C7" w:rsidP="00F37DAD"/>
        </w:tc>
      </w:tr>
      <w:tr w:rsidR="00B414C7" w14:paraId="588A71C8" w14:textId="77777777" w:rsidTr="00B414C7">
        <w:tc>
          <w:tcPr>
            <w:tcW w:w="534" w:type="dxa"/>
          </w:tcPr>
          <w:p w14:paraId="1C00517E" w14:textId="77777777" w:rsidR="00B414C7" w:rsidRDefault="00B414C7" w:rsidP="00F37DAD">
            <w:r>
              <w:t>3</w:t>
            </w:r>
          </w:p>
        </w:tc>
        <w:tc>
          <w:tcPr>
            <w:tcW w:w="3786" w:type="dxa"/>
          </w:tcPr>
          <w:p w14:paraId="53430060" w14:textId="77777777" w:rsidR="00B414C7" w:rsidRDefault="00B414C7" w:rsidP="00F37DAD"/>
        </w:tc>
        <w:tc>
          <w:tcPr>
            <w:tcW w:w="2160" w:type="dxa"/>
          </w:tcPr>
          <w:p w14:paraId="4C724628" w14:textId="77777777" w:rsidR="00B414C7" w:rsidRDefault="00B414C7" w:rsidP="00F37DAD"/>
        </w:tc>
        <w:tc>
          <w:tcPr>
            <w:tcW w:w="2984" w:type="dxa"/>
          </w:tcPr>
          <w:p w14:paraId="56FA39DB" w14:textId="77777777" w:rsidR="00B414C7" w:rsidRDefault="00B414C7" w:rsidP="00F37DAD"/>
        </w:tc>
      </w:tr>
      <w:tr w:rsidR="00B414C7" w14:paraId="7C42BDBA" w14:textId="77777777" w:rsidTr="00B414C7">
        <w:tc>
          <w:tcPr>
            <w:tcW w:w="534" w:type="dxa"/>
          </w:tcPr>
          <w:p w14:paraId="523BDCB9" w14:textId="77777777" w:rsidR="00B414C7" w:rsidRDefault="00B414C7" w:rsidP="00F37DAD">
            <w:r>
              <w:t>4</w:t>
            </w:r>
          </w:p>
        </w:tc>
        <w:tc>
          <w:tcPr>
            <w:tcW w:w="3786" w:type="dxa"/>
          </w:tcPr>
          <w:p w14:paraId="5D8F8198" w14:textId="77777777" w:rsidR="00B414C7" w:rsidRDefault="00B414C7" w:rsidP="00F37DAD"/>
        </w:tc>
        <w:tc>
          <w:tcPr>
            <w:tcW w:w="2160" w:type="dxa"/>
          </w:tcPr>
          <w:p w14:paraId="656B7CA2" w14:textId="77777777" w:rsidR="00B414C7" w:rsidRDefault="00B414C7" w:rsidP="00F37DAD"/>
        </w:tc>
        <w:tc>
          <w:tcPr>
            <w:tcW w:w="2984" w:type="dxa"/>
          </w:tcPr>
          <w:p w14:paraId="67993993" w14:textId="77777777" w:rsidR="00B414C7" w:rsidRDefault="00B414C7" w:rsidP="00F37DAD"/>
        </w:tc>
      </w:tr>
      <w:tr w:rsidR="00B414C7" w14:paraId="374AA04D" w14:textId="77777777" w:rsidTr="00B414C7">
        <w:tc>
          <w:tcPr>
            <w:tcW w:w="534" w:type="dxa"/>
          </w:tcPr>
          <w:p w14:paraId="2775760B" w14:textId="77777777" w:rsidR="00B414C7" w:rsidRDefault="00B414C7" w:rsidP="00F37DAD">
            <w:r>
              <w:t>5</w:t>
            </w:r>
          </w:p>
        </w:tc>
        <w:tc>
          <w:tcPr>
            <w:tcW w:w="3786" w:type="dxa"/>
          </w:tcPr>
          <w:p w14:paraId="603E4602" w14:textId="77777777" w:rsidR="00B414C7" w:rsidRDefault="00B414C7" w:rsidP="00F37DAD"/>
        </w:tc>
        <w:tc>
          <w:tcPr>
            <w:tcW w:w="2160" w:type="dxa"/>
          </w:tcPr>
          <w:p w14:paraId="5010958A" w14:textId="77777777" w:rsidR="00B414C7" w:rsidRDefault="00B414C7" w:rsidP="00F37DAD"/>
        </w:tc>
        <w:tc>
          <w:tcPr>
            <w:tcW w:w="2984" w:type="dxa"/>
          </w:tcPr>
          <w:p w14:paraId="2745AEAB" w14:textId="77777777" w:rsidR="00B414C7" w:rsidRDefault="00B414C7" w:rsidP="00F37DAD"/>
        </w:tc>
      </w:tr>
      <w:tr w:rsidR="00B414C7" w14:paraId="5A73C42C" w14:textId="77777777" w:rsidTr="00B414C7">
        <w:tc>
          <w:tcPr>
            <w:tcW w:w="534" w:type="dxa"/>
          </w:tcPr>
          <w:p w14:paraId="44F47D11" w14:textId="77777777" w:rsidR="00B414C7" w:rsidRDefault="00B414C7" w:rsidP="00F37DAD">
            <w:r>
              <w:t>6</w:t>
            </w:r>
          </w:p>
        </w:tc>
        <w:tc>
          <w:tcPr>
            <w:tcW w:w="3786" w:type="dxa"/>
          </w:tcPr>
          <w:p w14:paraId="726EDFDF" w14:textId="77777777" w:rsidR="00B414C7" w:rsidRDefault="00B414C7" w:rsidP="00F37DAD"/>
        </w:tc>
        <w:tc>
          <w:tcPr>
            <w:tcW w:w="2160" w:type="dxa"/>
          </w:tcPr>
          <w:p w14:paraId="228F6107" w14:textId="77777777" w:rsidR="00B414C7" w:rsidRDefault="00B414C7" w:rsidP="00F37DAD"/>
        </w:tc>
        <w:tc>
          <w:tcPr>
            <w:tcW w:w="2984" w:type="dxa"/>
          </w:tcPr>
          <w:p w14:paraId="718A1C7C" w14:textId="77777777" w:rsidR="00B414C7" w:rsidRDefault="00B414C7" w:rsidP="00F37DAD"/>
        </w:tc>
      </w:tr>
    </w:tbl>
    <w:p w14:paraId="2639A108" w14:textId="77777777" w:rsidR="00B414C7" w:rsidRPr="00D77F19" w:rsidRDefault="00B414C7" w:rsidP="00B414C7">
      <w:pPr>
        <w:rPr>
          <w:rFonts w:cs="Shruti"/>
          <w:sz w:val="20"/>
          <w:szCs w:val="20"/>
          <w:lang w:bidi="gu-IN"/>
        </w:rPr>
      </w:pPr>
      <w:r w:rsidRPr="00D77F19">
        <w:rPr>
          <w:rFonts w:cs="Shruti"/>
          <w:b/>
          <w:bCs/>
          <w:sz w:val="20"/>
          <w:szCs w:val="20"/>
          <w:cs/>
          <w:lang w:bidi="gu-IN"/>
        </w:rPr>
        <w:t>નિષ્કર્ષ</w:t>
      </w:r>
      <w:r w:rsidRPr="00D77F19">
        <w:rPr>
          <w:b/>
          <w:sz w:val="20"/>
          <w:szCs w:val="20"/>
        </w:rPr>
        <w:t xml:space="preserve">: </w:t>
      </w:r>
      <w:r w:rsidRPr="00D77F19">
        <w:rPr>
          <w:rFonts w:cs="Shruti"/>
          <w:b/>
          <w:bCs/>
          <w:sz w:val="20"/>
          <w:szCs w:val="20"/>
          <w:cs/>
          <w:lang w:bidi="gu-IN"/>
        </w:rPr>
        <w:t>શાળાના</w:t>
      </w:r>
      <w:r w:rsidRPr="00D77F19">
        <w:rPr>
          <w:b/>
          <w:sz w:val="20"/>
          <w:szCs w:val="20"/>
        </w:rPr>
        <w:t xml:space="preserve"> </w:t>
      </w:r>
      <w:r w:rsidRPr="00D77F19">
        <w:rPr>
          <w:rFonts w:cs="Shruti"/>
          <w:b/>
          <w:bCs/>
          <w:sz w:val="20"/>
          <w:szCs w:val="20"/>
          <w:cs/>
          <w:lang w:bidi="gu-IN"/>
        </w:rPr>
        <w:t>મહત્તમ</w:t>
      </w:r>
      <w:r w:rsidRPr="00D77F19">
        <w:rPr>
          <w:b/>
          <w:sz w:val="20"/>
          <w:szCs w:val="20"/>
        </w:rPr>
        <w:t xml:space="preserve"> </w:t>
      </w:r>
      <w:r w:rsidRPr="00D77F19">
        <w:rPr>
          <w:rFonts w:cs="Shruti"/>
          <w:b/>
          <w:bCs/>
          <w:sz w:val="20"/>
          <w:szCs w:val="20"/>
          <w:cs/>
          <w:lang w:bidi="gu-IN"/>
        </w:rPr>
        <w:t>શિક્ષકો</w:t>
      </w:r>
      <w:r w:rsidRPr="00D77F19">
        <w:rPr>
          <w:b/>
          <w:sz w:val="20"/>
          <w:szCs w:val="20"/>
        </w:rPr>
        <w:t xml:space="preserve"> </w:t>
      </w:r>
      <w:r w:rsidRPr="00D77F19">
        <w:rPr>
          <w:rFonts w:cs="Shruti"/>
          <w:b/>
          <w:bCs/>
          <w:sz w:val="20"/>
          <w:szCs w:val="20"/>
          <w:cs/>
          <w:lang w:bidi="gu-IN"/>
        </w:rPr>
        <w:t>ઉચ્ચ</w:t>
      </w:r>
      <w:r w:rsidRPr="00D77F19">
        <w:rPr>
          <w:b/>
          <w:sz w:val="20"/>
          <w:szCs w:val="20"/>
        </w:rPr>
        <w:t xml:space="preserve"> </w:t>
      </w:r>
      <w:r w:rsidRPr="00D77F19">
        <w:rPr>
          <w:rFonts w:cs="Shruti"/>
          <w:b/>
          <w:bCs/>
          <w:sz w:val="20"/>
          <w:szCs w:val="20"/>
          <w:cs/>
          <w:lang w:bidi="gu-IN"/>
        </w:rPr>
        <w:t>શૈક્ષણિક</w:t>
      </w:r>
      <w:r w:rsidRPr="00D77F19">
        <w:rPr>
          <w:b/>
          <w:sz w:val="20"/>
          <w:szCs w:val="20"/>
        </w:rPr>
        <w:t xml:space="preserve"> </w:t>
      </w:r>
      <w:r w:rsidRPr="00D77F19">
        <w:rPr>
          <w:rFonts w:cs="Shruti"/>
          <w:b/>
          <w:bCs/>
          <w:sz w:val="20"/>
          <w:szCs w:val="20"/>
          <w:cs/>
          <w:lang w:bidi="gu-IN"/>
        </w:rPr>
        <w:t>અને</w:t>
      </w:r>
      <w:r w:rsidRPr="00D77F19">
        <w:rPr>
          <w:b/>
          <w:sz w:val="20"/>
          <w:szCs w:val="20"/>
        </w:rPr>
        <w:t xml:space="preserve"> </w:t>
      </w:r>
      <w:r w:rsidRPr="00D77F19">
        <w:rPr>
          <w:rFonts w:cs="Shruti"/>
          <w:b/>
          <w:bCs/>
          <w:sz w:val="20"/>
          <w:szCs w:val="20"/>
          <w:cs/>
          <w:lang w:bidi="gu-IN"/>
        </w:rPr>
        <w:t>વ્યાવસાયિક</w:t>
      </w:r>
      <w:r w:rsidRPr="00D77F19">
        <w:rPr>
          <w:b/>
          <w:sz w:val="20"/>
          <w:szCs w:val="20"/>
        </w:rPr>
        <w:t xml:space="preserve"> </w:t>
      </w:r>
      <w:r w:rsidRPr="00D77F19">
        <w:rPr>
          <w:rFonts w:cs="Shruti"/>
          <w:b/>
          <w:bCs/>
          <w:sz w:val="20"/>
          <w:szCs w:val="20"/>
          <w:cs/>
          <w:lang w:bidi="gu-IN"/>
        </w:rPr>
        <w:t>લાયકાત</w:t>
      </w:r>
      <w:r w:rsidRPr="00D77F19">
        <w:rPr>
          <w:b/>
          <w:sz w:val="20"/>
          <w:szCs w:val="20"/>
        </w:rPr>
        <w:t xml:space="preserve"> </w:t>
      </w:r>
      <w:r w:rsidRPr="00D77F19">
        <w:rPr>
          <w:rFonts w:cs="Shruti"/>
          <w:b/>
          <w:bCs/>
          <w:sz w:val="20"/>
          <w:szCs w:val="20"/>
          <w:cs/>
          <w:lang w:bidi="gu-IN"/>
        </w:rPr>
        <w:t>ધરાવતા</w:t>
      </w:r>
      <w:r w:rsidRPr="00D77F19">
        <w:rPr>
          <w:b/>
          <w:sz w:val="20"/>
          <w:szCs w:val="20"/>
        </w:rPr>
        <w:t xml:space="preserve"> </w:t>
      </w:r>
      <w:r w:rsidRPr="00D77F19">
        <w:rPr>
          <w:rFonts w:cs="Shruti"/>
          <w:b/>
          <w:bCs/>
          <w:sz w:val="20"/>
          <w:szCs w:val="20"/>
          <w:cs/>
          <w:lang w:bidi="gu-IN"/>
        </w:rPr>
        <w:t>હોવાથી</w:t>
      </w:r>
      <w:r w:rsidRPr="00D77F19">
        <w:rPr>
          <w:b/>
          <w:sz w:val="20"/>
          <w:szCs w:val="20"/>
        </w:rPr>
        <w:t xml:space="preserve"> </w:t>
      </w:r>
      <w:r w:rsidRPr="00D77F19">
        <w:rPr>
          <w:rFonts w:cs="Shruti"/>
          <w:b/>
          <w:bCs/>
          <w:sz w:val="20"/>
          <w:szCs w:val="20"/>
          <w:cs/>
          <w:lang w:bidi="gu-IN"/>
        </w:rPr>
        <w:t>વર્ગખંડમાં</w:t>
      </w:r>
      <w:r w:rsidRPr="00D77F19">
        <w:rPr>
          <w:b/>
          <w:sz w:val="20"/>
          <w:szCs w:val="20"/>
        </w:rPr>
        <w:t xml:space="preserve"> </w:t>
      </w:r>
      <w:r w:rsidRPr="00D77F19">
        <w:rPr>
          <w:rFonts w:cs="Shruti"/>
          <w:b/>
          <w:bCs/>
          <w:sz w:val="20"/>
          <w:szCs w:val="20"/>
          <w:cs/>
          <w:lang w:bidi="gu-IN"/>
        </w:rPr>
        <w:t>અધ્યાપન</w:t>
      </w:r>
      <w:r w:rsidRPr="00D77F19">
        <w:rPr>
          <w:b/>
          <w:sz w:val="20"/>
          <w:szCs w:val="20"/>
        </w:rPr>
        <w:t xml:space="preserve"> </w:t>
      </w:r>
      <w:r w:rsidRPr="00D77F19">
        <w:rPr>
          <w:rFonts w:cs="Shruti"/>
          <w:b/>
          <w:bCs/>
          <w:sz w:val="20"/>
          <w:szCs w:val="20"/>
          <w:cs/>
          <w:lang w:bidi="gu-IN"/>
        </w:rPr>
        <w:t>કાર્ય</w:t>
      </w:r>
      <w:r w:rsidRPr="00D77F19">
        <w:rPr>
          <w:b/>
          <w:sz w:val="20"/>
          <w:szCs w:val="20"/>
        </w:rPr>
        <w:t xml:space="preserve"> </w:t>
      </w:r>
      <w:r w:rsidRPr="00D77F19">
        <w:rPr>
          <w:rFonts w:cs="Shruti"/>
          <w:b/>
          <w:bCs/>
          <w:sz w:val="20"/>
          <w:szCs w:val="20"/>
          <w:cs/>
          <w:lang w:bidi="gu-IN"/>
        </w:rPr>
        <w:t>વધુ</w:t>
      </w:r>
      <w:r w:rsidRPr="00D77F19">
        <w:rPr>
          <w:b/>
          <w:sz w:val="20"/>
          <w:szCs w:val="20"/>
        </w:rPr>
        <w:t xml:space="preserve"> </w:t>
      </w:r>
      <w:r w:rsidRPr="00D77F19">
        <w:rPr>
          <w:rFonts w:cs="Shruti"/>
          <w:b/>
          <w:bCs/>
          <w:sz w:val="20"/>
          <w:szCs w:val="20"/>
          <w:cs/>
          <w:lang w:bidi="gu-IN"/>
        </w:rPr>
        <w:t>અસરકારક</w:t>
      </w:r>
      <w:r w:rsidRPr="00D77F19">
        <w:rPr>
          <w:b/>
          <w:sz w:val="20"/>
          <w:szCs w:val="20"/>
        </w:rPr>
        <w:t xml:space="preserve">, </w:t>
      </w:r>
      <w:r w:rsidRPr="00D77F19">
        <w:rPr>
          <w:rFonts w:cs="Shruti"/>
          <w:b/>
          <w:bCs/>
          <w:sz w:val="20"/>
          <w:szCs w:val="20"/>
          <w:cs/>
          <w:lang w:bidi="gu-IN"/>
        </w:rPr>
        <w:t>જ્ઞાનસભર</w:t>
      </w:r>
      <w:r w:rsidRPr="00D77F19">
        <w:rPr>
          <w:b/>
          <w:sz w:val="20"/>
          <w:szCs w:val="20"/>
        </w:rPr>
        <w:t xml:space="preserve"> </w:t>
      </w:r>
      <w:r w:rsidRPr="00D77F19">
        <w:rPr>
          <w:rFonts w:cs="Shruti"/>
          <w:b/>
          <w:bCs/>
          <w:sz w:val="20"/>
          <w:szCs w:val="20"/>
          <w:cs/>
          <w:lang w:bidi="gu-IN"/>
        </w:rPr>
        <w:t>અને</w:t>
      </w:r>
      <w:r w:rsidRPr="00D77F19">
        <w:rPr>
          <w:b/>
          <w:sz w:val="20"/>
          <w:szCs w:val="20"/>
        </w:rPr>
        <w:t xml:space="preserve"> </w:t>
      </w:r>
      <w:r w:rsidRPr="00D77F19">
        <w:rPr>
          <w:rFonts w:cs="Shruti"/>
          <w:b/>
          <w:bCs/>
          <w:sz w:val="20"/>
          <w:szCs w:val="20"/>
          <w:cs/>
          <w:lang w:bidi="gu-IN"/>
        </w:rPr>
        <w:t>ગુણવત્તાયુક્ત</w:t>
      </w:r>
      <w:r w:rsidRPr="00D77F19">
        <w:rPr>
          <w:b/>
          <w:sz w:val="20"/>
          <w:szCs w:val="20"/>
        </w:rPr>
        <w:t xml:space="preserve"> </w:t>
      </w:r>
      <w:r w:rsidRPr="00D77F19">
        <w:rPr>
          <w:rFonts w:cs="Shruti"/>
          <w:b/>
          <w:bCs/>
          <w:sz w:val="20"/>
          <w:szCs w:val="20"/>
          <w:cs/>
          <w:lang w:bidi="gu-IN"/>
        </w:rPr>
        <w:t>બની</w:t>
      </w:r>
      <w:r w:rsidRPr="00D77F19">
        <w:rPr>
          <w:b/>
          <w:sz w:val="20"/>
          <w:szCs w:val="20"/>
        </w:rPr>
        <w:t xml:space="preserve"> </w:t>
      </w:r>
      <w:r w:rsidRPr="00D77F19">
        <w:rPr>
          <w:rFonts w:cs="Shruti"/>
          <w:b/>
          <w:bCs/>
          <w:sz w:val="20"/>
          <w:szCs w:val="20"/>
          <w:cs/>
          <w:lang w:bidi="gu-IN"/>
        </w:rPr>
        <w:t>રહ્યું</w:t>
      </w:r>
      <w:r w:rsidRPr="00D77F19">
        <w:rPr>
          <w:b/>
          <w:sz w:val="20"/>
          <w:szCs w:val="20"/>
        </w:rPr>
        <w:t xml:space="preserve"> </w:t>
      </w:r>
      <w:r w:rsidRPr="00D77F19">
        <w:rPr>
          <w:rFonts w:cs="Shruti"/>
          <w:b/>
          <w:bCs/>
          <w:sz w:val="20"/>
          <w:szCs w:val="20"/>
          <w:cs/>
          <w:lang w:bidi="gu-IN"/>
        </w:rPr>
        <w:t>છે</w:t>
      </w:r>
      <w:r w:rsidRPr="00D77F19">
        <w:rPr>
          <w:b/>
          <w:sz w:val="20"/>
          <w:szCs w:val="20"/>
        </w:rPr>
        <w:t xml:space="preserve">, </w:t>
      </w:r>
      <w:r w:rsidRPr="00D77F19">
        <w:rPr>
          <w:rFonts w:cs="Shruti"/>
          <w:b/>
          <w:bCs/>
          <w:sz w:val="20"/>
          <w:szCs w:val="20"/>
          <w:cs/>
          <w:lang w:bidi="gu-IN"/>
        </w:rPr>
        <w:t>જેનો</w:t>
      </w:r>
      <w:r w:rsidRPr="00D77F19">
        <w:rPr>
          <w:b/>
          <w:sz w:val="20"/>
          <w:szCs w:val="20"/>
        </w:rPr>
        <w:t xml:space="preserve"> </w:t>
      </w:r>
      <w:r w:rsidRPr="00D77F19">
        <w:rPr>
          <w:rFonts w:cs="Shruti"/>
          <w:b/>
          <w:bCs/>
          <w:sz w:val="20"/>
          <w:szCs w:val="20"/>
          <w:cs/>
          <w:lang w:bidi="gu-IN"/>
        </w:rPr>
        <w:t>સીધો</w:t>
      </w:r>
      <w:r w:rsidRPr="00D77F19">
        <w:rPr>
          <w:b/>
          <w:sz w:val="20"/>
          <w:szCs w:val="20"/>
        </w:rPr>
        <w:t xml:space="preserve"> </w:t>
      </w:r>
      <w:r w:rsidRPr="00D77F19">
        <w:rPr>
          <w:rFonts w:cs="Shruti"/>
          <w:b/>
          <w:bCs/>
          <w:sz w:val="20"/>
          <w:szCs w:val="20"/>
          <w:cs/>
          <w:lang w:bidi="gu-IN"/>
        </w:rPr>
        <w:t>લાભ</w:t>
      </w:r>
      <w:r w:rsidRPr="00D77F19">
        <w:rPr>
          <w:b/>
          <w:sz w:val="20"/>
          <w:szCs w:val="20"/>
        </w:rPr>
        <w:t xml:space="preserve"> </w:t>
      </w:r>
      <w:r w:rsidRPr="00D77F19">
        <w:rPr>
          <w:rFonts w:cs="Shruti"/>
          <w:b/>
          <w:bCs/>
          <w:sz w:val="20"/>
          <w:szCs w:val="20"/>
          <w:cs/>
          <w:lang w:bidi="gu-IN"/>
        </w:rPr>
        <w:t>વિદ્યાર્થીઓને</w:t>
      </w:r>
      <w:r w:rsidRPr="00D77F19">
        <w:rPr>
          <w:b/>
          <w:sz w:val="20"/>
          <w:szCs w:val="20"/>
        </w:rPr>
        <w:t xml:space="preserve"> </w:t>
      </w:r>
      <w:r w:rsidRPr="00D77F19">
        <w:rPr>
          <w:rFonts w:cs="Shruti"/>
          <w:b/>
          <w:bCs/>
          <w:sz w:val="20"/>
          <w:szCs w:val="20"/>
          <w:cs/>
          <w:lang w:bidi="gu-IN"/>
        </w:rPr>
        <w:t>મળે</w:t>
      </w:r>
      <w:r w:rsidRPr="00D77F19">
        <w:rPr>
          <w:b/>
          <w:sz w:val="20"/>
          <w:szCs w:val="20"/>
        </w:rPr>
        <w:t xml:space="preserve"> </w:t>
      </w:r>
      <w:r w:rsidRPr="00D77F19">
        <w:rPr>
          <w:rFonts w:cs="Shruti"/>
          <w:b/>
          <w:bCs/>
          <w:sz w:val="20"/>
          <w:szCs w:val="20"/>
          <w:cs/>
          <w:lang w:bidi="gu-IN"/>
        </w:rPr>
        <w:t>છે</w:t>
      </w:r>
      <w:r w:rsidRPr="00D77F19">
        <w:rPr>
          <w:b/>
          <w:sz w:val="20"/>
          <w:szCs w:val="20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B414C7" w14:paraId="5CAF43BE" w14:textId="77777777" w:rsidTr="00F37DAD">
        <w:tc>
          <w:tcPr>
            <w:tcW w:w="4320" w:type="dxa"/>
          </w:tcPr>
          <w:p w14:paraId="0BE3699B" w14:textId="6F3CC802" w:rsidR="00B414C7" w:rsidRPr="00D77F19" w:rsidRDefault="00B414C7" w:rsidP="00F37DAD">
            <w:pPr>
              <w:rPr>
                <w:sz w:val="20"/>
                <w:szCs w:val="20"/>
              </w:rPr>
            </w:pPr>
            <w:r w:rsidRPr="00D77F19">
              <w:rPr>
                <w:rFonts w:cs="Shruti"/>
                <w:sz w:val="20"/>
                <w:szCs w:val="20"/>
                <w:cs/>
                <w:lang w:bidi="gu-IN"/>
              </w:rPr>
              <w:t>સ્થળ</w:t>
            </w:r>
            <w:r w:rsidRPr="00D77F19">
              <w:rPr>
                <w:sz w:val="20"/>
                <w:szCs w:val="20"/>
              </w:rPr>
              <w:t>:</w:t>
            </w:r>
            <w:r w:rsidR="00F56B31">
              <w:rPr>
                <w:rFonts w:cs="Shruti" w:hint="cs"/>
                <w:cs/>
                <w:lang w:bidi="gu-IN"/>
              </w:rPr>
              <w:t xml:space="preserve"> </w:t>
            </w:r>
            <w:r w:rsidR="008E13CA">
              <w:rPr>
                <w:rFonts w:cs="Shruti" w:hint="cs"/>
                <w:cs/>
                <w:lang w:bidi="gu-IN"/>
              </w:rPr>
              <w:t xml:space="preserve">ઢાંકણ્રીયાવાસ પ્રાથમિક શાળા </w:t>
            </w:r>
            <w:r w:rsidRPr="00D77F19">
              <w:rPr>
                <w:sz w:val="20"/>
                <w:szCs w:val="20"/>
              </w:rPr>
              <w:br/>
            </w:r>
            <w:r w:rsidR="00D77F19" w:rsidRPr="00D77F19">
              <w:rPr>
                <w:rFonts w:cs="Shruti"/>
                <w:sz w:val="20"/>
                <w:szCs w:val="20"/>
                <w:cs/>
                <w:lang w:bidi="gu-IN"/>
              </w:rPr>
              <w:t>તારીખ</w:t>
            </w:r>
            <w:r w:rsidR="00D77F19" w:rsidRPr="00D77F19">
              <w:rPr>
                <w:sz w:val="20"/>
                <w:szCs w:val="20"/>
              </w:rPr>
              <w:t xml:space="preserve">:       </w:t>
            </w:r>
            <w:r w:rsidR="008E13CA">
              <w:rPr>
                <w:sz w:val="20"/>
                <w:szCs w:val="20"/>
              </w:rPr>
              <w:t>21/08/2026</w:t>
            </w:r>
          </w:p>
        </w:tc>
        <w:tc>
          <w:tcPr>
            <w:tcW w:w="4320" w:type="dxa"/>
          </w:tcPr>
          <w:p w14:paraId="2E570D8A" w14:textId="77777777" w:rsidR="00B414C7" w:rsidRPr="00D77F19" w:rsidRDefault="00B414C7" w:rsidP="00D77F19">
            <w:pPr>
              <w:jc w:val="right"/>
              <w:rPr>
                <w:sz w:val="20"/>
                <w:szCs w:val="20"/>
              </w:rPr>
            </w:pPr>
            <w:r w:rsidRPr="00D77F19">
              <w:rPr>
                <w:rFonts w:cs="Shruti"/>
                <w:sz w:val="20"/>
                <w:szCs w:val="20"/>
                <w:cs/>
                <w:lang w:bidi="gu-IN"/>
              </w:rPr>
              <w:t>આચાર્યશ્રીની</w:t>
            </w:r>
            <w:r w:rsidRPr="00D77F19">
              <w:rPr>
                <w:sz w:val="20"/>
                <w:szCs w:val="20"/>
              </w:rPr>
              <w:t xml:space="preserve"> </w:t>
            </w:r>
            <w:r w:rsidRPr="00D77F19">
              <w:rPr>
                <w:rFonts w:cs="Shruti"/>
                <w:sz w:val="20"/>
                <w:szCs w:val="20"/>
                <w:cs/>
                <w:lang w:bidi="gu-IN"/>
              </w:rPr>
              <w:t>સહી</w:t>
            </w:r>
            <w:r w:rsidRPr="00D77F19">
              <w:rPr>
                <w:sz w:val="20"/>
                <w:szCs w:val="20"/>
              </w:rPr>
              <w:t xml:space="preserve"> </w:t>
            </w:r>
            <w:r w:rsidRPr="00D77F19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D77F19">
              <w:rPr>
                <w:sz w:val="20"/>
                <w:szCs w:val="20"/>
              </w:rPr>
              <w:t xml:space="preserve"> </w:t>
            </w:r>
            <w:r w:rsidRPr="00D77F19">
              <w:rPr>
                <w:rFonts w:cs="Shruti"/>
                <w:sz w:val="20"/>
                <w:szCs w:val="20"/>
                <w:cs/>
                <w:lang w:bidi="gu-IN"/>
              </w:rPr>
              <w:t>સિક્કો</w:t>
            </w:r>
            <w:r w:rsidRPr="00D77F19">
              <w:rPr>
                <w:sz w:val="20"/>
                <w:szCs w:val="20"/>
              </w:rPr>
              <w:br/>
            </w:r>
            <w:r w:rsidRPr="00D77F19">
              <w:rPr>
                <w:sz w:val="20"/>
                <w:szCs w:val="20"/>
              </w:rPr>
              <w:br/>
            </w:r>
          </w:p>
        </w:tc>
      </w:tr>
    </w:tbl>
    <w:p w14:paraId="4AC6BD58" w14:textId="77777777" w:rsidR="00B414C7" w:rsidRDefault="00B414C7" w:rsidP="00B414C7">
      <w:pPr>
        <w:rPr>
          <w:rFonts w:cs="Shruti"/>
          <w:lang w:bidi="gu-IN"/>
        </w:rPr>
      </w:pPr>
    </w:p>
    <w:p w14:paraId="455AB355" w14:textId="77777777" w:rsidR="00A50BC5" w:rsidRDefault="00A50BC5" w:rsidP="00B414C7">
      <w:pPr>
        <w:rPr>
          <w:rFonts w:cs="Shruti"/>
          <w:lang w:bidi="gu-IN"/>
        </w:rPr>
      </w:pPr>
    </w:p>
    <w:p w14:paraId="439E9FF7" w14:textId="77777777" w:rsidR="00A50BC5" w:rsidRDefault="00A50BC5" w:rsidP="00B414C7">
      <w:pPr>
        <w:rPr>
          <w:rFonts w:cs="Shruti"/>
          <w:lang w:bidi="gu-IN"/>
        </w:rPr>
      </w:pPr>
    </w:p>
    <w:p w14:paraId="7EB1185E" w14:textId="77777777" w:rsidR="003D3E34" w:rsidRDefault="003D3E34" w:rsidP="0003495A">
      <w:pPr>
        <w:spacing w:after="0" w:line="240" w:lineRule="auto"/>
        <w:rPr>
          <w:rFonts w:cs="Shruti"/>
          <w:sz w:val="28"/>
          <w:szCs w:val="28"/>
          <w:u w:val="single"/>
          <w:lang w:bidi="gu-IN"/>
        </w:rPr>
      </w:pPr>
    </w:p>
    <w:p w14:paraId="179D542B" w14:textId="77777777" w:rsidR="003D3E34" w:rsidRDefault="003D3E34" w:rsidP="00B36C4E">
      <w:pPr>
        <w:spacing w:after="0" w:line="240" w:lineRule="auto"/>
        <w:jc w:val="center"/>
        <w:rPr>
          <w:rFonts w:cs="Shruti"/>
          <w:sz w:val="28"/>
          <w:szCs w:val="28"/>
          <w:u w:val="single"/>
          <w:lang w:bidi="gu-IN"/>
        </w:rPr>
      </w:pPr>
    </w:p>
    <w:p w14:paraId="4026F953" w14:textId="1229CDC6" w:rsidR="00B36C4E" w:rsidRDefault="002546D1" w:rsidP="00B36C4E">
      <w:pPr>
        <w:spacing w:after="0" w:line="240" w:lineRule="auto"/>
        <w:jc w:val="center"/>
        <w:rPr>
          <w:rFonts w:cs="Shruti"/>
          <w:b/>
          <w:u w:val="single"/>
          <w:lang w:val="en-IN" w:bidi="gu-IN"/>
        </w:rPr>
      </w:pPr>
      <w:r>
        <w:rPr>
          <w:rFonts w:cs="Shruti" w:hint="cs"/>
          <w:sz w:val="28"/>
          <w:szCs w:val="28"/>
          <w:u w:val="single"/>
          <w:cs/>
          <w:lang w:bidi="gu-IN"/>
        </w:rPr>
        <w:t>ઢાંકણ્રીયાવાસ પ્રાથમિક શાળા તા- લાખણી જિલ્લો - વાવ-થરાદ ડાયસ કોડ: 24021300207</w:t>
      </w:r>
    </w:p>
    <w:p w14:paraId="402156FD" w14:textId="77777777" w:rsidR="008B3C17" w:rsidRDefault="008B3C17" w:rsidP="008B3C17">
      <w:pPr>
        <w:pStyle w:val="Heading1"/>
      </w:pPr>
      <w:r>
        <w:rPr>
          <w:rFonts w:cs="Shruti"/>
          <w:cs/>
          <w:lang w:bidi="gu-IN"/>
        </w:rPr>
        <w:t>શૈક્ષણિક</w:t>
      </w:r>
      <w:r>
        <w:t>/</w:t>
      </w:r>
      <w:r>
        <w:rPr>
          <w:rFonts w:cs="Shruti"/>
          <w:cs/>
          <w:lang w:bidi="gu-IN"/>
        </w:rPr>
        <w:t>વ્યાવસાયિક</w:t>
      </w:r>
      <w:r>
        <w:t xml:space="preserve"> </w:t>
      </w:r>
      <w:r>
        <w:rPr>
          <w:rFonts w:cs="Shruti"/>
          <w:cs/>
          <w:lang w:bidi="gu-IN"/>
        </w:rPr>
        <w:t>વિકાસ</w:t>
      </w:r>
      <w:r>
        <w:t xml:space="preserve"> </w:t>
      </w:r>
      <w:r>
        <w:rPr>
          <w:rFonts w:cs="Shruti"/>
          <w:cs/>
          <w:lang w:bidi="gu-IN"/>
        </w:rPr>
        <w:t>પ્રવૃત્તિઓમાં</w:t>
      </w:r>
      <w:r>
        <w:t xml:space="preserve"> </w:t>
      </w:r>
      <w:r>
        <w:rPr>
          <w:rFonts w:cs="Shruti"/>
          <w:cs/>
          <w:lang w:bidi="gu-IN"/>
        </w:rPr>
        <w:t>ભાગ</w:t>
      </w:r>
      <w:r>
        <w:t xml:space="preserve"> </w:t>
      </w:r>
      <w:r>
        <w:rPr>
          <w:rFonts w:cs="Shruti"/>
          <w:cs/>
          <w:lang w:bidi="gu-IN"/>
        </w:rPr>
        <w:t>લેનાર</w:t>
      </w:r>
      <w:r>
        <w:t xml:space="preserve"> </w:t>
      </w:r>
      <w:r>
        <w:rPr>
          <w:rFonts w:cs="Shruti"/>
          <w:cs/>
          <w:lang w:bidi="gu-IN"/>
        </w:rPr>
        <w:t>શિક્ષકોનો</w:t>
      </w:r>
      <w:r>
        <w:t xml:space="preserve"> </w:t>
      </w:r>
      <w:r>
        <w:rPr>
          <w:rFonts w:cs="Shruti"/>
          <w:cs/>
          <w:lang w:bidi="gu-IN"/>
        </w:rPr>
        <w:t>અહેવાલ</w:t>
      </w:r>
    </w:p>
    <w:p w14:paraId="5A12EF8A" w14:textId="77777777" w:rsidR="008B3C17" w:rsidRPr="008B3C17" w:rsidRDefault="008B3C17" w:rsidP="008B3C17">
      <w:pPr>
        <w:spacing w:after="0" w:line="240" w:lineRule="auto"/>
        <w:rPr>
          <w:rFonts w:cs="Shruti"/>
          <w:sz w:val="20"/>
          <w:szCs w:val="20"/>
          <w:lang w:bidi="gu-IN"/>
        </w:rPr>
      </w:pPr>
      <w:r w:rsidRPr="008B3C17">
        <w:rPr>
          <w:rFonts w:cs="Shruti"/>
          <w:sz w:val="20"/>
          <w:szCs w:val="20"/>
          <w:cs/>
          <w:lang w:bidi="gu-IN"/>
        </w:rPr>
        <w:t>ગુણોત્સવ</w:t>
      </w:r>
      <w:r w:rsidRPr="008B3C17">
        <w:rPr>
          <w:sz w:val="20"/>
          <w:szCs w:val="20"/>
        </w:rPr>
        <w:t xml:space="preserve"> </w:t>
      </w:r>
      <w:r w:rsidRPr="008B3C17">
        <w:rPr>
          <w:rFonts w:cs="Shruti"/>
          <w:sz w:val="20"/>
          <w:szCs w:val="20"/>
          <w:cs/>
          <w:lang w:bidi="gu-IN"/>
        </w:rPr>
        <w:t>૨</w:t>
      </w:r>
      <w:r w:rsidRPr="008B3C17">
        <w:rPr>
          <w:sz w:val="20"/>
          <w:szCs w:val="20"/>
        </w:rPr>
        <w:t>.</w:t>
      </w:r>
      <w:r w:rsidRPr="008B3C17">
        <w:rPr>
          <w:rFonts w:cs="Shruti"/>
          <w:sz w:val="20"/>
          <w:szCs w:val="20"/>
          <w:cs/>
          <w:lang w:bidi="gu-IN"/>
        </w:rPr>
        <w:t>૦</w:t>
      </w:r>
      <w:r w:rsidRPr="008B3C17">
        <w:rPr>
          <w:sz w:val="20"/>
          <w:szCs w:val="20"/>
        </w:rPr>
        <w:t xml:space="preserve"> </w:t>
      </w:r>
      <w:r w:rsidRPr="008B3C17">
        <w:rPr>
          <w:rFonts w:cs="Shruti"/>
          <w:sz w:val="20"/>
          <w:szCs w:val="20"/>
          <w:cs/>
          <w:lang w:bidi="gu-IN"/>
        </w:rPr>
        <w:t>ના</w:t>
      </w:r>
      <w:r w:rsidRPr="008B3C17">
        <w:rPr>
          <w:sz w:val="20"/>
          <w:szCs w:val="20"/>
        </w:rPr>
        <w:t xml:space="preserve"> </w:t>
      </w:r>
      <w:r w:rsidRPr="008B3C17">
        <w:rPr>
          <w:rFonts w:cs="Shruti"/>
          <w:sz w:val="20"/>
          <w:szCs w:val="20"/>
          <w:cs/>
          <w:lang w:bidi="gu-IN"/>
        </w:rPr>
        <w:t>માપદંડો</w:t>
      </w:r>
      <w:r w:rsidRPr="008B3C17">
        <w:rPr>
          <w:sz w:val="20"/>
          <w:szCs w:val="20"/>
        </w:rPr>
        <w:t xml:space="preserve"> </w:t>
      </w:r>
      <w:r w:rsidRPr="008B3C17">
        <w:rPr>
          <w:rFonts w:cs="Shruti"/>
          <w:sz w:val="20"/>
          <w:szCs w:val="20"/>
          <w:cs/>
          <w:lang w:bidi="gu-IN"/>
        </w:rPr>
        <w:t>અને</w:t>
      </w:r>
      <w:r w:rsidRPr="008B3C17">
        <w:rPr>
          <w:sz w:val="20"/>
          <w:szCs w:val="20"/>
        </w:rPr>
        <w:t xml:space="preserve"> NEP 2020 </w:t>
      </w:r>
      <w:r w:rsidRPr="008B3C17">
        <w:rPr>
          <w:rFonts w:cs="Shruti"/>
          <w:sz w:val="20"/>
          <w:szCs w:val="20"/>
          <w:cs/>
          <w:lang w:bidi="gu-IN"/>
        </w:rPr>
        <w:t>અંતર્ગત</w:t>
      </w:r>
      <w:r w:rsidRPr="008B3C17">
        <w:rPr>
          <w:sz w:val="20"/>
          <w:szCs w:val="20"/>
        </w:rPr>
        <w:t xml:space="preserve"> </w:t>
      </w:r>
      <w:r w:rsidRPr="008B3C17">
        <w:rPr>
          <w:rFonts w:cs="Shruti"/>
          <w:sz w:val="20"/>
          <w:szCs w:val="20"/>
          <w:cs/>
          <w:lang w:bidi="gu-IN"/>
        </w:rPr>
        <w:t>શિક્ષકોના</w:t>
      </w:r>
      <w:r w:rsidRPr="008B3C17">
        <w:rPr>
          <w:sz w:val="20"/>
          <w:szCs w:val="20"/>
        </w:rPr>
        <w:t xml:space="preserve"> </w:t>
      </w:r>
      <w:r w:rsidRPr="008B3C17">
        <w:rPr>
          <w:rFonts w:cs="Shruti"/>
          <w:sz w:val="20"/>
          <w:szCs w:val="20"/>
          <w:cs/>
          <w:lang w:bidi="gu-IN"/>
        </w:rPr>
        <w:t>સતત</w:t>
      </w:r>
      <w:r w:rsidRPr="008B3C17">
        <w:rPr>
          <w:sz w:val="20"/>
          <w:szCs w:val="20"/>
        </w:rPr>
        <w:t xml:space="preserve"> </w:t>
      </w:r>
      <w:r w:rsidRPr="008B3C17">
        <w:rPr>
          <w:rFonts w:cs="Shruti"/>
          <w:sz w:val="20"/>
          <w:szCs w:val="20"/>
          <w:cs/>
          <w:lang w:bidi="gu-IN"/>
        </w:rPr>
        <w:t>વ્યાવસાયિક</w:t>
      </w:r>
      <w:r w:rsidRPr="008B3C17">
        <w:rPr>
          <w:sz w:val="20"/>
          <w:szCs w:val="20"/>
        </w:rPr>
        <w:t xml:space="preserve"> </w:t>
      </w:r>
      <w:r w:rsidRPr="008B3C17">
        <w:rPr>
          <w:rFonts w:cs="Shruti"/>
          <w:sz w:val="20"/>
          <w:szCs w:val="20"/>
          <w:cs/>
          <w:lang w:bidi="gu-IN"/>
        </w:rPr>
        <w:t>વિકાસ</w:t>
      </w:r>
      <w:r w:rsidRPr="008B3C17">
        <w:rPr>
          <w:sz w:val="20"/>
          <w:szCs w:val="20"/>
        </w:rPr>
        <w:t xml:space="preserve"> (Continuous Professional Development - CPD) </w:t>
      </w:r>
      <w:r w:rsidRPr="008B3C17">
        <w:rPr>
          <w:rFonts w:cs="Shruti"/>
          <w:sz w:val="20"/>
          <w:szCs w:val="20"/>
          <w:cs/>
          <w:lang w:bidi="gu-IN"/>
        </w:rPr>
        <w:t>માટે</w:t>
      </w:r>
      <w:r w:rsidRPr="008B3C17">
        <w:rPr>
          <w:sz w:val="20"/>
          <w:szCs w:val="20"/>
        </w:rPr>
        <w:t xml:space="preserve"> </w:t>
      </w:r>
      <w:r w:rsidRPr="008B3C17">
        <w:rPr>
          <w:rFonts w:cs="Shruti"/>
          <w:sz w:val="20"/>
          <w:szCs w:val="20"/>
          <w:cs/>
          <w:lang w:bidi="gu-IN"/>
        </w:rPr>
        <w:t>ગત</w:t>
      </w:r>
      <w:r w:rsidRPr="008B3C17">
        <w:rPr>
          <w:sz w:val="20"/>
          <w:szCs w:val="20"/>
        </w:rPr>
        <w:t xml:space="preserve"> </w:t>
      </w:r>
      <w:r w:rsidRPr="008B3C17">
        <w:rPr>
          <w:rFonts w:cs="Shruti"/>
          <w:sz w:val="20"/>
          <w:szCs w:val="20"/>
          <w:cs/>
          <w:lang w:bidi="gu-IN"/>
        </w:rPr>
        <w:t>શૈક્ષણિક</w:t>
      </w:r>
      <w:r w:rsidRPr="008B3C17">
        <w:rPr>
          <w:sz w:val="20"/>
          <w:szCs w:val="20"/>
        </w:rPr>
        <w:t xml:space="preserve"> </w:t>
      </w:r>
      <w:r w:rsidRPr="008B3C17">
        <w:rPr>
          <w:rFonts w:cs="Shruti"/>
          <w:sz w:val="20"/>
          <w:szCs w:val="20"/>
          <w:cs/>
          <w:lang w:bidi="gu-IN"/>
        </w:rPr>
        <w:t>વર્ષ</w:t>
      </w:r>
      <w:r w:rsidRPr="008B3C17">
        <w:rPr>
          <w:sz w:val="20"/>
          <w:szCs w:val="20"/>
        </w:rPr>
        <w:t xml:space="preserve"> </w:t>
      </w:r>
      <w:r w:rsidRPr="008B3C17">
        <w:rPr>
          <w:rFonts w:cs="Shruti"/>
          <w:sz w:val="20"/>
          <w:szCs w:val="20"/>
          <w:cs/>
          <w:lang w:bidi="gu-IN"/>
        </w:rPr>
        <w:t>દરમિયાન</w:t>
      </w:r>
      <w:r w:rsidRPr="008B3C17">
        <w:rPr>
          <w:sz w:val="20"/>
          <w:szCs w:val="20"/>
        </w:rPr>
        <w:t xml:space="preserve"> </w:t>
      </w:r>
      <w:r w:rsidRPr="008B3C17">
        <w:rPr>
          <w:rFonts w:cs="Shruti"/>
          <w:sz w:val="20"/>
          <w:szCs w:val="20"/>
          <w:cs/>
          <w:lang w:bidi="gu-IN"/>
        </w:rPr>
        <w:t>યોજાયેલ</w:t>
      </w:r>
      <w:r w:rsidRPr="008B3C17">
        <w:rPr>
          <w:sz w:val="20"/>
          <w:szCs w:val="20"/>
        </w:rPr>
        <w:t xml:space="preserve"> </w:t>
      </w:r>
      <w:r w:rsidRPr="008B3C17">
        <w:rPr>
          <w:rFonts w:cs="Shruti"/>
          <w:sz w:val="20"/>
          <w:szCs w:val="20"/>
          <w:cs/>
          <w:lang w:bidi="gu-IN"/>
        </w:rPr>
        <w:t>વિવિધ</w:t>
      </w:r>
      <w:r w:rsidRPr="008B3C17">
        <w:rPr>
          <w:sz w:val="20"/>
          <w:szCs w:val="20"/>
        </w:rPr>
        <w:t xml:space="preserve"> </w:t>
      </w:r>
      <w:r w:rsidRPr="008B3C17">
        <w:rPr>
          <w:rFonts w:cs="Shruti"/>
          <w:sz w:val="20"/>
          <w:szCs w:val="20"/>
          <w:cs/>
          <w:lang w:bidi="gu-IN"/>
        </w:rPr>
        <w:t>તાલીમો</w:t>
      </w:r>
      <w:r w:rsidRPr="008B3C17">
        <w:rPr>
          <w:sz w:val="20"/>
          <w:szCs w:val="20"/>
        </w:rPr>
        <w:t xml:space="preserve">, </w:t>
      </w:r>
      <w:r w:rsidRPr="008B3C17">
        <w:rPr>
          <w:rFonts w:cs="Shruti"/>
          <w:sz w:val="20"/>
          <w:szCs w:val="20"/>
          <w:cs/>
          <w:lang w:bidi="gu-IN"/>
        </w:rPr>
        <w:t>સેમિનાર</w:t>
      </w:r>
      <w:r w:rsidRPr="008B3C17">
        <w:rPr>
          <w:sz w:val="20"/>
          <w:szCs w:val="20"/>
        </w:rPr>
        <w:t xml:space="preserve"> </w:t>
      </w:r>
      <w:r w:rsidRPr="008B3C17">
        <w:rPr>
          <w:rFonts w:cs="Shruti"/>
          <w:sz w:val="20"/>
          <w:szCs w:val="20"/>
          <w:cs/>
          <w:lang w:bidi="gu-IN"/>
        </w:rPr>
        <w:t>અને</w:t>
      </w:r>
      <w:r w:rsidRPr="008B3C17">
        <w:rPr>
          <w:sz w:val="20"/>
          <w:szCs w:val="20"/>
        </w:rPr>
        <w:t xml:space="preserve"> </w:t>
      </w:r>
      <w:r w:rsidRPr="008B3C17">
        <w:rPr>
          <w:rFonts w:cs="Shruti"/>
          <w:sz w:val="20"/>
          <w:szCs w:val="20"/>
          <w:cs/>
          <w:lang w:bidi="gu-IN"/>
        </w:rPr>
        <w:t>શૈક્ષણિક</w:t>
      </w:r>
      <w:r w:rsidRPr="008B3C17">
        <w:rPr>
          <w:sz w:val="20"/>
          <w:szCs w:val="20"/>
        </w:rPr>
        <w:t xml:space="preserve"> </w:t>
      </w:r>
      <w:r w:rsidRPr="008B3C17">
        <w:rPr>
          <w:rFonts w:cs="Shruti"/>
          <w:sz w:val="20"/>
          <w:szCs w:val="20"/>
          <w:cs/>
          <w:lang w:bidi="gu-IN"/>
        </w:rPr>
        <w:t>કાર્યક્રમોમાં</w:t>
      </w:r>
      <w:r w:rsidRPr="008B3C17">
        <w:rPr>
          <w:sz w:val="20"/>
          <w:szCs w:val="20"/>
        </w:rPr>
        <w:t xml:space="preserve"> </w:t>
      </w:r>
      <w:r w:rsidRPr="008B3C17">
        <w:rPr>
          <w:rFonts w:cs="Shruti"/>
          <w:sz w:val="20"/>
          <w:szCs w:val="20"/>
          <w:cs/>
          <w:lang w:bidi="gu-IN"/>
        </w:rPr>
        <w:t>શાળાના</w:t>
      </w:r>
      <w:r w:rsidRPr="008B3C17">
        <w:rPr>
          <w:sz w:val="20"/>
          <w:szCs w:val="20"/>
        </w:rPr>
        <w:t xml:space="preserve"> </w:t>
      </w:r>
      <w:r w:rsidRPr="008B3C17">
        <w:rPr>
          <w:rFonts w:cs="Shruti"/>
          <w:sz w:val="20"/>
          <w:szCs w:val="20"/>
          <w:cs/>
          <w:lang w:bidi="gu-IN"/>
        </w:rPr>
        <w:t>શિક્ષકોએ</w:t>
      </w:r>
      <w:r w:rsidRPr="008B3C17">
        <w:rPr>
          <w:sz w:val="20"/>
          <w:szCs w:val="20"/>
        </w:rPr>
        <w:t xml:space="preserve"> </w:t>
      </w:r>
      <w:r w:rsidRPr="008B3C17">
        <w:rPr>
          <w:rFonts w:cs="Shruti"/>
          <w:sz w:val="20"/>
          <w:szCs w:val="20"/>
          <w:cs/>
          <w:lang w:bidi="gu-IN"/>
        </w:rPr>
        <w:t>ઉત્સાહપૂર્વક</w:t>
      </w:r>
      <w:r w:rsidRPr="008B3C17">
        <w:rPr>
          <w:sz w:val="20"/>
          <w:szCs w:val="20"/>
        </w:rPr>
        <w:t xml:space="preserve"> </w:t>
      </w:r>
      <w:r w:rsidRPr="008B3C17">
        <w:rPr>
          <w:rFonts w:cs="Shruti"/>
          <w:sz w:val="20"/>
          <w:szCs w:val="20"/>
          <w:cs/>
          <w:lang w:bidi="gu-IN"/>
        </w:rPr>
        <w:t>ભાગ</w:t>
      </w:r>
      <w:r w:rsidRPr="008B3C17">
        <w:rPr>
          <w:sz w:val="20"/>
          <w:szCs w:val="20"/>
        </w:rPr>
        <w:t xml:space="preserve"> </w:t>
      </w:r>
      <w:r w:rsidRPr="008B3C17">
        <w:rPr>
          <w:rFonts w:cs="Shruti"/>
          <w:sz w:val="20"/>
          <w:szCs w:val="20"/>
          <w:cs/>
          <w:lang w:bidi="gu-IN"/>
        </w:rPr>
        <w:t>લીધેલ</w:t>
      </w:r>
      <w:r w:rsidRPr="008B3C17">
        <w:rPr>
          <w:sz w:val="20"/>
          <w:szCs w:val="20"/>
        </w:rPr>
        <w:t xml:space="preserve"> </w:t>
      </w:r>
      <w:r w:rsidRPr="008B3C17">
        <w:rPr>
          <w:rFonts w:cs="Shruti"/>
          <w:sz w:val="20"/>
          <w:szCs w:val="20"/>
          <w:cs/>
          <w:lang w:bidi="gu-IN"/>
        </w:rPr>
        <w:t>છે</w:t>
      </w:r>
      <w:r w:rsidRPr="008B3C17">
        <w:rPr>
          <w:sz w:val="20"/>
          <w:szCs w:val="20"/>
        </w:rPr>
        <w:t xml:space="preserve">. </w:t>
      </w:r>
      <w:r w:rsidRPr="008B3C17">
        <w:rPr>
          <w:rFonts w:cs="Shruti"/>
          <w:sz w:val="20"/>
          <w:szCs w:val="20"/>
          <w:cs/>
          <w:lang w:bidi="gu-IN"/>
        </w:rPr>
        <w:t>આ</w:t>
      </w:r>
      <w:r w:rsidRPr="008B3C17">
        <w:rPr>
          <w:sz w:val="20"/>
          <w:szCs w:val="20"/>
        </w:rPr>
        <w:t xml:space="preserve"> </w:t>
      </w:r>
      <w:r w:rsidRPr="008B3C17">
        <w:rPr>
          <w:rFonts w:cs="Shruti"/>
          <w:sz w:val="20"/>
          <w:szCs w:val="20"/>
          <w:cs/>
          <w:lang w:bidi="gu-IN"/>
        </w:rPr>
        <w:t>પ્રવૃત્તિઓમાં</w:t>
      </w:r>
      <w:r w:rsidRPr="008B3C17">
        <w:rPr>
          <w:sz w:val="20"/>
          <w:szCs w:val="20"/>
        </w:rPr>
        <w:t xml:space="preserve"> </w:t>
      </w:r>
      <w:r w:rsidRPr="008B3C17">
        <w:rPr>
          <w:rFonts w:cs="Shruti"/>
          <w:sz w:val="20"/>
          <w:szCs w:val="20"/>
          <w:cs/>
          <w:lang w:bidi="gu-IN"/>
        </w:rPr>
        <w:t>ભાગ</w:t>
      </w:r>
      <w:r w:rsidRPr="008B3C17">
        <w:rPr>
          <w:sz w:val="20"/>
          <w:szCs w:val="20"/>
        </w:rPr>
        <w:t xml:space="preserve"> </w:t>
      </w:r>
      <w:r w:rsidRPr="008B3C17">
        <w:rPr>
          <w:rFonts w:cs="Shruti"/>
          <w:sz w:val="20"/>
          <w:szCs w:val="20"/>
          <w:cs/>
          <w:lang w:bidi="gu-IN"/>
        </w:rPr>
        <w:t>લેનાર</w:t>
      </w:r>
      <w:r w:rsidRPr="008B3C17">
        <w:rPr>
          <w:sz w:val="20"/>
          <w:szCs w:val="20"/>
        </w:rPr>
        <w:t xml:space="preserve"> </w:t>
      </w:r>
      <w:r w:rsidRPr="008B3C17">
        <w:rPr>
          <w:rFonts w:cs="Shruti"/>
          <w:sz w:val="20"/>
          <w:szCs w:val="20"/>
          <w:cs/>
          <w:lang w:bidi="gu-IN"/>
        </w:rPr>
        <w:t>શિક્ષકોની</w:t>
      </w:r>
      <w:r w:rsidRPr="008B3C17">
        <w:rPr>
          <w:sz w:val="20"/>
          <w:szCs w:val="20"/>
        </w:rPr>
        <w:t xml:space="preserve"> </w:t>
      </w:r>
      <w:r w:rsidRPr="008B3C17">
        <w:rPr>
          <w:rFonts w:cs="Shruti"/>
          <w:sz w:val="20"/>
          <w:szCs w:val="20"/>
          <w:cs/>
          <w:lang w:bidi="gu-IN"/>
        </w:rPr>
        <w:t>સંખ્યા</w:t>
      </w:r>
      <w:r w:rsidRPr="008B3C17">
        <w:rPr>
          <w:sz w:val="20"/>
          <w:szCs w:val="20"/>
        </w:rPr>
        <w:t xml:space="preserve"> </w:t>
      </w:r>
      <w:r w:rsidRPr="008B3C17">
        <w:rPr>
          <w:rFonts w:cs="Shruti"/>
          <w:sz w:val="20"/>
          <w:szCs w:val="20"/>
          <w:cs/>
          <w:lang w:bidi="gu-IN"/>
        </w:rPr>
        <w:t>અને</w:t>
      </w:r>
      <w:r w:rsidRPr="008B3C17">
        <w:rPr>
          <w:sz w:val="20"/>
          <w:szCs w:val="20"/>
        </w:rPr>
        <w:t xml:space="preserve"> </w:t>
      </w:r>
      <w:r w:rsidRPr="008B3C17">
        <w:rPr>
          <w:rFonts w:cs="Shruti"/>
          <w:sz w:val="20"/>
          <w:szCs w:val="20"/>
          <w:cs/>
          <w:lang w:bidi="gu-IN"/>
        </w:rPr>
        <w:t>ટકાવારીની</w:t>
      </w:r>
      <w:r w:rsidRPr="008B3C17">
        <w:rPr>
          <w:sz w:val="20"/>
          <w:szCs w:val="20"/>
        </w:rPr>
        <w:t xml:space="preserve"> </w:t>
      </w:r>
      <w:r w:rsidRPr="008B3C17">
        <w:rPr>
          <w:rFonts w:cs="Shruti"/>
          <w:sz w:val="20"/>
          <w:szCs w:val="20"/>
          <w:cs/>
          <w:lang w:bidi="gu-IN"/>
        </w:rPr>
        <w:t>વિગત</w:t>
      </w:r>
      <w:r w:rsidRPr="008B3C17">
        <w:rPr>
          <w:sz w:val="20"/>
          <w:szCs w:val="20"/>
        </w:rPr>
        <w:t xml:space="preserve"> </w:t>
      </w:r>
      <w:r w:rsidRPr="008B3C17">
        <w:rPr>
          <w:rFonts w:cs="Shruti"/>
          <w:sz w:val="20"/>
          <w:szCs w:val="20"/>
          <w:cs/>
          <w:lang w:bidi="gu-IN"/>
        </w:rPr>
        <w:t>નીચે</w:t>
      </w:r>
      <w:r w:rsidRPr="008B3C17">
        <w:rPr>
          <w:sz w:val="20"/>
          <w:szCs w:val="20"/>
        </w:rPr>
        <w:t xml:space="preserve"> </w:t>
      </w:r>
      <w:r w:rsidRPr="008B3C17">
        <w:rPr>
          <w:rFonts w:cs="Shruti"/>
          <w:sz w:val="20"/>
          <w:szCs w:val="20"/>
          <w:cs/>
          <w:lang w:bidi="gu-IN"/>
        </w:rPr>
        <w:t>મુજબ</w:t>
      </w:r>
      <w:r w:rsidRPr="008B3C17">
        <w:rPr>
          <w:sz w:val="20"/>
          <w:szCs w:val="20"/>
        </w:rPr>
        <w:t xml:space="preserve"> </w:t>
      </w:r>
      <w:r w:rsidRPr="008B3C17">
        <w:rPr>
          <w:rFonts w:cs="Shruti"/>
          <w:sz w:val="20"/>
          <w:szCs w:val="20"/>
          <w:cs/>
          <w:lang w:bidi="gu-IN"/>
        </w:rPr>
        <w:t>છે</w:t>
      </w:r>
      <w:r w:rsidRPr="008B3C17">
        <w:rPr>
          <w:sz w:val="20"/>
          <w:szCs w:val="20"/>
        </w:rPr>
        <w:t>:</w:t>
      </w:r>
    </w:p>
    <w:p w14:paraId="237C73DA" w14:textId="77777777" w:rsidR="008B3C17" w:rsidRPr="008B3C17" w:rsidRDefault="008B3C17" w:rsidP="008B3C17">
      <w:pPr>
        <w:pStyle w:val="Heading2"/>
        <w:spacing w:line="240" w:lineRule="auto"/>
        <w:rPr>
          <w:sz w:val="20"/>
          <w:szCs w:val="20"/>
        </w:rPr>
      </w:pPr>
      <w:r w:rsidRPr="008B3C17">
        <w:rPr>
          <w:rFonts w:cs="Shruti"/>
          <w:sz w:val="20"/>
          <w:szCs w:val="20"/>
          <w:cs/>
          <w:lang w:bidi="gu-IN"/>
        </w:rPr>
        <w:t>૧</w:t>
      </w:r>
      <w:r w:rsidRPr="008B3C17">
        <w:rPr>
          <w:sz w:val="20"/>
          <w:szCs w:val="20"/>
        </w:rPr>
        <w:t xml:space="preserve">. </w:t>
      </w:r>
      <w:r w:rsidRPr="008B3C17">
        <w:rPr>
          <w:rFonts w:cs="Shruti"/>
          <w:sz w:val="20"/>
          <w:szCs w:val="20"/>
          <w:cs/>
          <w:lang w:bidi="gu-IN"/>
        </w:rPr>
        <w:t>આંકડાકીય</w:t>
      </w:r>
      <w:r w:rsidRPr="008B3C17">
        <w:rPr>
          <w:sz w:val="20"/>
          <w:szCs w:val="20"/>
        </w:rPr>
        <w:t xml:space="preserve"> </w:t>
      </w:r>
      <w:r w:rsidRPr="008B3C17">
        <w:rPr>
          <w:rFonts w:cs="Shruti"/>
          <w:sz w:val="20"/>
          <w:szCs w:val="20"/>
          <w:cs/>
          <w:lang w:bidi="gu-IN"/>
        </w:rPr>
        <w:t>માહિતી</w:t>
      </w:r>
      <w:r w:rsidRPr="008B3C17">
        <w:rPr>
          <w:sz w:val="20"/>
          <w:szCs w:val="20"/>
        </w:rPr>
        <w:t xml:space="preserve"> (</w:t>
      </w:r>
      <w:r w:rsidRPr="008B3C17">
        <w:rPr>
          <w:rFonts w:cs="Shruti"/>
          <w:sz w:val="20"/>
          <w:szCs w:val="20"/>
          <w:cs/>
          <w:lang w:bidi="gu-IN"/>
        </w:rPr>
        <w:t>સંખ્યા</w:t>
      </w:r>
      <w:r w:rsidRPr="008B3C17">
        <w:rPr>
          <w:sz w:val="20"/>
          <w:szCs w:val="20"/>
        </w:rPr>
        <w:t xml:space="preserve"> </w:t>
      </w:r>
      <w:r w:rsidRPr="008B3C17">
        <w:rPr>
          <w:rFonts w:cs="Shruti"/>
          <w:sz w:val="20"/>
          <w:szCs w:val="20"/>
          <w:cs/>
          <w:lang w:bidi="gu-IN"/>
        </w:rPr>
        <w:t>અને</w:t>
      </w:r>
      <w:r w:rsidRPr="008B3C17">
        <w:rPr>
          <w:sz w:val="20"/>
          <w:szCs w:val="20"/>
        </w:rPr>
        <w:t xml:space="preserve"> </w:t>
      </w:r>
      <w:r w:rsidRPr="008B3C17">
        <w:rPr>
          <w:rFonts w:cs="Shruti"/>
          <w:sz w:val="20"/>
          <w:szCs w:val="20"/>
          <w:cs/>
          <w:lang w:bidi="gu-IN"/>
        </w:rPr>
        <w:t>ટકાવારી</w:t>
      </w:r>
      <w:r w:rsidRPr="008B3C17">
        <w:rPr>
          <w:sz w:val="20"/>
          <w:szCs w:val="20"/>
        </w:rPr>
        <w:t>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8B3C17" w:rsidRPr="008B3C17" w14:paraId="1CE08DDC" w14:textId="77777777" w:rsidTr="00F37DAD">
        <w:tc>
          <w:tcPr>
            <w:tcW w:w="4320" w:type="dxa"/>
          </w:tcPr>
          <w:p w14:paraId="78752931" w14:textId="77777777" w:rsidR="008B3C17" w:rsidRPr="008B3C17" w:rsidRDefault="008B3C17" w:rsidP="008B3C17">
            <w:pPr>
              <w:rPr>
                <w:sz w:val="20"/>
                <w:szCs w:val="20"/>
              </w:rPr>
            </w:pPr>
            <w:r w:rsidRPr="008B3C17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શાળામાં</w:t>
            </w:r>
            <w:r w:rsidRPr="008B3C17">
              <w:rPr>
                <w:b/>
                <w:sz w:val="20"/>
                <w:szCs w:val="20"/>
              </w:rPr>
              <w:t xml:space="preserve"> </w:t>
            </w:r>
            <w:r w:rsidRPr="008B3C17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કાર્યરત</w:t>
            </w:r>
            <w:r w:rsidRPr="008B3C17">
              <w:rPr>
                <w:b/>
                <w:sz w:val="20"/>
                <w:szCs w:val="20"/>
              </w:rPr>
              <w:t xml:space="preserve"> </w:t>
            </w:r>
            <w:r w:rsidRPr="008B3C17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કુલ</w:t>
            </w:r>
            <w:r w:rsidRPr="008B3C17">
              <w:rPr>
                <w:b/>
                <w:sz w:val="20"/>
                <w:szCs w:val="20"/>
              </w:rPr>
              <w:t xml:space="preserve"> </w:t>
            </w:r>
            <w:r w:rsidRPr="008B3C17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શિક્ષકોની</w:t>
            </w:r>
            <w:r w:rsidRPr="008B3C17">
              <w:rPr>
                <w:b/>
                <w:sz w:val="20"/>
                <w:szCs w:val="20"/>
              </w:rPr>
              <w:t xml:space="preserve"> </w:t>
            </w:r>
            <w:r w:rsidRPr="008B3C17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સંખ્યા</w:t>
            </w:r>
          </w:p>
        </w:tc>
        <w:tc>
          <w:tcPr>
            <w:tcW w:w="4320" w:type="dxa"/>
          </w:tcPr>
          <w:p w14:paraId="41BA2314" w14:textId="5EA62F1C" w:rsidR="008B3C17" w:rsidRPr="008B3C17" w:rsidRDefault="00EE5D30" w:rsidP="008B3C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8B3C17" w:rsidRPr="008B3C17" w14:paraId="7E74BE1E" w14:textId="77777777" w:rsidTr="00F37DAD">
        <w:tc>
          <w:tcPr>
            <w:tcW w:w="4320" w:type="dxa"/>
          </w:tcPr>
          <w:p w14:paraId="6DAEF15C" w14:textId="77777777" w:rsidR="008B3C17" w:rsidRPr="008B3C17" w:rsidRDefault="008B3C17" w:rsidP="008B3C17">
            <w:pPr>
              <w:rPr>
                <w:sz w:val="20"/>
                <w:szCs w:val="20"/>
              </w:rPr>
            </w:pPr>
            <w:r w:rsidRPr="008B3C17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વ્યાવસાયિક</w:t>
            </w:r>
            <w:r w:rsidRPr="008B3C17">
              <w:rPr>
                <w:b/>
                <w:sz w:val="20"/>
                <w:szCs w:val="20"/>
              </w:rPr>
              <w:t xml:space="preserve"> </w:t>
            </w:r>
            <w:r w:rsidRPr="008B3C17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વિકાસ</w:t>
            </w:r>
            <w:r w:rsidRPr="008B3C17">
              <w:rPr>
                <w:b/>
                <w:sz w:val="20"/>
                <w:szCs w:val="20"/>
              </w:rPr>
              <w:t xml:space="preserve"> </w:t>
            </w:r>
            <w:r w:rsidRPr="008B3C17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કાર્યક્રમોમાં</w:t>
            </w:r>
            <w:r w:rsidRPr="008B3C17">
              <w:rPr>
                <w:b/>
                <w:sz w:val="20"/>
                <w:szCs w:val="20"/>
              </w:rPr>
              <w:t xml:space="preserve"> </w:t>
            </w:r>
            <w:r w:rsidRPr="008B3C17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ભાગ</w:t>
            </w:r>
            <w:r w:rsidRPr="008B3C17">
              <w:rPr>
                <w:b/>
                <w:sz w:val="20"/>
                <w:szCs w:val="20"/>
              </w:rPr>
              <w:t xml:space="preserve"> </w:t>
            </w:r>
            <w:r w:rsidRPr="008B3C17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લેનાર</w:t>
            </w:r>
            <w:r w:rsidRPr="008B3C17">
              <w:rPr>
                <w:b/>
                <w:sz w:val="20"/>
                <w:szCs w:val="20"/>
              </w:rPr>
              <w:t xml:space="preserve"> </w:t>
            </w:r>
            <w:r w:rsidRPr="008B3C17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શિક્ષકોની</w:t>
            </w:r>
            <w:r w:rsidRPr="008B3C17">
              <w:rPr>
                <w:b/>
                <w:sz w:val="20"/>
                <w:szCs w:val="20"/>
              </w:rPr>
              <w:t xml:space="preserve"> </w:t>
            </w:r>
            <w:r w:rsidRPr="008B3C17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સંખ્યા</w:t>
            </w:r>
          </w:p>
        </w:tc>
        <w:tc>
          <w:tcPr>
            <w:tcW w:w="4320" w:type="dxa"/>
          </w:tcPr>
          <w:p w14:paraId="6B6E385A" w14:textId="0B037E74" w:rsidR="008B3C17" w:rsidRPr="008B3C17" w:rsidRDefault="00EE5D30" w:rsidP="008B3C17">
            <w:pPr>
              <w:jc w:val="center"/>
              <w:rPr>
                <w:rFonts w:cs="Shruti"/>
                <w:sz w:val="20"/>
                <w:szCs w:val="20"/>
                <w:lang w:bidi="gu-IN"/>
              </w:rPr>
            </w:pPr>
            <w:r>
              <w:rPr>
                <w:rFonts w:cs="Shruti"/>
                <w:sz w:val="20"/>
                <w:szCs w:val="20"/>
                <w:lang w:bidi="gu-IN"/>
              </w:rPr>
              <w:t>6</w:t>
            </w:r>
          </w:p>
        </w:tc>
      </w:tr>
      <w:tr w:rsidR="008B3C17" w:rsidRPr="008B3C17" w14:paraId="5A052036" w14:textId="77777777" w:rsidTr="00F37DAD">
        <w:tc>
          <w:tcPr>
            <w:tcW w:w="4320" w:type="dxa"/>
          </w:tcPr>
          <w:p w14:paraId="5FAE749D" w14:textId="77777777" w:rsidR="008B3C17" w:rsidRPr="008B3C17" w:rsidRDefault="008B3C17" w:rsidP="008B3C17">
            <w:pPr>
              <w:rPr>
                <w:sz w:val="20"/>
                <w:szCs w:val="20"/>
              </w:rPr>
            </w:pPr>
            <w:r w:rsidRPr="008B3C17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ભાગ</w:t>
            </w:r>
            <w:r w:rsidRPr="008B3C17">
              <w:rPr>
                <w:b/>
                <w:sz w:val="20"/>
                <w:szCs w:val="20"/>
              </w:rPr>
              <w:t xml:space="preserve"> </w:t>
            </w:r>
            <w:r w:rsidRPr="008B3C17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લેનાર</w:t>
            </w:r>
            <w:r w:rsidRPr="008B3C17">
              <w:rPr>
                <w:b/>
                <w:sz w:val="20"/>
                <w:szCs w:val="20"/>
              </w:rPr>
              <w:t xml:space="preserve"> </w:t>
            </w:r>
            <w:r w:rsidRPr="008B3C17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શિક્ષકોની</w:t>
            </w:r>
            <w:r w:rsidRPr="008B3C17">
              <w:rPr>
                <w:b/>
                <w:sz w:val="20"/>
                <w:szCs w:val="20"/>
              </w:rPr>
              <w:t xml:space="preserve"> </w:t>
            </w:r>
            <w:r w:rsidRPr="008B3C17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ટકાવારી</w:t>
            </w:r>
            <w:r w:rsidRPr="008B3C17">
              <w:rPr>
                <w:b/>
                <w:sz w:val="20"/>
                <w:szCs w:val="20"/>
              </w:rPr>
              <w:t xml:space="preserve"> (%)</w:t>
            </w:r>
          </w:p>
        </w:tc>
        <w:tc>
          <w:tcPr>
            <w:tcW w:w="4320" w:type="dxa"/>
          </w:tcPr>
          <w:p w14:paraId="42BCA4A5" w14:textId="77777777" w:rsidR="008B3C17" w:rsidRPr="008B3C17" w:rsidRDefault="008B3C17" w:rsidP="008B3C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  <w:r w:rsidRPr="008B3C17">
              <w:rPr>
                <w:sz w:val="20"/>
                <w:szCs w:val="20"/>
              </w:rPr>
              <w:t xml:space="preserve"> %</w:t>
            </w:r>
          </w:p>
        </w:tc>
      </w:tr>
    </w:tbl>
    <w:p w14:paraId="11B1A265" w14:textId="77777777" w:rsidR="008B3C17" w:rsidRPr="008B3C17" w:rsidRDefault="008B3C17" w:rsidP="008B3C17">
      <w:pPr>
        <w:pStyle w:val="Heading2"/>
        <w:spacing w:line="240" w:lineRule="auto"/>
        <w:rPr>
          <w:sz w:val="20"/>
          <w:szCs w:val="20"/>
        </w:rPr>
      </w:pPr>
      <w:r w:rsidRPr="008B3C17">
        <w:rPr>
          <w:rFonts w:cs="Shruti"/>
          <w:sz w:val="20"/>
          <w:szCs w:val="20"/>
          <w:cs/>
          <w:lang w:bidi="gu-IN"/>
        </w:rPr>
        <w:t>૨</w:t>
      </w:r>
      <w:r w:rsidRPr="008B3C17">
        <w:rPr>
          <w:sz w:val="20"/>
          <w:szCs w:val="20"/>
        </w:rPr>
        <w:t xml:space="preserve">. </w:t>
      </w:r>
      <w:r w:rsidRPr="008B3C17">
        <w:rPr>
          <w:rFonts w:cs="Shruti"/>
          <w:sz w:val="20"/>
          <w:szCs w:val="20"/>
          <w:cs/>
          <w:lang w:bidi="gu-IN"/>
        </w:rPr>
        <w:t>ગત</w:t>
      </w:r>
      <w:r w:rsidRPr="008B3C17">
        <w:rPr>
          <w:sz w:val="20"/>
          <w:szCs w:val="20"/>
        </w:rPr>
        <w:t xml:space="preserve"> </w:t>
      </w:r>
      <w:r w:rsidRPr="008B3C17">
        <w:rPr>
          <w:rFonts w:cs="Shruti"/>
          <w:sz w:val="20"/>
          <w:szCs w:val="20"/>
          <w:cs/>
          <w:lang w:bidi="gu-IN"/>
        </w:rPr>
        <w:t>વર્ષ</w:t>
      </w:r>
      <w:r w:rsidRPr="008B3C17">
        <w:rPr>
          <w:sz w:val="20"/>
          <w:szCs w:val="20"/>
        </w:rPr>
        <w:t xml:space="preserve"> </w:t>
      </w:r>
      <w:r w:rsidRPr="008B3C17">
        <w:rPr>
          <w:rFonts w:cs="Shruti"/>
          <w:sz w:val="20"/>
          <w:szCs w:val="20"/>
          <w:cs/>
          <w:lang w:bidi="gu-IN"/>
        </w:rPr>
        <w:t>દરમિયાન</w:t>
      </w:r>
      <w:r w:rsidRPr="008B3C17">
        <w:rPr>
          <w:sz w:val="20"/>
          <w:szCs w:val="20"/>
        </w:rPr>
        <w:t xml:space="preserve"> </w:t>
      </w:r>
      <w:r w:rsidRPr="008B3C17">
        <w:rPr>
          <w:rFonts w:cs="Shruti"/>
          <w:sz w:val="20"/>
          <w:szCs w:val="20"/>
          <w:cs/>
          <w:lang w:bidi="gu-IN"/>
        </w:rPr>
        <w:t>યોજાયેલ</w:t>
      </w:r>
      <w:r w:rsidRPr="008B3C17">
        <w:rPr>
          <w:sz w:val="20"/>
          <w:szCs w:val="20"/>
        </w:rPr>
        <w:t xml:space="preserve"> </w:t>
      </w:r>
      <w:r w:rsidRPr="008B3C17">
        <w:rPr>
          <w:rFonts w:cs="Shruti"/>
          <w:sz w:val="20"/>
          <w:szCs w:val="20"/>
          <w:cs/>
          <w:lang w:bidi="gu-IN"/>
        </w:rPr>
        <w:t>મુખ્ય</w:t>
      </w:r>
      <w:r w:rsidRPr="008B3C17">
        <w:rPr>
          <w:sz w:val="20"/>
          <w:szCs w:val="20"/>
        </w:rPr>
        <w:t xml:space="preserve"> </w:t>
      </w:r>
      <w:r w:rsidRPr="008B3C17">
        <w:rPr>
          <w:rFonts w:cs="Shruti"/>
          <w:sz w:val="20"/>
          <w:szCs w:val="20"/>
          <w:cs/>
          <w:lang w:bidi="gu-IN"/>
        </w:rPr>
        <w:t>તાલીમ</w:t>
      </w:r>
      <w:r w:rsidRPr="008B3C17">
        <w:rPr>
          <w:sz w:val="20"/>
          <w:szCs w:val="20"/>
        </w:rPr>
        <w:t xml:space="preserve"> </w:t>
      </w:r>
      <w:r w:rsidRPr="008B3C17">
        <w:rPr>
          <w:rFonts w:cs="Shruti"/>
          <w:sz w:val="20"/>
          <w:szCs w:val="20"/>
          <w:cs/>
          <w:lang w:bidi="gu-IN"/>
        </w:rPr>
        <w:t>અને</w:t>
      </w:r>
      <w:r w:rsidRPr="008B3C17">
        <w:rPr>
          <w:sz w:val="20"/>
          <w:szCs w:val="20"/>
        </w:rPr>
        <w:t xml:space="preserve"> </w:t>
      </w:r>
      <w:r w:rsidRPr="008B3C17">
        <w:rPr>
          <w:rFonts w:cs="Shruti"/>
          <w:sz w:val="20"/>
          <w:szCs w:val="20"/>
          <w:cs/>
          <w:lang w:bidi="gu-IN"/>
        </w:rPr>
        <w:t>કાર્યક્રમોની</w:t>
      </w:r>
      <w:r w:rsidRPr="008B3C17">
        <w:rPr>
          <w:sz w:val="20"/>
          <w:szCs w:val="20"/>
        </w:rPr>
        <w:t xml:space="preserve"> </w:t>
      </w:r>
      <w:r w:rsidRPr="008B3C17">
        <w:rPr>
          <w:rFonts w:cs="Shruti"/>
          <w:sz w:val="20"/>
          <w:szCs w:val="20"/>
          <w:cs/>
          <w:lang w:bidi="gu-IN"/>
        </w:rPr>
        <w:t>વિગત</w:t>
      </w:r>
      <w:r w:rsidRPr="008B3C17">
        <w:rPr>
          <w:sz w:val="20"/>
          <w:szCs w:val="20"/>
        </w:rPr>
        <w:t>:</w:t>
      </w:r>
    </w:p>
    <w:tbl>
      <w:tblPr>
        <w:tblStyle w:val="TableGrid"/>
        <w:tblW w:w="9180" w:type="dxa"/>
        <w:tblLook w:val="04A0" w:firstRow="1" w:lastRow="0" w:firstColumn="1" w:lastColumn="0" w:noHBand="0" w:noVBand="1"/>
      </w:tblPr>
      <w:tblGrid>
        <w:gridCol w:w="534"/>
        <w:gridCol w:w="4250"/>
        <w:gridCol w:w="2412"/>
        <w:gridCol w:w="1984"/>
      </w:tblGrid>
      <w:tr w:rsidR="008B3C17" w:rsidRPr="008B3C17" w14:paraId="22645AEC" w14:textId="77777777" w:rsidTr="008B3C17">
        <w:tc>
          <w:tcPr>
            <w:tcW w:w="534" w:type="dxa"/>
          </w:tcPr>
          <w:p w14:paraId="66AFA9F2" w14:textId="77777777" w:rsidR="008B3C17" w:rsidRPr="008B3C17" w:rsidRDefault="008B3C17" w:rsidP="008B3C17">
            <w:pPr>
              <w:jc w:val="center"/>
              <w:rPr>
                <w:sz w:val="20"/>
                <w:szCs w:val="20"/>
              </w:rPr>
            </w:pPr>
            <w:r w:rsidRPr="008B3C17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ક્રમ</w:t>
            </w:r>
          </w:p>
        </w:tc>
        <w:tc>
          <w:tcPr>
            <w:tcW w:w="4250" w:type="dxa"/>
          </w:tcPr>
          <w:p w14:paraId="7C179E06" w14:textId="77777777" w:rsidR="008B3C17" w:rsidRPr="008B3C17" w:rsidRDefault="008B3C17" w:rsidP="008B3C17">
            <w:pPr>
              <w:jc w:val="center"/>
              <w:rPr>
                <w:sz w:val="20"/>
                <w:szCs w:val="20"/>
              </w:rPr>
            </w:pPr>
            <w:r w:rsidRPr="008B3C17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તાલીમ</w:t>
            </w:r>
            <w:r w:rsidRPr="008B3C17">
              <w:rPr>
                <w:b/>
                <w:sz w:val="20"/>
                <w:szCs w:val="20"/>
              </w:rPr>
              <w:t xml:space="preserve"> / </w:t>
            </w:r>
            <w:r w:rsidRPr="008B3C17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કાર્યક્રમનું</w:t>
            </w:r>
            <w:r w:rsidRPr="008B3C17">
              <w:rPr>
                <w:b/>
                <w:sz w:val="20"/>
                <w:szCs w:val="20"/>
              </w:rPr>
              <w:t xml:space="preserve"> </w:t>
            </w:r>
            <w:r w:rsidRPr="008B3C17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નામ</w:t>
            </w:r>
          </w:p>
        </w:tc>
        <w:tc>
          <w:tcPr>
            <w:tcW w:w="2412" w:type="dxa"/>
          </w:tcPr>
          <w:p w14:paraId="311648B6" w14:textId="77777777" w:rsidR="008B3C17" w:rsidRPr="008B3C17" w:rsidRDefault="008B3C17" w:rsidP="008B3C17">
            <w:pPr>
              <w:jc w:val="center"/>
              <w:rPr>
                <w:sz w:val="20"/>
                <w:szCs w:val="20"/>
              </w:rPr>
            </w:pPr>
            <w:r w:rsidRPr="008B3C17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માધ્યમ</w:t>
            </w:r>
            <w:r w:rsidRPr="008B3C17">
              <w:rPr>
                <w:b/>
                <w:sz w:val="20"/>
                <w:szCs w:val="20"/>
              </w:rPr>
              <w:t xml:space="preserve"> (</w:t>
            </w:r>
            <w:r w:rsidRPr="008B3C17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ઓનલાઇન</w:t>
            </w:r>
            <w:r w:rsidRPr="008B3C17">
              <w:rPr>
                <w:b/>
                <w:sz w:val="20"/>
                <w:szCs w:val="20"/>
              </w:rPr>
              <w:t>/</w:t>
            </w:r>
            <w:r w:rsidRPr="008B3C17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ઓફલાઇન</w:t>
            </w:r>
            <w:r w:rsidRPr="008B3C17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984" w:type="dxa"/>
          </w:tcPr>
          <w:p w14:paraId="3EF043C3" w14:textId="77777777" w:rsidR="008B3C17" w:rsidRPr="008B3C17" w:rsidRDefault="008B3C17" w:rsidP="008B3C17">
            <w:pPr>
              <w:jc w:val="center"/>
              <w:rPr>
                <w:sz w:val="20"/>
                <w:szCs w:val="20"/>
              </w:rPr>
            </w:pPr>
            <w:r w:rsidRPr="008B3C17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ભાગ</w:t>
            </w:r>
            <w:r w:rsidRPr="008B3C17">
              <w:rPr>
                <w:b/>
                <w:sz w:val="20"/>
                <w:szCs w:val="20"/>
              </w:rPr>
              <w:t xml:space="preserve"> </w:t>
            </w:r>
            <w:r w:rsidRPr="008B3C17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લેનાર</w:t>
            </w:r>
            <w:r w:rsidRPr="008B3C17">
              <w:rPr>
                <w:b/>
                <w:sz w:val="20"/>
                <w:szCs w:val="20"/>
              </w:rPr>
              <w:t xml:space="preserve"> </w:t>
            </w:r>
            <w:r w:rsidRPr="008B3C17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શિક્ષકોની</w:t>
            </w:r>
            <w:r w:rsidRPr="008B3C17">
              <w:rPr>
                <w:b/>
                <w:sz w:val="20"/>
                <w:szCs w:val="20"/>
              </w:rPr>
              <w:t xml:space="preserve"> </w:t>
            </w:r>
            <w:r w:rsidRPr="008B3C17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સંખ્યા</w:t>
            </w:r>
          </w:p>
        </w:tc>
      </w:tr>
      <w:tr w:rsidR="008B3C17" w:rsidRPr="008B3C17" w14:paraId="3D801686" w14:textId="77777777" w:rsidTr="008B3C17">
        <w:tc>
          <w:tcPr>
            <w:tcW w:w="534" w:type="dxa"/>
          </w:tcPr>
          <w:p w14:paraId="7F00C35B" w14:textId="77777777" w:rsidR="008B3C17" w:rsidRPr="008B3C17" w:rsidRDefault="008B3C17" w:rsidP="008B3C17">
            <w:pPr>
              <w:jc w:val="center"/>
              <w:rPr>
                <w:sz w:val="20"/>
                <w:szCs w:val="20"/>
              </w:rPr>
            </w:pPr>
            <w:r w:rsidRPr="008B3C17">
              <w:rPr>
                <w:rFonts w:cs="Shruti"/>
                <w:sz w:val="20"/>
                <w:szCs w:val="20"/>
                <w:cs/>
                <w:lang w:bidi="gu-IN"/>
              </w:rPr>
              <w:t>૧</w:t>
            </w:r>
          </w:p>
        </w:tc>
        <w:tc>
          <w:tcPr>
            <w:tcW w:w="4250" w:type="dxa"/>
          </w:tcPr>
          <w:p w14:paraId="5B538007" w14:textId="77777777" w:rsidR="008B3C17" w:rsidRPr="008B3C17" w:rsidRDefault="008B3C17" w:rsidP="008B3C17">
            <w:pPr>
              <w:rPr>
                <w:sz w:val="20"/>
                <w:szCs w:val="20"/>
              </w:rPr>
            </w:pPr>
            <w:r w:rsidRPr="008B3C17">
              <w:rPr>
                <w:rFonts w:cs="Shruti"/>
                <w:sz w:val="20"/>
                <w:szCs w:val="20"/>
                <w:cs/>
                <w:lang w:bidi="gu-IN"/>
              </w:rPr>
              <w:t>નિષ્ઠા</w:t>
            </w:r>
            <w:r w:rsidRPr="008B3C17">
              <w:rPr>
                <w:sz w:val="20"/>
                <w:szCs w:val="20"/>
              </w:rPr>
              <w:t xml:space="preserve"> (NISHTHA - FLN/NEP) </w:t>
            </w:r>
            <w:r w:rsidRPr="008B3C17">
              <w:rPr>
                <w:rFonts w:cs="Shruti"/>
                <w:sz w:val="20"/>
                <w:szCs w:val="20"/>
                <w:cs/>
                <w:lang w:bidi="gu-IN"/>
              </w:rPr>
              <w:t>તાલીમ</w:t>
            </w:r>
            <w:r w:rsidRPr="008B3C17">
              <w:rPr>
                <w:sz w:val="20"/>
                <w:szCs w:val="20"/>
              </w:rPr>
              <w:t xml:space="preserve"> (</w:t>
            </w:r>
            <w:r w:rsidRPr="008B3C17">
              <w:rPr>
                <w:rFonts w:cs="Shruti"/>
                <w:sz w:val="20"/>
                <w:szCs w:val="20"/>
                <w:cs/>
                <w:lang w:bidi="gu-IN"/>
              </w:rPr>
              <w:t>દીક્ષા</w:t>
            </w:r>
            <w:r w:rsidRPr="008B3C17">
              <w:rPr>
                <w:sz w:val="20"/>
                <w:szCs w:val="20"/>
              </w:rPr>
              <w:t xml:space="preserve"> </w:t>
            </w:r>
            <w:r w:rsidRPr="008B3C17">
              <w:rPr>
                <w:rFonts w:cs="Shruti"/>
                <w:sz w:val="20"/>
                <w:szCs w:val="20"/>
                <w:cs/>
                <w:lang w:bidi="gu-IN"/>
              </w:rPr>
              <w:t>પોર્ટલ</w:t>
            </w:r>
            <w:r w:rsidRPr="008B3C17">
              <w:rPr>
                <w:sz w:val="20"/>
                <w:szCs w:val="20"/>
              </w:rPr>
              <w:t>)</w:t>
            </w:r>
          </w:p>
        </w:tc>
        <w:tc>
          <w:tcPr>
            <w:tcW w:w="2412" w:type="dxa"/>
          </w:tcPr>
          <w:p w14:paraId="2D63840E" w14:textId="77777777" w:rsidR="008B3C17" w:rsidRPr="008B3C17" w:rsidRDefault="008B3C17" w:rsidP="008B3C17">
            <w:pPr>
              <w:rPr>
                <w:sz w:val="20"/>
                <w:szCs w:val="20"/>
              </w:rPr>
            </w:pPr>
            <w:r w:rsidRPr="008B3C17">
              <w:rPr>
                <w:rFonts w:cs="Shruti"/>
                <w:sz w:val="20"/>
                <w:szCs w:val="20"/>
                <w:cs/>
                <w:lang w:bidi="gu-IN"/>
              </w:rPr>
              <w:t>ઓનલાઇન</w:t>
            </w:r>
          </w:p>
        </w:tc>
        <w:tc>
          <w:tcPr>
            <w:tcW w:w="1984" w:type="dxa"/>
          </w:tcPr>
          <w:p w14:paraId="5DCDDC0F" w14:textId="2969BD42" w:rsidR="008B3C17" w:rsidRPr="008B3C17" w:rsidRDefault="00EE5D30" w:rsidP="008B3C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8B3C17" w:rsidRPr="008B3C17" w14:paraId="2D35B8E3" w14:textId="77777777" w:rsidTr="008B3C17">
        <w:tc>
          <w:tcPr>
            <w:tcW w:w="534" w:type="dxa"/>
          </w:tcPr>
          <w:p w14:paraId="75ECDBCF" w14:textId="77777777" w:rsidR="008B3C17" w:rsidRPr="008B3C17" w:rsidRDefault="008B3C17" w:rsidP="008B3C17">
            <w:pPr>
              <w:jc w:val="center"/>
              <w:rPr>
                <w:sz w:val="20"/>
                <w:szCs w:val="20"/>
              </w:rPr>
            </w:pPr>
            <w:r w:rsidRPr="008B3C17">
              <w:rPr>
                <w:rFonts w:cs="Shruti"/>
                <w:sz w:val="20"/>
                <w:szCs w:val="20"/>
                <w:cs/>
                <w:lang w:bidi="gu-IN"/>
              </w:rPr>
              <w:t>૨</w:t>
            </w:r>
          </w:p>
        </w:tc>
        <w:tc>
          <w:tcPr>
            <w:tcW w:w="4250" w:type="dxa"/>
          </w:tcPr>
          <w:p w14:paraId="1AB978D5" w14:textId="77777777" w:rsidR="008B3C17" w:rsidRPr="008B3C17" w:rsidRDefault="008B3C17" w:rsidP="008B3C17">
            <w:pPr>
              <w:rPr>
                <w:sz w:val="20"/>
                <w:szCs w:val="20"/>
              </w:rPr>
            </w:pPr>
            <w:r w:rsidRPr="008B3C17">
              <w:rPr>
                <w:sz w:val="20"/>
                <w:szCs w:val="20"/>
              </w:rPr>
              <w:t xml:space="preserve">BRC / CRC </w:t>
            </w:r>
            <w:r w:rsidRPr="008B3C17">
              <w:rPr>
                <w:rFonts w:cs="Shruti"/>
                <w:sz w:val="20"/>
                <w:szCs w:val="20"/>
                <w:cs/>
                <w:lang w:bidi="gu-IN"/>
              </w:rPr>
              <w:t>કક્ષાની</w:t>
            </w:r>
            <w:r w:rsidRPr="008B3C17">
              <w:rPr>
                <w:sz w:val="20"/>
                <w:szCs w:val="20"/>
              </w:rPr>
              <w:t xml:space="preserve"> </w:t>
            </w:r>
            <w:r w:rsidRPr="008B3C17">
              <w:rPr>
                <w:rFonts w:cs="Shruti"/>
                <w:sz w:val="20"/>
                <w:szCs w:val="20"/>
                <w:cs/>
                <w:lang w:bidi="gu-IN"/>
              </w:rPr>
              <w:t>માસિક</w:t>
            </w:r>
            <w:r w:rsidRPr="008B3C17">
              <w:rPr>
                <w:sz w:val="20"/>
                <w:szCs w:val="20"/>
              </w:rPr>
              <w:t xml:space="preserve"> </w:t>
            </w:r>
            <w:r w:rsidRPr="008B3C17">
              <w:rPr>
                <w:rFonts w:cs="Shruti"/>
                <w:sz w:val="20"/>
                <w:szCs w:val="20"/>
                <w:cs/>
                <w:lang w:bidi="gu-IN"/>
              </w:rPr>
              <w:t>શૈક્ષણિક</w:t>
            </w:r>
            <w:r w:rsidRPr="008B3C17">
              <w:rPr>
                <w:sz w:val="20"/>
                <w:szCs w:val="20"/>
              </w:rPr>
              <w:t xml:space="preserve"> </w:t>
            </w:r>
            <w:r w:rsidRPr="008B3C17">
              <w:rPr>
                <w:rFonts w:cs="Shruti"/>
                <w:sz w:val="20"/>
                <w:szCs w:val="20"/>
                <w:cs/>
                <w:lang w:bidi="gu-IN"/>
              </w:rPr>
              <w:t>તાલીમ</w:t>
            </w:r>
          </w:p>
        </w:tc>
        <w:tc>
          <w:tcPr>
            <w:tcW w:w="2412" w:type="dxa"/>
          </w:tcPr>
          <w:p w14:paraId="585D34C1" w14:textId="77777777" w:rsidR="008B3C17" w:rsidRPr="008B3C17" w:rsidRDefault="008B3C17" w:rsidP="008B3C17">
            <w:pPr>
              <w:rPr>
                <w:sz w:val="20"/>
                <w:szCs w:val="20"/>
              </w:rPr>
            </w:pPr>
            <w:r w:rsidRPr="008B3C17">
              <w:rPr>
                <w:rFonts w:cs="Shruti"/>
                <w:sz w:val="20"/>
                <w:szCs w:val="20"/>
                <w:cs/>
                <w:lang w:bidi="gu-IN"/>
              </w:rPr>
              <w:t>ઓફલાઇન</w:t>
            </w:r>
          </w:p>
        </w:tc>
        <w:tc>
          <w:tcPr>
            <w:tcW w:w="1984" w:type="dxa"/>
          </w:tcPr>
          <w:p w14:paraId="0ABDC4DB" w14:textId="6A2DB00B" w:rsidR="008B3C17" w:rsidRPr="008B3C17" w:rsidRDefault="00EE5D30" w:rsidP="008B3C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8B3C17" w:rsidRPr="008B3C17" w14:paraId="2A0424BD" w14:textId="77777777" w:rsidTr="008B3C17">
        <w:tc>
          <w:tcPr>
            <w:tcW w:w="534" w:type="dxa"/>
          </w:tcPr>
          <w:p w14:paraId="0102A034" w14:textId="77777777" w:rsidR="008B3C17" w:rsidRPr="008B3C17" w:rsidRDefault="008B3C17" w:rsidP="008B3C17">
            <w:pPr>
              <w:jc w:val="center"/>
              <w:rPr>
                <w:sz w:val="20"/>
                <w:szCs w:val="20"/>
              </w:rPr>
            </w:pPr>
            <w:r w:rsidRPr="008B3C17">
              <w:rPr>
                <w:rFonts w:cs="Shruti"/>
                <w:sz w:val="20"/>
                <w:szCs w:val="20"/>
                <w:cs/>
                <w:lang w:bidi="gu-IN"/>
              </w:rPr>
              <w:t>૩</w:t>
            </w:r>
          </w:p>
        </w:tc>
        <w:tc>
          <w:tcPr>
            <w:tcW w:w="4250" w:type="dxa"/>
          </w:tcPr>
          <w:p w14:paraId="5CC8A628" w14:textId="77777777" w:rsidR="008B3C17" w:rsidRPr="008B3C17" w:rsidRDefault="008B3C17" w:rsidP="008B3C17">
            <w:pPr>
              <w:rPr>
                <w:sz w:val="20"/>
                <w:szCs w:val="20"/>
              </w:rPr>
            </w:pPr>
            <w:proofErr w:type="spellStart"/>
            <w:r w:rsidRPr="008B3C17">
              <w:rPr>
                <w:sz w:val="20"/>
                <w:szCs w:val="20"/>
              </w:rPr>
              <w:t>Yuva</w:t>
            </w:r>
            <w:proofErr w:type="spellEnd"/>
            <w:r w:rsidRPr="008B3C17">
              <w:rPr>
                <w:sz w:val="20"/>
                <w:szCs w:val="20"/>
              </w:rPr>
              <w:t xml:space="preserve"> AI for All (</w:t>
            </w:r>
            <w:proofErr w:type="spellStart"/>
            <w:r w:rsidRPr="008B3C17">
              <w:rPr>
                <w:sz w:val="20"/>
                <w:szCs w:val="20"/>
              </w:rPr>
              <w:t>FutureSkills</w:t>
            </w:r>
            <w:proofErr w:type="spellEnd"/>
            <w:r w:rsidRPr="008B3C17">
              <w:rPr>
                <w:sz w:val="20"/>
                <w:szCs w:val="20"/>
              </w:rPr>
              <w:t xml:space="preserve"> Prime) </w:t>
            </w:r>
            <w:r w:rsidRPr="008B3C17">
              <w:rPr>
                <w:rFonts w:cs="Shruti"/>
                <w:sz w:val="20"/>
                <w:szCs w:val="20"/>
                <w:cs/>
                <w:lang w:bidi="gu-IN"/>
              </w:rPr>
              <w:t>કોર્સ</w:t>
            </w:r>
          </w:p>
        </w:tc>
        <w:tc>
          <w:tcPr>
            <w:tcW w:w="2412" w:type="dxa"/>
          </w:tcPr>
          <w:p w14:paraId="189B4060" w14:textId="77777777" w:rsidR="008B3C17" w:rsidRPr="008B3C17" w:rsidRDefault="008B3C17" w:rsidP="008B3C17">
            <w:pPr>
              <w:rPr>
                <w:sz w:val="20"/>
                <w:szCs w:val="20"/>
              </w:rPr>
            </w:pPr>
            <w:r w:rsidRPr="008B3C17">
              <w:rPr>
                <w:rFonts w:cs="Shruti"/>
                <w:sz w:val="20"/>
                <w:szCs w:val="20"/>
                <w:cs/>
                <w:lang w:bidi="gu-IN"/>
              </w:rPr>
              <w:t>ઓનલાઇન</w:t>
            </w:r>
          </w:p>
        </w:tc>
        <w:tc>
          <w:tcPr>
            <w:tcW w:w="1984" w:type="dxa"/>
          </w:tcPr>
          <w:p w14:paraId="17015AC6" w14:textId="77777777" w:rsidR="008B3C17" w:rsidRPr="008B3C17" w:rsidRDefault="008B3C17" w:rsidP="008B3C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</w:tr>
      <w:tr w:rsidR="008B3C17" w:rsidRPr="008B3C17" w14:paraId="61F129E8" w14:textId="77777777" w:rsidTr="008B3C17">
        <w:tc>
          <w:tcPr>
            <w:tcW w:w="534" w:type="dxa"/>
          </w:tcPr>
          <w:p w14:paraId="7C023315" w14:textId="77777777" w:rsidR="008B3C17" w:rsidRPr="008B3C17" w:rsidRDefault="008B3C17" w:rsidP="008B3C17">
            <w:pPr>
              <w:jc w:val="center"/>
              <w:rPr>
                <w:sz w:val="20"/>
                <w:szCs w:val="20"/>
              </w:rPr>
            </w:pPr>
            <w:r w:rsidRPr="008B3C17">
              <w:rPr>
                <w:rFonts w:cs="Shruti"/>
                <w:sz w:val="20"/>
                <w:szCs w:val="20"/>
                <w:cs/>
                <w:lang w:bidi="gu-IN"/>
              </w:rPr>
              <w:t>૪</w:t>
            </w:r>
          </w:p>
        </w:tc>
        <w:tc>
          <w:tcPr>
            <w:tcW w:w="4250" w:type="dxa"/>
          </w:tcPr>
          <w:p w14:paraId="7B6EB751" w14:textId="77777777" w:rsidR="008B3C17" w:rsidRPr="008B3C17" w:rsidRDefault="008B3C17" w:rsidP="008B3C17">
            <w:pPr>
              <w:rPr>
                <w:sz w:val="20"/>
                <w:szCs w:val="20"/>
              </w:rPr>
            </w:pPr>
            <w:r w:rsidRPr="008B3C17">
              <w:rPr>
                <w:rFonts w:cs="Shruti"/>
                <w:sz w:val="20"/>
                <w:szCs w:val="20"/>
                <w:cs/>
                <w:lang w:bidi="gu-IN"/>
              </w:rPr>
              <w:t>વિષયવાર</w:t>
            </w:r>
            <w:r w:rsidRPr="008B3C17">
              <w:rPr>
                <w:sz w:val="20"/>
                <w:szCs w:val="20"/>
              </w:rPr>
              <w:t xml:space="preserve"> </w:t>
            </w:r>
            <w:r w:rsidRPr="008B3C17">
              <w:rPr>
                <w:rFonts w:cs="Shruti"/>
                <w:sz w:val="20"/>
                <w:szCs w:val="20"/>
                <w:cs/>
                <w:lang w:bidi="gu-IN"/>
              </w:rPr>
              <w:t>સજ્જતા</w:t>
            </w:r>
            <w:r w:rsidRPr="008B3C17">
              <w:rPr>
                <w:sz w:val="20"/>
                <w:szCs w:val="20"/>
              </w:rPr>
              <w:t xml:space="preserve"> </w:t>
            </w:r>
            <w:r w:rsidRPr="008B3C17">
              <w:rPr>
                <w:rFonts w:cs="Shruti"/>
                <w:sz w:val="20"/>
                <w:szCs w:val="20"/>
                <w:cs/>
                <w:lang w:bidi="gu-IN"/>
              </w:rPr>
              <w:t>તાલીમ</w:t>
            </w:r>
            <w:r w:rsidRPr="008B3C17">
              <w:rPr>
                <w:sz w:val="20"/>
                <w:szCs w:val="20"/>
              </w:rPr>
              <w:t xml:space="preserve"> (</w:t>
            </w:r>
            <w:r w:rsidRPr="008B3C17">
              <w:rPr>
                <w:rFonts w:cs="Shruti"/>
                <w:sz w:val="20"/>
                <w:szCs w:val="20"/>
                <w:cs/>
                <w:lang w:bidi="gu-IN"/>
              </w:rPr>
              <w:t>ગણિત</w:t>
            </w:r>
            <w:r w:rsidRPr="008B3C17">
              <w:rPr>
                <w:sz w:val="20"/>
                <w:szCs w:val="20"/>
              </w:rPr>
              <w:t>/</w:t>
            </w:r>
            <w:r w:rsidRPr="008B3C17">
              <w:rPr>
                <w:rFonts w:cs="Shruti"/>
                <w:sz w:val="20"/>
                <w:szCs w:val="20"/>
                <w:cs/>
                <w:lang w:bidi="gu-IN"/>
              </w:rPr>
              <w:t>વિજ્ઞાન</w:t>
            </w:r>
            <w:r w:rsidRPr="008B3C17">
              <w:rPr>
                <w:sz w:val="20"/>
                <w:szCs w:val="20"/>
              </w:rPr>
              <w:t>/</w:t>
            </w:r>
            <w:r w:rsidRPr="008B3C17">
              <w:rPr>
                <w:rFonts w:cs="Shruti"/>
                <w:sz w:val="20"/>
                <w:szCs w:val="20"/>
                <w:cs/>
                <w:lang w:bidi="gu-IN"/>
              </w:rPr>
              <w:t>ભાષા</w:t>
            </w:r>
            <w:r w:rsidRPr="008B3C17">
              <w:rPr>
                <w:sz w:val="20"/>
                <w:szCs w:val="20"/>
              </w:rPr>
              <w:t>)</w:t>
            </w:r>
          </w:p>
        </w:tc>
        <w:tc>
          <w:tcPr>
            <w:tcW w:w="2412" w:type="dxa"/>
          </w:tcPr>
          <w:p w14:paraId="617BA705" w14:textId="77777777" w:rsidR="008B3C17" w:rsidRPr="008B3C17" w:rsidRDefault="008B3C17" w:rsidP="008B3C17">
            <w:pPr>
              <w:rPr>
                <w:sz w:val="20"/>
                <w:szCs w:val="20"/>
              </w:rPr>
            </w:pPr>
            <w:r w:rsidRPr="008B3C17">
              <w:rPr>
                <w:rFonts w:cs="Shruti"/>
                <w:sz w:val="20"/>
                <w:szCs w:val="20"/>
                <w:cs/>
                <w:lang w:bidi="gu-IN"/>
              </w:rPr>
              <w:t>ઓફલાઇન</w:t>
            </w:r>
          </w:p>
        </w:tc>
        <w:tc>
          <w:tcPr>
            <w:tcW w:w="1984" w:type="dxa"/>
          </w:tcPr>
          <w:p w14:paraId="5FC349C0" w14:textId="031F481F" w:rsidR="008B3C17" w:rsidRPr="008B3C17" w:rsidRDefault="00EE5D30" w:rsidP="008B3C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8B3C17" w:rsidRPr="008B3C17" w14:paraId="6A784727" w14:textId="77777777" w:rsidTr="008B3C17">
        <w:tc>
          <w:tcPr>
            <w:tcW w:w="534" w:type="dxa"/>
          </w:tcPr>
          <w:p w14:paraId="7BE19D58" w14:textId="77777777" w:rsidR="008B3C17" w:rsidRPr="008B3C17" w:rsidRDefault="008B3C17" w:rsidP="008B3C17">
            <w:pPr>
              <w:jc w:val="center"/>
              <w:rPr>
                <w:sz w:val="20"/>
                <w:szCs w:val="20"/>
              </w:rPr>
            </w:pPr>
            <w:r w:rsidRPr="008B3C17">
              <w:rPr>
                <w:rFonts w:cs="Shruti"/>
                <w:sz w:val="20"/>
                <w:szCs w:val="20"/>
                <w:cs/>
                <w:lang w:bidi="gu-IN"/>
              </w:rPr>
              <w:t>૫</w:t>
            </w:r>
          </w:p>
        </w:tc>
        <w:tc>
          <w:tcPr>
            <w:tcW w:w="4250" w:type="dxa"/>
          </w:tcPr>
          <w:p w14:paraId="195E20AC" w14:textId="77777777" w:rsidR="008B3C17" w:rsidRPr="008B3C17" w:rsidRDefault="008B3C17" w:rsidP="008B3C17">
            <w:pPr>
              <w:rPr>
                <w:sz w:val="20"/>
                <w:szCs w:val="20"/>
              </w:rPr>
            </w:pPr>
            <w:r w:rsidRPr="008B3C17">
              <w:rPr>
                <w:rFonts w:cs="Shruti"/>
                <w:sz w:val="20"/>
                <w:szCs w:val="20"/>
                <w:cs/>
                <w:lang w:bidi="gu-IN"/>
              </w:rPr>
              <w:t>અન્ય</w:t>
            </w:r>
            <w:r w:rsidRPr="008B3C17">
              <w:rPr>
                <w:sz w:val="20"/>
                <w:szCs w:val="20"/>
              </w:rPr>
              <w:t xml:space="preserve"> </w:t>
            </w:r>
            <w:r w:rsidRPr="008B3C17">
              <w:rPr>
                <w:rFonts w:cs="Shruti"/>
                <w:sz w:val="20"/>
                <w:szCs w:val="20"/>
                <w:cs/>
                <w:lang w:bidi="gu-IN"/>
              </w:rPr>
              <w:t>શૈક્ષણિક</w:t>
            </w:r>
            <w:r w:rsidRPr="008B3C17">
              <w:rPr>
                <w:sz w:val="20"/>
                <w:szCs w:val="20"/>
              </w:rPr>
              <w:t xml:space="preserve"> </w:t>
            </w:r>
            <w:r w:rsidRPr="008B3C17">
              <w:rPr>
                <w:rFonts w:cs="Shruti"/>
                <w:sz w:val="20"/>
                <w:szCs w:val="20"/>
                <w:cs/>
                <w:lang w:bidi="gu-IN"/>
              </w:rPr>
              <w:t>સેમિનાર</w:t>
            </w:r>
            <w:r w:rsidRPr="008B3C17">
              <w:rPr>
                <w:sz w:val="20"/>
                <w:szCs w:val="20"/>
              </w:rPr>
              <w:t xml:space="preserve"> / </w:t>
            </w:r>
            <w:r w:rsidRPr="008B3C17">
              <w:rPr>
                <w:rFonts w:cs="Shruti"/>
                <w:sz w:val="20"/>
                <w:szCs w:val="20"/>
                <w:cs/>
                <w:lang w:bidi="gu-IN"/>
              </w:rPr>
              <w:t>વર્કશોપ</w:t>
            </w:r>
          </w:p>
        </w:tc>
        <w:tc>
          <w:tcPr>
            <w:tcW w:w="2412" w:type="dxa"/>
          </w:tcPr>
          <w:p w14:paraId="4B1828F2" w14:textId="77777777" w:rsidR="008B3C17" w:rsidRPr="008B3C17" w:rsidRDefault="008B3C17" w:rsidP="008B3C17">
            <w:pPr>
              <w:rPr>
                <w:sz w:val="20"/>
                <w:szCs w:val="20"/>
              </w:rPr>
            </w:pPr>
            <w:r w:rsidRPr="008B3C17">
              <w:rPr>
                <w:rFonts w:cs="Shruti"/>
                <w:sz w:val="20"/>
                <w:szCs w:val="20"/>
                <w:cs/>
                <w:lang w:bidi="gu-IN"/>
              </w:rPr>
              <w:t>ઓફલાઇન</w:t>
            </w:r>
          </w:p>
        </w:tc>
        <w:tc>
          <w:tcPr>
            <w:tcW w:w="1984" w:type="dxa"/>
          </w:tcPr>
          <w:p w14:paraId="78E7AA2C" w14:textId="448BC35F" w:rsidR="008B3C17" w:rsidRPr="008B3C17" w:rsidRDefault="00EE5D30" w:rsidP="008B3C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</w:tbl>
    <w:p w14:paraId="234E9609" w14:textId="77777777" w:rsidR="008B3C17" w:rsidRPr="008B3C17" w:rsidRDefault="008B3C17" w:rsidP="008B3C17">
      <w:pPr>
        <w:spacing w:after="0" w:line="240" w:lineRule="auto"/>
        <w:rPr>
          <w:rFonts w:cs="Shruti"/>
          <w:sz w:val="20"/>
          <w:szCs w:val="20"/>
          <w:lang w:bidi="gu-IN"/>
        </w:rPr>
      </w:pPr>
    </w:p>
    <w:p w14:paraId="18DE9C35" w14:textId="77777777" w:rsidR="008B3C17" w:rsidRPr="008B3C17" w:rsidRDefault="008B3C17" w:rsidP="008B3C17">
      <w:pPr>
        <w:pStyle w:val="Heading2"/>
        <w:spacing w:line="240" w:lineRule="auto"/>
        <w:rPr>
          <w:sz w:val="20"/>
          <w:szCs w:val="20"/>
        </w:rPr>
      </w:pPr>
      <w:r w:rsidRPr="008B3C17">
        <w:rPr>
          <w:rFonts w:cs="Shruti"/>
          <w:sz w:val="20"/>
          <w:szCs w:val="20"/>
          <w:cs/>
          <w:lang w:bidi="gu-IN"/>
        </w:rPr>
        <w:t>૩</w:t>
      </w:r>
      <w:r w:rsidRPr="008B3C17">
        <w:rPr>
          <w:sz w:val="20"/>
          <w:szCs w:val="20"/>
        </w:rPr>
        <w:t xml:space="preserve">. </w:t>
      </w:r>
      <w:r w:rsidRPr="008B3C17">
        <w:rPr>
          <w:rFonts w:cs="Shruti"/>
          <w:sz w:val="20"/>
          <w:szCs w:val="20"/>
          <w:cs/>
          <w:lang w:bidi="gu-IN"/>
        </w:rPr>
        <w:t>ભાગ</w:t>
      </w:r>
      <w:r w:rsidRPr="008B3C17">
        <w:rPr>
          <w:sz w:val="20"/>
          <w:szCs w:val="20"/>
        </w:rPr>
        <w:t xml:space="preserve"> </w:t>
      </w:r>
      <w:r w:rsidRPr="008B3C17">
        <w:rPr>
          <w:rFonts w:cs="Shruti"/>
          <w:sz w:val="20"/>
          <w:szCs w:val="20"/>
          <w:cs/>
          <w:lang w:bidi="gu-IN"/>
        </w:rPr>
        <w:t>લેનાર</w:t>
      </w:r>
      <w:r w:rsidRPr="008B3C17">
        <w:rPr>
          <w:sz w:val="20"/>
          <w:szCs w:val="20"/>
        </w:rPr>
        <w:t xml:space="preserve"> </w:t>
      </w:r>
      <w:r w:rsidRPr="008B3C17">
        <w:rPr>
          <w:rFonts w:cs="Shruti"/>
          <w:sz w:val="20"/>
          <w:szCs w:val="20"/>
          <w:cs/>
          <w:lang w:bidi="gu-IN"/>
        </w:rPr>
        <w:t>શિક્ષકોની</w:t>
      </w:r>
      <w:r w:rsidRPr="008B3C17">
        <w:rPr>
          <w:sz w:val="20"/>
          <w:szCs w:val="20"/>
        </w:rPr>
        <w:t xml:space="preserve"> </w:t>
      </w:r>
      <w:r w:rsidRPr="008B3C17">
        <w:rPr>
          <w:rFonts w:cs="Shruti"/>
          <w:sz w:val="20"/>
          <w:szCs w:val="20"/>
          <w:cs/>
          <w:lang w:bidi="gu-IN"/>
        </w:rPr>
        <w:t>વિગત</w:t>
      </w:r>
      <w:r w:rsidRPr="008B3C17">
        <w:rPr>
          <w:sz w:val="20"/>
          <w:szCs w:val="20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7"/>
        <w:gridCol w:w="2158"/>
        <w:gridCol w:w="2157"/>
        <w:gridCol w:w="2158"/>
      </w:tblGrid>
      <w:tr w:rsidR="008B3C17" w:rsidRPr="008B3C17" w14:paraId="032B9109" w14:textId="77777777" w:rsidTr="00F37DAD">
        <w:tc>
          <w:tcPr>
            <w:tcW w:w="2160" w:type="dxa"/>
          </w:tcPr>
          <w:p w14:paraId="2F1B54ED" w14:textId="77777777" w:rsidR="008B3C17" w:rsidRPr="008B3C17" w:rsidRDefault="008B3C17" w:rsidP="008B3C17">
            <w:pPr>
              <w:rPr>
                <w:sz w:val="20"/>
                <w:szCs w:val="20"/>
              </w:rPr>
            </w:pPr>
            <w:r w:rsidRPr="008B3C17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ક્રમ</w:t>
            </w:r>
          </w:p>
        </w:tc>
        <w:tc>
          <w:tcPr>
            <w:tcW w:w="2160" w:type="dxa"/>
          </w:tcPr>
          <w:p w14:paraId="4695E05D" w14:textId="77777777" w:rsidR="008B3C17" w:rsidRPr="008B3C17" w:rsidRDefault="008B3C17" w:rsidP="008B3C17">
            <w:pPr>
              <w:rPr>
                <w:sz w:val="20"/>
                <w:szCs w:val="20"/>
              </w:rPr>
            </w:pPr>
            <w:r w:rsidRPr="008B3C17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શિક્ષકનું</w:t>
            </w:r>
            <w:r w:rsidRPr="008B3C17">
              <w:rPr>
                <w:b/>
                <w:sz w:val="20"/>
                <w:szCs w:val="20"/>
              </w:rPr>
              <w:t xml:space="preserve"> </w:t>
            </w:r>
            <w:r w:rsidRPr="008B3C17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નામ</w:t>
            </w:r>
          </w:p>
        </w:tc>
        <w:tc>
          <w:tcPr>
            <w:tcW w:w="2160" w:type="dxa"/>
          </w:tcPr>
          <w:p w14:paraId="7ECD2892" w14:textId="77777777" w:rsidR="008B3C17" w:rsidRPr="008B3C17" w:rsidRDefault="008B3C17" w:rsidP="008B3C17">
            <w:pPr>
              <w:rPr>
                <w:sz w:val="20"/>
                <w:szCs w:val="20"/>
              </w:rPr>
            </w:pPr>
            <w:r w:rsidRPr="008B3C17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હોદ્દો</w:t>
            </w:r>
          </w:p>
        </w:tc>
        <w:tc>
          <w:tcPr>
            <w:tcW w:w="2160" w:type="dxa"/>
          </w:tcPr>
          <w:p w14:paraId="1F9A729C" w14:textId="77777777" w:rsidR="008B3C17" w:rsidRPr="008B3C17" w:rsidRDefault="008B3C17" w:rsidP="008B3C17">
            <w:pPr>
              <w:rPr>
                <w:sz w:val="20"/>
                <w:szCs w:val="20"/>
              </w:rPr>
            </w:pPr>
            <w:r w:rsidRPr="008B3C17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પૂર્ણ</w:t>
            </w:r>
            <w:r w:rsidRPr="008B3C17">
              <w:rPr>
                <w:b/>
                <w:sz w:val="20"/>
                <w:szCs w:val="20"/>
              </w:rPr>
              <w:t xml:space="preserve"> </w:t>
            </w:r>
            <w:r w:rsidRPr="008B3C17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કરેલ</w:t>
            </w:r>
            <w:r w:rsidRPr="008B3C17">
              <w:rPr>
                <w:b/>
                <w:sz w:val="20"/>
                <w:szCs w:val="20"/>
              </w:rPr>
              <w:t xml:space="preserve"> </w:t>
            </w:r>
            <w:r w:rsidRPr="008B3C17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તાલીમના</w:t>
            </w:r>
            <w:r w:rsidRPr="008B3C17">
              <w:rPr>
                <w:b/>
                <w:sz w:val="20"/>
                <w:szCs w:val="20"/>
              </w:rPr>
              <w:t xml:space="preserve"> </w:t>
            </w:r>
            <w:r w:rsidRPr="008B3C17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દિવસો</w:t>
            </w:r>
            <w:r w:rsidRPr="008B3C17">
              <w:rPr>
                <w:b/>
                <w:sz w:val="20"/>
                <w:szCs w:val="20"/>
              </w:rPr>
              <w:t xml:space="preserve"> / </w:t>
            </w:r>
            <w:r w:rsidRPr="008B3C17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કલાકો</w:t>
            </w:r>
          </w:p>
        </w:tc>
      </w:tr>
      <w:tr w:rsidR="008B3C17" w:rsidRPr="008B3C17" w14:paraId="24327F0B" w14:textId="77777777" w:rsidTr="00F37DAD">
        <w:tc>
          <w:tcPr>
            <w:tcW w:w="2160" w:type="dxa"/>
          </w:tcPr>
          <w:p w14:paraId="3967A8E3" w14:textId="77777777" w:rsidR="008B3C17" w:rsidRPr="008B3C17" w:rsidRDefault="008B3C17" w:rsidP="008B3C17">
            <w:pPr>
              <w:rPr>
                <w:sz w:val="20"/>
                <w:szCs w:val="20"/>
              </w:rPr>
            </w:pPr>
            <w:r w:rsidRPr="008B3C17">
              <w:rPr>
                <w:sz w:val="20"/>
                <w:szCs w:val="20"/>
              </w:rPr>
              <w:t>1</w:t>
            </w:r>
          </w:p>
        </w:tc>
        <w:tc>
          <w:tcPr>
            <w:tcW w:w="2160" w:type="dxa"/>
          </w:tcPr>
          <w:p w14:paraId="58C6E328" w14:textId="77777777" w:rsidR="008B3C17" w:rsidRPr="008B3C17" w:rsidRDefault="008B3C17" w:rsidP="008B3C17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14:paraId="61056C71" w14:textId="77777777" w:rsidR="008B3C17" w:rsidRPr="008B3C17" w:rsidRDefault="008B3C17" w:rsidP="008B3C17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14:paraId="281E0F02" w14:textId="77777777" w:rsidR="008B3C17" w:rsidRPr="008B3C17" w:rsidRDefault="008B3C17" w:rsidP="008B3C17">
            <w:pPr>
              <w:rPr>
                <w:sz w:val="20"/>
                <w:szCs w:val="20"/>
              </w:rPr>
            </w:pPr>
          </w:p>
        </w:tc>
      </w:tr>
      <w:tr w:rsidR="008B3C17" w:rsidRPr="008B3C17" w14:paraId="1D20175E" w14:textId="77777777" w:rsidTr="00F37DAD">
        <w:tc>
          <w:tcPr>
            <w:tcW w:w="2160" w:type="dxa"/>
          </w:tcPr>
          <w:p w14:paraId="40408F21" w14:textId="77777777" w:rsidR="008B3C17" w:rsidRPr="008B3C17" w:rsidRDefault="008B3C17" w:rsidP="008B3C17">
            <w:pPr>
              <w:rPr>
                <w:sz w:val="20"/>
                <w:szCs w:val="20"/>
              </w:rPr>
            </w:pPr>
            <w:r w:rsidRPr="008B3C17">
              <w:rPr>
                <w:sz w:val="20"/>
                <w:szCs w:val="20"/>
              </w:rPr>
              <w:t>2</w:t>
            </w:r>
          </w:p>
        </w:tc>
        <w:tc>
          <w:tcPr>
            <w:tcW w:w="2160" w:type="dxa"/>
          </w:tcPr>
          <w:p w14:paraId="07BFBF6E" w14:textId="77777777" w:rsidR="008B3C17" w:rsidRPr="008B3C17" w:rsidRDefault="008B3C17" w:rsidP="008B3C17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14:paraId="621F9BA7" w14:textId="77777777" w:rsidR="008B3C17" w:rsidRPr="008B3C17" w:rsidRDefault="008B3C17" w:rsidP="008B3C17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14:paraId="71A33473" w14:textId="77777777" w:rsidR="008B3C17" w:rsidRPr="008B3C17" w:rsidRDefault="008B3C17" w:rsidP="008B3C17">
            <w:pPr>
              <w:rPr>
                <w:sz w:val="20"/>
                <w:szCs w:val="20"/>
              </w:rPr>
            </w:pPr>
          </w:p>
        </w:tc>
      </w:tr>
      <w:tr w:rsidR="008B3C17" w:rsidRPr="008B3C17" w14:paraId="39CCA9EB" w14:textId="77777777" w:rsidTr="00F37DAD">
        <w:tc>
          <w:tcPr>
            <w:tcW w:w="2160" w:type="dxa"/>
          </w:tcPr>
          <w:p w14:paraId="732D20BA" w14:textId="77777777" w:rsidR="008B3C17" w:rsidRPr="008B3C17" w:rsidRDefault="008B3C17" w:rsidP="008B3C17">
            <w:pPr>
              <w:rPr>
                <w:sz w:val="20"/>
                <w:szCs w:val="20"/>
              </w:rPr>
            </w:pPr>
            <w:r w:rsidRPr="008B3C17">
              <w:rPr>
                <w:sz w:val="20"/>
                <w:szCs w:val="20"/>
              </w:rPr>
              <w:t>3</w:t>
            </w:r>
          </w:p>
        </w:tc>
        <w:tc>
          <w:tcPr>
            <w:tcW w:w="2160" w:type="dxa"/>
          </w:tcPr>
          <w:p w14:paraId="254D6686" w14:textId="77777777" w:rsidR="008B3C17" w:rsidRPr="008B3C17" w:rsidRDefault="008B3C17" w:rsidP="008B3C17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14:paraId="2562EC56" w14:textId="77777777" w:rsidR="008B3C17" w:rsidRPr="008B3C17" w:rsidRDefault="008B3C17" w:rsidP="008B3C17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14:paraId="5F1167EC" w14:textId="77777777" w:rsidR="008B3C17" w:rsidRPr="008B3C17" w:rsidRDefault="008B3C17" w:rsidP="008B3C17">
            <w:pPr>
              <w:rPr>
                <w:sz w:val="20"/>
                <w:szCs w:val="20"/>
              </w:rPr>
            </w:pPr>
          </w:p>
        </w:tc>
      </w:tr>
      <w:tr w:rsidR="008B3C17" w:rsidRPr="008B3C17" w14:paraId="1F8871F8" w14:textId="77777777" w:rsidTr="00F37DAD">
        <w:tc>
          <w:tcPr>
            <w:tcW w:w="2160" w:type="dxa"/>
          </w:tcPr>
          <w:p w14:paraId="7B9F6666" w14:textId="77777777" w:rsidR="008B3C17" w:rsidRPr="008B3C17" w:rsidRDefault="008B3C17" w:rsidP="008B3C17">
            <w:pPr>
              <w:rPr>
                <w:sz w:val="20"/>
                <w:szCs w:val="20"/>
              </w:rPr>
            </w:pPr>
            <w:r w:rsidRPr="008B3C17">
              <w:rPr>
                <w:sz w:val="20"/>
                <w:szCs w:val="20"/>
              </w:rPr>
              <w:t>4</w:t>
            </w:r>
          </w:p>
        </w:tc>
        <w:tc>
          <w:tcPr>
            <w:tcW w:w="2160" w:type="dxa"/>
          </w:tcPr>
          <w:p w14:paraId="2D284294" w14:textId="77777777" w:rsidR="008B3C17" w:rsidRPr="008B3C17" w:rsidRDefault="008B3C17" w:rsidP="008B3C17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14:paraId="7C8EF46A" w14:textId="77777777" w:rsidR="008B3C17" w:rsidRPr="008B3C17" w:rsidRDefault="008B3C17" w:rsidP="008B3C17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14:paraId="13437FBF" w14:textId="77777777" w:rsidR="008B3C17" w:rsidRPr="008B3C17" w:rsidRDefault="008B3C17" w:rsidP="008B3C17">
            <w:pPr>
              <w:rPr>
                <w:sz w:val="20"/>
                <w:szCs w:val="20"/>
              </w:rPr>
            </w:pPr>
          </w:p>
        </w:tc>
      </w:tr>
      <w:tr w:rsidR="008B3C17" w:rsidRPr="008B3C17" w14:paraId="49AFC778" w14:textId="77777777" w:rsidTr="00F37DAD">
        <w:tc>
          <w:tcPr>
            <w:tcW w:w="2160" w:type="dxa"/>
          </w:tcPr>
          <w:p w14:paraId="5088F7AE" w14:textId="77777777" w:rsidR="008B3C17" w:rsidRPr="008B3C17" w:rsidRDefault="008B3C17" w:rsidP="008B3C17">
            <w:pPr>
              <w:rPr>
                <w:sz w:val="20"/>
                <w:szCs w:val="20"/>
              </w:rPr>
            </w:pPr>
            <w:r w:rsidRPr="008B3C17">
              <w:rPr>
                <w:sz w:val="20"/>
                <w:szCs w:val="20"/>
              </w:rPr>
              <w:t>5</w:t>
            </w:r>
          </w:p>
        </w:tc>
        <w:tc>
          <w:tcPr>
            <w:tcW w:w="2160" w:type="dxa"/>
          </w:tcPr>
          <w:p w14:paraId="3192BE15" w14:textId="77777777" w:rsidR="008B3C17" w:rsidRPr="008B3C17" w:rsidRDefault="008B3C17" w:rsidP="008B3C17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14:paraId="6592E65F" w14:textId="77777777" w:rsidR="008B3C17" w:rsidRPr="008B3C17" w:rsidRDefault="008B3C17" w:rsidP="008B3C17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14:paraId="4F9CB3EF" w14:textId="77777777" w:rsidR="008B3C17" w:rsidRPr="008B3C17" w:rsidRDefault="008B3C17" w:rsidP="008B3C17">
            <w:pPr>
              <w:rPr>
                <w:sz w:val="20"/>
                <w:szCs w:val="20"/>
              </w:rPr>
            </w:pPr>
          </w:p>
        </w:tc>
      </w:tr>
    </w:tbl>
    <w:p w14:paraId="778412CB" w14:textId="77777777" w:rsidR="008B3C17" w:rsidRPr="008B3C17" w:rsidRDefault="008B3C17" w:rsidP="008B3C17">
      <w:pPr>
        <w:spacing w:after="0" w:line="240" w:lineRule="auto"/>
        <w:rPr>
          <w:sz w:val="20"/>
          <w:szCs w:val="20"/>
        </w:rPr>
      </w:pPr>
      <w:r w:rsidRPr="008B3C17">
        <w:rPr>
          <w:rFonts w:cs="Shruti"/>
          <w:b/>
          <w:bCs/>
          <w:sz w:val="20"/>
          <w:szCs w:val="20"/>
          <w:cs/>
          <w:lang w:bidi="gu-IN"/>
        </w:rPr>
        <w:t>નિષ્કર્ષ</w:t>
      </w:r>
      <w:r w:rsidRPr="008B3C17">
        <w:rPr>
          <w:b/>
          <w:sz w:val="20"/>
          <w:szCs w:val="20"/>
        </w:rPr>
        <w:t xml:space="preserve">: </w:t>
      </w:r>
      <w:r w:rsidRPr="008B3C17">
        <w:rPr>
          <w:rFonts w:cs="Shruti"/>
          <w:b/>
          <w:bCs/>
          <w:sz w:val="20"/>
          <w:szCs w:val="20"/>
          <w:cs/>
          <w:lang w:bidi="gu-IN"/>
        </w:rPr>
        <w:t>શાળાના</w:t>
      </w:r>
      <w:r w:rsidRPr="008B3C17">
        <w:rPr>
          <w:b/>
          <w:sz w:val="20"/>
          <w:szCs w:val="20"/>
        </w:rPr>
        <w:t xml:space="preserve"> </w:t>
      </w:r>
      <w:r w:rsidRPr="008B3C17">
        <w:rPr>
          <w:rFonts w:cs="Shruti"/>
          <w:b/>
          <w:bCs/>
          <w:sz w:val="20"/>
          <w:szCs w:val="20"/>
          <w:cs/>
          <w:lang w:bidi="gu-IN"/>
        </w:rPr>
        <w:t>શિક્ષકો</w:t>
      </w:r>
      <w:r w:rsidRPr="008B3C17">
        <w:rPr>
          <w:b/>
          <w:sz w:val="20"/>
          <w:szCs w:val="20"/>
        </w:rPr>
        <w:t xml:space="preserve"> </w:t>
      </w:r>
      <w:r w:rsidRPr="008B3C17">
        <w:rPr>
          <w:rFonts w:cs="Shruti"/>
          <w:b/>
          <w:bCs/>
          <w:sz w:val="20"/>
          <w:szCs w:val="20"/>
          <w:cs/>
          <w:lang w:bidi="gu-IN"/>
        </w:rPr>
        <w:t>સતત</w:t>
      </w:r>
      <w:r w:rsidRPr="008B3C17">
        <w:rPr>
          <w:b/>
          <w:sz w:val="20"/>
          <w:szCs w:val="20"/>
        </w:rPr>
        <w:t xml:space="preserve"> </w:t>
      </w:r>
      <w:r w:rsidRPr="008B3C17">
        <w:rPr>
          <w:rFonts w:cs="Shruti"/>
          <w:b/>
          <w:bCs/>
          <w:sz w:val="20"/>
          <w:szCs w:val="20"/>
          <w:cs/>
          <w:lang w:bidi="gu-IN"/>
        </w:rPr>
        <w:t>વ્યાવસાયિક</w:t>
      </w:r>
      <w:r w:rsidRPr="008B3C17">
        <w:rPr>
          <w:b/>
          <w:sz w:val="20"/>
          <w:szCs w:val="20"/>
        </w:rPr>
        <w:t xml:space="preserve"> </w:t>
      </w:r>
      <w:r w:rsidRPr="008B3C17">
        <w:rPr>
          <w:rFonts w:cs="Shruti"/>
          <w:b/>
          <w:bCs/>
          <w:sz w:val="20"/>
          <w:szCs w:val="20"/>
          <w:cs/>
          <w:lang w:bidi="gu-IN"/>
        </w:rPr>
        <w:t>વિકાસ</w:t>
      </w:r>
      <w:r w:rsidRPr="008B3C17">
        <w:rPr>
          <w:b/>
          <w:sz w:val="20"/>
          <w:szCs w:val="20"/>
        </w:rPr>
        <w:t xml:space="preserve"> </w:t>
      </w:r>
      <w:r w:rsidRPr="008B3C17">
        <w:rPr>
          <w:rFonts w:cs="Shruti"/>
          <w:b/>
          <w:bCs/>
          <w:sz w:val="20"/>
          <w:szCs w:val="20"/>
          <w:cs/>
          <w:lang w:bidi="gu-IN"/>
        </w:rPr>
        <w:t>પ્રવૃત્તિઓમાં</w:t>
      </w:r>
      <w:r w:rsidRPr="008B3C17">
        <w:rPr>
          <w:b/>
          <w:sz w:val="20"/>
          <w:szCs w:val="20"/>
        </w:rPr>
        <w:t xml:space="preserve"> </w:t>
      </w:r>
      <w:r w:rsidRPr="008B3C17">
        <w:rPr>
          <w:rFonts w:cs="Shruti"/>
          <w:b/>
          <w:bCs/>
          <w:sz w:val="20"/>
          <w:szCs w:val="20"/>
          <w:cs/>
          <w:lang w:bidi="gu-IN"/>
        </w:rPr>
        <w:t>સક્રિય</w:t>
      </w:r>
      <w:r w:rsidRPr="008B3C17">
        <w:rPr>
          <w:b/>
          <w:sz w:val="20"/>
          <w:szCs w:val="20"/>
        </w:rPr>
        <w:t xml:space="preserve"> </w:t>
      </w:r>
      <w:r w:rsidRPr="008B3C17">
        <w:rPr>
          <w:rFonts w:cs="Shruti"/>
          <w:b/>
          <w:bCs/>
          <w:sz w:val="20"/>
          <w:szCs w:val="20"/>
          <w:cs/>
          <w:lang w:bidi="gu-IN"/>
        </w:rPr>
        <w:t>રહે</w:t>
      </w:r>
      <w:r w:rsidRPr="008B3C17">
        <w:rPr>
          <w:b/>
          <w:sz w:val="20"/>
          <w:szCs w:val="20"/>
        </w:rPr>
        <w:t xml:space="preserve"> </w:t>
      </w:r>
      <w:r w:rsidRPr="008B3C17">
        <w:rPr>
          <w:rFonts w:cs="Shruti"/>
          <w:b/>
          <w:bCs/>
          <w:sz w:val="20"/>
          <w:szCs w:val="20"/>
          <w:cs/>
          <w:lang w:bidi="gu-IN"/>
        </w:rPr>
        <w:t>છે</w:t>
      </w:r>
      <w:r w:rsidRPr="008B3C17">
        <w:rPr>
          <w:b/>
          <w:sz w:val="20"/>
          <w:szCs w:val="20"/>
        </w:rPr>
        <w:t xml:space="preserve">, </w:t>
      </w:r>
      <w:r w:rsidRPr="008B3C17">
        <w:rPr>
          <w:rFonts w:cs="Shruti"/>
          <w:b/>
          <w:bCs/>
          <w:sz w:val="20"/>
          <w:szCs w:val="20"/>
          <w:cs/>
          <w:lang w:bidi="gu-IN"/>
        </w:rPr>
        <w:t>જેના</w:t>
      </w:r>
      <w:r w:rsidRPr="008B3C17">
        <w:rPr>
          <w:b/>
          <w:sz w:val="20"/>
          <w:szCs w:val="20"/>
        </w:rPr>
        <w:t xml:space="preserve"> </w:t>
      </w:r>
      <w:r w:rsidRPr="008B3C17">
        <w:rPr>
          <w:rFonts w:cs="Shruti"/>
          <w:b/>
          <w:bCs/>
          <w:sz w:val="20"/>
          <w:szCs w:val="20"/>
          <w:cs/>
          <w:lang w:bidi="gu-IN"/>
        </w:rPr>
        <w:t>પરિણામે</w:t>
      </w:r>
      <w:r w:rsidRPr="008B3C17">
        <w:rPr>
          <w:b/>
          <w:sz w:val="20"/>
          <w:szCs w:val="20"/>
        </w:rPr>
        <w:t xml:space="preserve"> </w:t>
      </w:r>
      <w:r w:rsidRPr="008B3C17">
        <w:rPr>
          <w:rFonts w:cs="Shruti"/>
          <w:b/>
          <w:bCs/>
          <w:sz w:val="20"/>
          <w:szCs w:val="20"/>
          <w:cs/>
          <w:lang w:bidi="gu-IN"/>
        </w:rPr>
        <w:t>નવીન</w:t>
      </w:r>
      <w:r w:rsidRPr="008B3C17">
        <w:rPr>
          <w:b/>
          <w:sz w:val="20"/>
          <w:szCs w:val="20"/>
        </w:rPr>
        <w:t xml:space="preserve"> </w:t>
      </w:r>
      <w:r w:rsidRPr="008B3C17">
        <w:rPr>
          <w:rFonts w:cs="Shruti"/>
          <w:b/>
          <w:bCs/>
          <w:sz w:val="20"/>
          <w:szCs w:val="20"/>
          <w:cs/>
          <w:lang w:bidi="gu-IN"/>
        </w:rPr>
        <w:t>શિક્ષણ</w:t>
      </w:r>
      <w:r w:rsidRPr="008B3C17">
        <w:rPr>
          <w:b/>
          <w:sz w:val="20"/>
          <w:szCs w:val="20"/>
        </w:rPr>
        <w:t xml:space="preserve"> </w:t>
      </w:r>
      <w:r w:rsidRPr="008B3C17">
        <w:rPr>
          <w:rFonts w:cs="Shruti"/>
          <w:b/>
          <w:bCs/>
          <w:sz w:val="20"/>
          <w:szCs w:val="20"/>
          <w:cs/>
          <w:lang w:bidi="gu-IN"/>
        </w:rPr>
        <w:t>પદ્ધતિઓ</w:t>
      </w:r>
      <w:r w:rsidRPr="008B3C17">
        <w:rPr>
          <w:b/>
          <w:sz w:val="20"/>
          <w:szCs w:val="20"/>
        </w:rPr>
        <w:t xml:space="preserve"> </w:t>
      </w:r>
      <w:r w:rsidRPr="008B3C17">
        <w:rPr>
          <w:rFonts w:cs="Shruti"/>
          <w:b/>
          <w:bCs/>
          <w:sz w:val="20"/>
          <w:szCs w:val="20"/>
          <w:cs/>
          <w:lang w:bidi="gu-IN"/>
        </w:rPr>
        <w:t>અને</w:t>
      </w:r>
      <w:r w:rsidRPr="008B3C17">
        <w:rPr>
          <w:b/>
          <w:sz w:val="20"/>
          <w:szCs w:val="20"/>
        </w:rPr>
        <w:t xml:space="preserve"> </w:t>
      </w:r>
      <w:r w:rsidRPr="008B3C17">
        <w:rPr>
          <w:rFonts w:cs="Shruti"/>
          <w:b/>
          <w:bCs/>
          <w:sz w:val="20"/>
          <w:szCs w:val="20"/>
          <w:cs/>
          <w:lang w:bidi="gu-IN"/>
        </w:rPr>
        <w:t>ટેક્નોલોજીનો</w:t>
      </w:r>
      <w:r w:rsidRPr="008B3C17">
        <w:rPr>
          <w:b/>
          <w:sz w:val="20"/>
          <w:szCs w:val="20"/>
        </w:rPr>
        <w:t xml:space="preserve"> </w:t>
      </w:r>
      <w:r w:rsidRPr="008B3C17">
        <w:rPr>
          <w:rFonts w:cs="Shruti"/>
          <w:b/>
          <w:bCs/>
          <w:sz w:val="20"/>
          <w:szCs w:val="20"/>
          <w:cs/>
          <w:lang w:bidi="gu-IN"/>
        </w:rPr>
        <w:t>વર્ગખંડમાં</w:t>
      </w:r>
      <w:r w:rsidRPr="008B3C17">
        <w:rPr>
          <w:b/>
          <w:sz w:val="20"/>
          <w:szCs w:val="20"/>
        </w:rPr>
        <w:t xml:space="preserve"> </w:t>
      </w:r>
      <w:r w:rsidRPr="008B3C17">
        <w:rPr>
          <w:rFonts w:cs="Shruti"/>
          <w:b/>
          <w:bCs/>
          <w:sz w:val="20"/>
          <w:szCs w:val="20"/>
          <w:cs/>
          <w:lang w:bidi="gu-IN"/>
        </w:rPr>
        <w:t>પ્રભાવશાળી</w:t>
      </w:r>
      <w:r w:rsidRPr="008B3C17">
        <w:rPr>
          <w:b/>
          <w:sz w:val="20"/>
          <w:szCs w:val="20"/>
        </w:rPr>
        <w:t xml:space="preserve"> </w:t>
      </w:r>
      <w:r w:rsidRPr="008B3C17">
        <w:rPr>
          <w:rFonts w:cs="Shruti"/>
          <w:b/>
          <w:bCs/>
          <w:sz w:val="20"/>
          <w:szCs w:val="20"/>
          <w:cs/>
          <w:lang w:bidi="gu-IN"/>
        </w:rPr>
        <w:t>ઉપયોગ</w:t>
      </w:r>
      <w:r w:rsidRPr="008B3C17">
        <w:rPr>
          <w:b/>
          <w:sz w:val="20"/>
          <w:szCs w:val="20"/>
        </w:rPr>
        <w:t xml:space="preserve"> </w:t>
      </w:r>
      <w:r w:rsidRPr="008B3C17">
        <w:rPr>
          <w:rFonts w:cs="Shruti"/>
          <w:b/>
          <w:bCs/>
          <w:sz w:val="20"/>
          <w:szCs w:val="20"/>
          <w:cs/>
          <w:lang w:bidi="gu-IN"/>
        </w:rPr>
        <w:t>શક્ય</w:t>
      </w:r>
      <w:r w:rsidRPr="008B3C17">
        <w:rPr>
          <w:b/>
          <w:sz w:val="20"/>
          <w:szCs w:val="20"/>
        </w:rPr>
        <w:t xml:space="preserve"> </w:t>
      </w:r>
      <w:r w:rsidRPr="008B3C17">
        <w:rPr>
          <w:rFonts w:cs="Shruti"/>
          <w:b/>
          <w:bCs/>
          <w:sz w:val="20"/>
          <w:szCs w:val="20"/>
          <w:cs/>
          <w:lang w:bidi="gu-IN"/>
        </w:rPr>
        <w:t>બન્યો</w:t>
      </w:r>
      <w:r w:rsidRPr="008B3C17">
        <w:rPr>
          <w:b/>
          <w:sz w:val="20"/>
          <w:szCs w:val="20"/>
        </w:rPr>
        <w:t xml:space="preserve"> </w:t>
      </w:r>
      <w:r w:rsidRPr="008B3C17">
        <w:rPr>
          <w:rFonts w:cs="Shruti"/>
          <w:b/>
          <w:bCs/>
          <w:sz w:val="20"/>
          <w:szCs w:val="20"/>
          <w:cs/>
          <w:lang w:bidi="gu-IN"/>
        </w:rPr>
        <w:t>છે</w:t>
      </w:r>
      <w:r w:rsidRPr="008B3C17">
        <w:rPr>
          <w:b/>
          <w:sz w:val="20"/>
          <w:szCs w:val="20"/>
        </w:rPr>
        <w:t>.</w:t>
      </w:r>
    </w:p>
    <w:p w14:paraId="20D1EB89" w14:textId="77777777" w:rsidR="008B3C17" w:rsidRPr="008B3C17" w:rsidRDefault="008B3C17" w:rsidP="008B3C17">
      <w:pPr>
        <w:spacing w:after="0" w:line="240" w:lineRule="auto"/>
        <w:rPr>
          <w:rFonts w:cs="Shruti"/>
          <w:sz w:val="20"/>
          <w:szCs w:val="20"/>
          <w:lang w:bidi="gu-I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8B3C17" w:rsidRPr="008B3C17" w14:paraId="53465529" w14:textId="77777777" w:rsidTr="00F37DAD">
        <w:tc>
          <w:tcPr>
            <w:tcW w:w="4320" w:type="dxa"/>
          </w:tcPr>
          <w:p w14:paraId="3045AEED" w14:textId="53FC3F3F" w:rsidR="008B3C17" w:rsidRPr="008B3C17" w:rsidRDefault="008B3C17" w:rsidP="008B3C17">
            <w:pPr>
              <w:spacing w:after="0" w:line="240" w:lineRule="auto"/>
              <w:rPr>
                <w:sz w:val="20"/>
                <w:szCs w:val="20"/>
              </w:rPr>
            </w:pPr>
            <w:r w:rsidRPr="008B3C17">
              <w:rPr>
                <w:rFonts w:cs="Shruti"/>
                <w:sz w:val="20"/>
                <w:szCs w:val="20"/>
                <w:cs/>
                <w:lang w:bidi="gu-IN"/>
              </w:rPr>
              <w:t>સ્થળ</w:t>
            </w:r>
            <w:r w:rsidRPr="008B3C17">
              <w:rPr>
                <w:sz w:val="20"/>
                <w:szCs w:val="20"/>
              </w:rPr>
              <w:t xml:space="preserve">: </w:t>
            </w:r>
            <w:r w:rsidR="008E13CA">
              <w:rPr>
                <w:rFonts w:cs="Shruti" w:hint="cs"/>
                <w:cs/>
                <w:lang w:bidi="gu-IN"/>
              </w:rPr>
              <w:t xml:space="preserve">ઢાંકણ્રીયાવાસ પ્રાથમિક શાળા </w:t>
            </w:r>
            <w:r w:rsidRPr="008B3C17">
              <w:rPr>
                <w:sz w:val="20"/>
                <w:szCs w:val="20"/>
              </w:rPr>
              <w:br/>
            </w:r>
            <w:r w:rsidRPr="00D77F19">
              <w:rPr>
                <w:rFonts w:cs="Shruti"/>
                <w:sz w:val="20"/>
                <w:szCs w:val="20"/>
                <w:cs/>
                <w:lang w:bidi="gu-IN"/>
              </w:rPr>
              <w:t>તારીખ</w:t>
            </w:r>
            <w:r w:rsidRPr="00D77F19">
              <w:rPr>
                <w:sz w:val="20"/>
                <w:szCs w:val="20"/>
              </w:rPr>
              <w:t xml:space="preserve">:       </w:t>
            </w:r>
            <w:r w:rsidR="008E13CA">
              <w:rPr>
                <w:sz w:val="20"/>
                <w:szCs w:val="20"/>
              </w:rPr>
              <w:t>21/08/2026</w:t>
            </w:r>
          </w:p>
        </w:tc>
        <w:tc>
          <w:tcPr>
            <w:tcW w:w="4320" w:type="dxa"/>
          </w:tcPr>
          <w:p w14:paraId="7C5490DC" w14:textId="21CF9DFA" w:rsidR="008B3C17" w:rsidRPr="008B3C17" w:rsidRDefault="008B3C17" w:rsidP="008B3C17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8B3C17">
              <w:rPr>
                <w:rFonts w:cs="Shruti"/>
                <w:sz w:val="20"/>
                <w:szCs w:val="20"/>
                <w:cs/>
                <w:lang w:bidi="gu-IN"/>
              </w:rPr>
              <w:t>આચાર્યશ્રીની</w:t>
            </w:r>
            <w:r w:rsidRPr="008B3C17">
              <w:rPr>
                <w:sz w:val="20"/>
                <w:szCs w:val="20"/>
              </w:rPr>
              <w:t xml:space="preserve"> </w:t>
            </w:r>
            <w:r w:rsidRPr="008B3C17">
              <w:rPr>
                <w:rFonts w:cs="Shruti"/>
                <w:sz w:val="20"/>
                <w:szCs w:val="20"/>
                <w:cs/>
                <w:lang w:bidi="gu-IN"/>
              </w:rPr>
              <w:t>સહી</w:t>
            </w:r>
            <w:r w:rsidRPr="008B3C17">
              <w:rPr>
                <w:sz w:val="20"/>
                <w:szCs w:val="20"/>
              </w:rPr>
              <w:t xml:space="preserve"> </w:t>
            </w:r>
            <w:r w:rsidRPr="008B3C17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8B3C17">
              <w:rPr>
                <w:sz w:val="20"/>
                <w:szCs w:val="20"/>
              </w:rPr>
              <w:t xml:space="preserve"> </w:t>
            </w:r>
            <w:r w:rsidRPr="008B3C17">
              <w:rPr>
                <w:rFonts w:cs="Shruti"/>
                <w:sz w:val="20"/>
                <w:szCs w:val="20"/>
                <w:cs/>
                <w:lang w:bidi="gu-IN"/>
              </w:rPr>
              <w:t>સિક્કો</w:t>
            </w:r>
            <w:r w:rsidRPr="008B3C17">
              <w:rPr>
                <w:sz w:val="20"/>
                <w:szCs w:val="20"/>
              </w:rPr>
              <w:br/>
              <w:t>(</w:t>
            </w:r>
            <w:r w:rsidR="00F56B31">
              <w:rPr>
                <w:rFonts w:cs="Shruti" w:hint="cs"/>
                <w:sz w:val="20"/>
                <w:szCs w:val="20"/>
                <w:cs/>
                <w:lang w:bidi="gu-IN"/>
              </w:rPr>
              <w:t>સુબાભાઈ કે.ઘટાડ</w:t>
            </w:r>
            <w:r w:rsidRPr="008B3C17">
              <w:rPr>
                <w:sz w:val="20"/>
                <w:szCs w:val="20"/>
              </w:rPr>
              <w:t>)</w:t>
            </w:r>
            <w:r w:rsidRPr="008B3C17">
              <w:rPr>
                <w:sz w:val="20"/>
                <w:szCs w:val="20"/>
              </w:rPr>
              <w:br/>
              <w:t>______________________</w:t>
            </w:r>
          </w:p>
        </w:tc>
      </w:tr>
    </w:tbl>
    <w:p w14:paraId="4C3DEEDE" w14:textId="77777777" w:rsidR="008B3C17" w:rsidRPr="008B3C17" w:rsidRDefault="008B3C17" w:rsidP="008B3C17">
      <w:pPr>
        <w:spacing w:after="0" w:line="240" w:lineRule="auto"/>
        <w:rPr>
          <w:sz w:val="20"/>
          <w:szCs w:val="20"/>
        </w:rPr>
      </w:pPr>
    </w:p>
    <w:p w14:paraId="7F01A6D7" w14:textId="77777777" w:rsidR="008B3C17" w:rsidRDefault="008B3C17" w:rsidP="008B3C17">
      <w:pPr>
        <w:tabs>
          <w:tab w:val="left" w:pos="2835"/>
        </w:tabs>
        <w:spacing w:after="0" w:line="240" w:lineRule="auto"/>
        <w:jc w:val="center"/>
        <w:rPr>
          <w:rFonts w:cs="Shruti"/>
          <w:b/>
          <w:sz w:val="20"/>
          <w:szCs w:val="20"/>
          <w:u w:val="single"/>
          <w:lang w:bidi="gu-IN"/>
        </w:rPr>
      </w:pPr>
    </w:p>
    <w:p w14:paraId="7D6A9165" w14:textId="77777777" w:rsidR="008B3C17" w:rsidRDefault="008B3C17" w:rsidP="008B3C17">
      <w:pPr>
        <w:tabs>
          <w:tab w:val="left" w:pos="2835"/>
        </w:tabs>
        <w:spacing w:after="0" w:line="240" w:lineRule="auto"/>
        <w:jc w:val="center"/>
        <w:rPr>
          <w:rFonts w:cs="Shruti"/>
          <w:b/>
          <w:sz w:val="20"/>
          <w:szCs w:val="20"/>
          <w:u w:val="single"/>
          <w:lang w:bidi="gu-IN"/>
        </w:rPr>
      </w:pPr>
    </w:p>
    <w:p w14:paraId="7C58C34D" w14:textId="77777777" w:rsidR="008B3C17" w:rsidRDefault="008B3C17" w:rsidP="008B3C17">
      <w:pPr>
        <w:tabs>
          <w:tab w:val="left" w:pos="2835"/>
        </w:tabs>
        <w:spacing w:after="0" w:line="240" w:lineRule="auto"/>
        <w:jc w:val="center"/>
        <w:rPr>
          <w:rFonts w:cs="Shruti"/>
          <w:b/>
          <w:sz w:val="20"/>
          <w:szCs w:val="20"/>
          <w:u w:val="single"/>
          <w:lang w:bidi="gu-IN"/>
        </w:rPr>
      </w:pPr>
    </w:p>
    <w:p w14:paraId="74496BA9" w14:textId="77777777" w:rsidR="008B3C17" w:rsidRDefault="008B3C17" w:rsidP="008B3C17">
      <w:pPr>
        <w:tabs>
          <w:tab w:val="left" w:pos="2835"/>
        </w:tabs>
        <w:spacing w:after="0" w:line="240" w:lineRule="auto"/>
        <w:jc w:val="center"/>
        <w:rPr>
          <w:rFonts w:cs="Shruti"/>
          <w:b/>
          <w:sz w:val="20"/>
          <w:szCs w:val="20"/>
          <w:u w:val="single"/>
          <w:lang w:bidi="gu-IN"/>
        </w:rPr>
      </w:pPr>
    </w:p>
    <w:p w14:paraId="3FB43AFD" w14:textId="77777777" w:rsidR="008B3C17" w:rsidRPr="008B3C17" w:rsidRDefault="008B3C17" w:rsidP="008B3C17">
      <w:pPr>
        <w:tabs>
          <w:tab w:val="left" w:pos="2835"/>
        </w:tabs>
        <w:spacing w:after="0" w:line="240" w:lineRule="auto"/>
        <w:jc w:val="center"/>
        <w:rPr>
          <w:rFonts w:cs="Shruti"/>
          <w:b/>
          <w:sz w:val="20"/>
          <w:szCs w:val="20"/>
          <w:u w:val="single"/>
          <w:lang w:bidi="gu-IN"/>
        </w:rPr>
      </w:pPr>
    </w:p>
    <w:p w14:paraId="28135E7A" w14:textId="77777777" w:rsidR="003D3E34" w:rsidRDefault="003D3E34" w:rsidP="00B36C4E">
      <w:pPr>
        <w:spacing w:after="0" w:line="240" w:lineRule="auto"/>
        <w:jc w:val="center"/>
        <w:rPr>
          <w:rFonts w:cs="Shruti"/>
          <w:sz w:val="28"/>
          <w:szCs w:val="28"/>
          <w:u w:val="single"/>
          <w:lang w:bidi="gu-IN"/>
        </w:rPr>
      </w:pPr>
    </w:p>
    <w:p w14:paraId="3237B4E1" w14:textId="59B6D20F" w:rsidR="00B36C4E" w:rsidRDefault="002546D1" w:rsidP="00521B9B">
      <w:pPr>
        <w:spacing w:after="0" w:line="240" w:lineRule="auto"/>
        <w:rPr>
          <w:rFonts w:cs="Shruti"/>
          <w:b/>
          <w:u w:val="single"/>
          <w:lang w:val="en-IN" w:bidi="gu-IN"/>
        </w:rPr>
      </w:pPr>
      <w:r>
        <w:rPr>
          <w:rFonts w:cs="Shruti" w:hint="cs"/>
          <w:sz w:val="28"/>
          <w:szCs w:val="28"/>
          <w:u w:val="single"/>
          <w:cs/>
          <w:lang w:bidi="gu-IN"/>
        </w:rPr>
        <w:t>ઢાંકણ્રીયાવાસ પ્રાથમિક શાળા તા- લાખણી જિલ્લો - વાવ-થરાદ ડાયસ કોડ: 24021300207</w:t>
      </w:r>
    </w:p>
    <w:p w14:paraId="5FA36FA0" w14:textId="77777777" w:rsidR="007B0546" w:rsidRDefault="007B0546" w:rsidP="007B0546">
      <w:pPr>
        <w:pStyle w:val="Heading1"/>
      </w:pPr>
      <w:r>
        <w:rPr>
          <w:rFonts w:cs="Shruti"/>
          <w:cs/>
          <w:lang w:bidi="gu-IN"/>
        </w:rPr>
        <w:t>શિક્ષકોમાં</w:t>
      </w:r>
      <w:r>
        <w:t xml:space="preserve"> </w:t>
      </w:r>
      <w:r>
        <w:rPr>
          <w:rFonts w:cs="Shruti"/>
          <w:cs/>
          <w:lang w:bidi="gu-IN"/>
        </w:rPr>
        <w:t>પારસ્પરિક</w:t>
      </w:r>
      <w:r>
        <w:t xml:space="preserve"> </w:t>
      </w:r>
      <w:r>
        <w:rPr>
          <w:rFonts w:cs="Shruti"/>
          <w:cs/>
          <w:lang w:bidi="gu-IN"/>
        </w:rPr>
        <w:t>અધ્યયન</w:t>
      </w:r>
      <w:r>
        <w:t xml:space="preserve"> (Peer Learning) </w:t>
      </w:r>
      <w:r>
        <w:rPr>
          <w:rFonts w:cs="Shruti"/>
          <w:cs/>
          <w:lang w:bidi="gu-IN"/>
        </w:rPr>
        <w:t>માટે</w:t>
      </w:r>
      <w:r>
        <w:t xml:space="preserve"> </w:t>
      </w:r>
      <w:r>
        <w:rPr>
          <w:rFonts w:cs="Shruti"/>
          <w:cs/>
          <w:lang w:bidi="gu-IN"/>
        </w:rPr>
        <w:t>શાળાની</w:t>
      </w:r>
      <w:r>
        <w:t xml:space="preserve"> </w:t>
      </w:r>
      <w:r>
        <w:rPr>
          <w:rFonts w:cs="Shruti"/>
          <w:cs/>
          <w:lang w:bidi="gu-IN"/>
        </w:rPr>
        <w:t>યોજના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પ્રવૃત્તિઓનો</w:t>
      </w:r>
      <w:r>
        <w:t xml:space="preserve"> </w:t>
      </w:r>
      <w:r>
        <w:rPr>
          <w:rFonts w:cs="Shruti"/>
          <w:cs/>
          <w:lang w:bidi="gu-IN"/>
        </w:rPr>
        <w:t>અહેવાલ</w:t>
      </w:r>
    </w:p>
    <w:p w14:paraId="1BFE4131" w14:textId="3E1147FD" w:rsidR="007B0546" w:rsidRPr="00282266" w:rsidRDefault="007B0546" w:rsidP="00282266">
      <w:pPr>
        <w:spacing w:after="0" w:line="240" w:lineRule="auto"/>
        <w:rPr>
          <w:rFonts w:cs="Shruti"/>
          <w:sz w:val="18"/>
          <w:szCs w:val="18"/>
          <w:lang w:bidi="gu-IN"/>
        </w:rPr>
      </w:pPr>
      <w:r w:rsidRPr="00282266">
        <w:rPr>
          <w:rFonts w:cs="Shruti"/>
          <w:sz w:val="18"/>
          <w:szCs w:val="18"/>
          <w:cs/>
          <w:lang w:bidi="gu-IN"/>
        </w:rPr>
        <w:t>રાષ્ટ્રીય</w:t>
      </w:r>
      <w:r w:rsidRPr="00282266">
        <w:rPr>
          <w:sz w:val="18"/>
          <w:szCs w:val="18"/>
        </w:rPr>
        <w:t xml:space="preserve"> </w:t>
      </w:r>
      <w:r w:rsidRPr="00282266">
        <w:rPr>
          <w:rFonts w:cs="Shruti"/>
          <w:sz w:val="18"/>
          <w:szCs w:val="18"/>
          <w:cs/>
          <w:lang w:bidi="gu-IN"/>
        </w:rPr>
        <w:t>શિક્ષણ</w:t>
      </w:r>
      <w:r w:rsidRPr="00282266">
        <w:rPr>
          <w:sz w:val="18"/>
          <w:szCs w:val="18"/>
        </w:rPr>
        <w:t xml:space="preserve"> </w:t>
      </w:r>
      <w:r w:rsidRPr="00282266">
        <w:rPr>
          <w:rFonts w:cs="Shruti"/>
          <w:sz w:val="18"/>
          <w:szCs w:val="18"/>
          <w:cs/>
          <w:lang w:bidi="gu-IN"/>
        </w:rPr>
        <w:t>નીતિ</w:t>
      </w:r>
      <w:r w:rsidRPr="00282266">
        <w:rPr>
          <w:sz w:val="18"/>
          <w:szCs w:val="18"/>
        </w:rPr>
        <w:t xml:space="preserve"> (NEP-2020) </w:t>
      </w:r>
      <w:r w:rsidRPr="00282266">
        <w:rPr>
          <w:rFonts w:cs="Shruti"/>
          <w:sz w:val="18"/>
          <w:szCs w:val="18"/>
          <w:cs/>
          <w:lang w:bidi="gu-IN"/>
        </w:rPr>
        <w:t>અને</w:t>
      </w:r>
      <w:r w:rsidRPr="00282266">
        <w:rPr>
          <w:sz w:val="18"/>
          <w:szCs w:val="18"/>
        </w:rPr>
        <w:t xml:space="preserve"> SQAAF </w:t>
      </w:r>
      <w:r w:rsidRPr="00282266">
        <w:rPr>
          <w:rFonts w:cs="Shruti"/>
          <w:sz w:val="18"/>
          <w:szCs w:val="18"/>
          <w:cs/>
          <w:lang w:bidi="gu-IN"/>
        </w:rPr>
        <w:t>ગુણોત્સવ</w:t>
      </w:r>
      <w:r w:rsidRPr="00282266">
        <w:rPr>
          <w:sz w:val="18"/>
          <w:szCs w:val="18"/>
        </w:rPr>
        <w:t xml:space="preserve"> </w:t>
      </w:r>
      <w:r w:rsidRPr="00282266">
        <w:rPr>
          <w:rFonts w:cs="Shruti"/>
          <w:sz w:val="18"/>
          <w:szCs w:val="18"/>
          <w:cs/>
          <w:lang w:bidi="gu-IN"/>
        </w:rPr>
        <w:t>૨</w:t>
      </w:r>
      <w:r w:rsidRPr="00282266">
        <w:rPr>
          <w:sz w:val="18"/>
          <w:szCs w:val="18"/>
        </w:rPr>
        <w:t>.</w:t>
      </w:r>
      <w:r w:rsidRPr="00282266">
        <w:rPr>
          <w:rFonts w:cs="Shruti"/>
          <w:sz w:val="18"/>
          <w:szCs w:val="18"/>
          <w:cs/>
          <w:lang w:bidi="gu-IN"/>
        </w:rPr>
        <w:t>૦</w:t>
      </w:r>
      <w:r w:rsidRPr="00282266">
        <w:rPr>
          <w:sz w:val="18"/>
          <w:szCs w:val="18"/>
        </w:rPr>
        <w:t xml:space="preserve"> </w:t>
      </w:r>
      <w:r w:rsidRPr="00282266">
        <w:rPr>
          <w:rFonts w:cs="Shruti"/>
          <w:sz w:val="18"/>
          <w:szCs w:val="18"/>
          <w:cs/>
          <w:lang w:bidi="gu-IN"/>
        </w:rPr>
        <w:t>ના</w:t>
      </w:r>
      <w:r w:rsidRPr="00282266">
        <w:rPr>
          <w:sz w:val="18"/>
          <w:szCs w:val="18"/>
        </w:rPr>
        <w:t xml:space="preserve"> </w:t>
      </w:r>
      <w:r w:rsidRPr="00282266">
        <w:rPr>
          <w:rFonts w:cs="Shruti"/>
          <w:sz w:val="18"/>
          <w:szCs w:val="18"/>
          <w:cs/>
          <w:lang w:bidi="gu-IN"/>
        </w:rPr>
        <w:t>માપદંડો</w:t>
      </w:r>
      <w:r w:rsidRPr="00282266">
        <w:rPr>
          <w:sz w:val="18"/>
          <w:szCs w:val="18"/>
        </w:rPr>
        <w:t xml:space="preserve"> </w:t>
      </w:r>
      <w:r w:rsidRPr="00282266">
        <w:rPr>
          <w:rFonts w:cs="Shruti"/>
          <w:sz w:val="18"/>
          <w:szCs w:val="18"/>
          <w:cs/>
          <w:lang w:bidi="gu-IN"/>
        </w:rPr>
        <w:t>અન્વયે</w:t>
      </w:r>
      <w:r w:rsidRPr="00282266">
        <w:rPr>
          <w:sz w:val="18"/>
          <w:szCs w:val="18"/>
        </w:rPr>
        <w:t xml:space="preserve"> </w:t>
      </w:r>
      <w:r w:rsidRPr="00282266">
        <w:rPr>
          <w:rFonts w:cs="Shruti"/>
          <w:sz w:val="18"/>
          <w:szCs w:val="18"/>
          <w:cs/>
          <w:lang w:bidi="gu-IN"/>
        </w:rPr>
        <w:t>શિક્ષકોના</w:t>
      </w:r>
      <w:r w:rsidRPr="00282266">
        <w:rPr>
          <w:sz w:val="18"/>
          <w:szCs w:val="18"/>
        </w:rPr>
        <w:t xml:space="preserve"> </w:t>
      </w:r>
      <w:r w:rsidRPr="00282266">
        <w:rPr>
          <w:rFonts w:cs="Shruti"/>
          <w:sz w:val="18"/>
          <w:szCs w:val="18"/>
          <w:cs/>
          <w:lang w:bidi="gu-IN"/>
        </w:rPr>
        <w:t>સતત</w:t>
      </w:r>
      <w:r w:rsidRPr="00282266">
        <w:rPr>
          <w:sz w:val="18"/>
          <w:szCs w:val="18"/>
        </w:rPr>
        <w:t xml:space="preserve"> </w:t>
      </w:r>
      <w:r w:rsidRPr="00282266">
        <w:rPr>
          <w:rFonts w:cs="Shruti"/>
          <w:sz w:val="18"/>
          <w:szCs w:val="18"/>
          <w:cs/>
          <w:lang w:bidi="gu-IN"/>
        </w:rPr>
        <w:t>વ્યાવસાયિક</w:t>
      </w:r>
      <w:r w:rsidRPr="00282266">
        <w:rPr>
          <w:sz w:val="18"/>
          <w:szCs w:val="18"/>
        </w:rPr>
        <w:t xml:space="preserve"> </w:t>
      </w:r>
      <w:r w:rsidRPr="00282266">
        <w:rPr>
          <w:rFonts w:cs="Shruti"/>
          <w:sz w:val="18"/>
          <w:szCs w:val="18"/>
          <w:cs/>
          <w:lang w:bidi="gu-IN"/>
        </w:rPr>
        <w:t>વિકાસ</w:t>
      </w:r>
      <w:r w:rsidRPr="00282266">
        <w:rPr>
          <w:sz w:val="18"/>
          <w:szCs w:val="18"/>
        </w:rPr>
        <w:t xml:space="preserve"> (CPD) </w:t>
      </w:r>
      <w:r w:rsidRPr="00282266">
        <w:rPr>
          <w:rFonts w:cs="Shruti"/>
          <w:sz w:val="18"/>
          <w:szCs w:val="18"/>
          <w:cs/>
          <w:lang w:bidi="gu-IN"/>
        </w:rPr>
        <w:t>માટે</w:t>
      </w:r>
      <w:r w:rsidRPr="00282266">
        <w:rPr>
          <w:sz w:val="18"/>
          <w:szCs w:val="18"/>
        </w:rPr>
        <w:t xml:space="preserve"> "</w:t>
      </w:r>
      <w:r w:rsidRPr="00282266">
        <w:rPr>
          <w:rFonts w:cs="Shruti"/>
          <w:sz w:val="18"/>
          <w:szCs w:val="18"/>
          <w:cs/>
          <w:lang w:bidi="gu-IN"/>
        </w:rPr>
        <w:t>પારસ્પરિક</w:t>
      </w:r>
      <w:r w:rsidRPr="00282266">
        <w:rPr>
          <w:sz w:val="18"/>
          <w:szCs w:val="18"/>
        </w:rPr>
        <w:t xml:space="preserve"> </w:t>
      </w:r>
      <w:r w:rsidRPr="00282266">
        <w:rPr>
          <w:rFonts w:cs="Shruti"/>
          <w:sz w:val="18"/>
          <w:szCs w:val="18"/>
          <w:cs/>
          <w:lang w:bidi="gu-IN"/>
        </w:rPr>
        <w:t>અધ્યયન</w:t>
      </w:r>
      <w:r w:rsidRPr="00282266">
        <w:rPr>
          <w:sz w:val="18"/>
          <w:szCs w:val="18"/>
        </w:rPr>
        <w:t xml:space="preserve">" (Peer Learning) </w:t>
      </w:r>
      <w:r w:rsidRPr="00282266">
        <w:rPr>
          <w:rFonts w:cs="Shruti"/>
          <w:sz w:val="18"/>
          <w:szCs w:val="18"/>
          <w:cs/>
          <w:lang w:bidi="gu-IN"/>
        </w:rPr>
        <w:t>ખૂબ</w:t>
      </w:r>
      <w:r w:rsidRPr="00282266">
        <w:rPr>
          <w:sz w:val="18"/>
          <w:szCs w:val="18"/>
        </w:rPr>
        <w:t xml:space="preserve"> </w:t>
      </w:r>
      <w:r w:rsidRPr="00282266">
        <w:rPr>
          <w:rFonts w:cs="Shruti"/>
          <w:sz w:val="18"/>
          <w:szCs w:val="18"/>
          <w:cs/>
          <w:lang w:bidi="gu-IN"/>
        </w:rPr>
        <w:t>જ</w:t>
      </w:r>
      <w:r w:rsidRPr="00282266">
        <w:rPr>
          <w:sz w:val="18"/>
          <w:szCs w:val="18"/>
        </w:rPr>
        <w:t xml:space="preserve"> </w:t>
      </w:r>
      <w:r w:rsidRPr="00282266">
        <w:rPr>
          <w:rFonts w:cs="Shruti"/>
          <w:sz w:val="18"/>
          <w:szCs w:val="18"/>
          <w:cs/>
          <w:lang w:bidi="gu-IN"/>
        </w:rPr>
        <w:t>મહત્વપૂર્ણ</w:t>
      </w:r>
      <w:r w:rsidRPr="00282266">
        <w:rPr>
          <w:sz w:val="18"/>
          <w:szCs w:val="18"/>
        </w:rPr>
        <w:t xml:space="preserve"> </w:t>
      </w:r>
      <w:r w:rsidRPr="00282266">
        <w:rPr>
          <w:rFonts w:cs="Shruti"/>
          <w:sz w:val="18"/>
          <w:szCs w:val="18"/>
          <w:cs/>
          <w:lang w:bidi="gu-IN"/>
        </w:rPr>
        <w:t>છે</w:t>
      </w:r>
      <w:r w:rsidRPr="00282266">
        <w:rPr>
          <w:sz w:val="18"/>
          <w:szCs w:val="18"/>
        </w:rPr>
        <w:t>.</w:t>
      </w:r>
      <w:r w:rsidR="00A86E6C" w:rsidRPr="00A86E6C">
        <w:rPr>
          <w:rFonts w:cs="Shruti" w:hint="cs"/>
          <w:sz w:val="20"/>
          <w:szCs w:val="20"/>
          <w:cs/>
          <w:lang w:bidi="gu-IN"/>
        </w:rPr>
        <w:t xml:space="preserve"> </w:t>
      </w:r>
      <w:r w:rsidR="008E13CA">
        <w:rPr>
          <w:rFonts w:cs="Shruti" w:hint="cs"/>
          <w:sz w:val="20"/>
          <w:szCs w:val="20"/>
          <w:cs/>
          <w:lang w:bidi="gu-IN"/>
        </w:rPr>
        <w:t xml:space="preserve">ઢાંકણ્રીયાવાસ પ્રાથમિક શાળા </w:t>
      </w:r>
      <w:r w:rsidRPr="00282266">
        <w:rPr>
          <w:rFonts w:cs="Shruti"/>
          <w:sz w:val="18"/>
          <w:szCs w:val="18"/>
          <w:cs/>
          <w:lang w:bidi="gu-IN"/>
        </w:rPr>
        <w:t>ના</w:t>
      </w:r>
      <w:r w:rsidRPr="00282266">
        <w:rPr>
          <w:sz w:val="18"/>
          <w:szCs w:val="18"/>
        </w:rPr>
        <w:t xml:space="preserve"> </w:t>
      </w:r>
      <w:r w:rsidRPr="00282266">
        <w:rPr>
          <w:rFonts w:cs="Shruti"/>
          <w:sz w:val="18"/>
          <w:szCs w:val="18"/>
          <w:cs/>
          <w:lang w:bidi="gu-IN"/>
        </w:rPr>
        <w:t>શિક્ષકો</w:t>
      </w:r>
      <w:r w:rsidRPr="00282266">
        <w:rPr>
          <w:sz w:val="18"/>
          <w:szCs w:val="18"/>
        </w:rPr>
        <w:t xml:space="preserve"> </w:t>
      </w:r>
      <w:r w:rsidRPr="00282266">
        <w:rPr>
          <w:rFonts w:cs="Shruti"/>
          <w:sz w:val="18"/>
          <w:szCs w:val="18"/>
          <w:cs/>
          <w:lang w:bidi="gu-IN"/>
        </w:rPr>
        <w:t>એકબીજાના</w:t>
      </w:r>
      <w:r w:rsidRPr="00282266">
        <w:rPr>
          <w:sz w:val="18"/>
          <w:szCs w:val="18"/>
        </w:rPr>
        <w:t xml:space="preserve"> </w:t>
      </w:r>
      <w:r w:rsidRPr="00282266">
        <w:rPr>
          <w:rFonts w:cs="Shruti"/>
          <w:sz w:val="18"/>
          <w:szCs w:val="18"/>
          <w:cs/>
          <w:lang w:bidi="gu-IN"/>
        </w:rPr>
        <w:t>જ્ઞાન</w:t>
      </w:r>
      <w:r w:rsidRPr="00282266">
        <w:rPr>
          <w:sz w:val="18"/>
          <w:szCs w:val="18"/>
        </w:rPr>
        <w:t xml:space="preserve">, </w:t>
      </w:r>
      <w:r w:rsidRPr="00282266">
        <w:rPr>
          <w:rFonts w:cs="Shruti"/>
          <w:sz w:val="18"/>
          <w:szCs w:val="18"/>
          <w:cs/>
          <w:lang w:bidi="gu-IN"/>
        </w:rPr>
        <w:t>અનુભવ</w:t>
      </w:r>
      <w:r w:rsidRPr="00282266">
        <w:rPr>
          <w:sz w:val="18"/>
          <w:szCs w:val="18"/>
        </w:rPr>
        <w:t xml:space="preserve"> </w:t>
      </w:r>
      <w:r w:rsidRPr="00282266">
        <w:rPr>
          <w:rFonts w:cs="Shruti"/>
          <w:sz w:val="18"/>
          <w:szCs w:val="18"/>
          <w:cs/>
          <w:lang w:bidi="gu-IN"/>
        </w:rPr>
        <w:t>અને</w:t>
      </w:r>
      <w:r w:rsidRPr="00282266">
        <w:rPr>
          <w:sz w:val="18"/>
          <w:szCs w:val="18"/>
        </w:rPr>
        <w:t xml:space="preserve"> </w:t>
      </w:r>
      <w:r w:rsidRPr="00282266">
        <w:rPr>
          <w:rFonts w:cs="Shruti"/>
          <w:sz w:val="18"/>
          <w:szCs w:val="18"/>
          <w:cs/>
          <w:lang w:bidi="gu-IN"/>
        </w:rPr>
        <w:t>નવીન</w:t>
      </w:r>
      <w:r w:rsidRPr="00282266">
        <w:rPr>
          <w:sz w:val="18"/>
          <w:szCs w:val="18"/>
        </w:rPr>
        <w:t xml:space="preserve"> </w:t>
      </w:r>
      <w:r w:rsidRPr="00282266">
        <w:rPr>
          <w:rFonts w:cs="Shruti"/>
          <w:sz w:val="18"/>
          <w:szCs w:val="18"/>
          <w:cs/>
          <w:lang w:bidi="gu-IN"/>
        </w:rPr>
        <w:t>અધ્યાપન</w:t>
      </w:r>
      <w:r w:rsidRPr="00282266">
        <w:rPr>
          <w:sz w:val="18"/>
          <w:szCs w:val="18"/>
        </w:rPr>
        <w:t xml:space="preserve"> </w:t>
      </w:r>
      <w:r w:rsidRPr="00282266">
        <w:rPr>
          <w:rFonts w:cs="Shruti"/>
          <w:sz w:val="18"/>
          <w:szCs w:val="18"/>
          <w:cs/>
          <w:lang w:bidi="gu-IN"/>
        </w:rPr>
        <w:t>પદ્ધતિઓનો</w:t>
      </w:r>
      <w:r w:rsidRPr="00282266">
        <w:rPr>
          <w:sz w:val="18"/>
          <w:szCs w:val="18"/>
        </w:rPr>
        <w:t xml:space="preserve"> </w:t>
      </w:r>
      <w:r w:rsidRPr="00282266">
        <w:rPr>
          <w:rFonts w:cs="Shruti"/>
          <w:sz w:val="18"/>
          <w:szCs w:val="18"/>
          <w:cs/>
          <w:lang w:bidi="gu-IN"/>
        </w:rPr>
        <w:t>લાભ</w:t>
      </w:r>
      <w:r w:rsidRPr="00282266">
        <w:rPr>
          <w:sz w:val="18"/>
          <w:szCs w:val="18"/>
        </w:rPr>
        <w:t xml:space="preserve"> </w:t>
      </w:r>
      <w:r w:rsidRPr="00282266">
        <w:rPr>
          <w:rFonts w:cs="Shruti"/>
          <w:sz w:val="18"/>
          <w:szCs w:val="18"/>
          <w:cs/>
          <w:lang w:bidi="gu-IN"/>
        </w:rPr>
        <w:t>લઈ</w:t>
      </w:r>
      <w:r w:rsidRPr="00282266">
        <w:rPr>
          <w:sz w:val="18"/>
          <w:szCs w:val="18"/>
        </w:rPr>
        <w:t xml:space="preserve"> </w:t>
      </w:r>
      <w:r w:rsidRPr="00282266">
        <w:rPr>
          <w:rFonts w:cs="Shruti"/>
          <w:sz w:val="18"/>
          <w:szCs w:val="18"/>
          <w:cs/>
          <w:lang w:bidi="gu-IN"/>
        </w:rPr>
        <w:t>શકે</w:t>
      </w:r>
      <w:r w:rsidRPr="00282266">
        <w:rPr>
          <w:sz w:val="18"/>
          <w:szCs w:val="18"/>
        </w:rPr>
        <w:t xml:space="preserve"> </w:t>
      </w:r>
      <w:r w:rsidRPr="00282266">
        <w:rPr>
          <w:rFonts w:cs="Shruti"/>
          <w:sz w:val="18"/>
          <w:szCs w:val="18"/>
          <w:cs/>
          <w:lang w:bidi="gu-IN"/>
        </w:rPr>
        <w:t>તે</w:t>
      </w:r>
      <w:r w:rsidRPr="00282266">
        <w:rPr>
          <w:sz w:val="18"/>
          <w:szCs w:val="18"/>
        </w:rPr>
        <w:t xml:space="preserve"> </w:t>
      </w:r>
      <w:r w:rsidRPr="00282266">
        <w:rPr>
          <w:rFonts w:cs="Shruti"/>
          <w:sz w:val="18"/>
          <w:szCs w:val="18"/>
          <w:cs/>
          <w:lang w:bidi="gu-IN"/>
        </w:rPr>
        <w:t>હેતુથી</w:t>
      </w:r>
      <w:r w:rsidRPr="00282266">
        <w:rPr>
          <w:sz w:val="18"/>
          <w:szCs w:val="18"/>
        </w:rPr>
        <w:t xml:space="preserve"> </w:t>
      </w:r>
      <w:r w:rsidRPr="00282266">
        <w:rPr>
          <w:rFonts w:cs="Shruti"/>
          <w:sz w:val="18"/>
          <w:szCs w:val="18"/>
          <w:cs/>
          <w:lang w:bidi="gu-IN"/>
        </w:rPr>
        <w:t>શાળા</w:t>
      </w:r>
      <w:r w:rsidRPr="00282266">
        <w:rPr>
          <w:sz w:val="18"/>
          <w:szCs w:val="18"/>
        </w:rPr>
        <w:t xml:space="preserve"> </w:t>
      </w:r>
      <w:r w:rsidRPr="00282266">
        <w:rPr>
          <w:rFonts w:cs="Shruti"/>
          <w:sz w:val="18"/>
          <w:szCs w:val="18"/>
          <w:cs/>
          <w:lang w:bidi="gu-IN"/>
        </w:rPr>
        <w:t>કક્ષાએ</w:t>
      </w:r>
      <w:r w:rsidRPr="00282266">
        <w:rPr>
          <w:sz w:val="18"/>
          <w:szCs w:val="18"/>
        </w:rPr>
        <w:t xml:space="preserve"> </w:t>
      </w:r>
      <w:r w:rsidRPr="00282266">
        <w:rPr>
          <w:rFonts w:cs="Shruti"/>
          <w:sz w:val="18"/>
          <w:szCs w:val="18"/>
          <w:cs/>
          <w:lang w:bidi="gu-IN"/>
        </w:rPr>
        <w:t>ચોક્કસ</w:t>
      </w:r>
      <w:r w:rsidRPr="00282266">
        <w:rPr>
          <w:sz w:val="18"/>
          <w:szCs w:val="18"/>
        </w:rPr>
        <w:t xml:space="preserve"> </w:t>
      </w:r>
      <w:r w:rsidRPr="00282266">
        <w:rPr>
          <w:rFonts w:cs="Shruti"/>
          <w:sz w:val="18"/>
          <w:szCs w:val="18"/>
          <w:cs/>
          <w:lang w:bidi="gu-IN"/>
        </w:rPr>
        <w:t>યોજના</w:t>
      </w:r>
      <w:r w:rsidRPr="00282266">
        <w:rPr>
          <w:sz w:val="18"/>
          <w:szCs w:val="18"/>
        </w:rPr>
        <w:t xml:space="preserve"> </w:t>
      </w:r>
      <w:r w:rsidRPr="00282266">
        <w:rPr>
          <w:rFonts w:cs="Shruti"/>
          <w:sz w:val="18"/>
          <w:szCs w:val="18"/>
          <w:cs/>
          <w:lang w:bidi="gu-IN"/>
        </w:rPr>
        <w:t>બનાવી</w:t>
      </w:r>
      <w:r w:rsidRPr="00282266">
        <w:rPr>
          <w:sz w:val="18"/>
          <w:szCs w:val="18"/>
        </w:rPr>
        <w:t xml:space="preserve"> </w:t>
      </w:r>
      <w:r w:rsidRPr="00282266">
        <w:rPr>
          <w:rFonts w:cs="Shruti"/>
          <w:sz w:val="18"/>
          <w:szCs w:val="18"/>
          <w:cs/>
          <w:lang w:bidi="gu-IN"/>
        </w:rPr>
        <w:t>તેનું</w:t>
      </w:r>
      <w:r w:rsidRPr="00282266">
        <w:rPr>
          <w:sz w:val="18"/>
          <w:szCs w:val="18"/>
        </w:rPr>
        <w:t xml:space="preserve"> </w:t>
      </w:r>
      <w:r w:rsidRPr="00282266">
        <w:rPr>
          <w:rFonts w:cs="Shruti"/>
          <w:sz w:val="18"/>
          <w:szCs w:val="18"/>
          <w:cs/>
          <w:lang w:bidi="gu-IN"/>
        </w:rPr>
        <w:t>અમલીકરણ</w:t>
      </w:r>
      <w:r w:rsidRPr="00282266">
        <w:rPr>
          <w:sz w:val="18"/>
          <w:szCs w:val="18"/>
        </w:rPr>
        <w:t xml:space="preserve"> </w:t>
      </w:r>
      <w:r w:rsidRPr="00282266">
        <w:rPr>
          <w:rFonts w:cs="Shruti"/>
          <w:sz w:val="18"/>
          <w:szCs w:val="18"/>
          <w:cs/>
          <w:lang w:bidi="gu-IN"/>
        </w:rPr>
        <w:t>કરવામાં</w:t>
      </w:r>
      <w:r w:rsidRPr="00282266">
        <w:rPr>
          <w:sz w:val="18"/>
          <w:szCs w:val="18"/>
        </w:rPr>
        <w:t xml:space="preserve"> </w:t>
      </w:r>
      <w:r w:rsidRPr="00282266">
        <w:rPr>
          <w:rFonts w:cs="Shruti"/>
          <w:sz w:val="18"/>
          <w:szCs w:val="18"/>
          <w:cs/>
          <w:lang w:bidi="gu-IN"/>
        </w:rPr>
        <w:t>આવેલ</w:t>
      </w:r>
      <w:r w:rsidRPr="00282266">
        <w:rPr>
          <w:sz w:val="18"/>
          <w:szCs w:val="18"/>
        </w:rPr>
        <w:t xml:space="preserve"> </w:t>
      </w:r>
      <w:r w:rsidRPr="00282266">
        <w:rPr>
          <w:rFonts w:cs="Shruti"/>
          <w:sz w:val="18"/>
          <w:szCs w:val="18"/>
          <w:cs/>
          <w:lang w:bidi="gu-IN"/>
        </w:rPr>
        <w:t>છે</w:t>
      </w:r>
      <w:r w:rsidRPr="00282266">
        <w:rPr>
          <w:sz w:val="18"/>
          <w:szCs w:val="18"/>
        </w:rPr>
        <w:t xml:space="preserve">. </w:t>
      </w:r>
      <w:r w:rsidRPr="00282266">
        <w:rPr>
          <w:rFonts w:cs="Shruti"/>
          <w:sz w:val="18"/>
          <w:szCs w:val="18"/>
          <w:cs/>
          <w:lang w:bidi="gu-IN"/>
        </w:rPr>
        <w:t>જેની</w:t>
      </w:r>
      <w:r w:rsidRPr="00282266">
        <w:rPr>
          <w:sz w:val="18"/>
          <w:szCs w:val="18"/>
        </w:rPr>
        <w:t xml:space="preserve"> </w:t>
      </w:r>
      <w:r w:rsidRPr="00282266">
        <w:rPr>
          <w:rFonts w:cs="Shruti"/>
          <w:sz w:val="18"/>
          <w:szCs w:val="18"/>
          <w:cs/>
          <w:lang w:bidi="gu-IN"/>
        </w:rPr>
        <w:t>વિગત</w:t>
      </w:r>
      <w:r w:rsidRPr="00282266">
        <w:rPr>
          <w:sz w:val="18"/>
          <w:szCs w:val="18"/>
        </w:rPr>
        <w:t xml:space="preserve"> </w:t>
      </w:r>
      <w:r w:rsidRPr="00282266">
        <w:rPr>
          <w:rFonts w:cs="Shruti"/>
          <w:sz w:val="18"/>
          <w:szCs w:val="18"/>
          <w:cs/>
          <w:lang w:bidi="gu-IN"/>
        </w:rPr>
        <w:t>નીચે</w:t>
      </w:r>
      <w:r w:rsidRPr="00282266">
        <w:rPr>
          <w:sz w:val="18"/>
          <w:szCs w:val="18"/>
        </w:rPr>
        <w:t xml:space="preserve"> </w:t>
      </w:r>
      <w:r w:rsidRPr="00282266">
        <w:rPr>
          <w:rFonts w:cs="Shruti"/>
          <w:sz w:val="18"/>
          <w:szCs w:val="18"/>
          <w:cs/>
          <w:lang w:bidi="gu-IN"/>
        </w:rPr>
        <w:t>મુજબ</w:t>
      </w:r>
      <w:r w:rsidRPr="00282266">
        <w:rPr>
          <w:sz w:val="18"/>
          <w:szCs w:val="18"/>
        </w:rPr>
        <w:t xml:space="preserve"> </w:t>
      </w:r>
      <w:r w:rsidRPr="00282266">
        <w:rPr>
          <w:rFonts w:cs="Shruti"/>
          <w:sz w:val="18"/>
          <w:szCs w:val="18"/>
          <w:cs/>
          <w:lang w:bidi="gu-IN"/>
        </w:rPr>
        <w:t>છે</w:t>
      </w:r>
      <w:r w:rsidR="00282266" w:rsidRPr="00282266">
        <w:rPr>
          <w:sz w:val="18"/>
          <w:szCs w:val="18"/>
        </w:rPr>
        <w:t>:</w:t>
      </w:r>
    </w:p>
    <w:p w14:paraId="0417C487" w14:textId="77777777" w:rsidR="007B0546" w:rsidRPr="00282266" w:rsidRDefault="007B0546" w:rsidP="00282266">
      <w:pPr>
        <w:pStyle w:val="Heading2"/>
        <w:spacing w:line="240" w:lineRule="auto"/>
        <w:rPr>
          <w:sz w:val="20"/>
          <w:szCs w:val="20"/>
        </w:rPr>
      </w:pPr>
      <w:r w:rsidRPr="00282266">
        <w:rPr>
          <w:rFonts w:cs="Shruti"/>
          <w:sz w:val="20"/>
          <w:szCs w:val="20"/>
          <w:cs/>
          <w:lang w:bidi="gu-IN"/>
        </w:rPr>
        <w:t>૧</w:t>
      </w:r>
      <w:r w:rsidRPr="00282266">
        <w:rPr>
          <w:sz w:val="20"/>
          <w:szCs w:val="20"/>
        </w:rPr>
        <w:t xml:space="preserve">. </w:t>
      </w:r>
      <w:r w:rsidRPr="00282266">
        <w:rPr>
          <w:rFonts w:cs="Shruti"/>
          <w:sz w:val="20"/>
          <w:szCs w:val="20"/>
          <w:cs/>
          <w:lang w:bidi="gu-IN"/>
        </w:rPr>
        <w:t>શિક્ષકોમાં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પારસ્પરિક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અધ્યયન</w:t>
      </w:r>
      <w:r w:rsidRPr="00282266">
        <w:rPr>
          <w:sz w:val="20"/>
          <w:szCs w:val="20"/>
        </w:rPr>
        <w:t xml:space="preserve"> (Peer Learning) </w:t>
      </w:r>
      <w:r w:rsidRPr="00282266">
        <w:rPr>
          <w:rFonts w:cs="Shruti"/>
          <w:sz w:val="20"/>
          <w:szCs w:val="20"/>
          <w:cs/>
          <w:lang w:bidi="gu-IN"/>
        </w:rPr>
        <w:t>ની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યોજના</w:t>
      </w:r>
      <w:r w:rsidRPr="00282266">
        <w:rPr>
          <w:sz w:val="20"/>
          <w:szCs w:val="20"/>
        </w:rPr>
        <w:t>:</w:t>
      </w:r>
    </w:p>
    <w:p w14:paraId="1EDB2CB6" w14:textId="77777777" w:rsidR="007B0546" w:rsidRPr="00282266" w:rsidRDefault="007B0546" w:rsidP="00282266">
      <w:pPr>
        <w:pStyle w:val="ListBullet"/>
        <w:spacing w:after="0" w:line="240" w:lineRule="auto"/>
        <w:rPr>
          <w:sz w:val="20"/>
          <w:szCs w:val="20"/>
        </w:rPr>
      </w:pPr>
      <w:r w:rsidRPr="00282266">
        <w:rPr>
          <w:rFonts w:cs="Shruti"/>
          <w:sz w:val="20"/>
          <w:szCs w:val="20"/>
          <w:cs/>
          <w:lang w:bidi="gu-IN"/>
        </w:rPr>
        <w:t>માસિક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ડેમો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ક્લાસ</w:t>
      </w:r>
      <w:r w:rsidRPr="00282266">
        <w:rPr>
          <w:sz w:val="20"/>
          <w:szCs w:val="20"/>
        </w:rPr>
        <w:t xml:space="preserve"> (Demo Class): </w:t>
      </w:r>
      <w:r w:rsidRPr="00282266">
        <w:rPr>
          <w:rFonts w:cs="Shruti"/>
          <w:sz w:val="20"/>
          <w:szCs w:val="20"/>
          <w:cs/>
          <w:lang w:bidi="gu-IN"/>
        </w:rPr>
        <w:t>દર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મહિને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એક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શિક્ષક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દ્વારા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કોઈ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વિશિષ્ટ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કે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કઠિન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મુદ્દા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પર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અન્ય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શિક્ષકોની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હાજરીમાં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ડેમો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ક્લાસ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આપવામાં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આવે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છે</w:t>
      </w:r>
      <w:r w:rsidRPr="00282266">
        <w:rPr>
          <w:sz w:val="20"/>
          <w:szCs w:val="20"/>
        </w:rPr>
        <w:t>.</w:t>
      </w:r>
    </w:p>
    <w:p w14:paraId="594F0866" w14:textId="77777777" w:rsidR="007B0546" w:rsidRPr="00282266" w:rsidRDefault="007B0546" w:rsidP="00282266">
      <w:pPr>
        <w:pStyle w:val="ListBullet"/>
        <w:spacing w:after="0" w:line="240" w:lineRule="auto"/>
        <w:rPr>
          <w:sz w:val="20"/>
          <w:szCs w:val="20"/>
        </w:rPr>
      </w:pPr>
      <w:r w:rsidRPr="00282266">
        <w:rPr>
          <w:sz w:val="20"/>
          <w:szCs w:val="20"/>
        </w:rPr>
        <w:t xml:space="preserve">TLM </w:t>
      </w:r>
      <w:r w:rsidRPr="00282266">
        <w:rPr>
          <w:rFonts w:cs="Shruti"/>
          <w:sz w:val="20"/>
          <w:szCs w:val="20"/>
          <w:cs/>
          <w:lang w:bidi="gu-IN"/>
        </w:rPr>
        <w:t>પ્રદર્શન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અને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વહેંચણી</w:t>
      </w:r>
      <w:r w:rsidRPr="00282266">
        <w:rPr>
          <w:sz w:val="20"/>
          <w:szCs w:val="20"/>
        </w:rPr>
        <w:t xml:space="preserve">: </w:t>
      </w:r>
      <w:r w:rsidRPr="00282266">
        <w:rPr>
          <w:rFonts w:cs="Shruti"/>
          <w:sz w:val="20"/>
          <w:szCs w:val="20"/>
          <w:cs/>
          <w:lang w:bidi="gu-IN"/>
        </w:rPr>
        <w:t>શિક્ષકો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દ્વારા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સ્વનિર્મિત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ટીચિંગ</w:t>
      </w:r>
      <w:r w:rsidRPr="00282266">
        <w:rPr>
          <w:sz w:val="20"/>
          <w:szCs w:val="20"/>
        </w:rPr>
        <w:t>-</w:t>
      </w:r>
      <w:r w:rsidRPr="00282266">
        <w:rPr>
          <w:rFonts w:cs="Shruti"/>
          <w:sz w:val="20"/>
          <w:szCs w:val="20"/>
          <w:cs/>
          <w:lang w:bidi="gu-IN"/>
        </w:rPr>
        <w:t>લર્નિંગ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મટિરિયલ</w:t>
      </w:r>
      <w:r w:rsidRPr="00282266">
        <w:rPr>
          <w:sz w:val="20"/>
          <w:szCs w:val="20"/>
        </w:rPr>
        <w:t xml:space="preserve"> (TLM) </w:t>
      </w:r>
      <w:r w:rsidRPr="00282266">
        <w:rPr>
          <w:rFonts w:cs="Shruti"/>
          <w:sz w:val="20"/>
          <w:szCs w:val="20"/>
          <w:cs/>
          <w:lang w:bidi="gu-IN"/>
        </w:rPr>
        <w:t>નું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પ્રદર્શન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સ્ટાફ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મીટિંગમાં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કરાય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છે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અને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તેની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ઉપયોગિતા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સમજાવવામાં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આવે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છે</w:t>
      </w:r>
      <w:r w:rsidRPr="00282266">
        <w:rPr>
          <w:sz w:val="20"/>
          <w:szCs w:val="20"/>
        </w:rPr>
        <w:t>.</w:t>
      </w:r>
    </w:p>
    <w:p w14:paraId="4802196E" w14:textId="77777777" w:rsidR="007B0546" w:rsidRPr="00282266" w:rsidRDefault="007B0546" w:rsidP="00282266">
      <w:pPr>
        <w:pStyle w:val="ListBullet"/>
        <w:spacing w:after="0" w:line="240" w:lineRule="auto"/>
        <w:rPr>
          <w:sz w:val="20"/>
          <w:szCs w:val="20"/>
        </w:rPr>
      </w:pPr>
      <w:r w:rsidRPr="00282266">
        <w:rPr>
          <w:rFonts w:cs="Shruti"/>
          <w:sz w:val="20"/>
          <w:szCs w:val="20"/>
          <w:cs/>
          <w:lang w:bidi="gu-IN"/>
        </w:rPr>
        <w:t>શૈક્ષણિક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ચર્ચા</w:t>
      </w:r>
      <w:r w:rsidRPr="00282266">
        <w:rPr>
          <w:sz w:val="20"/>
          <w:szCs w:val="20"/>
        </w:rPr>
        <w:t>-</w:t>
      </w:r>
      <w:r w:rsidRPr="00282266">
        <w:rPr>
          <w:rFonts w:cs="Shruti"/>
          <w:sz w:val="20"/>
          <w:szCs w:val="20"/>
          <w:cs/>
          <w:lang w:bidi="gu-IN"/>
        </w:rPr>
        <w:t>વિચારણા</w:t>
      </w:r>
      <w:r w:rsidRPr="00282266">
        <w:rPr>
          <w:sz w:val="20"/>
          <w:szCs w:val="20"/>
        </w:rPr>
        <w:t xml:space="preserve"> (Staff Discussion): </w:t>
      </w:r>
      <w:r w:rsidRPr="00282266">
        <w:rPr>
          <w:rFonts w:cs="Shruti"/>
          <w:sz w:val="20"/>
          <w:szCs w:val="20"/>
          <w:cs/>
          <w:lang w:bidi="gu-IN"/>
        </w:rPr>
        <w:t>સાપ્તાહિક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મીટિંગમાં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નિષ્ઠા</w:t>
      </w:r>
      <w:r w:rsidRPr="00282266">
        <w:rPr>
          <w:sz w:val="20"/>
          <w:szCs w:val="20"/>
        </w:rPr>
        <w:t xml:space="preserve"> (NISHTHA) </w:t>
      </w:r>
      <w:r w:rsidRPr="00282266">
        <w:rPr>
          <w:rFonts w:cs="Shruti"/>
          <w:sz w:val="20"/>
          <w:szCs w:val="20"/>
          <w:cs/>
          <w:lang w:bidi="gu-IN"/>
        </w:rPr>
        <w:t>તાલીમ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અને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દીક્ષા</w:t>
      </w:r>
      <w:r w:rsidRPr="00282266">
        <w:rPr>
          <w:sz w:val="20"/>
          <w:szCs w:val="20"/>
        </w:rPr>
        <w:t xml:space="preserve"> (DIKSHA) </w:t>
      </w:r>
      <w:r w:rsidRPr="00282266">
        <w:rPr>
          <w:rFonts w:cs="Shruti"/>
          <w:sz w:val="20"/>
          <w:szCs w:val="20"/>
          <w:cs/>
          <w:lang w:bidi="gu-IN"/>
        </w:rPr>
        <w:t>પોર્ટલના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નવા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કન્ટેન્ટ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અંગે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શિક્ષકો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પરસ્પર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ચર્ચા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કરે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છે</w:t>
      </w:r>
      <w:r w:rsidRPr="00282266">
        <w:rPr>
          <w:sz w:val="20"/>
          <w:szCs w:val="20"/>
        </w:rPr>
        <w:t>.</w:t>
      </w:r>
    </w:p>
    <w:p w14:paraId="13966BC7" w14:textId="77777777" w:rsidR="007B0546" w:rsidRPr="00282266" w:rsidRDefault="007B0546" w:rsidP="00282266">
      <w:pPr>
        <w:pStyle w:val="ListBullet"/>
        <w:spacing w:after="0" w:line="240" w:lineRule="auto"/>
        <w:rPr>
          <w:sz w:val="20"/>
          <w:szCs w:val="20"/>
        </w:rPr>
      </w:pPr>
      <w:r w:rsidRPr="00282266">
        <w:rPr>
          <w:rFonts w:cs="Shruti"/>
          <w:sz w:val="20"/>
          <w:szCs w:val="20"/>
          <w:cs/>
          <w:lang w:bidi="gu-IN"/>
        </w:rPr>
        <w:t>જોડી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અધ્યાપન</w:t>
      </w:r>
      <w:r w:rsidRPr="00282266">
        <w:rPr>
          <w:sz w:val="20"/>
          <w:szCs w:val="20"/>
        </w:rPr>
        <w:t xml:space="preserve"> (Co-teaching): </w:t>
      </w:r>
      <w:r w:rsidRPr="00282266">
        <w:rPr>
          <w:rFonts w:cs="Shruti"/>
          <w:sz w:val="20"/>
          <w:szCs w:val="20"/>
          <w:cs/>
          <w:lang w:bidi="gu-IN"/>
        </w:rPr>
        <w:t>અમુક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વિષયોમાં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બે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શિક્ષકો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સાથે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મળીને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વર્ગખંડમાં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જોડી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અધ્યાપન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કરે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છે</w:t>
      </w:r>
      <w:r w:rsidRPr="00282266">
        <w:rPr>
          <w:sz w:val="20"/>
          <w:szCs w:val="20"/>
        </w:rPr>
        <w:t xml:space="preserve">, </w:t>
      </w:r>
      <w:r w:rsidRPr="00282266">
        <w:rPr>
          <w:rFonts w:cs="Shruti"/>
          <w:sz w:val="20"/>
          <w:szCs w:val="20"/>
          <w:cs/>
          <w:lang w:bidi="gu-IN"/>
        </w:rPr>
        <w:t>જેથી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એકબીજાની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પદ્ધતિઓ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શીખી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શકાય</w:t>
      </w:r>
      <w:r w:rsidRPr="00282266">
        <w:rPr>
          <w:sz w:val="20"/>
          <w:szCs w:val="20"/>
        </w:rPr>
        <w:t>.</w:t>
      </w:r>
    </w:p>
    <w:p w14:paraId="0CB16A77" w14:textId="77777777" w:rsidR="007B0546" w:rsidRPr="00282266" w:rsidRDefault="007B0546" w:rsidP="00282266">
      <w:pPr>
        <w:pStyle w:val="Heading2"/>
        <w:spacing w:line="240" w:lineRule="auto"/>
        <w:rPr>
          <w:sz w:val="20"/>
          <w:szCs w:val="20"/>
        </w:rPr>
      </w:pPr>
      <w:r w:rsidRPr="00282266">
        <w:rPr>
          <w:rFonts w:cs="Shruti"/>
          <w:sz w:val="20"/>
          <w:szCs w:val="20"/>
          <w:cs/>
          <w:lang w:bidi="gu-IN"/>
        </w:rPr>
        <w:t>૨</w:t>
      </w:r>
      <w:r w:rsidRPr="00282266">
        <w:rPr>
          <w:sz w:val="20"/>
          <w:szCs w:val="20"/>
        </w:rPr>
        <w:t xml:space="preserve">. </w:t>
      </w:r>
      <w:r w:rsidRPr="00282266">
        <w:rPr>
          <w:rFonts w:cs="Shruti"/>
          <w:sz w:val="20"/>
          <w:szCs w:val="20"/>
          <w:cs/>
          <w:lang w:bidi="gu-IN"/>
        </w:rPr>
        <w:t>ચાલુ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શૈક્ષણિક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વર્ષમાં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યોજાયેલ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પારસ્પરિક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અધ્યયન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કાર્યક્રમોની</w:t>
      </w:r>
      <w:r w:rsidRPr="00282266">
        <w:rPr>
          <w:sz w:val="20"/>
          <w:szCs w:val="20"/>
        </w:rPr>
        <w:t xml:space="preserve"> </w:t>
      </w:r>
      <w:r w:rsidRPr="00282266">
        <w:rPr>
          <w:rFonts w:cs="Shruti"/>
          <w:sz w:val="20"/>
          <w:szCs w:val="20"/>
          <w:cs/>
          <w:lang w:bidi="gu-IN"/>
        </w:rPr>
        <w:t>વિગત</w:t>
      </w:r>
      <w:r w:rsidRPr="00282266">
        <w:rPr>
          <w:sz w:val="20"/>
          <w:szCs w:val="20"/>
        </w:rPr>
        <w:t>:</w:t>
      </w:r>
    </w:p>
    <w:tbl>
      <w:tblPr>
        <w:tblStyle w:val="TableGrid"/>
        <w:tblW w:w="9180" w:type="dxa"/>
        <w:tblLook w:val="04A0" w:firstRow="1" w:lastRow="0" w:firstColumn="1" w:lastColumn="0" w:noHBand="0" w:noVBand="1"/>
      </w:tblPr>
      <w:tblGrid>
        <w:gridCol w:w="534"/>
        <w:gridCol w:w="992"/>
        <w:gridCol w:w="3658"/>
        <w:gridCol w:w="2295"/>
        <w:gridCol w:w="1701"/>
      </w:tblGrid>
      <w:tr w:rsidR="007B0546" w:rsidRPr="00282266" w14:paraId="6B8ADB17" w14:textId="77777777" w:rsidTr="00282266">
        <w:tc>
          <w:tcPr>
            <w:tcW w:w="534" w:type="dxa"/>
          </w:tcPr>
          <w:p w14:paraId="0D4E216A" w14:textId="77777777" w:rsidR="007B0546" w:rsidRPr="00282266" w:rsidRDefault="007B0546" w:rsidP="00282266">
            <w:pPr>
              <w:jc w:val="center"/>
              <w:rPr>
                <w:sz w:val="20"/>
                <w:szCs w:val="20"/>
              </w:rPr>
            </w:pPr>
            <w:r w:rsidRPr="00282266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ક્રમ</w:t>
            </w:r>
          </w:p>
        </w:tc>
        <w:tc>
          <w:tcPr>
            <w:tcW w:w="992" w:type="dxa"/>
          </w:tcPr>
          <w:p w14:paraId="09648C3E" w14:textId="77777777" w:rsidR="007B0546" w:rsidRPr="00282266" w:rsidRDefault="007B0546" w:rsidP="00282266">
            <w:pPr>
              <w:jc w:val="center"/>
              <w:rPr>
                <w:sz w:val="20"/>
                <w:szCs w:val="20"/>
              </w:rPr>
            </w:pPr>
            <w:r w:rsidRPr="00282266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તારીખ</w:t>
            </w:r>
          </w:p>
        </w:tc>
        <w:tc>
          <w:tcPr>
            <w:tcW w:w="3658" w:type="dxa"/>
          </w:tcPr>
          <w:p w14:paraId="7164EADB" w14:textId="77777777" w:rsidR="007B0546" w:rsidRPr="00282266" w:rsidRDefault="007B0546" w:rsidP="00282266">
            <w:pPr>
              <w:jc w:val="center"/>
              <w:rPr>
                <w:sz w:val="20"/>
                <w:szCs w:val="20"/>
              </w:rPr>
            </w:pPr>
            <w:r w:rsidRPr="00282266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પ્રવૃત્તિ</w:t>
            </w:r>
            <w:r w:rsidRPr="00282266">
              <w:rPr>
                <w:b/>
                <w:sz w:val="20"/>
                <w:szCs w:val="20"/>
              </w:rPr>
              <w:t xml:space="preserve"> / </w:t>
            </w:r>
            <w:r w:rsidRPr="00282266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વિષય</w:t>
            </w:r>
            <w:r w:rsidRPr="00282266">
              <w:rPr>
                <w:b/>
                <w:sz w:val="20"/>
                <w:szCs w:val="20"/>
              </w:rPr>
              <w:t xml:space="preserve"> (Topic)</w:t>
            </w:r>
          </w:p>
        </w:tc>
        <w:tc>
          <w:tcPr>
            <w:tcW w:w="2295" w:type="dxa"/>
          </w:tcPr>
          <w:p w14:paraId="4792C693" w14:textId="77777777" w:rsidR="007B0546" w:rsidRPr="00282266" w:rsidRDefault="007B0546" w:rsidP="00282266">
            <w:pPr>
              <w:jc w:val="center"/>
              <w:rPr>
                <w:sz w:val="20"/>
                <w:szCs w:val="20"/>
              </w:rPr>
            </w:pPr>
            <w:r w:rsidRPr="00282266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માર્ગદર્શક</w:t>
            </w:r>
            <w:r w:rsidRPr="00282266">
              <w:rPr>
                <w:b/>
                <w:sz w:val="20"/>
                <w:szCs w:val="20"/>
              </w:rPr>
              <w:t xml:space="preserve"> </w:t>
            </w:r>
            <w:r w:rsidRPr="00282266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શિક્ષક</w:t>
            </w:r>
            <w:r w:rsidRPr="00282266">
              <w:rPr>
                <w:b/>
                <w:sz w:val="20"/>
                <w:szCs w:val="20"/>
              </w:rPr>
              <w:t xml:space="preserve"> (</w:t>
            </w:r>
            <w:r w:rsidRPr="00282266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જેમણે</w:t>
            </w:r>
            <w:r w:rsidRPr="00282266">
              <w:rPr>
                <w:b/>
                <w:sz w:val="20"/>
                <w:szCs w:val="20"/>
              </w:rPr>
              <w:t xml:space="preserve"> </w:t>
            </w:r>
            <w:r w:rsidRPr="00282266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ડેમો</w:t>
            </w:r>
            <w:r w:rsidRPr="00282266">
              <w:rPr>
                <w:b/>
                <w:sz w:val="20"/>
                <w:szCs w:val="20"/>
              </w:rPr>
              <w:t>/</w:t>
            </w:r>
            <w:r w:rsidRPr="00282266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માર્ગદર્શન</w:t>
            </w:r>
            <w:r w:rsidRPr="00282266">
              <w:rPr>
                <w:b/>
                <w:sz w:val="20"/>
                <w:szCs w:val="20"/>
              </w:rPr>
              <w:t xml:space="preserve"> </w:t>
            </w:r>
            <w:r w:rsidRPr="00282266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આપ્યું</w:t>
            </w:r>
            <w:r w:rsidRPr="00282266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64D8C859" w14:textId="77777777" w:rsidR="007B0546" w:rsidRPr="00282266" w:rsidRDefault="007B0546" w:rsidP="00282266">
            <w:pPr>
              <w:jc w:val="center"/>
              <w:rPr>
                <w:sz w:val="20"/>
                <w:szCs w:val="20"/>
              </w:rPr>
            </w:pPr>
            <w:r w:rsidRPr="00282266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લાભાર્થી</w:t>
            </w:r>
            <w:r w:rsidRPr="00282266">
              <w:rPr>
                <w:b/>
                <w:sz w:val="20"/>
                <w:szCs w:val="20"/>
              </w:rPr>
              <w:t xml:space="preserve"> </w:t>
            </w:r>
            <w:r w:rsidRPr="00282266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શિક્ષકોની</w:t>
            </w:r>
            <w:r w:rsidRPr="00282266">
              <w:rPr>
                <w:b/>
                <w:sz w:val="20"/>
                <w:szCs w:val="20"/>
              </w:rPr>
              <w:t xml:space="preserve"> </w:t>
            </w:r>
            <w:r w:rsidRPr="00282266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સંખ્યા</w:t>
            </w:r>
          </w:p>
        </w:tc>
      </w:tr>
      <w:tr w:rsidR="007B0546" w:rsidRPr="00282266" w14:paraId="21AC0216" w14:textId="77777777" w:rsidTr="00282266">
        <w:tc>
          <w:tcPr>
            <w:tcW w:w="534" w:type="dxa"/>
          </w:tcPr>
          <w:p w14:paraId="4903FC9D" w14:textId="77777777" w:rsidR="007B0546" w:rsidRPr="00282266" w:rsidRDefault="007B0546" w:rsidP="00282266">
            <w:pPr>
              <w:rPr>
                <w:sz w:val="20"/>
                <w:szCs w:val="20"/>
              </w:rPr>
            </w:pPr>
            <w:r w:rsidRPr="00282266">
              <w:rPr>
                <w:rFonts w:cs="Shruti"/>
                <w:sz w:val="20"/>
                <w:szCs w:val="20"/>
                <w:cs/>
                <w:lang w:bidi="gu-IN"/>
              </w:rPr>
              <w:t>૧</w:t>
            </w:r>
          </w:p>
        </w:tc>
        <w:tc>
          <w:tcPr>
            <w:tcW w:w="992" w:type="dxa"/>
          </w:tcPr>
          <w:p w14:paraId="38FEE53B" w14:textId="77777777" w:rsidR="007B0546" w:rsidRPr="00282266" w:rsidRDefault="007B0546" w:rsidP="00282266">
            <w:pPr>
              <w:rPr>
                <w:sz w:val="20"/>
                <w:szCs w:val="20"/>
              </w:rPr>
            </w:pPr>
          </w:p>
        </w:tc>
        <w:tc>
          <w:tcPr>
            <w:tcW w:w="3658" w:type="dxa"/>
          </w:tcPr>
          <w:p w14:paraId="25ACEC3D" w14:textId="77777777" w:rsidR="007B0546" w:rsidRPr="00282266" w:rsidRDefault="007B0546" w:rsidP="00282266">
            <w:pPr>
              <w:rPr>
                <w:sz w:val="20"/>
                <w:szCs w:val="20"/>
              </w:rPr>
            </w:pPr>
            <w:r w:rsidRPr="00282266">
              <w:rPr>
                <w:rFonts w:cs="Shruti"/>
                <w:sz w:val="20"/>
                <w:szCs w:val="20"/>
                <w:cs/>
                <w:lang w:bidi="gu-IN"/>
              </w:rPr>
              <w:t>ગણિતમાં</w:t>
            </w:r>
            <w:r w:rsidRPr="00282266">
              <w:rPr>
                <w:sz w:val="20"/>
                <w:szCs w:val="20"/>
              </w:rPr>
              <w:t xml:space="preserve"> </w:t>
            </w:r>
            <w:r w:rsidRPr="00282266">
              <w:rPr>
                <w:rFonts w:cs="Shruti"/>
                <w:sz w:val="20"/>
                <w:szCs w:val="20"/>
                <w:cs/>
                <w:lang w:bidi="gu-IN"/>
              </w:rPr>
              <w:t>જાદુઈ</w:t>
            </w:r>
            <w:r w:rsidRPr="00282266">
              <w:rPr>
                <w:sz w:val="20"/>
                <w:szCs w:val="20"/>
              </w:rPr>
              <w:t xml:space="preserve"> </w:t>
            </w:r>
            <w:r w:rsidRPr="00282266">
              <w:rPr>
                <w:rFonts w:cs="Shruti"/>
                <w:sz w:val="20"/>
                <w:szCs w:val="20"/>
                <w:cs/>
                <w:lang w:bidi="gu-IN"/>
              </w:rPr>
              <w:t>ચોરસ</w:t>
            </w:r>
            <w:r w:rsidRPr="00282266">
              <w:rPr>
                <w:sz w:val="20"/>
                <w:szCs w:val="20"/>
              </w:rPr>
              <w:t xml:space="preserve"> </w:t>
            </w:r>
            <w:r w:rsidRPr="00282266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282266">
              <w:rPr>
                <w:sz w:val="20"/>
                <w:szCs w:val="20"/>
              </w:rPr>
              <w:t xml:space="preserve"> TLM </w:t>
            </w:r>
            <w:r w:rsidRPr="00282266">
              <w:rPr>
                <w:rFonts w:cs="Shruti"/>
                <w:sz w:val="20"/>
                <w:szCs w:val="20"/>
                <w:cs/>
                <w:lang w:bidi="gu-IN"/>
              </w:rPr>
              <w:t>નો</w:t>
            </w:r>
            <w:r w:rsidRPr="00282266">
              <w:rPr>
                <w:sz w:val="20"/>
                <w:szCs w:val="20"/>
              </w:rPr>
              <w:t xml:space="preserve"> </w:t>
            </w:r>
            <w:r w:rsidRPr="00282266">
              <w:rPr>
                <w:rFonts w:cs="Shruti"/>
                <w:sz w:val="20"/>
                <w:szCs w:val="20"/>
                <w:cs/>
                <w:lang w:bidi="gu-IN"/>
              </w:rPr>
              <w:t>ઉપયોગ</w:t>
            </w:r>
            <w:r w:rsidRPr="00282266">
              <w:rPr>
                <w:sz w:val="20"/>
                <w:szCs w:val="20"/>
              </w:rPr>
              <w:t xml:space="preserve"> (</w:t>
            </w:r>
            <w:r w:rsidRPr="00282266">
              <w:rPr>
                <w:rFonts w:cs="Shruti"/>
                <w:sz w:val="20"/>
                <w:szCs w:val="20"/>
                <w:cs/>
                <w:lang w:bidi="gu-IN"/>
              </w:rPr>
              <w:t>ડેમો</w:t>
            </w:r>
            <w:r w:rsidRPr="00282266">
              <w:rPr>
                <w:sz w:val="20"/>
                <w:szCs w:val="20"/>
              </w:rPr>
              <w:t xml:space="preserve"> </w:t>
            </w:r>
            <w:r w:rsidRPr="00282266">
              <w:rPr>
                <w:rFonts w:cs="Shruti"/>
                <w:sz w:val="20"/>
                <w:szCs w:val="20"/>
                <w:cs/>
                <w:lang w:bidi="gu-IN"/>
              </w:rPr>
              <w:t>ક્લાસ</w:t>
            </w:r>
            <w:r w:rsidRPr="00282266">
              <w:rPr>
                <w:sz w:val="20"/>
                <w:szCs w:val="20"/>
              </w:rPr>
              <w:t>)</w:t>
            </w:r>
          </w:p>
        </w:tc>
        <w:tc>
          <w:tcPr>
            <w:tcW w:w="2295" w:type="dxa"/>
          </w:tcPr>
          <w:p w14:paraId="75EFB7E6" w14:textId="77777777" w:rsidR="007B0546" w:rsidRPr="00282266" w:rsidRDefault="007B0546" w:rsidP="0028226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086EE74C" w14:textId="77777777" w:rsidR="007B0546" w:rsidRPr="00282266" w:rsidRDefault="007B0546" w:rsidP="00282266">
            <w:pPr>
              <w:rPr>
                <w:sz w:val="20"/>
                <w:szCs w:val="20"/>
              </w:rPr>
            </w:pPr>
          </w:p>
        </w:tc>
      </w:tr>
      <w:tr w:rsidR="007B0546" w:rsidRPr="00282266" w14:paraId="54BF1C65" w14:textId="77777777" w:rsidTr="00282266">
        <w:tc>
          <w:tcPr>
            <w:tcW w:w="534" w:type="dxa"/>
          </w:tcPr>
          <w:p w14:paraId="5ED8D7AA" w14:textId="77777777" w:rsidR="007B0546" w:rsidRPr="00282266" w:rsidRDefault="007B0546" w:rsidP="00282266">
            <w:pPr>
              <w:rPr>
                <w:sz w:val="20"/>
                <w:szCs w:val="20"/>
              </w:rPr>
            </w:pPr>
            <w:r w:rsidRPr="00282266">
              <w:rPr>
                <w:rFonts w:cs="Shruti"/>
                <w:sz w:val="20"/>
                <w:szCs w:val="20"/>
                <w:cs/>
                <w:lang w:bidi="gu-IN"/>
              </w:rPr>
              <w:t>૨</w:t>
            </w:r>
          </w:p>
        </w:tc>
        <w:tc>
          <w:tcPr>
            <w:tcW w:w="992" w:type="dxa"/>
          </w:tcPr>
          <w:p w14:paraId="3FD66E26" w14:textId="77777777" w:rsidR="007B0546" w:rsidRPr="00282266" w:rsidRDefault="007B0546" w:rsidP="00282266">
            <w:pPr>
              <w:rPr>
                <w:sz w:val="20"/>
                <w:szCs w:val="20"/>
              </w:rPr>
            </w:pPr>
          </w:p>
        </w:tc>
        <w:tc>
          <w:tcPr>
            <w:tcW w:w="3658" w:type="dxa"/>
          </w:tcPr>
          <w:p w14:paraId="204C7608" w14:textId="77777777" w:rsidR="007B0546" w:rsidRPr="00282266" w:rsidRDefault="007B0546" w:rsidP="00282266">
            <w:pPr>
              <w:rPr>
                <w:sz w:val="20"/>
                <w:szCs w:val="20"/>
              </w:rPr>
            </w:pPr>
            <w:r w:rsidRPr="00282266">
              <w:rPr>
                <w:sz w:val="20"/>
                <w:szCs w:val="20"/>
              </w:rPr>
              <w:t xml:space="preserve">FLN </w:t>
            </w:r>
            <w:r w:rsidRPr="00282266">
              <w:rPr>
                <w:rFonts w:cs="Shruti"/>
                <w:sz w:val="20"/>
                <w:szCs w:val="20"/>
                <w:cs/>
                <w:lang w:bidi="gu-IN"/>
              </w:rPr>
              <w:t>આધારિત</w:t>
            </w:r>
            <w:r w:rsidRPr="00282266">
              <w:rPr>
                <w:sz w:val="20"/>
                <w:szCs w:val="20"/>
              </w:rPr>
              <w:t xml:space="preserve"> </w:t>
            </w:r>
            <w:r w:rsidRPr="00282266">
              <w:rPr>
                <w:rFonts w:cs="Shruti"/>
                <w:sz w:val="20"/>
                <w:szCs w:val="20"/>
                <w:cs/>
                <w:lang w:bidi="gu-IN"/>
              </w:rPr>
              <w:t>ભાષા</w:t>
            </w:r>
            <w:r w:rsidRPr="00282266">
              <w:rPr>
                <w:sz w:val="20"/>
                <w:szCs w:val="20"/>
              </w:rPr>
              <w:t xml:space="preserve"> </w:t>
            </w:r>
            <w:r w:rsidRPr="00282266">
              <w:rPr>
                <w:rFonts w:cs="Shruti"/>
                <w:sz w:val="20"/>
                <w:szCs w:val="20"/>
                <w:cs/>
                <w:lang w:bidi="gu-IN"/>
              </w:rPr>
              <w:t>શિક્ષણમાં</w:t>
            </w:r>
            <w:r w:rsidRPr="00282266">
              <w:rPr>
                <w:sz w:val="20"/>
                <w:szCs w:val="20"/>
              </w:rPr>
              <w:t xml:space="preserve"> </w:t>
            </w:r>
            <w:r w:rsidRPr="00282266">
              <w:rPr>
                <w:rFonts w:cs="Shruti"/>
                <w:sz w:val="20"/>
                <w:szCs w:val="20"/>
                <w:cs/>
                <w:lang w:bidi="gu-IN"/>
              </w:rPr>
              <w:t>નવીન</w:t>
            </w:r>
            <w:r w:rsidRPr="00282266">
              <w:rPr>
                <w:sz w:val="20"/>
                <w:szCs w:val="20"/>
              </w:rPr>
              <w:t xml:space="preserve"> </w:t>
            </w:r>
            <w:r w:rsidRPr="00282266">
              <w:rPr>
                <w:rFonts w:cs="Shruti"/>
                <w:sz w:val="20"/>
                <w:szCs w:val="20"/>
                <w:cs/>
                <w:lang w:bidi="gu-IN"/>
              </w:rPr>
              <w:t>પ્રવૃત્તિઓ</w:t>
            </w:r>
          </w:p>
        </w:tc>
        <w:tc>
          <w:tcPr>
            <w:tcW w:w="2295" w:type="dxa"/>
          </w:tcPr>
          <w:p w14:paraId="3058DCA9" w14:textId="77777777" w:rsidR="007B0546" w:rsidRPr="00282266" w:rsidRDefault="007B0546" w:rsidP="0028226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5C160B5F" w14:textId="77777777" w:rsidR="007B0546" w:rsidRPr="00282266" w:rsidRDefault="007B0546" w:rsidP="00282266">
            <w:pPr>
              <w:rPr>
                <w:sz w:val="20"/>
                <w:szCs w:val="20"/>
              </w:rPr>
            </w:pPr>
          </w:p>
        </w:tc>
      </w:tr>
      <w:tr w:rsidR="007B0546" w:rsidRPr="00282266" w14:paraId="3535CC8E" w14:textId="77777777" w:rsidTr="00282266">
        <w:tc>
          <w:tcPr>
            <w:tcW w:w="534" w:type="dxa"/>
          </w:tcPr>
          <w:p w14:paraId="42B12336" w14:textId="77777777" w:rsidR="007B0546" w:rsidRPr="00282266" w:rsidRDefault="007B0546" w:rsidP="00282266">
            <w:pPr>
              <w:rPr>
                <w:sz w:val="20"/>
                <w:szCs w:val="20"/>
              </w:rPr>
            </w:pPr>
            <w:r w:rsidRPr="00282266">
              <w:rPr>
                <w:rFonts w:cs="Shruti"/>
                <w:sz w:val="20"/>
                <w:szCs w:val="20"/>
                <w:cs/>
                <w:lang w:bidi="gu-IN"/>
              </w:rPr>
              <w:t>૩</w:t>
            </w:r>
          </w:p>
        </w:tc>
        <w:tc>
          <w:tcPr>
            <w:tcW w:w="992" w:type="dxa"/>
          </w:tcPr>
          <w:p w14:paraId="20A0A443" w14:textId="77777777" w:rsidR="007B0546" w:rsidRPr="00282266" w:rsidRDefault="007B0546" w:rsidP="00282266">
            <w:pPr>
              <w:rPr>
                <w:sz w:val="20"/>
                <w:szCs w:val="20"/>
              </w:rPr>
            </w:pPr>
          </w:p>
        </w:tc>
        <w:tc>
          <w:tcPr>
            <w:tcW w:w="3658" w:type="dxa"/>
          </w:tcPr>
          <w:p w14:paraId="4DCA696B" w14:textId="77777777" w:rsidR="007B0546" w:rsidRPr="00282266" w:rsidRDefault="007B0546" w:rsidP="00282266">
            <w:pPr>
              <w:rPr>
                <w:sz w:val="20"/>
                <w:szCs w:val="20"/>
              </w:rPr>
            </w:pPr>
            <w:r w:rsidRPr="00282266">
              <w:rPr>
                <w:rFonts w:cs="Shruti"/>
                <w:sz w:val="20"/>
                <w:szCs w:val="20"/>
                <w:cs/>
                <w:lang w:bidi="gu-IN"/>
              </w:rPr>
              <w:t>સ્માર્ટ</w:t>
            </w:r>
            <w:r w:rsidRPr="00282266">
              <w:rPr>
                <w:sz w:val="20"/>
                <w:szCs w:val="20"/>
              </w:rPr>
              <w:t xml:space="preserve"> </w:t>
            </w:r>
            <w:r w:rsidRPr="00282266">
              <w:rPr>
                <w:rFonts w:cs="Shruti"/>
                <w:sz w:val="20"/>
                <w:szCs w:val="20"/>
                <w:cs/>
                <w:lang w:bidi="gu-IN"/>
              </w:rPr>
              <w:t>ક્લાસ</w:t>
            </w:r>
            <w:r w:rsidRPr="00282266">
              <w:rPr>
                <w:sz w:val="20"/>
                <w:szCs w:val="20"/>
              </w:rPr>
              <w:t xml:space="preserve"> </w:t>
            </w:r>
            <w:r w:rsidRPr="00282266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282266">
              <w:rPr>
                <w:sz w:val="20"/>
                <w:szCs w:val="20"/>
              </w:rPr>
              <w:t xml:space="preserve"> </w:t>
            </w:r>
            <w:r w:rsidRPr="00282266">
              <w:rPr>
                <w:rFonts w:cs="Shruti"/>
                <w:sz w:val="20"/>
                <w:szCs w:val="20"/>
                <w:cs/>
                <w:lang w:bidi="gu-IN"/>
              </w:rPr>
              <w:t>દીક્ષા</w:t>
            </w:r>
            <w:r w:rsidRPr="00282266">
              <w:rPr>
                <w:sz w:val="20"/>
                <w:szCs w:val="20"/>
              </w:rPr>
              <w:t xml:space="preserve"> </w:t>
            </w:r>
            <w:r w:rsidRPr="00282266">
              <w:rPr>
                <w:rFonts w:cs="Shruti"/>
                <w:sz w:val="20"/>
                <w:szCs w:val="20"/>
                <w:cs/>
                <w:lang w:bidi="gu-IN"/>
              </w:rPr>
              <w:t>એપનો</w:t>
            </w:r>
            <w:r w:rsidRPr="00282266">
              <w:rPr>
                <w:sz w:val="20"/>
                <w:szCs w:val="20"/>
              </w:rPr>
              <w:t xml:space="preserve"> </w:t>
            </w:r>
            <w:r w:rsidRPr="00282266">
              <w:rPr>
                <w:rFonts w:cs="Shruti"/>
                <w:sz w:val="20"/>
                <w:szCs w:val="20"/>
                <w:cs/>
                <w:lang w:bidi="gu-IN"/>
              </w:rPr>
              <w:t>વર્ગખંડમાં</w:t>
            </w:r>
            <w:r w:rsidRPr="00282266">
              <w:rPr>
                <w:sz w:val="20"/>
                <w:szCs w:val="20"/>
              </w:rPr>
              <w:t xml:space="preserve"> </w:t>
            </w:r>
            <w:r w:rsidRPr="00282266">
              <w:rPr>
                <w:rFonts w:cs="Shruti"/>
                <w:sz w:val="20"/>
                <w:szCs w:val="20"/>
                <w:cs/>
                <w:lang w:bidi="gu-IN"/>
              </w:rPr>
              <w:t>સમન્વય</w:t>
            </w:r>
          </w:p>
        </w:tc>
        <w:tc>
          <w:tcPr>
            <w:tcW w:w="2295" w:type="dxa"/>
          </w:tcPr>
          <w:p w14:paraId="693B07DC" w14:textId="77777777" w:rsidR="007B0546" w:rsidRPr="00282266" w:rsidRDefault="007B0546" w:rsidP="0028226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18A96288" w14:textId="77777777" w:rsidR="007B0546" w:rsidRPr="00282266" w:rsidRDefault="007B0546" w:rsidP="00282266">
            <w:pPr>
              <w:rPr>
                <w:sz w:val="20"/>
                <w:szCs w:val="20"/>
              </w:rPr>
            </w:pPr>
          </w:p>
        </w:tc>
      </w:tr>
      <w:tr w:rsidR="007B0546" w:rsidRPr="00282266" w14:paraId="56F849AF" w14:textId="77777777" w:rsidTr="00282266">
        <w:tc>
          <w:tcPr>
            <w:tcW w:w="534" w:type="dxa"/>
          </w:tcPr>
          <w:p w14:paraId="6BF5328F" w14:textId="77777777" w:rsidR="007B0546" w:rsidRPr="00282266" w:rsidRDefault="007B0546" w:rsidP="00282266">
            <w:pPr>
              <w:rPr>
                <w:sz w:val="20"/>
                <w:szCs w:val="20"/>
              </w:rPr>
            </w:pPr>
            <w:r w:rsidRPr="00282266">
              <w:rPr>
                <w:rFonts w:cs="Shruti"/>
                <w:sz w:val="20"/>
                <w:szCs w:val="20"/>
                <w:cs/>
                <w:lang w:bidi="gu-IN"/>
              </w:rPr>
              <w:t>૪</w:t>
            </w:r>
          </w:p>
        </w:tc>
        <w:tc>
          <w:tcPr>
            <w:tcW w:w="992" w:type="dxa"/>
          </w:tcPr>
          <w:p w14:paraId="38A18306" w14:textId="77777777" w:rsidR="007B0546" w:rsidRPr="00282266" w:rsidRDefault="007B0546" w:rsidP="00282266">
            <w:pPr>
              <w:rPr>
                <w:sz w:val="20"/>
                <w:szCs w:val="20"/>
              </w:rPr>
            </w:pPr>
          </w:p>
        </w:tc>
        <w:tc>
          <w:tcPr>
            <w:tcW w:w="3658" w:type="dxa"/>
          </w:tcPr>
          <w:p w14:paraId="272C4663" w14:textId="77777777" w:rsidR="007B0546" w:rsidRPr="00282266" w:rsidRDefault="007B0546" w:rsidP="00282266">
            <w:pPr>
              <w:rPr>
                <w:sz w:val="20"/>
                <w:szCs w:val="20"/>
              </w:rPr>
            </w:pPr>
            <w:r w:rsidRPr="00282266">
              <w:rPr>
                <w:sz w:val="20"/>
                <w:szCs w:val="20"/>
              </w:rPr>
              <w:t xml:space="preserve">NAS/SAS </w:t>
            </w:r>
            <w:r w:rsidRPr="00282266">
              <w:rPr>
                <w:rFonts w:cs="Shruti"/>
                <w:sz w:val="20"/>
                <w:szCs w:val="20"/>
                <w:cs/>
                <w:lang w:bidi="gu-IN"/>
              </w:rPr>
              <w:t>સર્વેક્ષણ</w:t>
            </w:r>
            <w:r w:rsidRPr="00282266">
              <w:rPr>
                <w:sz w:val="20"/>
                <w:szCs w:val="20"/>
              </w:rPr>
              <w:t xml:space="preserve"> </w:t>
            </w:r>
            <w:r w:rsidRPr="00282266">
              <w:rPr>
                <w:rFonts w:cs="Shruti"/>
                <w:sz w:val="20"/>
                <w:szCs w:val="20"/>
                <w:cs/>
                <w:lang w:bidi="gu-IN"/>
              </w:rPr>
              <w:t>માટે</w:t>
            </w:r>
            <w:r w:rsidRPr="00282266">
              <w:rPr>
                <w:sz w:val="20"/>
                <w:szCs w:val="20"/>
              </w:rPr>
              <w:t xml:space="preserve"> </w:t>
            </w:r>
            <w:r w:rsidRPr="00282266">
              <w:rPr>
                <w:rFonts w:cs="Shruti"/>
                <w:sz w:val="20"/>
                <w:szCs w:val="20"/>
                <w:cs/>
                <w:lang w:bidi="gu-IN"/>
              </w:rPr>
              <w:t>પ્રશ્નપત્ર</w:t>
            </w:r>
            <w:r w:rsidRPr="00282266">
              <w:rPr>
                <w:sz w:val="20"/>
                <w:szCs w:val="20"/>
              </w:rPr>
              <w:t xml:space="preserve"> </w:t>
            </w:r>
            <w:r w:rsidRPr="00282266">
              <w:rPr>
                <w:rFonts w:cs="Shruti"/>
                <w:sz w:val="20"/>
                <w:szCs w:val="20"/>
                <w:cs/>
                <w:lang w:bidi="gu-IN"/>
              </w:rPr>
              <w:t>નિર્માણ</w:t>
            </w:r>
            <w:r w:rsidRPr="00282266">
              <w:rPr>
                <w:sz w:val="20"/>
                <w:szCs w:val="20"/>
              </w:rPr>
              <w:t xml:space="preserve"> </w:t>
            </w:r>
            <w:r w:rsidRPr="00282266">
              <w:rPr>
                <w:rFonts w:cs="Shruti"/>
                <w:sz w:val="20"/>
                <w:szCs w:val="20"/>
                <w:cs/>
                <w:lang w:bidi="gu-IN"/>
              </w:rPr>
              <w:t>ચર્ચા</w:t>
            </w:r>
          </w:p>
        </w:tc>
        <w:tc>
          <w:tcPr>
            <w:tcW w:w="2295" w:type="dxa"/>
          </w:tcPr>
          <w:p w14:paraId="68950932" w14:textId="77777777" w:rsidR="007B0546" w:rsidRPr="00282266" w:rsidRDefault="007B0546" w:rsidP="0028226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388EBD13" w14:textId="77777777" w:rsidR="007B0546" w:rsidRPr="00282266" w:rsidRDefault="007B0546" w:rsidP="00282266">
            <w:pPr>
              <w:rPr>
                <w:sz w:val="20"/>
                <w:szCs w:val="20"/>
              </w:rPr>
            </w:pPr>
          </w:p>
        </w:tc>
      </w:tr>
      <w:tr w:rsidR="007B0546" w:rsidRPr="00282266" w14:paraId="27D13865" w14:textId="77777777" w:rsidTr="00282266">
        <w:tc>
          <w:tcPr>
            <w:tcW w:w="534" w:type="dxa"/>
          </w:tcPr>
          <w:p w14:paraId="0E2F98DE" w14:textId="77777777" w:rsidR="007B0546" w:rsidRPr="00282266" w:rsidRDefault="007B0546" w:rsidP="00282266">
            <w:pPr>
              <w:rPr>
                <w:sz w:val="20"/>
                <w:szCs w:val="20"/>
              </w:rPr>
            </w:pPr>
            <w:r w:rsidRPr="00282266">
              <w:rPr>
                <w:rFonts w:cs="Shruti"/>
                <w:sz w:val="20"/>
                <w:szCs w:val="20"/>
                <w:cs/>
                <w:lang w:bidi="gu-IN"/>
              </w:rPr>
              <w:t>૫</w:t>
            </w:r>
          </w:p>
        </w:tc>
        <w:tc>
          <w:tcPr>
            <w:tcW w:w="992" w:type="dxa"/>
          </w:tcPr>
          <w:p w14:paraId="53082B67" w14:textId="77777777" w:rsidR="007B0546" w:rsidRPr="00282266" w:rsidRDefault="007B0546" w:rsidP="00282266">
            <w:pPr>
              <w:rPr>
                <w:sz w:val="20"/>
                <w:szCs w:val="20"/>
              </w:rPr>
            </w:pPr>
          </w:p>
        </w:tc>
        <w:tc>
          <w:tcPr>
            <w:tcW w:w="3658" w:type="dxa"/>
          </w:tcPr>
          <w:p w14:paraId="7B75F571" w14:textId="77777777" w:rsidR="007B0546" w:rsidRPr="00282266" w:rsidRDefault="007B0546" w:rsidP="00282266">
            <w:pPr>
              <w:rPr>
                <w:sz w:val="20"/>
                <w:szCs w:val="20"/>
              </w:rPr>
            </w:pPr>
            <w:r w:rsidRPr="00282266">
              <w:rPr>
                <w:rFonts w:cs="Shruti"/>
                <w:sz w:val="20"/>
                <w:szCs w:val="20"/>
                <w:cs/>
                <w:lang w:bidi="gu-IN"/>
              </w:rPr>
              <w:t>વિજ્ઞાનના</w:t>
            </w:r>
            <w:r w:rsidRPr="00282266">
              <w:rPr>
                <w:sz w:val="20"/>
                <w:szCs w:val="20"/>
              </w:rPr>
              <w:t xml:space="preserve"> </w:t>
            </w:r>
            <w:r w:rsidRPr="00282266">
              <w:rPr>
                <w:rFonts w:cs="Shruti"/>
                <w:sz w:val="20"/>
                <w:szCs w:val="20"/>
                <w:cs/>
                <w:lang w:bidi="gu-IN"/>
              </w:rPr>
              <w:t>પ્રયોગોનું</w:t>
            </w:r>
            <w:r w:rsidRPr="00282266">
              <w:rPr>
                <w:sz w:val="20"/>
                <w:szCs w:val="20"/>
              </w:rPr>
              <w:t xml:space="preserve"> </w:t>
            </w:r>
            <w:r w:rsidRPr="00282266">
              <w:rPr>
                <w:rFonts w:cs="Shruti"/>
                <w:sz w:val="20"/>
                <w:szCs w:val="20"/>
                <w:cs/>
                <w:lang w:bidi="gu-IN"/>
              </w:rPr>
              <w:t>શિક્ષકો</w:t>
            </w:r>
            <w:r w:rsidRPr="00282266">
              <w:rPr>
                <w:sz w:val="20"/>
                <w:szCs w:val="20"/>
              </w:rPr>
              <w:t xml:space="preserve"> </w:t>
            </w:r>
            <w:r w:rsidRPr="00282266">
              <w:rPr>
                <w:rFonts w:cs="Shruti"/>
                <w:sz w:val="20"/>
                <w:szCs w:val="20"/>
                <w:cs/>
                <w:lang w:bidi="gu-IN"/>
              </w:rPr>
              <w:t>સમક્ષ</w:t>
            </w:r>
            <w:r w:rsidRPr="00282266">
              <w:rPr>
                <w:sz w:val="20"/>
                <w:szCs w:val="20"/>
              </w:rPr>
              <w:t xml:space="preserve"> </w:t>
            </w:r>
            <w:r w:rsidRPr="00282266">
              <w:rPr>
                <w:rFonts w:cs="Shruti"/>
                <w:sz w:val="20"/>
                <w:szCs w:val="20"/>
                <w:cs/>
                <w:lang w:bidi="gu-IN"/>
              </w:rPr>
              <w:t>નિદર્શન</w:t>
            </w:r>
          </w:p>
        </w:tc>
        <w:tc>
          <w:tcPr>
            <w:tcW w:w="2295" w:type="dxa"/>
          </w:tcPr>
          <w:p w14:paraId="7755E6E2" w14:textId="77777777" w:rsidR="007B0546" w:rsidRPr="00282266" w:rsidRDefault="007B0546" w:rsidP="0028226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35876F9A" w14:textId="77777777" w:rsidR="007B0546" w:rsidRPr="00282266" w:rsidRDefault="007B0546" w:rsidP="00282266">
            <w:pPr>
              <w:rPr>
                <w:sz w:val="20"/>
                <w:szCs w:val="20"/>
              </w:rPr>
            </w:pPr>
          </w:p>
        </w:tc>
      </w:tr>
    </w:tbl>
    <w:p w14:paraId="206D3F2E" w14:textId="77777777" w:rsidR="007B0546" w:rsidRPr="00282266" w:rsidRDefault="007B0546" w:rsidP="00282266">
      <w:pPr>
        <w:spacing w:after="0" w:line="240" w:lineRule="auto"/>
        <w:rPr>
          <w:sz w:val="20"/>
          <w:szCs w:val="20"/>
        </w:rPr>
      </w:pPr>
      <w:r w:rsidRPr="00282266">
        <w:rPr>
          <w:rFonts w:cs="Shruti"/>
          <w:b/>
          <w:bCs/>
          <w:sz w:val="20"/>
          <w:szCs w:val="20"/>
          <w:cs/>
          <w:lang w:bidi="gu-IN"/>
        </w:rPr>
        <w:t>નિષ્કર્ષ</w:t>
      </w:r>
      <w:r w:rsidRPr="00282266">
        <w:rPr>
          <w:b/>
          <w:sz w:val="20"/>
          <w:szCs w:val="20"/>
        </w:rPr>
        <w:t xml:space="preserve">: </w:t>
      </w:r>
      <w:r w:rsidRPr="00282266">
        <w:rPr>
          <w:rFonts w:cs="Shruti"/>
          <w:b/>
          <w:bCs/>
          <w:sz w:val="20"/>
          <w:szCs w:val="20"/>
          <w:cs/>
          <w:lang w:bidi="gu-IN"/>
        </w:rPr>
        <w:t>આ</w:t>
      </w:r>
      <w:r w:rsidRPr="00282266">
        <w:rPr>
          <w:b/>
          <w:sz w:val="20"/>
          <w:szCs w:val="20"/>
        </w:rPr>
        <w:t xml:space="preserve"> </w:t>
      </w:r>
      <w:r w:rsidRPr="00282266">
        <w:rPr>
          <w:rFonts w:cs="Shruti"/>
          <w:b/>
          <w:bCs/>
          <w:sz w:val="20"/>
          <w:szCs w:val="20"/>
          <w:cs/>
          <w:lang w:bidi="gu-IN"/>
        </w:rPr>
        <w:t>પારસ્પરિક</w:t>
      </w:r>
      <w:r w:rsidRPr="00282266">
        <w:rPr>
          <w:b/>
          <w:sz w:val="20"/>
          <w:szCs w:val="20"/>
        </w:rPr>
        <w:t xml:space="preserve"> </w:t>
      </w:r>
      <w:r w:rsidRPr="00282266">
        <w:rPr>
          <w:rFonts w:cs="Shruti"/>
          <w:b/>
          <w:bCs/>
          <w:sz w:val="20"/>
          <w:szCs w:val="20"/>
          <w:cs/>
          <w:lang w:bidi="gu-IN"/>
        </w:rPr>
        <w:t>અધ્યયન</w:t>
      </w:r>
      <w:r w:rsidRPr="00282266">
        <w:rPr>
          <w:b/>
          <w:sz w:val="20"/>
          <w:szCs w:val="20"/>
        </w:rPr>
        <w:t xml:space="preserve"> (Peer Learning) </w:t>
      </w:r>
      <w:r w:rsidRPr="00282266">
        <w:rPr>
          <w:rFonts w:cs="Shruti"/>
          <w:b/>
          <w:bCs/>
          <w:sz w:val="20"/>
          <w:szCs w:val="20"/>
          <w:cs/>
          <w:lang w:bidi="gu-IN"/>
        </w:rPr>
        <w:t>પ્રવૃત્તિઓના</w:t>
      </w:r>
      <w:r w:rsidRPr="00282266">
        <w:rPr>
          <w:b/>
          <w:sz w:val="20"/>
          <w:szCs w:val="20"/>
        </w:rPr>
        <w:t xml:space="preserve"> </w:t>
      </w:r>
      <w:r w:rsidRPr="00282266">
        <w:rPr>
          <w:rFonts w:cs="Shruti"/>
          <w:b/>
          <w:bCs/>
          <w:sz w:val="20"/>
          <w:szCs w:val="20"/>
          <w:cs/>
          <w:lang w:bidi="gu-IN"/>
        </w:rPr>
        <w:t>કારણે</w:t>
      </w:r>
      <w:r w:rsidRPr="00282266">
        <w:rPr>
          <w:b/>
          <w:sz w:val="20"/>
          <w:szCs w:val="20"/>
        </w:rPr>
        <w:t xml:space="preserve"> </w:t>
      </w:r>
      <w:r w:rsidRPr="00282266">
        <w:rPr>
          <w:rFonts w:cs="Shruti"/>
          <w:b/>
          <w:bCs/>
          <w:sz w:val="20"/>
          <w:szCs w:val="20"/>
          <w:cs/>
          <w:lang w:bidi="gu-IN"/>
        </w:rPr>
        <w:t>શિક્ષકોમાં</w:t>
      </w:r>
      <w:r w:rsidRPr="00282266">
        <w:rPr>
          <w:b/>
          <w:sz w:val="20"/>
          <w:szCs w:val="20"/>
        </w:rPr>
        <w:t xml:space="preserve"> </w:t>
      </w:r>
      <w:r w:rsidRPr="00282266">
        <w:rPr>
          <w:rFonts w:cs="Shruti"/>
          <w:b/>
          <w:bCs/>
          <w:sz w:val="20"/>
          <w:szCs w:val="20"/>
          <w:cs/>
          <w:lang w:bidi="gu-IN"/>
        </w:rPr>
        <w:t>ટીમવર્કની</w:t>
      </w:r>
      <w:r w:rsidRPr="00282266">
        <w:rPr>
          <w:b/>
          <w:sz w:val="20"/>
          <w:szCs w:val="20"/>
        </w:rPr>
        <w:t xml:space="preserve"> </w:t>
      </w:r>
      <w:r w:rsidRPr="00282266">
        <w:rPr>
          <w:rFonts w:cs="Shruti"/>
          <w:b/>
          <w:bCs/>
          <w:sz w:val="20"/>
          <w:szCs w:val="20"/>
          <w:cs/>
          <w:lang w:bidi="gu-IN"/>
        </w:rPr>
        <w:t>ભાવના</w:t>
      </w:r>
      <w:r w:rsidRPr="00282266">
        <w:rPr>
          <w:b/>
          <w:sz w:val="20"/>
          <w:szCs w:val="20"/>
        </w:rPr>
        <w:t xml:space="preserve"> </w:t>
      </w:r>
      <w:r w:rsidRPr="00282266">
        <w:rPr>
          <w:rFonts w:cs="Shruti"/>
          <w:b/>
          <w:bCs/>
          <w:sz w:val="20"/>
          <w:szCs w:val="20"/>
          <w:cs/>
          <w:lang w:bidi="gu-IN"/>
        </w:rPr>
        <w:t>વિકસી</w:t>
      </w:r>
      <w:r w:rsidRPr="00282266">
        <w:rPr>
          <w:b/>
          <w:sz w:val="20"/>
          <w:szCs w:val="20"/>
        </w:rPr>
        <w:t xml:space="preserve"> </w:t>
      </w:r>
      <w:r w:rsidRPr="00282266">
        <w:rPr>
          <w:rFonts w:cs="Shruti"/>
          <w:b/>
          <w:bCs/>
          <w:sz w:val="20"/>
          <w:szCs w:val="20"/>
          <w:cs/>
          <w:lang w:bidi="gu-IN"/>
        </w:rPr>
        <w:t>છે</w:t>
      </w:r>
      <w:r w:rsidRPr="00282266">
        <w:rPr>
          <w:b/>
          <w:sz w:val="20"/>
          <w:szCs w:val="20"/>
        </w:rPr>
        <w:t xml:space="preserve"> </w:t>
      </w:r>
      <w:r w:rsidRPr="00282266">
        <w:rPr>
          <w:rFonts w:cs="Shruti"/>
          <w:b/>
          <w:bCs/>
          <w:sz w:val="20"/>
          <w:szCs w:val="20"/>
          <w:cs/>
          <w:lang w:bidi="gu-IN"/>
        </w:rPr>
        <w:t>અને</w:t>
      </w:r>
      <w:r w:rsidRPr="00282266">
        <w:rPr>
          <w:b/>
          <w:sz w:val="20"/>
          <w:szCs w:val="20"/>
        </w:rPr>
        <w:t xml:space="preserve"> </w:t>
      </w:r>
      <w:r w:rsidRPr="00282266">
        <w:rPr>
          <w:rFonts w:cs="Shruti"/>
          <w:b/>
          <w:bCs/>
          <w:sz w:val="20"/>
          <w:szCs w:val="20"/>
          <w:cs/>
          <w:lang w:bidi="gu-IN"/>
        </w:rPr>
        <w:t>શાળાના</w:t>
      </w:r>
      <w:r w:rsidRPr="00282266">
        <w:rPr>
          <w:b/>
          <w:sz w:val="20"/>
          <w:szCs w:val="20"/>
        </w:rPr>
        <w:t xml:space="preserve"> </w:t>
      </w:r>
      <w:r w:rsidRPr="00282266">
        <w:rPr>
          <w:rFonts w:cs="Shruti"/>
          <w:b/>
          <w:bCs/>
          <w:sz w:val="20"/>
          <w:szCs w:val="20"/>
          <w:cs/>
          <w:lang w:bidi="gu-IN"/>
        </w:rPr>
        <w:t>સમગ્ર</w:t>
      </w:r>
      <w:r w:rsidRPr="00282266">
        <w:rPr>
          <w:b/>
          <w:sz w:val="20"/>
          <w:szCs w:val="20"/>
        </w:rPr>
        <w:t xml:space="preserve"> </w:t>
      </w:r>
      <w:r w:rsidRPr="00282266">
        <w:rPr>
          <w:rFonts w:cs="Shruti"/>
          <w:b/>
          <w:bCs/>
          <w:sz w:val="20"/>
          <w:szCs w:val="20"/>
          <w:cs/>
          <w:lang w:bidi="gu-IN"/>
        </w:rPr>
        <w:t>શૈક્ષણિક</w:t>
      </w:r>
      <w:r w:rsidRPr="00282266">
        <w:rPr>
          <w:b/>
          <w:sz w:val="20"/>
          <w:szCs w:val="20"/>
        </w:rPr>
        <w:t xml:space="preserve"> </w:t>
      </w:r>
      <w:r w:rsidRPr="00282266">
        <w:rPr>
          <w:rFonts w:cs="Shruti"/>
          <w:b/>
          <w:bCs/>
          <w:sz w:val="20"/>
          <w:szCs w:val="20"/>
          <w:cs/>
          <w:lang w:bidi="gu-IN"/>
        </w:rPr>
        <w:t>વાતાવરણમાં</w:t>
      </w:r>
      <w:r w:rsidRPr="00282266">
        <w:rPr>
          <w:b/>
          <w:sz w:val="20"/>
          <w:szCs w:val="20"/>
        </w:rPr>
        <w:t xml:space="preserve"> </w:t>
      </w:r>
      <w:r w:rsidRPr="00282266">
        <w:rPr>
          <w:rFonts w:cs="Shruti"/>
          <w:b/>
          <w:bCs/>
          <w:sz w:val="20"/>
          <w:szCs w:val="20"/>
          <w:cs/>
          <w:lang w:bidi="gu-IN"/>
        </w:rPr>
        <w:t>ગુણાત્મક</w:t>
      </w:r>
      <w:r w:rsidRPr="00282266">
        <w:rPr>
          <w:b/>
          <w:sz w:val="20"/>
          <w:szCs w:val="20"/>
        </w:rPr>
        <w:t xml:space="preserve"> </w:t>
      </w:r>
      <w:r w:rsidRPr="00282266">
        <w:rPr>
          <w:rFonts w:cs="Shruti"/>
          <w:b/>
          <w:bCs/>
          <w:sz w:val="20"/>
          <w:szCs w:val="20"/>
          <w:cs/>
          <w:lang w:bidi="gu-IN"/>
        </w:rPr>
        <w:t>સુધારો</w:t>
      </w:r>
      <w:r w:rsidRPr="00282266">
        <w:rPr>
          <w:b/>
          <w:sz w:val="20"/>
          <w:szCs w:val="20"/>
        </w:rPr>
        <w:t xml:space="preserve"> </w:t>
      </w:r>
      <w:r w:rsidRPr="00282266">
        <w:rPr>
          <w:rFonts w:cs="Shruti"/>
          <w:b/>
          <w:bCs/>
          <w:sz w:val="20"/>
          <w:szCs w:val="20"/>
          <w:cs/>
          <w:lang w:bidi="gu-IN"/>
        </w:rPr>
        <w:t>જોવા</w:t>
      </w:r>
      <w:r w:rsidRPr="00282266">
        <w:rPr>
          <w:b/>
          <w:sz w:val="20"/>
          <w:szCs w:val="20"/>
        </w:rPr>
        <w:t xml:space="preserve"> </w:t>
      </w:r>
      <w:r w:rsidRPr="00282266">
        <w:rPr>
          <w:rFonts w:cs="Shruti"/>
          <w:b/>
          <w:bCs/>
          <w:sz w:val="20"/>
          <w:szCs w:val="20"/>
          <w:cs/>
          <w:lang w:bidi="gu-IN"/>
        </w:rPr>
        <w:t>મળેલ</w:t>
      </w:r>
      <w:r w:rsidRPr="00282266">
        <w:rPr>
          <w:b/>
          <w:sz w:val="20"/>
          <w:szCs w:val="20"/>
        </w:rPr>
        <w:t xml:space="preserve"> </w:t>
      </w:r>
      <w:r w:rsidRPr="00282266">
        <w:rPr>
          <w:rFonts w:cs="Shruti"/>
          <w:b/>
          <w:bCs/>
          <w:sz w:val="20"/>
          <w:szCs w:val="20"/>
          <w:cs/>
          <w:lang w:bidi="gu-IN"/>
        </w:rPr>
        <w:t>છે</w:t>
      </w:r>
      <w:r w:rsidRPr="00282266">
        <w:rPr>
          <w:b/>
          <w:sz w:val="20"/>
          <w:szCs w:val="20"/>
        </w:rPr>
        <w:t>.</w:t>
      </w:r>
    </w:p>
    <w:p w14:paraId="1A1D7BF0" w14:textId="77777777" w:rsidR="007B0546" w:rsidRPr="00282266" w:rsidRDefault="007B0546" w:rsidP="00282266">
      <w:pPr>
        <w:spacing w:after="0" w:line="240" w:lineRule="auto"/>
        <w:rPr>
          <w:rFonts w:cs="Shruti"/>
          <w:sz w:val="20"/>
          <w:szCs w:val="20"/>
          <w:lang w:bidi="gu-I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7B0546" w:rsidRPr="00282266" w14:paraId="4A8945A4" w14:textId="77777777" w:rsidTr="00F37DAD">
        <w:tc>
          <w:tcPr>
            <w:tcW w:w="4320" w:type="dxa"/>
          </w:tcPr>
          <w:p w14:paraId="782870D0" w14:textId="6D862D79" w:rsidR="007B0546" w:rsidRPr="00282266" w:rsidRDefault="007B0546" w:rsidP="00282266">
            <w:pPr>
              <w:spacing w:after="0" w:line="240" w:lineRule="auto"/>
              <w:rPr>
                <w:sz w:val="20"/>
                <w:szCs w:val="20"/>
              </w:rPr>
            </w:pPr>
            <w:r w:rsidRPr="00282266">
              <w:rPr>
                <w:rFonts w:cs="Shruti"/>
                <w:sz w:val="20"/>
                <w:szCs w:val="20"/>
                <w:cs/>
                <w:lang w:bidi="gu-IN"/>
              </w:rPr>
              <w:t>સ્થળ</w:t>
            </w:r>
            <w:r w:rsidRPr="00282266">
              <w:rPr>
                <w:sz w:val="20"/>
                <w:szCs w:val="20"/>
              </w:rPr>
              <w:t>:</w:t>
            </w:r>
            <w:r w:rsidR="00F56B31">
              <w:rPr>
                <w:rFonts w:cs="Shruti" w:hint="cs"/>
                <w:cs/>
                <w:lang w:bidi="gu-IN"/>
              </w:rPr>
              <w:t xml:space="preserve"> </w:t>
            </w:r>
            <w:r w:rsidR="008E13CA">
              <w:rPr>
                <w:rFonts w:cs="Shruti" w:hint="cs"/>
                <w:cs/>
                <w:lang w:bidi="gu-IN"/>
              </w:rPr>
              <w:t xml:space="preserve">ઢાંકણ્રીયાવાસ પ્રાથમિક શાળા </w:t>
            </w:r>
            <w:r w:rsidRPr="00282266">
              <w:rPr>
                <w:sz w:val="20"/>
                <w:szCs w:val="20"/>
              </w:rPr>
              <w:br/>
            </w:r>
            <w:r w:rsidRPr="00282266">
              <w:rPr>
                <w:rFonts w:cs="Shruti"/>
                <w:sz w:val="20"/>
                <w:szCs w:val="20"/>
                <w:cs/>
                <w:lang w:bidi="gu-IN"/>
              </w:rPr>
              <w:t>તારીખ</w:t>
            </w:r>
            <w:r w:rsidRPr="00282266">
              <w:rPr>
                <w:sz w:val="20"/>
                <w:szCs w:val="20"/>
              </w:rPr>
              <w:t xml:space="preserve">: </w:t>
            </w:r>
            <w:r w:rsidR="00282266">
              <w:rPr>
                <w:sz w:val="20"/>
                <w:szCs w:val="20"/>
              </w:rPr>
              <w:t xml:space="preserve">     </w:t>
            </w:r>
            <w:r w:rsidR="008E13CA">
              <w:rPr>
                <w:sz w:val="20"/>
                <w:szCs w:val="20"/>
              </w:rPr>
              <w:t>21/08/2026</w:t>
            </w:r>
          </w:p>
        </w:tc>
        <w:tc>
          <w:tcPr>
            <w:tcW w:w="4320" w:type="dxa"/>
          </w:tcPr>
          <w:p w14:paraId="427CD878" w14:textId="79D79A8F" w:rsidR="007B0546" w:rsidRPr="00282266" w:rsidRDefault="007B0546" w:rsidP="00282266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282266">
              <w:rPr>
                <w:rFonts w:cs="Shruti"/>
                <w:sz w:val="20"/>
                <w:szCs w:val="20"/>
                <w:cs/>
                <w:lang w:bidi="gu-IN"/>
              </w:rPr>
              <w:t>આચાર્યશ્રીની</w:t>
            </w:r>
            <w:r w:rsidRPr="00282266">
              <w:rPr>
                <w:sz w:val="20"/>
                <w:szCs w:val="20"/>
              </w:rPr>
              <w:t xml:space="preserve"> </w:t>
            </w:r>
            <w:r w:rsidRPr="00282266">
              <w:rPr>
                <w:rFonts w:cs="Shruti"/>
                <w:sz w:val="20"/>
                <w:szCs w:val="20"/>
                <w:cs/>
                <w:lang w:bidi="gu-IN"/>
              </w:rPr>
              <w:t>સહી</w:t>
            </w:r>
            <w:r w:rsidRPr="00282266">
              <w:rPr>
                <w:sz w:val="20"/>
                <w:szCs w:val="20"/>
              </w:rPr>
              <w:t xml:space="preserve"> </w:t>
            </w:r>
            <w:r w:rsidRPr="00282266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282266">
              <w:rPr>
                <w:sz w:val="20"/>
                <w:szCs w:val="20"/>
              </w:rPr>
              <w:t xml:space="preserve"> </w:t>
            </w:r>
            <w:r w:rsidRPr="00282266">
              <w:rPr>
                <w:rFonts w:cs="Shruti"/>
                <w:sz w:val="20"/>
                <w:szCs w:val="20"/>
                <w:cs/>
                <w:lang w:bidi="gu-IN"/>
              </w:rPr>
              <w:t>સિક્કો</w:t>
            </w:r>
            <w:r w:rsidRPr="00282266">
              <w:rPr>
                <w:sz w:val="20"/>
                <w:szCs w:val="20"/>
              </w:rPr>
              <w:br/>
              <w:t>(</w:t>
            </w:r>
            <w:r w:rsidR="00F56B31">
              <w:rPr>
                <w:rFonts w:cs="Shruti" w:hint="cs"/>
                <w:sz w:val="20"/>
                <w:szCs w:val="20"/>
                <w:cs/>
                <w:lang w:bidi="gu-IN"/>
              </w:rPr>
              <w:t>સુબાભાઈ કે.ઘટાડ</w:t>
            </w:r>
            <w:r w:rsidRPr="00282266">
              <w:rPr>
                <w:sz w:val="20"/>
                <w:szCs w:val="20"/>
              </w:rPr>
              <w:t>)</w:t>
            </w:r>
            <w:r w:rsidRPr="00282266">
              <w:rPr>
                <w:sz w:val="20"/>
                <w:szCs w:val="20"/>
              </w:rPr>
              <w:br/>
              <w:t>______________________</w:t>
            </w:r>
          </w:p>
        </w:tc>
      </w:tr>
    </w:tbl>
    <w:p w14:paraId="0F417A73" w14:textId="77777777" w:rsidR="007B0546" w:rsidRDefault="007B0546" w:rsidP="00282266">
      <w:pPr>
        <w:spacing w:after="0" w:line="240" w:lineRule="auto"/>
        <w:rPr>
          <w:rFonts w:cs="Shruti"/>
          <w:sz w:val="20"/>
          <w:szCs w:val="20"/>
          <w:lang w:bidi="gu-IN"/>
        </w:rPr>
      </w:pPr>
    </w:p>
    <w:p w14:paraId="5E034765" w14:textId="77777777" w:rsidR="00747365" w:rsidRDefault="00747365" w:rsidP="00282266">
      <w:pPr>
        <w:spacing w:after="0" w:line="240" w:lineRule="auto"/>
        <w:rPr>
          <w:rFonts w:cs="Shruti"/>
          <w:sz w:val="20"/>
          <w:szCs w:val="20"/>
          <w:lang w:bidi="gu-IN"/>
        </w:rPr>
      </w:pPr>
    </w:p>
    <w:p w14:paraId="3ED6E1AE" w14:textId="77777777" w:rsidR="00747365" w:rsidRDefault="00747365" w:rsidP="00282266">
      <w:pPr>
        <w:spacing w:after="0" w:line="240" w:lineRule="auto"/>
        <w:rPr>
          <w:rFonts w:cs="Shruti"/>
          <w:sz w:val="20"/>
          <w:szCs w:val="20"/>
          <w:lang w:bidi="gu-IN"/>
        </w:rPr>
      </w:pPr>
    </w:p>
    <w:p w14:paraId="549CB0F1" w14:textId="77777777" w:rsidR="00747365" w:rsidRDefault="00747365" w:rsidP="00282266">
      <w:pPr>
        <w:spacing w:after="0" w:line="240" w:lineRule="auto"/>
        <w:rPr>
          <w:rFonts w:cs="Shruti"/>
          <w:sz w:val="20"/>
          <w:szCs w:val="20"/>
          <w:lang w:bidi="gu-IN"/>
        </w:rPr>
      </w:pPr>
    </w:p>
    <w:p w14:paraId="1A3CFA80" w14:textId="77777777" w:rsidR="00747365" w:rsidRDefault="00747365" w:rsidP="00282266">
      <w:pPr>
        <w:spacing w:after="0" w:line="240" w:lineRule="auto"/>
        <w:rPr>
          <w:rFonts w:cs="Shruti"/>
          <w:sz w:val="20"/>
          <w:szCs w:val="20"/>
          <w:lang w:bidi="gu-IN"/>
        </w:rPr>
      </w:pPr>
    </w:p>
    <w:p w14:paraId="1E22D968" w14:textId="467FACCD" w:rsidR="00B36C4E" w:rsidRDefault="002546D1" w:rsidP="00521B9B">
      <w:pPr>
        <w:spacing w:after="0" w:line="240" w:lineRule="auto"/>
        <w:rPr>
          <w:rFonts w:cs="Shruti"/>
          <w:b/>
          <w:u w:val="single"/>
          <w:lang w:val="en-IN" w:bidi="gu-IN"/>
        </w:rPr>
      </w:pPr>
      <w:r>
        <w:rPr>
          <w:rFonts w:cs="Shruti" w:hint="cs"/>
          <w:sz w:val="28"/>
          <w:szCs w:val="28"/>
          <w:u w:val="single"/>
          <w:cs/>
          <w:lang w:bidi="gu-IN"/>
        </w:rPr>
        <w:t>ઢાંકણ્રીયાવાસ પ્રાથમિક શાળા તા- લાખણી જિલ્લો - વાવ-થરાદ ડાયસ કોડ: 24021300207</w:t>
      </w:r>
    </w:p>
    <w:p w14:paraId="298041BA" w14:textId="77777777" w:rsidR="00342A32" w:rsidRPr="00342A32" w:rsidRDefault="00342A32" w:rsidP="00342A32">
      <w:pPr>
        <w:pStyle w:val="Heading1"/>
      </w:pPr>
      <w:r>
        <w:rPr>
          <w:rFonts w:cs="Shruti"/>
          <w:cs/>
          <w:lang w:bidi="gu-IN"/>
        </w:rPr>
        <w:t>શિક્ષકો</w:t>
      </w:r>
      <w:r>
        <w:t xml:space="preserve"> </w:t>
      </w:r>
      <w:r>
        <w:rPr>
          <w:rFonts w:cs="Shruti"/>
          <w:cs/>
          <w:lang w:bidi="gu-IN"/>
        </w:rPr>
        <w:t>દ્વારા</w:t>
      </w:r>
      <w:r>
        <w:t xml:space="preserve"> </w:t>
      </w:r>
      <w:r>
        <w:rPr>
          <w:rFonts w:cs="Shruti"/>
          <w:cs/>
          <w:lang w:bidi="gu-IN"/>
        </w:rPr>
        <w:t>ટીમ</w:t>
      </w:r>
      <w:r>
        <w:t xml:space="preserve"> </w:t>
      </w:r>
      <w:r>
        <w:rPr>
          <w:rFonts w:cs="Shruti"/>
          <w:cs/>
          <w:lang w:bidi="gu-IN"/>
        </w:rPr>
        <w:t>ટીચિંગ</w:t>
      </w:r>
      <w:r>
        <w:t xml:space="preserve"> (Team Teaching) </w:t>
      </w:r>
      <w:r>
        <w:rPr>
          <w:rFonts w:cs="Shruti"/>
          <w:cs/>
          <w:lang w:bidi="gu-IN"/>
        </w:rPr>
        <w:t>પદ્ધતિથી</w:t>
      </w:r>
      <w:r>
        <w:t xml:space="preserve"> </w:t>
      </w:r>
      <w:r>
        <w:rPr>
          <w:rFonts w:cs="Shruti"/>
          <w:cs/>
          <w:lang w:bidi="gu-IN"/>
        </w:rPr>
        <w:t>લેવાયેલ</w:t>
      </w:r>
      <w:r>
        <w:t xml:space="preserve"> </w:t>
      </w:r>
      <w:r>
        <w:rPr>
          <w:rFonts w:cs="Shruti"/>
          <w:cs/>
          <w:lang w:bidi="gu-IN"/>
        </w:rPr>
        <w:t>તાસનો</w:t>
      </w:r>
      <w:r>
        <w:t xml:space="preserve"> </w:t>
      </w:r>
      <w:r>
        <w:rPr>
          <w:rFonts w:cs="Shruti"/>
          <w:cs/>
          <w:lang w:bidi="gu-IN"/>
        </w:rPr>
        <w:t>અહેવાલ</w:t>
      </w:r>
    </w:p>
    <w:p w14:paraId="38664866" w14:textId="68B5669A" w:rsidR="00342A32" w:rsidRPr="00602A57" w:rsidRDefault="00342A32" w:rsidP="00602A57">
      <w:pPr>
        <w:spacing w:after="0" w:line="240" w:lineRule="auto"/>
        <w:rPr>
          <w:rFonts w:cs="Shruti"/>
          <w:sz w:val="20"/>
          <w:szCs w:val="20"/>
          <w:lang w:bidi="gu-IN"/>
        </w:rPr>
      </w:pPr>
      <w:r w:rsidRPr="00602A57">
        <w:rPr>
          <w:rFonts w:cs="Shruti"/>
          <w:sz w:val="20"/>
          <w:szCs w:val="20"/>
          <w:cs/>
          <w:lang w:bidi="gu-IN"/>
        </w:rPr>
        <w:t>ગુણોત્સવ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૨</w:t>
      </w:r>
      <w:r w:rsidRPr="00602A57">
        <w:rPr>
          <w:sz w:val="20"/>
          <w:szCs w:val="20"/>
        </w:rPr>
        <w:t>.</w:t>
      </w:r>
      <w:r w:rsidRPr="00602A57">
        <w:rPr>
          <w:rFonts w:cs="Shruti"/>
          <w:sz w:val="20"/>
          <w:szCs w:val="20"/>
          <w:cs/>
          <w:lang w:bidi="gu-IN"/>
        </w:rPr>
        <w:t>૦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ના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માપદંડો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અને</w:t>
      </w:r>
      <w:r w:rsidRPr="00602A57">
        <w:rPr>
          <w:sz w:val="20"/>
          <w:szCs w:val="20"/>
        </w:rPr>
        <w:t xml:space="preserve"> NEP 2020 </w:t>
      </w:r>
      <w:r w:rsidRPr="00602A57">
        <w:rPr>
          <w:rFonts w:cs="Shruti"/>
          <w:sz w:val="20"/>
          <w:szCs w:val="20"/>
          <w:cs/>
          <w:lang w:bidi="gu-IN"/>
        </w:rPr>
        <w:t>અંતર્ગત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શિક્ષણ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કાર્યને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વધુ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રસપ્રદ</w:t>
      </w:r>
      <w:r w:rsidRPr="00602A57">
        <w:rPr>
          <w:sz w:val="20"/>
          <w:szCs w:val="20"/>
        </w:rPr>
        <w:t xml:space="preserve">, </w:t>
      </w:r>
      <w:r w:rsidRPr="00602A57">
        <w:rPr>
          <w:rFonts w:cs="Shruti"/>
          <w:sz w:val="20"/>
          <w:szCs w:val="20"/>
          <w:cs/>
          <w:lang w:bidi="gu-IN"/>
        </w:rPr>
        <w:t>પ્રવૃત્તિમય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અને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અસરકારક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બનાવવા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માટે</w:t>
      </w:r>
      <w:r w:rsidRPr="00602A57">
        <w:rPr>
          <w:sz w:val="20"/>
          <w:szCs w:val="20"/>
        </w:rPr>
        <w:t xml:space="preserve"> </w:t>
      </w:r>
      <w:r w:rsidR="008E13CA">
        <w:rPr>
          <w:rFonts w:cs="Shruti" w:hint="cs"/>
          <w:sz w:val="20"/>
          <w:szCs w:val="20"/>
          <w:cs/>
          <w:lang w:bidi="gu-IN"/>
        </w:rPr>
        <w:t xml:space="preserve">ઢાંકણ્રીયાવાસ પ્રાથમિક શાળા </w:t>
      </w:r>
      <w:r w:rsidRPr="00602A57">
        <w:rPr>
          <w:rFonts w:cs="Shruti"/>
          <w:sz w:val="20"/>
          <w:szCs w:val="20"/>
          <w:cs/>
          <w:lang w:bidi="gu-IN"/>
        </w:rPr>
        <w:t>ના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શિક્ષકો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દ્વારા</w:t>
      </w:r>
      <w:r w:rsidRPr="00602A57">
        <w:rPr>
          <w:sz w:val="20"/>
          <w:szCs w:val="20"/>
        </w:rPr>
        <w:t xml:space="preserve"> '</w:t>
      </w:r>
      <w:r w:rsidRPr="00602A57">
        <w:rPr>
          <w:rFonts w:cs="Shruti"/>
          <w:sz w:val="20"/>
          <w:szCs w:val="20"/>
          <w:cs/>
          <w:lang w:bidi="gu-IN"/>
        </w:rPr>
        <w:t>ટીમ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ટીચિંગ</w:t>
      </w:r>
      <w:r w:rsidRPr="00602A57">
        <w:rPr>
          <w:sz w:val="20"/>
          <w:szCs w:val="20"/>
        </w:rPr>
        <w:t>' (</w:t>
      </w:r>
      <w:r w:rsidRPr="00602A57">
        <w:rPr>
          <w:rFonts w:cs="Shruti"/>
          <w:sz w:val="20"/>
          <w:szCs w:val="20"/>
          <w:cs/>
          <w:lang w:bidi="gu-IN"/>
        </w:rPr>
        <w:t>જોડી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અધ્યાપન</w:t>
      </w:r>
      <w:r w:rsidRPr="00602A57">
        <w:rPr>
          <w:sz w:val="20"/>
          <w:szCs w:val="20"/>
        </w:rPr>
        <w:t xml:space="preserve">) </w:t>
      </w:r>
      <w:r w:rsidRPr="00602A57">
        <w:rPr>
          <w:rFonts w:cs="Shruti"/>
          <w:sz w:val="20"/>
          <w:szCs w:val="20"/>
          <w:cs/>
          <w:lang w:bidi="gu-IN"/>
        </w:rPr>
        <w:t>પદ્ધતિનો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ઉપયોગ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કરવામાં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આવે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છે</w:t>
      </w:r>
      <w:r w:rsidRPr="00602A57">
        <w:rPr>
          <w:sz w:val="20"/>
          <w:szCs w:val="20"/>
        </w:rPr>
        <w:t xml:space="preserve">. </w:t>
      </w:r>
      <w:r w:rsidRPr="00602A57">
        <w:rPr>
          <w:rFonts w:cs="Shruti"/>
          <w:sz w:val="20"/>
          <w:szCs w:val="20"/>
          <w:cs/>
          <w:lang w:bidi="gu-IN"/>
        </w:rPr>
        <w:t>આ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પદ્ધતિમાં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બે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કે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તેથી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વધુ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શિક્ષકો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સાથે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મળીને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પૂર્વઆયોજન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કરી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એક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જ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વર્ગખંડમાં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અધ્યાપન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કાર્ય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કરે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છે</w:t>
      </w:r>
      <w:r w:rsidRPr="00602A57">
        <w:rPr>
          <w:sz w:val="20"/>
          <w:szCs w:val="20"/>
        </w:rPr>
        <w:t xml:space="preserve">. </w:t>
      </w:r>
      <w:r w:rsidRPr="00602A57">
        <w:rPr>
          <w:rFonts w:cs="Shruti"/>
          <w:sz w:val="20"/>
          <w:szCs w:val="20"/>
          <w:cs/>
          <w:lang w:bidi="gu-IN"/>
        </w:rPr>
        <w:t>આ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અંતર્ગત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થયેલ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કામગીરીની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વિગતો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નીચે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મુજબ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છે</w:t>
      </w:r>
      <w:r w:rsidRPr="00602A57">
        <w:rPr>
          <w:sz w:val="20"/>
          <w:szCs w:val="20"/>
        </w:rPr>
        <w:t>:</w:t>
      </w:r>
    </w:p>
    <w:p w14:paraId="46F44400" w14:textId="77777777" w:rsidR="00342A32" w:rsidRPr="00602A57" w:rsidRDefault="00342A32" w:rsidP="00602A57">
      <w:pPr>
        <w:pStyle w:val="Heading2"/>
        <w:spacing w:line="240" w:lineRule="auto"/>
        <w:rPr>
          <w:sz w:val="20"/>
          <w:szCs w:val="20"/>
        </w:rPr>
      </w:pPr>
      <w:r w:rsidRPr="00602A57">
        <w:rPr>
          <w:rFonts w:cs="Shruti"/>
          <w:sz w:val="20"/>
          <w:szCs w:val="20"/>
          <w:cs/>
          <w:lang w:bidi="gu-IN"/>
        </w:rPr>
        <w:t>૧</w:t>
      </w:r>
      <w:r w:rsidRPr="00602A57">
        <w:rPr>
          <w:sz w:val="20"/>
          <w:szCs w:val="20"/>
        </w:rPr>
        <w:t xml:space="preserve">. </w:t>
      </w:r>
      <w:r w:rsidRPr="00602A57">
        <w:rPr>
          <w:rFonts w:cs="Shruti"/>
          <w:sz w:val="20"/>
          <w:szCs w:val="20"/>
          <w:cs/>
          <w:lang w:bidi="gu-IN"/>
        </w:rPr>
        <w:t>ટીમ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ટીચિંગનું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આયોજન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અને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ફાયદા</w:t>
      </w:r>
      <w:r w:rsidRPr="00602A57">
        <w:rPr>
          <w:sz w:val="20"/>
          <w:szCs w:val="20"/>
        </w:rPr>
        <w:t>:</w:t>
      </w:r>
    </w:p>
    <w:p w14:paraId="23E190C3" w14:textId="77777777" w:rsidR="00342A32" w:rsidRPr="00602A57" w:rsidRDefault="00342A32" w:rsidP="00602A57">
      <w:pPr>
        <w:pStyle w:val="ListBullet"/>
        <w:spacing w:after="0" w:line="240" w:lineRule="auto"/>
        <w:rPr>
          <w:sz w:val="20"/>
          <w:szCs w:val="20"/>
        </w:rPr>
      </w:pPr>
      <w:r w:rsidRPr="00602A57">
        <w:rPr>
          <w:rFonts w:cs="Shruti"/>
          <w:sz w:val="20"/>
          <w:szCs w:val="20"/>
          <w:cs/>
          <w:lang w:bidi="gu-IN"/>
        </w:rPr>
        <w:t>કઠિન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મુદ્દાઓની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સરળ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સમજૂતી</w:t>
      </w:r>
      <w:r w:rsidRPr="00602A57">
        <w:rPr>
          <w:sz w:val="20"/>
          <w:szCs w:val="20"/>
        </w:rPr>
        <w:t xml:space="preserve">: </w:t>
      </w:r>
      <w:r w:rsidRPr="00602A57">
        <w:rPr>
          <w:rFonts w:cs="Shruti"/>
          <w:sz w:val="20"/>
          <w:szCs w:val="20"/>
          <w:cs/>
          <w:lang w:bidi="gu-IN"/>
        </w:rPr>
        <w:t>ગણિત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કે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વિજ્ઞાનના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અઘરા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ખ્યાલો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સમજાવવા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માટે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બે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શિક્ષકોના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જ્ઞાનનો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સમન્વય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કરવામાં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આવે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છે</w:t>
      </w:r>
      <w:r w:rsidRPr="00602A57">
        <w:rPr>
          <w:sz w:val="20"/>
          <w:szCs w:val="20"/>
        </w:rPr>
        <w:t>.</w:t>
      </w:r>
    </w:p>
    <w:p w14:paraId="1F7B5DBC" w14:textId="77777777" w:rsidR="00342A32" w:rsidRPr="00602A57" w:rsidRDefault="00342A32" w:rsidP="00602A57">
      <w:pPr>
        <w:pStyle w:val="ListBullet"/>
        <w:spacing w:after="0" w:line="240" w:lineRule="auto"/>
        <w:rPr>
          <w:sz w:val="20"/>
          <w:szCs w:val="20"/>
        </w:rPr>
      </w:pPr>
      <w:r w:rsidRPr="00602A57">
        <w:rPr>
          <w:rFonts w:cs="Shruti"/>
          <w:sz w:val="20"/>
          <w:szCs w:val="20"/>
          <w:cs/>
          <w:lang w:bidi="gu-IN"/>
        </w:rPr>
        <w:t>કાર્યની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વહેંચણી</w:t>
      </w:r>
      <w:r w:rsidRPr="00602A57">
        <w:rPr>
          <w:sz w:val="20"/>
          <w:szCs w:val="20"/>
        </w:rPr>
        <w:t xml:space="preserve">: </w:t>
      </w:r>
      <w:r w:rsidRPr="00602A57">
        <w:rPr>
          <w:rFonts w:cs="Shruti"/>
          <w:sz w:val="20"/>
          <w:szCs w:val="20"/>
          <w:cs/>
          <w:lang w:bidi="gu-IN"/>
        </w:rPr>
        <w:t>તાસ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દરમિયાન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એક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શિક્ષક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વિષયવસ્તુની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સમજૂતી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આપે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છે</w:t>
      </w:r>
      <w:r w:rsidRPr="00602A57">
        <w:rPr>
          <w:sz w:val="20"/>
          <w:szCs w:val="20"/>
        </w:rPr>
        <w:t xml:space="preserve">, </w:t>
      </w:r>
      <w:r w:rsidRPr="00602A57">
        <w:rPr>
          <w:rFonts w:cs="Shruti"/>
          <w:sz w:val="20"/>
          <w:szCs w:val="20"/>
          <w:cs/>
          <w:lang w:bidi="gu-IN"/>
        </w:rPr>
        <w:t>જ્યારે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બીજા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શિક્ષક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બોર્ડ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વર્ક</w:t>
      </w:r>
      <w:r w:rsidRPr="00602A57">
        <w:rPr>
          <w:sz w:val="20"/>
          <w:szCs w:val="20"/>
        </w:rPr>
        <w:t xml:space="preserve">, TLM </w:t>
      </w:r>
      <w:r w:rsidRPr="00602A57">
        <w:rPr>
          <w:rFonts w:cs="Shruti"/>
          <w:sz w:val="20"/>
          <w:szCs w:val="20"/>
          <w:cs/>
          <w:lang w:bidi="gu-IN"/>
        </w:rPr>
        <w:t>પ્રદર્શન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અને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વિદ્યાર્થીઓની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પ્રવૃત્તિઓનું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નિરીક્ષણ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કરે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છે</w:t>
      </w:r>
      <w:r w:rsidRPr="00602A57">
        <w:rPr>
          <w:sz w:val="20"/>
          <w:szCs w:val="20"/>
        </w:rPr>
        <w:t>.</w:t>
      </w:r>
    </w:p>
    <w:p w14:paraId="5AC7C76B" w14:textId="77777777" w:rsidR="00342A32" w:rsidRPr="00602A57" w:rsidRDefault="00342A32" w:rsidP="00602A57">
      <w:pPr>
        <w:pStyle w:val="ListBullet"/>
        <w:spacing w:after="0" w:line="240" w:lineRule="auto"/>
        <w:rPr>
          <w:sz w:val="20"/>
          <w:szCs w:val="20"/>
        </w:rPr>
      </w:pPr>
      <w:r w:rsidRPr="00602A57">
        <w:rPr>
          <w:rFonts w:cs="Shruti"/>
          <w:sz w:val="20"/>
          <w:szCs w:val="20"/>
          <w:cs/>
          <w:lang w:bidi="gu-IN"/>
        </w:rPr>
        <w:t>વ્યક્તિગત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ધ્યાન</w:t>
      </w:r>
      <w:r w:rsidRPr="00602A57">
        <w:rPr>
          <w:sz w:val="20"/>
          <w:szCs w:val="20"/>
        </w:rPr>
        <w:t xml:space="preserve">: </w:t>
      </w:r>
      <w:r w:rsidRPr="00602A57">
        <w:rPr>
          <w:rFonts w:cs="Shruti"/>
          <w:sz w:val="20"/>
          <w:szCs w:val="20"/>
          <w:cs/>
          <w:lang w:bidi="gu-IN"/>
        </w:rPr>
        <w:t>વર્ગમાં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વધુ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વિદ્યાર્થીઓ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હોય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ત્યારે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ટીમ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ટીચિંગથી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દરેક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બાળક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પર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પૂરતું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ધ્યાન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આપી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શકાય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છે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અને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તેમની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શૈક્ષણિક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મુશ્કેલીઓ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ત્વરિત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ઉકેલી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શકાય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છે</w:t>
      </w:r>
      <w:r w:rsidRPr="00602A57">
        <w:rPr>
          <w:sz w:val="20"/>
          <w:szCs w:val="20"/>
        </w:rPr>
        <w:t>.</w:t>
      </w:r>
    </w:p>
    <w:p w14:paraId="3D3A30B5" w14:textId="77777777" w:rsidR="00342A32" w:rsidRPr="00602A57" w:rsidRDefault="00342A32" w:rsidP="00602A57">
      <w:pPr>
        <w:pStyle w:val="ListBullet"/>
        <w:spacing w:after="0" w:line="240" w:lineRule="auto"/>
        <w:rPr>
          <w:sz w:val="20"/>
          <w:szCs w:val="20"/>
        </w:rPr>
      </w:pPr>
      <w:r w:rsidRPr="00602A57">
        <w:rPr>
          <w:rFonts w:cs="Shruti"/>
          <w:sz w:val="20"/>
          <w:szCs w:val="20"/>
          <w:cs/>
          <w:lang w:bidi="gu-IN"/>
        </w:rPr>
        <w:t>શિક્ષકોમાં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પારસ્પરિક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અધ્યયન</w:t>
      </w:r>
      <w:r w:rsidRPr="00602A57">
        <w:rPr>
          <w:sz w:val="20"/>
          <w:szCs w:val="20"/>
        </w:rPr>
        <w:t xml:space="preserve">: </w:t>
      </w:r>
      <w:r w:rsidRPr="00602A57">
        <w:rPr>
          <w:rFonts w:cs="Shruti"/>
          <w:sz w:val="20"/>
          <w:szCs w:val="20"/>
          <w:cs/>
          <w:lang w:bidi="gu-IN"/>
        </w:rPr>
        <w:t>આ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પદ્ધતિથી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શિક્ષકો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એકબીજાની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શૈક્ષણિક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પદ્ધતિઓ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અને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કૌશલ્યોમાંથી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ઘણું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નવું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શીખી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શકે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છે</w:t>
      </w:r>
      <w:r w:rsidRPr="00602A57">
        <w:rPr>
          <w:sz w:val="20"/>
          <w:szCs w:val="20"/>
        </w:rPr>
        <w:t>.</w:t>
      </w:r>
    </w:p>
    <w:p w14:paraId="7C6B6B9D" w14:textId="77777777" w:rsidR="00342A32" w:rsidRPr="00602A57" w:rsidRDefault="00342A32" w:rsidP="00602A57">
      <w:pPr>
        <w:pStyle w:val="Heading2"/>
        <w:spacing w:line="240" w:lineRule="auto"/>
        <w:rPr>
          <w:sz w:val="20"/>
          <w:szCs w:val="20"/>
        </w:rPr>
      </w:pPr>
      <w:r w:rsidRPr="00602A57">
        <w:rPr>
          <w:rFonts w:cs="Shruti"/>
          <w:sz w:val="20"/>
          <w:szCs w:val="20"/>
          <w:cs/>
          <w:lang w:bidi="gu-IN"/>
        </w:rPr>
        <w:t>૨</w:t>
      </w:r>
      <w:r w:rsidRPr="00602A57">
        <w:rPr>
          <w:sz w:val="20"/>
          <w:szCs w:val="20"/>
        </w:rPr>
        <w:t xml:space="preserve">. </w:t>
      </w:r>
      <w:r w:rsidRPr="00602A57">
        <w:rPr>
          <w:rFonts w:cs="Shruti"/>
          <w:sz w:val="20"/>
          <w:szCs w:val="20"/>
          <w:cs/>
          <w:lang w:bidi="gu-IN"/>
        </w:rPr>
        <w:t>ચાલુ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સત્ર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દરમિયાન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ટીમ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ટીચિંગથી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લેવાયેલ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તાસની</w:t>
      </w:r>
      <w:r w:rsidRPr="00602A57">
        <w:rPr>
          <w:sz w:val="20"/>
          <w:szCs w:val="20"/>
        </w:rPr>
        <w:t xml:space="preserve"> </w:t>
      </w:r>
      <w:r w:rsidRPr="00602A57">
        <w:rPr>
          <w:rFonts w:cs="Shruti"/>
          <w:sz w:val="20"/>
          <w:szCs w:val="20"/>
          <w:cs/>
          <w:lang w:bidi="gu-IN"/>
        </w:rPr>
        <w:t>વિગત</w:t>
      </w:r>
      <w:r w:rsidRPr="00602A57">
        <w:rPr>
          <w:sz w:val="20"/>
          <w:szCs w:val="20"/>
        </w:rPr>
        <w:t>: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675"/>
        <w:gridCol w:w="1843"/>
        <w:gridCol w:w="2268"/>
        <w:gridCol w:w="2126"/>
        <w:gridCol w:w="2410"/>
      </w:tblGrid>
      <w:tr w:rsidR="00342A32" w:rsidRPr="00602A57" w14:paraId="15E4F3A2" w14:textId="77777777" w:rsidTr="00342A32">
        <w:tc>
          <w:tcPr>
            <w:tcW w:w="675" w:type="dxa"/>
          </w:tcPr>
          <w:p w14:paraId="400C5A66" w14:textId="77777777" w:rsidR="00342A32" w:rsidRPr="00602A57" w:rsidRDefault="00342A32" w:rsidP="00602A57">
            <w:pPr>
              <w:jc w:val="center"/>
              <w:rPr>
                <w:sz w:val="20"/>
                <w:szCs w:val="20"/>
              </w:rPr>
            </w:pPr>
            <w:r w:rsidRPr="00602A57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ક્રમ</w:t>
            </w:r>
          </w:p>
        </w:tc>
        <w:tc>
          <w:tcPr>
            <w:tcW w:w="1843" w:type="dxa"/>
          </w:tcPr>
          <w:p w14:paraId="34F4D857" w14:textId="77777777" w:rsidR="00342A32" w:rsidRPr="00602A57" w:rsidRDefault="00342A32" w:rsidP="00602A57">
            <w:pPr>
              <w:jc w:val="center"/>
              <w:rPr>
                <w:sz w:val="20"/>
                <w:szCs w:val="20"/>
              </w:rPr>
            </w:pPr>
            <w:r w:rsidRPr="00602A57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તારીખ</w:t>
            </w:r>
            <w:r w:rsidRPr="00602A57">
              <w:rPr>
                <w:b/>
                <w:sz w:val="20"/>
                <w:szCs w:val="20"/>
              </w:rPr>
              <w:t xml:space="preserve"> </w:t>
            </w:r>
            <w:r w:rsidRPr="00602A57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અને</w:t>
            </w:r>
            <w:r w:rsidRPr="00602A57">
              <w:rPr>
                <w:b/>
                <w:sz w:val="20"/>
                <w:szCs w:val="20"/>
              </w:rPr>
              <w:t xml:space="preserve"> </w:t>
            </w:r>
            <w:r w:rsidRPr="00602A57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વાર</w:t>
            </w:r>
          </w:p>
        </w:tc>
        <w:tc>
          <w:tcPr>
            <w:tcW w:w="2268" w:type="dxa"/>
          </w:tcPr>
          <w:p w14:paraId="301C60EA" w14:textId="77777777" w:rsidR="00342A32" w:rsidRPr="00602A57" w:rsidRDefault="00342A32" w:rsidP="00602A57">
            <w:pPr>
              <w:jc w:val="center"/>
              <w:rPr>
                <w:sz w:val="20"/>
                <w:szCs w:val="20"/>
              </w:rPr>
            </w:pPr>
            <w:r w:rsidRPr="00602A57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ધોરણ</w:t>
            </w:r>
            <w:r w:rsidRPr="00602A57">
              <w:rPr>
                <w:b/>
                <w:sz w:val="20"/>
                <w:szCs w:val="20"/>
              </w:rPr>
              <w:t xml:space="preserve"> </w:t>
            </w:r>
            <w:r w:rsidRPr="00602A57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અને</w:t>
            </w:r>
            <w:r w:rsidRPr="00602A57">
              <w:rPr>
                <w:b/>
                <w:sz w:val="20"/>
                <w:szCs w:val="20"/>
              </w:rPr>
              <w:t xml:space="preserve"> </w:t>
            </w:r>
            <w:r w:rsidRPr="00602A57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વિષય</w:t>
            </w:r>
          </w:p>
        </w:tc>
        <w:tc>
          <w:tcPr>
            <w:tcW w:w="2126" w:type="dxa"/>
          </w:tcPr>
          <w:p w14:paraId="4BBECCA5" w14:textId="77777777" w:rsidR="00342A32" w:rsidRPr="00602A57" w:rsidRDefault="00342A32" w:rsidP="00602A57">
            <w:pPr>
              <w:jc w:val="center"/>
              <w:rPr>
                <w:sz w:val="20"/>
                <w:szCs w:val="20"/>
              </w:rPr>
            </w:pPr>
            <w:r w:rsidRPr="00602A57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ભણાવેલ</w:t>
            </w:r>
            <w:r w:rsidRPr="00602A57">
              <w:rPr>
                <w:b/>
                <w:sz w:val="20"/>
                <w:szCs w:val="20"/>
              </w:rPr>
              <w:t xml:space="preserve"> </w:t>
            </w:r>
            <w:r w:rsidRPr="00602A57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મુદ્દો</w:t>
            </w:r>
            <w:r w:rsidRPr="00602A57">
              <w:rPr>
                <w:b/>
                <w:sz w:val="20"/>
                <w:szCs w:val="20"/>
              </w:rPr>
              <w:t xml:space="preserve"> / </w:t>
            </w:r>
            <w:r w:rsidRPr="00602A57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પ્રવૃત્તિ</w:t>
            </w:r>
          </w:p>
        </w:tc>
        <w:tc>
          <w:tcPr>
            <w:tcW w:w="2410" w:type="dxa"/>
          </w:tcPr>
          <w:p w14:paraId="71BDB566" w14:textId="77777777" w:rsidR="00342A32" w:rsidRPr="00602A57" w:rsidRDefault="00342A32" w:rsidP="00602A57">
            <w:pPr>
              <w:jc w:val="center"/>
              <w:rPr>
                <w:sz w:val="20"/>
                <w:szCs w:val="20"/>
              </w:rPr>
            </w:pPr>
            <w:r w:rsidRPr="00602A57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ટીમ</w:t>
            </w:r>
            <w:r w:rsidRPr="00602A57">
              <w:rPr>
                <w:b/>
                <w:sz w:val="20"/>
                <w:szCs w:val="20"/>
              </w:rPr>
              <w:t xml:space="preserve"> </w:t>
            </w:r>
            <w:r w:rsidRPr="00602A57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ટીચિંગ</w:t>
            </w:r>
            <w:r w:rsidRPr="00602A57">
              <w:rPr>
                <w:b/>
                <w:sz w:val="20"/>
                <w:szCs w:val="20"/>
              </w:rPr>
              <w:t xml:space="preserve"> </w:t>
            </w:r>
            <w:r w:rsidRPr="00602A57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કરાવનાર</w:t>
            </w:r>
            <w:r w:rsidRPr="00602A57">
              <w:rPr>
                <w:b/>
                <w:sz w:val="20"/>
                <w:szCs w:val="20"/>
              </w:rPr>
              <w:t xml:space="preserve"> </w:t>
            </w:r>
            <w:r w:rsidRPr="00602A57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શિક્ષકોના</w:t>
            </w:r>
            <w:r w:rsidRPr="00602A57">
              <w:rPr>
                <w:b/>
                <w:sz w:val="20"/>
                <w:szCs w:val="20"/>
              </w:rPr>
              <w:t xml:space="preserve"> </w:t>
            </w:r>
            <w:r w:rsidRPr="00602A57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નામ</w:t>
            </w:r>
          </w:p>
        </w:tc>
      </w:tr>
      <w:tr w:rsidR="00342A32" w:rsidRPr="00602A57" w14:paraId="78CD3423" w14:textId="77777777" w:rsidTr="00342A32">
        <w:tc>
          <w:tcPr>
            <w:tcW w:w="675" w:type="dxa"/>
          </w:tcPr>
          <w:p w14:paraId="0B633EC9" w14:textId="77777777" w:rsidR="00342A32" w:rsidRPr="00602A57" w:rsidRDefault="00342A32" w:rsidP="00602A57">
            <w:pPr>
              <w:jc w:val="center"/>
              <w:rPr>
                <w:sz w:val="20"/>
                <w:szCs w:val="20"/>
              </w:rPr>
            </w:pPr>
            <w:r w:rsidRPr="00602A57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14:paraId="796C4995" w14:textId="77777777" w:rsidR="00342A32" w:rsidRDefault="00342A32" w:rsidP="00F37DAD">
            <w:pPr>
              <w:rPr>
                <w:rFonts w:cs="Shruti"/>
                <w:sz w:val="20"/>
                <w:szCs w:val="20"/>
                <w:lang w:bidi="gu-IN"/>
              </w:rPr>
            </w:pPr>
          </w:p>
          <w:p w14:paraId="4A4FCB8B" w14:textId="77777777" w:rsidR="00E976A5" w:rsidRPr="00E976A5" w:rsidRDefault="00E976A5" w:rsidP="00F37DAD">
            <w:pPr>
              <w:rPr>
                <w:rFonts w:cs="Shruti"/>
                <w:sz w:val="20"/>
                <w:szCs w:val="20"/>
                <w:lang w:bidi="gu-IN"/>
              </w:rPr>
            </w:pPr>
          </w:p>
        </w:tc>
        <w:tc>
          <w:tcPr>
            <w:tcW w:w="2268" w:type="dxa"/>
          </w:tcPr>
          <w:p w14:paraId="72407B6B" w14:textId="77777777" w:rsidR="00342A32" w:rsidRPr="00602A57" w:rsidRDefault="00342A32" w:rsidP="00F37D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2ECBB59A" w14:textId="77777777" w:rsidR="00342A32" w:rsidRPr="00602A57" w:rsidRDefault="00342A32" w:rsidP="00F37DAD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802A6FE" w14:textId="77777777" w:rsidR="00342A32" w:rsidRPr="00602A57" w:rsidRDefault="00342A32" w:rsidP="00F37DAD">
            <w:pPr>
              <w:rPr>
                <w:sz w:val="20"/>
                <w:szCs w:val="20"/>
              </w:rPr>
            </w:pPr>
          </w:p>
        </w:tc>
      </w:tr>
      <w:tr w:rsidR="00342A32" w:rsidRPr="00602A57" w14:paraId="0F5F0824" w14:textId="77777777" w:rsidTr="00342A32">
        <w:tc>
          <w:tcPr>
            <w:tcW w:w="675" w:type="dxa"/>
          </w:tcPr>
          <w:p w14:paraId="7356290F" w14:textId="77777777" w:rsidR="00342A32" w:rsidRPr="00602A57" w:rsidRDefault="00342A32" w:rsidP="00602A57">
            <w:pPr>
              <w:jc w:val="center"/>
              <w:rPr>
                <w:sz w:val="20"/>
                <w:szCs w:val="20"/>
              </w:rPr>
            </w:pPr>
            <w:r w:rsidRPr="00602A57">
              <w:rPr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14:paraId="4B721883" w14:textId="77777777" w:rsidR="00342A32" w:rsidRDefault="00342A32" w:rsidP="00F37DAD">
            <w:pPr>
              <w:rPr>
                <w:rFonts w:cs="Shruti"/>
                <w:sz w:val="20"/>
                <w:szCs w:val="20"/>
                <w:lang w:bidi="gu-IN"/>
              </w:rPr>
            </w:pPr>
          </w:p>
          <w:p w14:paraId="7323415D" w14:textId="77777777" w:rsidR="00E976A5" w:rsidRPr="00E976A5" w:rsidRDefault="00E976A5" w:rsidP="00F37DAD">
            <w:pPr>
              <w:rPr>
                <w:rFonts w:cs="Shruti"/>
                <w:sz w:val="20"/>
                <w:szCs w:val="20"/>
                <w:lang w:bidi="gu-IN"/>
              </w:rPr>
            </w:pPr>
          </w:p>
        </w:tc>
        <w:tc>
          <w:tcPr>
            <w:tcW w:w="2268" w:type="dxa"/>
          </w:tcPr>
          <w:p w14:paraId="2A8F7C94" w14:textId="77777777" w:rsidR="00342A32" w:rsidRPr="00602A57" w:rsidRDefault="00342A32" w:rsidP="00F37D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5DAB13E7" w14:textId="77777777" w:rsidR="00342A32" w:rsidRPr="00602A57" w:rsidRDefault="00342A32" w:rsidP="00F37DAD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7277278" w14:textId="77777777" w:rsidR="00342A32" w:rsidRPr="00602A57" w:rsidRDefault="00342A32" w:rsidP="00F37DAD">
            <w:pPr>
              <w:rPr>
                <w:sz w:val="20"/>
                <w:szCs w:val="20"/>
              </w:rPr>
            </w:pPr>
          </w:p>
        </w:tc>
      </w:tr>
      <w:tr w:rsidR="00342A32" w:rsidRPr="00602A57" w14:paraId="1CA32143" w14:textId="77777777" w:rsidTr="00342A32">
        <w:tc>
          <w:tcPr>
            <w:tcW w:w="675" w:type="dxa"/>
          </w:tcPr>
          <w:p w14:paraId="4BC7F670" w14:textId="77777777" w:rsidR="00342A32" w:rsidRPr="00602A57" w:rsidRDefault="00342A32" w:rsidP="00602A57">
            <w:pPr>
              <w:jc w:val="center"/>
              <w:rPr>
                <w:sz w:val="20"/>
                <w:szCs w:val="20"/>
              </w:rPr>
            </w:pPr>
            <w:r w:rsidRPr="00602A57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14:paraId="51460AB7" w14:textId="77777777" w:rsidR="00342A32" w:rsidRDefault="00342A32" w:rsidP="00F37DAD">
            <w:pPr>
              <w:rPr>
                <w:rFonts w:cs="Shruti"/>
                <w:sz w:val="20"/>
                <w:szCs w:val="20"/>
                <w:lang w:bidi="gu-IN"/>
              </w:rPr>
            </w:pPr>
          </w:p>
          <w:p w14:paraId="0715FB21" w14:textId="77777777" w:rsidR="00E976A5" w:rsidRPr="00E976A5" w:rsidRDefault="00E976A5" w:rsidP="00F37DAD">
            <w:pPr>
              <w:rPr>
                <w:rFonts w:cs="Shruti"/>
                <w:sz w:val="20"/>
                <w:szCs w:val="20"/>
                <w:lang w:bidi="gu-IN"/>
              </w:rPr>
            </w:pPr>
          </w:p>
        </w:tc>
        <w:tc>
          <w:tcPr>
            <w:tcW w:w="2268" w:type="dxa"/>
          </w:tcPr>
          <w:p w14:paraId="714FE2FF" w14:textId="77777777" w:rsidR="00342A32" w:rsidRPr="00602A57" w:rsidRDefault="00342A32" w:rsidP="00F37D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20C451D1" w14:textId="77777777" w:rsidR="00342A32" w:rsidRPr="00602A57" w:rsidRDefault="00342A32" w:rsidP="00F37DAD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26837819" w14:textId="77777777" w:rsidR="00342A32" w:rsidRPr="00602A57" w:rsidRDefault="00342A32" w:rsidP="00F37DAD">
            <w:pPr>
              <w:rPr>
                <w:sz w:val="20"/>
                <w:szCs w:val="20"/>
              </w:rPr>
            </w:pPr>
          </w:p>
        </w:tc>
      </w:tr>
      <w:tr w:rsidR="00342A32" w:rsidRPr="00602A57" w14:paraId="09A2B7B6" w14:textId="77777777" w:rsidTr="00342A32">
        <w:tc>
          <w:tcPr>
            <w:tcW w:w="675" w:type="dxa"/>
          </w:tcPr>
          <w:p w14:paraId="393FDA70" w14:textId="77777777" w:rsidR="00342A32" w:rsidRPr="00602A57" w:rsidRDefault="00342A32" w:rsidP="00602A57">
            <w:pPr>
              <w:jc w:val="center"/>
              <w:rPr>
                <w:sz w:val="20"/>
                <w:szCs w:val="20"/>
              </w:rPr>
            </w:pPr>
            <w:r w:rsidRPr="00602A57">
              <w:rPr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14:paraId="61ABBF05" w14:textId="77777777" w:rsidR="00342A32" w:rsidRDefault="00342A32" w:rsidP="00F37DAD">
            <w:pPr>
              <w:rPr>
                <w:rFonts w:cs="Shruti"/>
                <w:sz w:val="20"/>
                <w:szCs w:val="20"/>
                <w:lang w:bidi="gu-IN"/>
              </w:rPr>
            </w:pPr>
          </w:p>
          <w:p w14:paraId="14CC15D6" w14:textId="77777777" w:rsidR="00E976A5" w:rsidRPr="00E976A5" w:rsidRDefault="00E976A5" w:rsidP="00F37DAD">
            <w:pPr>
              <w:rPr>
                <w:rFonts w:cs="Shruti"/>
                <w:sz w:val="20"/>
                <w:szCs w:val="20"/>
                <w:lang w:bidi="gu-IN"/>
              </w:rPr>
            </w:pPr>
          </w:p>
        </w:tc>
        <w:tc>
          <w:tcPr>
            <w:tcW w:w="2268" w:type="dxa"/>
          </w:tcPr>
          <w:p w14:paraId="746E5F3F" w14:textId="77777777" w:rsidR="00342A32" w:rsidRPr="00602A57" w:rsidRDefault="00342A32" w:rsidP="00F37D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4948F00B" w14:textId="77777777" w:rsidR="00342A32" w:rsidRPr="00602A57" w:rsidRDefault="00342A32" w:rsidP="00F37DAD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E2DAF17" w14:textId="77777777" w:rsidR="00342A32" w:rsidRPr="00602A57" w:rsidRDefault="00342A32" w:rsidP="00F37DAD">
            <w:pPr>
              <w:rPr>
                <w:sz w:val="20"/>
                <w:szCs w:val="20"/>
              </w:rPr>
            </w:pPr>
          </w:p>
        </w:tc>
      </w:tr>
    </w:tbl>
    <w:p w14:paraId="426E76FE" w14:textId="77777777" w:rsidR="00342A32" w:rsidRPr="00602A57" w:rsidRDefault="00342A32" w:rsidP="00342A32">
      <w:pPr>
        <w:rPr>
          <w:sz w:val="20"/>
          <w:szCs w:val="20"/>
        </w:rPr>
      </w:pPr>
      <w:r w:rsidRPr="00602A57">
        <w:rPr>
          <w:rFonts w:cs="Shruti"/>
          <w:b/>
          <w:bCs/>
          <w:sz w:val="20"/>
          <w:szCs w:val="20"/>
          <w:cs/>
          <w:lang w:bidi="gu-IN"/>
        </w:rPr>
        <w:t>નિષ્કર્ષ</w:t>
      </w:r>
      <w:r w:rsidRPr="00602A57">
        <w:rPr>
          <w:b/>
          <w:sz w:val="20"/>
          <w:szCs w:val="20"/>
        </w:rPr>
        <w:t xml:space="preserve">: </w:t>
      </w:r>
      <w:r w:rsidRPr="00602A57">
        <w:rPr>
          <w:rFonts w:cs="Shruti"/>
          <w:b/>
          <w:bCs/>
          <w:sz w:val="20"/>
          <w:szCs w:val="20"/>
          <w:cs/>
          <w:lang w:bidi="gu-IN"/>
        </w:rPr>
        <w:t>ટીમ</w:t>
      </w:r>
      <w:r w:rsidRPr="00602A57">
        <w:rPr>
          <w:b/>
          <w:sz w:val="20"/>
          <w:szCs w:val="20"/>
        </w:rPr>
        <w:t xml:space="preserve"> </w:t>
      </w:r>
      <w:r w:rsidRPr="00602A57">
        <w:rPr>
          <w:rFonts w:cs="Shruti"/>
          <w:b/>
          <w:bCs/>
          <w:sz w:val="20"/>
          <w:szCs w:val="20"/>
          <w:cs/>
          <w:lang w:bidi="gu-IN"/>
        </w:rPr>
        <w:t>ટીચિંગ</w:t>
      </w:r>
      <w:r w:rsidRPr="00602A57">
        <w:rPr>
          <w:b/>
          <w:sz w:val="20"/>
          <w:szCs w:val="20"/>
        </w:rPr>
        <w:t xml:space="preserve"> </w:t>
      </w:r>
      <w:r w:rsidRPr="00602A57">
        <w:rPr>
          <w:rFonts w:cs="Shruti"/>
          <w:b/>
          <w:bCs/>
          <w:sz w:val="20"/>
          <w:szCs w:val="20"/>
          <w:cs/>
          <w:lang w:bidi="gu-IN"/>
        </w:rPr>
        <w:t>પદ્ધતિથી</w:t>
      </w:r>
      <w:r w:rsidRPr="00602A57">
        <w:rPr>
          <w:b/>
          <w:sz w:val="20"/>
          <w:szCs w:val="20"/>
        </w:rPr>
        <w:t xml:space="preserve"> </w:t>
      </w:r>
      <w:r w:rsidRPr="00602A57">
        <w:rPr>
          <w:rFonts w:cs="Shruti"/>
          <w:b/>
          <w:bCs/>
          <w:sz w:val="20"/>
          <w:szCs w:val="20"/>
          <w:cs/>
          <w:lang w:bidi="gu-IN"/>
        </w:rPr>
        <w:t>વિદ્યાર્થીઓને</w:t>
      </w:r>
      <w:r w:rsidRPr="00602A57">
        <w:rPr>
          <w:b/>
          <w:sz w:val="20"/>
          <w:szCs w:val="20"/>
        </w:rPr>
        <w:t xml:space="preserve"> </w:t>
      </w:r>
      <w:r w:rsidRPr="00602A57">
        <w:rPr>
          <w:rFonts w:cs="Shruti"/>
          <w:b/>
          <w:bCs/>
          <w:sz w:val="20"/>
          <w:szCs w:val="20"/>
          <w:cs/>
          <w:lang w:bidi="gu-IN"/>
        </w:rPr>
        <w:t>એક</w:t>
      </w:r>
      <w:r w:rsidRPr="00602A57">
        <w:rPr>
          <w:b/>
          <w:sz w:val="20"/>
          <w:szCs w:val="20"/>
        </w:rPr>
        <w:t xml:space="preserve"> </w:t>
      </w:r>
      <w:r w:rsidRPr="00602A57">
        <w:rPr>
          <w:rFonts w:cs="Shruti"/>
          <w:b/>
          <w:bCs/>
          <w:sz w:val="20"/>
          <w:szCs w:val="20"/>
          <w:cs/>
          <w:lang w:bidi="gu-IN"/>
        </w:rPr>
        <w:t>જ</w:t>
      </w:r>
      <w:r w:rsidRPr="00602A57">
        <w:rPr>
          <w:b/>
          <w:sz w:val="20"/>
          <w:szCs w:val="20"/>
        </w:rPr>
        <w:t xml:space="preserve"> </w:t>
      </w:r>
      <w:r w:rsidRPr="00602A57">
        <w:rPr>
          <w:rFonts w:cs="Shruti"/>
          <w:b/>
          <w:bCs/>
          <w:sz w:val="20"/>
          <w:szCs w:val="20"/>
          <w:cs/>
          <w:lang w:bidi="gu-IN"/>
        </w:rPr>
        <w:t>તાસમાં</w:t>
      </w:r>
      <w:r w:rsidRPr="00602A57">
        <w:rPr>
          <w:b/>
          <w:sz w:val="20"/>
          <w:szCs w:val="20"/>
        </w:rPr>
        <w:t xml:space="preserve"> </w:t>
      </w:r>
      <w:r w:rsidRPr="00602A57">
        <w:rPr>
          <w:rFonts w:cs="Shruti"/>
          <w:b/>
          <w:bCs/>
          <w:sz w:val="20"/>
          <w:szCs w:val="20"/>
          <w:cs/>
          <w:lang w:bidi="gu-IN"/>
        </w:rPr>
        <w:t>બે</w:t>
      </w:r>
      <w:r w:rsidRPr="00602A57">
        <w:rPr>
          <w:b/>
          <w:sz w:val="20"/>
          <w:szCs w:val="20"/>
        </w:rPr>
        <w:t xml:space="preserve"> </w:t>
      </w:r>
      <w:r w:rsidRPr="00602A57">
        <w:rPr>
          <w:rFonts w:cs="Shruti"/>
          <w:b/>
          <w:bCs/>
          <w:sz w:val="20"/>
          <w:szCs w:val="20"/>
          <w:cs/>
          <w:lang w:bidi="gu-IN"/>
        </w:rPr>
        <w:t>શિક્ષકોના</w:t>
      </w:r>
      <w:r w:rsidRPr="00602A57">
        <w:rPr>
          <w:b/>
          <w:sz w:val="20"/>
          <w:szCs w:val="20"/>
        </w:rPr>
        <w:t xml:space="preserve"> </w:t>
      </w:r>
      <w:r w:rsidRPr="00602A57">
        <w:rPr>
          <w:rFonts w:cs="Shruti"/>
          <w:b/>
          <w:bCs/>
          <w:sz w:val="20"/>
          <w:szCs w:val="20"/>
          <w:cs/>
          <w:lang w:bidi="gu-IN"/>
        </w:rPr>
        <w:t>જ્ઞાન</w:t>
      </w:r>
      <w:r w:rsidRPr="00602A57">
        <w:rPr>
          <w:b/>
          <w:sz w:val="20"/>
          <w:szCs w:val="20"/>
        </w:rPr>
        <w:t xml:space="preserve"> </w:t>
      </w:r>
      <w:r w:rsidRPr="00602A57">
        <w:rPr>
          <w:rFonts w:cs="Shruti"/>
          <w:b/>
          <w:bCs/>
          <w:sz w:val="20"/>
          <w:szCs w:val="20"/>
          <w:cs/>
          <w:lang w:bidi="gu-IN"/>
        </w:rPr>
        <w:t>અને</w:t>
      </w:r>
      <w:r w:rsidRPr="00602A57">
        <w:rPr>
          <w:b/>
          <w:sz w:val="20"/>
          <w:szCs w:val="20"/>
        </w:rPr>
        <w:t xml:space="preserve"> </w:t>
      </w:r>
      <w:r w:rsidRPr="00602A57">
        <w:rPr>
          <w:rFonts w:cs="Shruti"/>
          <w:b/>
          <w:bCs/>
          <w:sz w:val="20"/>
          <w:szCs w:val="20"/>
          <w:cs/>
          <w:lang w:bidi="gu-IN"/>
        </w:rPr>
        <w:t>અનુભવનો</w:t>
      </w:r>
      <w:r w:rsidRPr="00602A57">
        <w:rPr>
          <w:b/>
          <w:sz w:val="20"/>
          <w:szCs w:val="20"/>
        </w:rPr>
        <w:t xml:space="preserve"> </w:t>
      </w:r>
      <w:r w:rsidRPr="00602A57">
        <w:rPr>
          <w:rFonts w:cs="Shruti"/>
          <w:b/>
          <w:bCs/>
          <w:sz w:val="20"/>
          <w:szCs w:val="20"/>
          <w:cs/>
          <w:lang w:bidi="gu-IN"/>
        </w:rPr>
        <w:t>વિશેષ</w:t>
      </w:r>
      <w:r w:rsidRPr="00602A57">
        <w:rPr>
          <w:b/>
          <w:sz w:val="20"/>
          <w:szCs w:val="20"/>
        </w:rPr>
        <w:t xml:space="preserve"> </w:t>
      </w:r>
      <w:r w:rsidRPr="00602A57">
        <w:rPr>
          <w:rFonts w:cs="Shruti"/>
          <w:b/>
          <w:bCs/>
          <w:sz w:val="20"/>
          <w:szCs w:val="20"/>
          <w:cs/>
          <w:lang w:bidi="gu-IN"/>
        </w:rPr>
        <w:t>લાભ</w:t>
      </w:r>
      <w:r w:rsidRPr="00602A57">
        <w:rPr>
          <w:b/>
          <w:sz w:val="20"/>
          <w:szCs w:val="20"/>
        </w:rPr>
        <w:t xml:space="preserve"> </w:t>
      </w:r>
      <w:r w:rsidRPr="00602A57">
        <w:rPr>
          <w:rFonts w:cs="Shruti"/>
          <w:b/>
          <w:bCs/>
          <w:sz w:val="20"/>
          <w:szCs w:val="20"/>
          <w:cs/>
          <w:lang w:bidi="gu-IN"/>
        </w:rPr>
        <w:t>મળે</w:t>
      </w:r>
      <w:r w:rsidRPr="00602A57">
        <w:rPr>
          <w:b/>
          <w:sz w:val="20"/>
          <w:szCs w:val="20"/>
        </w:rPr>
        <w:t xml:space="preserve"> </w:t>
      </w:r>
      <w:r w:rsidRPr="00602A57">
        <w:rPr>
          <w:rFonts w:cs="Shruti"/>
          <w:b/>
          <w:bCs/>
          <w:sz w:val="20"/>
          <w:szCs w:val="20"/>
          <w:cs/>
          <w:lang w:bidi="gu-IN"/>
        </w:rPr>
        <w:t>છે</w:t>
      </w:r>
      <w:r w:rsidRPr="00602A57">
        <w:rPr>
          <w:b/>
          <w:sz w:val="20"/>
          <w:szCs w:val="20"/>
        </w:rPr>
        <w:t xml:space="preserve">. </w:t>
      </w:r>
      <w:r w:rsidRPr="00602A57">
        <w:rPr>
          <w:rFonts w:cs="Shruti"/>
          <w:b/>
          <w:bCs/>
          <w:sz w:val="20"/>
          <w:szCs w:val="20"/>
          <w:cs/>
          <w:lang w:bidi="gu-IN"/>
        </w:rPr>
        <w:t>વર્ગખંડનું</w:t>
      </w:r>
      <w:r w:rsidRPr="00602A57">
        <w:rPr>
          <w:b/>
          <w:sz w:val="20"/>
          <w:szCs w:val="20"/>
        </w:rPr>
        <w:t xml:space="preserve"> </w:t>
      </w:r>
      <w:r w:rsidRPr="00602A57">
        <w:rPr>
          <w:rFonts w:cs="Shruti"/>
          <w:b/>
          <w:bCs/>
          <w:sz w:val="20"/>
          <w:szCs w:val="20"/>
          <w:cs/>
          <w:lang w:bidi="gu-IN"/>
        </w:rPr>
        <w:t>વાતાવરણ</w:t>
      </w:r>
      <w:r w:rsidRPr="00602A57">
        <w:rPr>
          <w:b/>
          <w:sz w:val="20"/>
          <w:szCs w:val="20"/>
        </w:rPr>
        <w:t xml:space="preserve"> </w:t>
      </w:r>
      <w:r w:rsidRPr="00602A57">
        <w:rPr>
          <w:rFonts w:cs="Shruti"/>
          <w:b/>
          <w:bCs/>
          <w:sz w:val="20"/>
          <w:szCs w:val="20"/>
          <w:cs/>
          <w:lang w:bidi="gu-IN"/>
        </w:rPr>
        <w:t>જીવંત</w:t>
      </w:r>
      <w:r w:rsidRPr="00602A57">
        <w:rPr>
          <w:b/>
          <w:sz w:val="20"/>
          <w:szCs w:val="20"/>
        </w:rPr>
        <w:t xml:space="preserve"> </w:t>
      </w:r>
      <w:r w:rsidRPr="00602A57">
        <w:rPr>
          <w:rFonts w:cs="Shruti"/>
          <w:b/>
          <w:bCs/>
          <w:sz w:val="20"/>
          <w:szCs w:val="20"/>
          <w:cs/>
          <w:lang w:bidi="gu-IN"/>
        </w:rPr>
        <w:t>બને</w:t>
      </w:r>
      <w:r w:rsidRPr="00602A57">
        <w:rPr>
          <w:b/>
          <w:sz w:val="20"/>
          <w:szCs w:val="20"/>
        </w:rPr>
        <w:t xml:space="preserve"> </w:t>
      </w:r>
      <w:r w:rsidRPr="00602A57">
        <w:rPr>
          <w:rFonts w:cs="Shruti"/>
          <w:b/>
          <w:bCs/>
          <w:sz w:val="20"/>
          <w:szCs w:val="20"/>
          <w:cs/>
          <w:lang w:bidi="gu-IN"/>
        </w:rPr>
        <w:t>છે</w:t>
      </w:r>
      <w:r w:rsidRPr="00602A57">
        <w:rPr>
          <w:b/>
          <w:sz w:val="20"/>
          <w:szCs w:val="20"/>
        </w:rPr>
        <w:t xml:space="preserve"> </w:t>
      </w:r>
      <w:r w:rsidRPr="00602A57">
        <w:rPr>
          <w:rFonts w:cs="Shruti"/>
          <w:b/>
          <w:bCs/>
          <w:sz w:val="20"/>
          <w:szCs w:val="20"/>
          <w:cs/>
          <w:lang w:bidi="gu-IN"/>
        </w:rPr>
        <w:t>અને</w:t>
      </w:r>
      <w:r w:rsidRPr="00602A57">
        <w:rPr>
          <w:b/>
          <w:sz w:val="20"/>
          <w:szCs w:val="20"/>
        </w:rPr>
        <w:t xml:space="preserve"> </w:t>
      </w:r>
      <w:r w:rsidRPr="00602A57">
        <w:rPr>
          <w:rFonts w:cs="Shruti"/>
          <w:b/>
          <w:bCs/>
          <w:sz w:val="20"/>
          <w:szCs w:val="20"/>
          <w:cs/>
          <w:lang w:bidi="gu-IN"/>
        </w:rPr>
        <w:t>વિદ્યાર્થીઓ</w:t>
      </w:r>
      <w:r w:rsidRPr="00602A57">
        <w:rPr>
          <w:b/>
          <w:sz w:val="20"/>
          <w:szCs w:val="20"/>
        </w:rPr>
        <w:t xml:space="preserve"> </w:t>
      </w:r>
      <w:r w:rsidRPr="00602A57">
        <w:rPr>
          <w:rFonts w:cs="Shruti"/>
          <w:b/>
          <w:bCs/>
          <w:sz w:val="20"/>
          <w:szCs w:val="20"/>
          <w:cs/>
          <w:lang w:bidi="gu-IN"/>
        </w:rPr>
        <w:t>વધુ</w:t>
      </w:r>
      <w:r w:rsidRPr="00602A57">
        <w:rPr>
          <w:b/>
          <w:sz w:val="20"/>
          <w:szCs w:val="20"/>
        </w:rPr>
        <w:t xml:space="preserve"> </w:t>
      </w:r>
      <w:r w:rsidRPr="00602A57">
        <w:rPr>
          <w:rFonts w:cs="Shruti"/>
          <w:b/>
          <w:bCs/>
          <w:sz w:val="20"/>
          <w:szCs w:val="20"/>
          <w:cs/>
          <w:lang w:bidi="gu-IN"/>
        </w:rPr>
        <w:t>ઉત્સાહથી</w:t>
      </w:r>
      <w:r w:rsidRPr="00602A57">
        <w:rPr>
          <w:b/>
          <w:sz w:val="20"/>
          <w:szCs w:val="20"/>
        </w:rPr>
        <w:t xml:space="preserve"> </w:t>
      </w:r>
      <w:r w:rsidRPr="00602A57">
        <w:rPr>
          <w:rFonts w:cs="Shruti"/>
          <w:b/>
          <w:bCs/>
          <w:sz w:val="20"/>
          <w:szCs w:val="20"/>
          <w:cs/>
          <w:lang w:bidi="gu-IN"/>
        </w:rPr>
        <w:t>અધ્યયન</w:t>
      </w:r>
      <w:r w:rsidRPr="00602A57">
        <w:rPr>
          <w:b/>
          <w:sz w:val="20"/>
          <w:szCs w:val="20"/>
        </w:rPr>
        <w:t xml:space="preserve"> </w:t>
      </w:r>
      <w:r w:rsidRPr="00602A57">
        <w:rPr>
          <w:rFonts w:cs="Shruti"/>
          <w:b/>
          <w:bCs/>
          <w:sz w:val="20"/>
          <w:szCs w:val="20"/>
          <w:cs/>
          <w:lang w:bidi="gu-IN"/>
        </w:rPr>
        <w:t>પ્રક્રિયામાં</w:t>
      </w:r>
      <w:r w:rsidRPr="00602A57">
        <w:rPr>
          <w:b/>
          <w:sz w:val="20"/>
          <w:szCs w:val="20"/>
        </w:rPr>
        <w:t xml:space="preserve"> </w:t>
      </w:r>
      <w:r w:rsidRPr="00602A57">
        <w:rPr>
          <w:rFonts w:cs="Shruti"/>
          <w:b/>
          <w:bCs/>
          <w:sz w:val="20"/>
          <w:szCs w:val="20"/>
          <w:cs/>
          <w:lang w:bidi="gu-IN"/>
        </w:rPr>
        <w:t>જોડાય</w:t>
      </w:r>
      <w:r w:rsidRPr="00602A57">
        <w:rPr>
          <w:b/>
          <w:sz w:val="20"/>
          <w:szCs w:val="20"/>
        </w:rPr>
        <w:t xml:space="preserve"> </w:t>
      </w:r>
      <w:r w:rsidRPr="00602A57">
        <w:rPr>
          <w:rFonts w:cs="Shruti"/>
          <w:b/>
          <w:bCs/>
          <w:sz w:val="20"/>
          <w:szCs w:val="20"/>
          <w:cs/>
          <w:lang w:bidi="gu-IN"/>
        </w:rPr>
        <w:t>છે</w:t>
      </w:r>
      <w:r w:rsidRPr="00602A57">
        <w:rPr>
          <w:b/>
          <w:sz w:val="20"/>
          <w:szCs w:val="20"/>
        </w:rPr>
        <w:t>.</w:t>
      </w:r>
      <w:r w:rsidRPr="00602A57">
        <w:rPr>
          <w:sz w:val="20"/>
          <w:szCs w:val="20"/>
        </w:rP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342A32" w:rsidRPr="00602A57" w14:paraId="103E4910" w14:textId="77777777" w:rsidTr="00F37DAD">
        <w:tc>
          <w:tcPr>
            <w:tcW w:w="4320" w:type="dxa"/>
          </w:tcPr>
          <w:p w14:paraId="22D7B8C1" w14:textId="77777777" w:rsidR="00342A32" w:rsidRPr="00602A57" w:rsidRDefault="00342A32" w:rsidP="00F37DAD">
            <w:pPr>
              <w:rPr>
                <w:sz w:val="20"/>
                <w:szCs w:val="20"/>
              </w:rPr>
            </w:pPr>
            <w:r w:rsidRPr="00602A57">
              <w:rPr>
                <w:rFonts w:cs="Shruti"/>
                <w:sz w:val="20"/>
                <w:szCs w:val="20"/>
                <w:cs/>
                <w:lang w:bidi="gu-IN"/>
              </w:rPr>
              <w:t>ટીમ</w:t>
            </w:r>
            <w:r w:rsidRPr="00602A57">
              <w:rPr>
                <w:sz w:val="20"/>
                <w:szCs w:val="20"/>
              </w:rPr>
              <w:t xml:space="preserve"> </w:t>
            </w:r>
            <w:r w:rsidRPr="00602A57">
              <w:rPr>
                <w:rFonts w:cs="Shruti"/>
                <w:sz w:val="20"/>
                <w:szCs w:val="20"/>
                <w:cs/>
                <w:lang w:bidi="gu-IN"/>
              </w:rPr>
              <w:t>ટીચિંગ</w:t>
            </w:r>
            <w:r w:rsidRPr="00602A57">
              <w:rPr>
                <w:sz w:val="20"/>
                <w:szCs w:val="20"/>
              </w:rPr>
              <w:t xml:space="preserve"> </w:t>
            </w:r>
            <w:r w:rsidRPr="00602A57">
              <w:rPr>
                <w:rFonts w:cs="Shruti"/>
                <w:sz w:val="20"/>
                <w:szCs w:val="20"/>
                <w:cs/>
                <w:lang w:bidi="gu-IN"/>
              </w:rPr>
              <w:t>કરાવનાર</w:t>
            </w:r>
            <w:r w:rsidRPr="00602A57">
              <w:rPr>
                <w:sz w:val="20"/>
                <w:szCs w:val="20"/>
              </w:rPr>
              <w:t xml:space="preserve"> </w:t>
            </w:r>
            <w:r w:rsidRPr="00602A57">
              <w:rPr>
                <w:rFonts w:cs="Shruti"/>
                <w:sz w:val="20"/>
                <w:szCs w:val="20"/>
                <w:cs/>
                <w:lang w:bidi="gu-IN"/>
              </w:rPr>
              <w:t>શિક્ષકોની</w:t>
            </w:r>
            <w:r w:rsidRPr="00602A57">
              <w:rPr>
                <w:sz w:val="20"/>
                <w:szCs w:val="20"/>
              </w:rPr>
              <w:t xml:space="preserve"> </w:t>
            </w:r>
            <w:r w:rsidRPr="00602A57">
              <w:rPr>
                <w:rFonts w:cs="Shruti"/>
                <w:sz w:val="20"/>
                <w:szCs w:val="20"/>
                <w:cs/>
                <w:lang w:bidi="gu-IN"/>
              </w:rPr>
              <w:t>સહી</w:t>
            </w:r>
            <w:r w:rsidRPr="00602A57">
              <w:rPr>
                <w:sz w:val="20"/>
                <w:szCs w:val="20"/>
              </w:rPr>
              <w:br/>
            </w:r>
            <w:r w:rsidRPr="00602A57">
              <w:rPr>
                <w:sz w:val="20"/>
                <w:szCs w:val="20"/>
              </w:rPr>
              <w:br/>
              <w:t>______________________</w:t>
            </w:r>
            <w:r w:rsidRPr="00602A57">
              <w:rPr>
                <w:sz w:val="20"/>
                <w:szCs w:val="20"/>
              </w:rPr>
              <w:br/>
            </w:r>
            <w:r w:rsidRPr="00602A57">
              <w:rPr>
                <w:sz w:val="20"/>
                <w:szCs w:val="20"/>
              </w:rPr>
              <w:br/>
              <w:t>______________________</w:t>
            </w:r>
          </w:p>
        </w:tc>
        <w:tc>
          <w:tcPr>
            <w:tcW w:w="4320" w:type="dxa"/>
          </w:tcPr>
          <w:p w14:paraId="48D78CB8" w14:textId="0D8ACCDF" w:rsidR="00342A32" w:rsidRPr="00602A57" w:rsidRDefault="00342A32" w:rsidP="00F37DAD">
            <w:pPr>
              <w:jc w:val="right"/>
              <w:rPr>
                <w:sz w:val="20"/>
                <w:szCs w:val="20"/>
              </w:rPr>
            </w:pPr>
            <w:r w:rsidRPr="00602A57">
              <w:rPr>
                <w:rFonts w:cs="Shruti"/>
                <w:sz w:val="20"/>
                <w:szCs w:val="20"/>
                <w:cs/>
                <w:lang w:bidi="gu-IN"/>
              </w:rPr>
              <w:t>આચાર્યશ્રીની</w:t>
            </w:r>
            <w:r w:rsidRPr="00602A57">
              <w:rPr>
                <w:sz w:val="20"/>
                <w:szCs w:val="20"/>
              </w:rPr>
              <w:t xml:space="preserve"> </w:t>
            </w:r>
            <w:r w:rsidRPr="00602A57">
              <w:rPr>
                <w:rFonts w:cs="Shruti"/>
                <w:sz w:val="20"/>
                <w:szCs w:val="20"/>
                <w:cs/>
                <w:lang w:bidi="gu-IN"/>
              </w:rPr>
              <w:t>સહી</w:t>
            </w:r>
            <w:r w:rsidRPr="00602A57">
              <w:rPr>
                <w:sz w:val="20"/>
                <w:szCs w:val="20"/>
              </w:rPr>
              <w:t xml:space="preserve"> </w:t>
            </w:r>
            <w:r w:rsidRPr="00602A57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602A57">
              <w:rPr>
                <w:sz w:val="20"/>
                <w:szCs w:val="20"/>
              </w:rPr>
              <w:t xml:space="preserve"> </w:t>
            </w:r>
            <w:r w:rsidRPr="00602A57">
              <w:rPr>
                <w:rFonts w:cs="Shruti"/>
                <w:sz w:val="20"/>
                <w:szCs w:val="20"/>
                <w:cs/>
                <w:lang w:bidi="gu-IN"/>
              </w:rPr>
              <w:t>સિક્કો</w:t>
            </w:r>
            <w:r w:rsidRPr="00602A57">
              <w:rPr>
                <w:sz w:val="20"/>
                <w:szCs w:val="20"/>
              </w:rPr>
              <w:br/>
            </w:r>
            <w:r w:rsidRPr="00602A57">
              <w:rPr>
                <w:sz w:val="20"/>
                <w:szCs w:val="20"/>
              </w:rPr>
              <w:br/>
              <w:t>______________________</w:t>
            </w:r>
            <w:r w:rsidRPr="00602A57">
              <w:rPr>
                <w:sz w:val="20"/>
                <w:szCs w:val="20"/>
              </w:rPr>
              <w:br/>
            </w:r>
            <w:r w:rsidRPr="00602A57">
              <w:rPr>
                <w:rFonts w:cs="Shruti"/>
                <w:sz w:val="20"/>
                <w:szCs w:val="20"/>
                <w:cs/>
                <w:lang w:bidi="gu-IN"/>
              </w:rPr>
              <w:t>સ્થળ</w:t>
            </w:r>
            <w:r w:rsidRPr="00602A57">
              <w:rPr>
                <w:sz w:val="20"/>
                <w:szCs w:val="20"/>
              </w:rPr>
              <w:t>:</w:t>
            </w:r>
            <w:r w:rsidR="00F56B31">
              <w:rPr>
                <w:rFonts w:cs="Shruti" w:hint="cs"/>
                <w:cs/>
                <w:lang w:bidi="gu-IN"/>
              </w:rPr>
              <w:t xml:space="preserve"> </w:t>
            </w:r>
            <w:r w:rsidR="008E13CA">
              <w:rPr>
                <w:rFonts w:cs="Shruti" w:hint="cs"/>
                <w:cs/>
                <w:lang w:bidi="gu-IN"/>
              </w:rPr>
              <w:t xml:space="preserve">ઢાંકણ્રીયાવાસ પ્રાથમિક શાળા </w:t>
            </w:r>
            <w:r w:rsidRPr="00602A57">
              <w:rPr>
                <w:sz w:val="20"/>
                <w:szCs w:val="20"/>
              </w:rPr>
              <w:t xml:space="preserve">, </w:t>
            </w:r>
            <w:r w:rsidRPr="00602A57">
              <w:rPr>
                <w:rFonts w:cs="Shruti"/>
                <w:sz w:val="20"/>
                <w:szCs w:val="20"/>
                <w:cs/>
                <w:lang w:bidi="gu-IN"/>
              </w:rPr>
              <w:t>પાટડી</w:t>
            </w:r>
          </w:p>
        </w:tc>
      </w:tr>
    </w:tbl>
    <w:p w14:paraId="4085929A" w14:textId="77777777" w:rsidR="00342A32" w:rsidRPr="00602A57" w:rsidRDefault="00342A32" w:rsidP="00342A32">
      <w:pPr>
        <w:rPr>
          <w:sz w:val="20"/>
          <w:szCs w:val="20"/>
        </w:rPr>
      </w:pPr>
    </w:p>
    <w:p w14:paraId="5F55E2BA" w14:textId="77777777" w:rsidR="007B0546" w:rsidRDefault="007B0546" w:rsidP="00282266">
      <w:pPr>
        <w:spacing w:after="0" w:line="240" w:lineRule="auto"/>
        <w:rPr>
          <w:rFonts w:cs="Shruti"/>
          <w:sz w:val="20"/>
          <w:szCs w:val="20"/>
          <w:lang w:bidi="gu-IN"/>
        </w:rPr>
      </w:pPr>
    </w:p>
    <w:p w14:paraId="7CE7F007" w14:textId="77777777" w:rsidR="00B644E2" w:rsidRDefault="00B644E2" w:rsidP="00282266">
      <w:pPr>
        <w:spacing w:after="0" w:line="240" w:lineRule="auto"/>
        <w:rPr>
          <w:rFonts w:cs="Shruti"/>
          <w:sz w:val="20"/>
          <w:szCs w:val="20"/>
          <w:lang w:bidi="gu-IN"/>
        </w:rPr>
      </w:pPr>
    </w:p>
    <w:p w14:paraId="68F04369" w14:textId="77777777" w:rsidR="00B644E2" w:rsidRDefault="00B644E2" w:rsidP="00282266">
      <w:pPr>
        <w:spacing w:after="0" w:line="240" w:lineRule="auto"/>
        <w:rPr>
          <w:rFonts w:cs="Shruti"/>
          <w:sz w:val="20"/>
          <w:szCs w:val="20"/>
          <w:lang w:bidi="gu-IN"/>
        </w:rPr>
      </w:pPr>
    </w:p>
    <w:p w14:paraId="6457118C" w14:textId="77777777" w:rsidR="00B644E2" w:rsidRDefault="00B644E2" w:rsidP="00282266">
      <w:pPr>
        <w:spacing w:after="0" w:line="240" w:lineRule="auto"/>
        <w:rPr>
          <w:rFonts w:cs="Shruti"/>
          <w:sz w:val="20"/>
          <w:szCs w:val="20"/>
          <w:lang w:bidi="gu-IN"/>
        </w:rPr>
      </w:pPr>
    </w:p>
    <w:p w14:paraId="39FB3111" w14:textId="64316972" w:rsidR="00B36C4E" w:rsidRDefault="002546D1" w:rsidP="0003495A">
      <w:pPr>
        <w:spacing w:after="0" w:line="240" w:lineRule="auto"/>
        <w:rPr>
          <w:rFonts w:cs="Shruti"/>
          <w:b/>
          <w:u w:val="single"/>
          <w:lang w:val="en-IN" w:bidi="gu-IN"/>
        </w:rPr>
      </w:pPr>
      <w:r>
        <w:rPr>
          <w:rFonts w:cs="Shruti" w:hint="cs"/>
          <w:sz w:val="28"/>
          <w:szCs w:val="28"/>
          <w:u w:val="single"/>
          <w:cs/>
          <w:lang w:bidi="gu-IN"/>
        </w:rPr>
        <w:lastRenderedPageBreak/>
        <w:t>ઢાંકણ્રીયાવાસ પ્રાથમિક શાળા તા- લાખણી જિલ્લો - વાવ-થરાદ ડાયસ કોડ: 24021300207</w:t>
      </w:r>
    </w:p>
    <w:p w14:paraId="5EB5DBEB" w14:textId="77777777" w:rsidR="00322DD5" w:rsidRDefault="00322DD5" w:rsidP="00322DD5">
      <w:pPr>
        <w:pStyle w:val="Heading1"/>
        <w:spacing w:line="240" w:lineRule="auto"/>
      </w:pPr>
      <w:r>
        <w:rPr>
          <w:rFonts w:cs="Shruti"/>
          <w:cs/>
          <w:lang w:bidi="gu-IN"/>
        </w:rPr>
        <w:t>સાંસ્કૃતિક</w:t>
      </w:r>
      <w:r>
        <w:t xml:space="preserve"> </w:t>
      </w:r>
      <w:r>
        <w:rPr>
          <w:rFonts w:cs="Shruti"/>
          <w:cs/>
          <w:lang w:bidi="gu-IN"/>
        </w:rPr>
        <w:t>કાર્યક્રમો</w:t>
      </w:r>
      <w:r>
        <w:t xml:space="preserve">, </w:t>
      </w:r>
      <w:r>
        <w:rPr>
          <w:rFonts w:cs="Shruti"/>
          <w:cs/>
          <w:lang w:bidi="gu-IN"/>
        </w:rPr>
        <w:t>ભૌતિક</w:t>
      </w:r>
      <w:r>
        <w:t xml:space="preserve">, </w:t>
      </w:r>
      <w:r>
        <w:rPr>
          <w:rFonts w:cs="Shruti"/>
          <w:cs/>
          <w:lang w:bidi="gu-IN"/>
        </w:rPr>
        <w:t>નાણાકીય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શૈક્ષણિક</w:t>
      </w:r>
      <w:r>
        <w:t xml:space="preserve"> </w:t>
      </w:r>
      <w:r>
        <w:rPr>
          <w:rFonts w:cs="Shruti"/>
          <w:cs/>
          <w:lang w:bidi="gu-IN"/>
        </w:rPr>
        <w:t>ગુણવત્તામાં</w:t>
      </w:r>
      <w:r>
        <w:t xml:space="preserve"> SMC / </w:t>
      </w:r>
      <w:r>
        <w:rPr>
          <w:rFonts w:cs="Shruti"/>
          <w:cs/>
          <w:lang w:bidi="gu-IN"/>
        </w:rPr>
        <w:t>વાલીમંડળની સહભાગિતાનો</w:t>
      </w:r>
      <w:r>
        <w:t xml:space="preserve"> </w:t>
      </w:r>
      <w:r>
        <w:rPr>
          <w:rFonts w:cs="Shruti"/>
          <w:cs/>
          <w:lang w:bidi="gu-IN"/>
        </w:rPr>
        <w:t>અહેવાલ</w:t>
      </w:r>
    </w:p>
    <w:p w14:paraId="01C2BF29" w14:textId="77777777" w:rsidR="00322DD5" w:rsidRPr="006A50E6" w:rsidRDefault="00322DD5" w:rsidP="00322DD5">
      <w:pPr>
        <w:pStyle w:val="Heading2"/>
        <w:spacing w:line="240" w:lineRule="auto"/>
        <w:rPr>
          <w:sz w:val="18"/>
          <w:szCs w:val="18"/>
        </w:rPr>
      </w:pPr>
      <w:r w:rsidRPr="00322DD5">
        <w:rPr>
          <w:rFonts w:cs="Shruti"/>
          <w:sz w:val="20"/>
          <w:szCs w:val="20"/>
          <w:cs/>
          <w:lang w:bidi="gu-IN"/>
        </w:rPr>
        <w:t>૧</w:t>
      </w:r>
      <w:r w:rsidRPr="00322DD5">
        <w:rPr>
          <w:sz w:val="20"/>
          <w:szCs w:val="20"/>
        </w:rPr>
        <w:t xml:space="preserve">. </w:t>
      </w:r>
      <w:r w:rsidRPr="006A50E6">
        <w:rPr>
          <w:rFonts w:cs="Shruti"/>
          <w:sz w:val="18"/>
          <w:szCs w:val="18"/>
          <w:cs/>
          <w:lang w:bidi="gu-IN"/>
        </w:rPr>
        <w:t>સાંસ્કૃતિક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કાર્યક્રમો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અને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ઉજવણીઓમાં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સહભાગિતા</w:t>
      </w:r>
      <w:r w:rsidRPr="006A50E6">
        <w:rPr>
          <w:sz w:val="18"/>
          <w:szCs w:val="18"/>
        </w:rPr>
        <w:t>:</w:t>
      </w:r>
    </w:p>
    <w:p w14:paraId="272C33E1" w14:textId="77777777" w:rsidR="00322DD5" w:rsidRPr="006A50E6" w:rsidRDefault="00322DD5" w:rsidP="00322DD5">
      <w:pPr>
        <w:pStyle w:val="ListBullet"/>
        <w:spacing w:after="0" w:line="240" w:lineRule="auto"/>
        <w:rPr>
          <w:sz w:val="18"/>
          <w:szCs w:val="18"/>
        </w:rPr>
      </w:pPr>
      <w:r w:rsidRPr="006A50E6">
        <w:rPr>
          <w:rFonts w:cs="Shruti"/>
          <w:sz w:val="18"/>
          <w:szCs w:val="18"/>
          <w:cs/>
          <w:lang w:bidi="gu-IN"/>
        </w:rPr>
        <w:t>રાષ્ટ્રીય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તહેવારો</w:t>
      </w:r>
      <w:r w:rsidRPr="006A50E6">
        <w:rPr>
          <w:sz w:val="18"/>
          <w:szCs w:val="18"/>
        </w:rPr>
        <w:t xml:space="preserve">: </w:t>
      </w:r>
      <w:r w:rsidRPr="006A50E6">
        <w:rPr>
          <w:rFonts w:cs="Shruti"/>
          <w:sz w:val="18"/>
          <w:szCs w:val="18"/>
          <w:cs/>
          <w:lang w:bidi="gu-IN"/>
        </w:rPr>
        <w:t>૧૫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મી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ઓગસ્ટ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અને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૨૬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મી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જાન્યુઆરી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જેવા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રાષ્ટ્રીય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પર્વની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ઉજવણીમાં</w:t>
      </w:r>
      <w:r w:rsidRPr="006A50E6">
        <w:rPr>
          <w:sz w:val="18"/>
          <w:szCs w:val="18"/>
        </w:rPr>
        <w:t xml:space="preserve"> SMC </w:t>
      </w:r>
      <w:r w:rsidRPr="006A50E6">
        <w:rPr>
          <w:rFonts w:cs="Shruti"/>
          <w:sz w:val="18"/>
          <w:szCs w:val="18"/>
          <w:cs/>
          <w:lang w:bidi="gu-IN"/>
        </w:rPr>
        <w:t>સભ્યો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અતિથિ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વિશેષ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અને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ધ્વજવંદન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માટે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ઉપસ્થિત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રહી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બાળકોને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પ્રોત્સાહિત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કરે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છે</w:t>
      </w:r>
      <w:r w:rsidRPr="006A50E6">
        <w:rPr>
          <w:sz w:val="18"/>
          <w:szCs w:val="18"/>
        </w:rPr>
        <w:t>.</w:t>
      </w:r>
    </w:p>
    <w:p w14:paraId="65CF0A1E" w14:textId="77777777" w:rsidR="00322DD5" w:rsidRPr="006A50E6" w:rsidRDefault="00322DD5" w:rsidP="00322DD5">
      <w:pPr>
        <w:pStyle w:val="ListBullet"/>
        <w:spacing w:after="0" w:line="240" w:lineRule="auto"/>
        <w:rPr>
          <w:sz w:val="18"/>
          <w:szCs w:val="18"/>
        </w:rPr>
      </w:pPr>
      <w:r w:rsidRPr="006A50E6">
        <w:rPr>
          <w:rFonts w:cs="Shruti"/>
          <w:sz w:val="18"/>
          <w:szCs w:val="18"/>
          <w:cs/>
          <w:lang w:bidi="gu-IN"/>
        </w:rPr>
        <w:t>વાર્ષિકોત્સવ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અને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કલા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ઉત્સવ</w:t>
      </w:r>
      <w:r w:rsidRPr="006A50E6">
        <w:rPr>
          <w:sz w:val="18"/>
          <w:szCs w:val="18"/>
        </w:rPr>
        <w:t xml:space="preserve">: </w:t>
      </w:r>
      <w:r w:rsidRPr="006A50E6">
        <w:rPr>
          <w:rFonts w:cs="Shruti"/>
          <w:sz w:val="18"/>
          <w:szCs w:val="18"/>
          <w:cs/>
          <w:lang w:bidi="gu-IN"/>
        </w:rPr>
        <w:t>શાળાના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વાર્ષિક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કાર્યક્રમ</w:t>
      </w:r>
      <w:r w:rsidRPr="006A50E6">
        <w:rPr>
          <w:sz w:val="18"/>
          <w:szCs w:val="18"/>
        </w:rPr>
        <w:t xml:space="preserve"> (Annual Function), </w:t>
      </w:r>
      <w:r w:rsidRPr="006A50E6">
        <w:rPr>
          <w:rFonts w:cs="Shruti"/>
          <w:sz w:val="18"/>
          <w:szCs w:val="18"/>
          <w:cs/>
          <w:lang w:bidi="gu-IN"/>
        </w:rPr>
        <w:t>નવરાત્રી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અને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અન્ય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સાંસ્કૃતિક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કાર્યક્રમોના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આયોજન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અને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વ્યવસ્થાપનમાં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વાલીમંડળ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સક્રિય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ફાળો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આપે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છે</w:t>
      </w:r>
      <w:r w:rsidRPr="006A50E6">
        <w:rPr>
          <w:sz w:val="18"/>
          <w:szCs w:val="18"/>
        </w:rPr>
        <w:t>.</w:t>
      </w:r>
    </w:p>
    <w:p w14:paraId="52C40766" w14:textId="77777777" w:rsidR="00322DD5" w:rsidRPr="006A50E6" w:rsidRDefault="00322DD5" w:rsidP="00322DD5">
      <w:pPr>
        <w:pStyle w:val="ListBullet"/>
        <w:spacing w:after="0" w:line="240" w:lineRule="auto"/>
        <w:rPr>
          <w:sz w:val="18"/>
          <w:szCs w:val="18"/>
        </w:rPr>
      </w:pPr>
      <w:r w:rsidRPr="006A50E6">
        <w:rPr>
          <w:rFonts w:cs="Shruti"/>
          <w:sz w:val="18"/>
          <w:szCs w:val="18"/>
          <w:cs/>
          <w:lang w:bidi="gu-IN"/>
        </w:rPr>
        <w:t>પ્રવેશ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ઉત્સવ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અને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ગુણોત્સવ</w:t>
      </w:r>
      <w:r w:rsidRPr="006A50E6">
        <w:rPr>
          <w:sz w:val="18"/>
          <w:szCs w:val="18"/>
        </w:rPr>
        <w:t xml:space="preserve">: </w:t>
      </w:r>
      <w:r w:rsidRPr="006A50E6">
        <w:rPr>
          <w:rFonts w:cs="Shruti"/>
          <w:sz w:val="18"/>
          <w:szCs w:val="18"/>
          <w:cs/>
          <w:lang w:bidi="gu-IN"/>
        </w:rPr>
        <w:t>કન્યા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કેળવણી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મહોત્સવ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અને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શાળા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પ્રવેશોત્સવમાં</w:t>
      </w:r>
      <w:r w:rsidRPr="006A50E6">
        <w:rPr>
          <w:sz w:val="18"/>
          <w:szCs w:val="18"/>
        </w:rPr>
        <w:t xml:space="preserve"> SMC </w:t>
      </w:r>
      <w:r w:rsidRPr="006A50E6">
        <w:rPr>
          <w:rFonts w:cs="Shruti"/>
          <w:sz w:val="18"/>
          <w:szCs w:val="18"/>
          <w:cs/>
          <w:lang w:bidi="gu-IN"/>
        </w:rPr>
        <w:t>સભ્યો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ગામેગામ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ફરીને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બાળકોના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૧૦૦</w:t>
      </w:r>
      <w:r w:rsidRPr="006A50E6">
        <w:rPr>
          <w:sz w:val="18"/>
          <w:szCs w:val="18"/>
        </w:rPr>
        <w:t xml:space="preserve">% </w:t>
      </w:r>
      <w:r w:rsidRPr="006A50E6">
        <w:rPr>
          <w:rFonts w:cs="Shruti"/>
          <w:sz w:val="18"/>
          <w:szCs w:val="18"/>
          <w:cs/>
          <w:lang w:bidi="gu-IN"/>
        </w:rPr>
        <w:t>નામાંકન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માટે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વાલીઓનો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સંપર્ક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કરે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છે</w:t>
      </w:r>
    </w:p>
    <w:p w14:paraId="455CC07A" w14:textId="77777777" w:rsidR="00322DD5" w:rsidRPr="006A50E6" w:rsidRDefault="00322DD5" w:rsidP="00322DD5">
      <w:pPr>
        <w:pStyle w:val="Heading2"/>
        <w:spacing w:line="240" w:lineRule="auto"/>
        <w:rPr>
          <w:sz w:val="18"/>
          <w:szCs w:val="18"/>
        </w:rPr>
      </w:pPr>
      <w:r w:rsidRPr="006A50E6">
        <w:rPr>
          <w:rFonts w:cs="Shruti"/>
          <w:sz w:val="18"/>
          <w:szCs w:val="18"/>
          <w:cs/>
          <w:lang w:bidi="gu-IN"/>
        </w:rPr>
        <w:t>૨</w:t>
      </w:r>
      <w:r w:rsidRPr="006A50E6">
        <w:rPr>
          <w:sz w:val="18"/>
          <w:szCs w:val="18"/>
        </w:rPr>
        <w:t xml:space="preserve">. </w:t>
      </w:r>
      <w:r w:rsidRPr="006A50E6">
        <w:rPr>
          <w:rFonts w:cs="Shruti"/>
          <w:sz w:val="18"/>
          <w:szCs w:val="18"/>
          <w:cs/>
          <w:lang w:bidi="gu-IN"/>
        </w:rPr>
        <w:t>શાળાની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ભૌતિક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અને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નાણાકીય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બાબતોમાં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ભાગીદારી</w:t>
      </w:r>
      <w:r w:rsidRPr="006A50E6">
        <w:rPr>
          <w:sz w:val="18"/>
          <w:szCs w:val="18"/>
        </w:rPr>
        <w:t>:</w:t>
      </w:r>
    </w:p>
    <w:p w14:paraId="1250DBCB" w14:textId="77777777" w:rsidR="00322DD5" w:rsidRPr="006A50E6" w:rsidRDefault="00322DD5" w:rsidP="00322DD5">
      <w:pPr>
        <w:pStyle w:val="ListBullet"/>
        <w:spacing w:after="0" w:line="240" w:lineRule="auto"/>
        <w:rPr>
          <w:sz w:val="18"/>
          <w:szCs w:val="18"/>
        </w:rPr>
      </w:pPr>
      <w:r w:rsidRPr="006A50E6">
        <w:rPr>
          <w:rFonts w:cs="Shruti"/>
          <w:sz w:val="18"/>
          <w:szCs w:val="18"/>
          <w:cs/>
          <w:lang w:bidi="gu-IN"/>
        </w:rPr>
        <w:t>શાળા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વિકાસ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યોજના</w:t>
      </w:r>
      <w:r w:rsidRPr="006A50E6">
        <w:rPr>
          <w:sz w:val="18"/>
          <w:szCs w:val="18"/>
        </w:rPr>
        <w:t xml:space="preserve"> (SDP): </w:t>
      </w:r>
      <w:r w:rsidRPr="006A50E6">
        <w:rPr>
          <w:rFonts w:cs="Shruti"/>
          <w:sz w:val="18"/>
          <w:szCs w:val="18"/>
          <w:cs/>
          <w:lang w:bidi="gu-IN"/>
        </w:rPr>
        <w:t>આગામી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વર્ષ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માટે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શાળાની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ભૌતિક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જરૂરિયાતો</w:t>
      </w:r>
      <w:r w:rsidRPr="006A50E6">
        <w:rPr>
          <w:sz w:val="18"/>
          <w:szCs w:val="18"/>
        </w:rPr>
        <w:t xml:space="preserve"> (</w:t>
      </w:r>
      <w:r w:rsidRPr="006A50E6">
        <w:rPr>
          <w:rFonts w:cs="Shruti"/>
          <w:sz w:val="18"/>
          <w:szCs w:val="18"/>
          <w:cs/>
          <w:lang w:bidi="gu-IN"/>
        </w:rPr>
        <w:t>જેમ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કે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રંગરોગાન</w:t>
      </w:r>
      <w:r w:rsidRPr="006A50E6">
        <w:rPr>
          <w:sz w:val="18"/>
          <w:szCs w:val="18"/>
        </w:rPr>
        <w:t xml:space="preserve">, </w:t>
      </w:r>
      <w:r w:rsidRPr="006A50E6">
        <w:rPr>
          <w:rFonts w:cs="Shruti"/>
          <w:sz w:val="18"/>
          <w:szCs w:val="18"/>
          <w:cs/>
          <w:lang w:bidi="gu-IN"/>
        </w:rPr>
        <w:t>પાણી</w:t>
      </w:r>
      <w:r w:rsidRPr="006A50E6">
        <w:rPr>
          <w:sz w:val="18"/>
          <w:szCs w:val="18"/>
        </w:rPr>
        <w:t xml:space="preserve">, </w:t>
      </w:r>
      <w:r w:rsidRPr="006A50E6">
        <w:rPr>
          <w:rFonts w:cs="Shruti"/>
          <w:sz w:val="18"/>
          <w:szCs w:val="18"/>
          <w:cs/>
          <w:lang w:bidi="gu-IN"/>
        </w:rPr>
        <w:t>શૌચાલય</w:t>
      </w:r>
      <w:r w:rsidRPr="006A50E6">
        <w:rPr>
          <w:sz w:val="18"/>
          <w:szCs w:val="18"/>
        </w:rPr>
        <w:t xml:space="preserve">) </w:t>
      </w:r>
      <w:r w:rsidRPr="006A50E6">
        <w:rPr>
          <w:rFonts w:cs="Shruti"/>
          <w:sz w:val="18"/>
          <w:szCs w:val="18"/>
          <w:cs/>
          <w:lang w:bidi="gu-IN"/>
        </w:rPr>
        <w:t>નક્કી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કરી</w:t>
      </w:r>
      <w:r w:rsidRPr="006A50E6">
        <w:rPr>
          <w:sz w:val="18"/>
          <w:szCs w:val="18"/>
        </w:rPr>
        <w:t xml:space="preserve"> SMC </w:t>
      </w:r>
      <w:r w:rsidRPr="006A50E6">
        <w:rPr>
          <w:rFonts w:cs="Shruti"/>
          <w:sz w:val="18"/>
          <w:szCs w:val="18"/>
          <w:cs/>
          <w:lang w:bidi="gu-IN"/>
        </w:rPr>
        <w:t>મીટિંગમાં</w:t>
      </w:r>
      <w:r w:rsidRPr="006A50E6">
        <w:rPr>
          <w:sz w:val="18"/>
          <w:szCs w:val="18"/>
        </w:rPr>
        <w:t xml:space="preserve"> SDP </w:t>
      </w:r>
      <w:r w:rsidRPr="006A50E6">
        <w:rPr>
          <w:rFonts w:cs="Shruti"/>
          <w:sz w:val="18"/>
          <w:szCs w:val="18"/>
          <w:cs/>
          <w:lang w:bidi="gu-IN"/>
        </w:rPr>
        <w:t>તૈયાર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કરવામાં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આવે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છે</w:t>
      </w:r>
      <w:r w:rsidRPr="006A50E6">
        <w:rPr>
          <w:sz w:val="18"/>
          <w:szCs w:val="18"/>
        </w:rPr>
        <w:t>.</w:t>
      </w:r>
    </w:p>
    <w:p w14:paraId="430CBB8F" w14:textId="77777777" w:rsidR="00322DD5" w:rsidRPr="006A50E6" w:rsidRDefault="00322DD5" w:rsidP="00322DD5">
      <w:pPr>
        <w:pStyle w:val="ListBullet"/>
        <w:spacing w:after="0" w:line="240" w:lineRule="auto"/>
        <w:rPr>
          <w:sz w:val="18"/>
          <w:szCs w:val="18"/>
        </w:rPr>
      </w:pPr>
      <w:r w:rsidRPr="006A50E6">
        <w:rPr>
          <w:rFonts w:cs="Shruti"/>
          <w:sz w:val="18"/>
          <w:szCs w:val="18"/>
          <w:cs/>
          <w:lang w:bidi="gu-IN"/>
        </w:rPr>
        <w:t>ગ્રાન્ટનો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પારદર્શક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ઉપયોગ</w:t>
      </w:r>
      <w:r w:rsidRPr="006A50E6">
        <w:rPr>
          <w:sz w:val="18"/>
          <w:szCs w:val="18"/>
        </w:rPr>
        <w:t xml:space="preserve">: </w:t>
      </w:r>
      <w:r w:rsidRPr="006A50E6">
        <w:rPr>
          <w:rFonts w:cs="Shruti"/>
          <w:sz w:val="18"/>
          <w:szCs w:val="18"/>
          <w:cs/>
          <w:lang w:bidi="gu-IN"/>
        </w:rPr>
        <w:t>શાળાને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મળતી</w:t>
      </w:r>
      <w:r w:rsidRPr="006A50E6">
        <w:rPr>
          <w:sz w:val="18"/>
          <w:szCs w:val="18"/>
        </w:rPr>
        <w:t xml:space="preserve"> SSG </w:t>
      </w:r>
      <w:r w:rsidRPr="006A50E6">
        <w:rPr>
          <w:rFonts w:cs="Shruti"/>
          <w:sz w:val="18"/>
          <w:szCs w:val="18"/>
          <w:cs/>
          <w:lang w:bidi="gu-IN"/>
        </w:rPr>
        <w:t>ગ્રાન્ટ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અને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અન્ય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નાણાકીય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ભંડોળનો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ઉપયોગ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ક્યાં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અને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કેવી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રીતે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કરવો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તે</w:t>
      </w:r>
      <w:r w:rsidRPr="006A50E6">
        <w:rPr>
          <w:sz w:val="18"/>
          <w:szCs w:val="18"/>
        </w:rPr>
        <w:t xml:space="preserve"> SMC </w:t>
      </w:r>
      <w:r w:rsidRPr="006A50E6">
        <w:rPr>
          <w:rFonts w:cs="Shruti"/>
          <w:sz w:val="18"/>
          <w:szCs w:val="18"/>
          <w:cs/>
          <w:lang w:bidi="gu-IN"/>
        </w:rPr>
        <w:t>ની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મંજૂરી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અને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ઠરાવ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પસાર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કર્યા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પછી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જ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નક્કી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થાય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છે</w:t>
      </w:r>
      <w:r w:rsidRPr="006A50E6">
        <w:rPr>
          <w:sz w:val="18"/>
          <w:szCs w:val="18"/>
        </w:rPr>
        <w:t>.</w:t>
      </w:r>
    </w:p>
    <w:p w14:paraId="5A843B5C" w14:textId="77777777" w:rsidR="00322DD5" w:rsidRPr="006A50E6" w:rsidRDefault="00322DD5" w:rsidP="00322DD5">
      <w:pPr>
        <w:pStyle w:val="Heading2"/>
        <w:spacing w:line="240" w:lineRule="auto"/>
        <w:rPr>
          <w:sz w:val="18"/>
          <w:szCs w:val="18"/>
        </w:rPr>
      </w:pPr>
      <w:r w:rsidRPr="006A50E6">
        <w:rPr>
          <w:rFonts w:cs="Shruti"/>
          <w:sz w:val="18"/>
          <w:szCs w:val="18"/>
          <w:cs/>
          <w:lang w:bidi="gu-IN"/>
        </w:rPr>
        <w:t>૩</w:t>
      </w:r>
      <w:r w:rsidRPr="006A50E6">
        <w:rPr>
          <w:sz w:val="18"/>
          <w:szCs w:val="18"/>
        </w:rPr>
        <w:t xml:space="preserve">. </w:t>
      </w:r>
      <w:r w:rsidRPr="006A50E6">
        <w:rPr>
          <w:rFonts w:cs="Shruti"/>
          <w:sz w:val="18"/>
          <w:szCs w:val="18"/>
          <w:cs/>
          <w:lang w:bidi="gu-IN"/>
        </w:rPr>
        <w:t>શૈક્ષણિક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ગુણવત્તા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સંબંધિત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બાબતોમાં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ભૂમિકા</w:t>
      </w:r>
      <w:r w:rsidRPr="006A50E6">
        <w:rPr>
          <w:sz w:val="18"/>
          <w:szCs w:val="18"/>
        </w:rPr>
        <w:t>:</w:t>
      </w:r>
    </w:p>
    <w:p w14:paraId="1DE60D2B" w14:textId="77777777" w:rsidR="00322DD5" w:rsidRPr="006A50E6" w:rsidRDefault="00322DD5" w:rsidP="00322DD5">
      <w:pPr>
        <w:pStyle w:val="ListBullet"/>
        <w:spacing w:after="0" w:line="240" w:lineRule="auto"/>
        <w:rPr>
          <w:sz w:val="18"/>
          <w:szCs w:val="18"/>
        </w:rPr>
      </w:pPr>
      <w:r w:rsidRPr="006A50E6">
        <w:rPr>
          <w:rFonts w:cs="Shruti"/>
          <w:sz w:val="18"/>
          <w:szCs w:val="18"/>
          <w:cs/>
          <w:lang w:bidi="gu-IN"/>
        </w:rPr>
        <w:t>પરિણામ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સમીક્ષા</w:t>
      </w:r>
      <w:r w:rsidRPr="006A50E6">
        <w:rPr>
          <w:sz w:val="18"/>
          <w:szCs w:val="18"/>
        </w:rPr>
        <w:t xml:space="preserve">: </w:t>
      </w:r>
      <w:r w:rsidRPr="006A50E6">
        <w:rPr>
          <w:rFonts w:cs="Shruti"/>
          <w:sz w:val="18"/>
          <w:szCs w:val="18"/>
          <w:cs/>
          <w:lang w:bidi="gu-IN"/>
        </w:rPr>
        <w:t>ત્રિમાસિક</w:t>
      </w:r>
      <w:r w:rsidRPr="006A50E6">
        <w:rPr>
          <w:sz w:val="18"/>
          <w:szCs w:val="18"/>
        </w:rPr>
        <w:t xml:space="preserve">, </w:t>
      </w:r>
      <w:r w:rsidRPr="006A50E6">
        <w:rPr>
          <w:rFonts w:cs="Shruti"/>
          <w:sz w:val="18"/>
          <w:szCs w:val="18"/>
          <w:cs/>
          <w:lang w:bidi="gu-IN"/>
        </w:rPr>
        <w:t>સત્રાંત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કસોટી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અને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વાર્ષિક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પરીક્ષાના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પરિણામોની</w:t>
      </w:r>
      <w:r w:rsidRPr="006A50E6">
        <w:rPr>
          <w:sz w:val="18"/>
          <w:szCs w:val="18"/>
        </w:rPr>
        <w:t xml:space="preserve"> SMC </w:t>
      </w:r>
      <w:r w:rsidRPr="006A50E6">
        <w:rPr>
          <w:rFonts w:cs="Shruti"/>
          <w:sz w:val="18"/>
          <w:szCs w:val="18"/>
          <w:cs/>
          <w:lang w:bidi="gu-IN"/>
        </w:rPr>
        <w:t>મીટિંગમાં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સમીક્ષા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કરવામાં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આવે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છે</w:t>
      </w:r>
      <w:r w:rsidRPr="006A50E6">
        <w:rPr>
          <w:sz w:val="18"/>
          <w:szCs w:val="18"/>
        </w:rPr>
        <w:t>.</w:t>
      </w:r>
    </w:p>
    <w:p w14:paraId="1D93EECF" w14:textId="77777777" w:rsidR="00322DD5" w:rsidRPr="006A50E6" w:rsidRDefault="00322DD5" w:rsidP="00322DD5">
      <w:pPr>
        <w:pStyle w:val="ListBullet"/>
        <w:spacing w:after="0" w:line="240" w:lineRule="auto"/>
        <w:rPr>
          <w:sz w:val="18"/>
          <w:szCs w:val="18"/>
        </w:rPr>
      </w:pPr>
      <w:r w:rsidRPr="006A50E6">
        <w:rPr>
          <w:rFonts w:cs="Shruti"/>
          <w:sz w:val="18"/>
          <w:szCs w:val="18"/>
          <w:cs/>
          <w:lang w:bidi="gu-IN"/>
        </w:rPr>
        <w:t>ઉપચારાત્મક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કાર્યમાં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સહયોગ</w:t>
      </w:r>
      <w:r w:rsidRPr="006A50E6">
        <w:rPr>
          <w:sz w:val="18"/>
          <w:szCs w:val="18"/>
        </w:rPr>
        <w:t xml:space="preserve">: </w:t>
      </w:r>
      <w:r w:rsidRPr="006A50E6">
        <w:rPr>
          <w:rFonts w:cs="Shruti"/>
          <w:sz w:val="18"/>
          <w:szCs w:val="18"/>
          <w:cs/>
          <w:lang w:bidi="gu-IN"/>
        </w:rPr>
        <w:t>જે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બાળકો</w:t>
      </w:r>
      <w:r w:rsidRPr="006A50E6">
        <w:rPr>
          <w:sz w:val="18"/>
          <w:szCs w:val="18"/>
        </w:rPr>
        <w:t xml:space="preserve"> C </w:t>
      </w:r>
      <w:r w:rsidRPr="006A50E6">
        <w:rPr>
          <w:rFonts w:cs="Shruti"/>
          <w:sz w:val="18"/>
          <w:szCs w:val="18"/>
          <w:cs/>
          <w:lang w:bidi="gu-IN"/>
        </w:rPr>
        <w:t>કે</w:t>
      </w:r>
      <w:r w:rsidRPr="006A50E6">
        <w:rPr>
          <w:sz w:val="18"/>
          <w:szCs w:val="18"/>
        </w:rPr>
        <w:t xml:space="preserve"> D </w:t>
      </w:r>
      <w:r w:rsidRPr="006A50E6">
        <w:rPr>
          <w:rFonts w:cs="Shruti"/>
          <w:sz w:val="18"/>
          <w:szCs w:val="18"/>
          <w:cs/>
          <w:lang w:bidi="gu-IN"/>
        </w:rPr>
        <w:t>ગ્રેડ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મેળવે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છે</w:t>
      </w:r>
      <w:r w:rsidRPr="006A50E6">
        <w:rPr>
          <w:sz w:val="18"/>
          <w:szCs w:val="18"/>
        </w:rPr>
        <w:t xml:space="preserve">, </w:t>
      </w:r>
      <w:r w:rsidRPr="006A50E6">
        <w:rPr>
          <w:rFonts w:cs="Shruti"/>
          <w:sz w:val="18"/>
          <w:szCs w:val="18"/>
          <w:cs/>
          <w:lang w:bidi="gu-IN"/>
        </w:rPr>
        <w:t>તેમના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વાલીઓ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સાથે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વ્યક્તિગત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સંપર્ક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કરી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તેમને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નિયમિત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શાળાએ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મોકલવા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અને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ઘરે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અભ્યાસનું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વાતાવરણ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પૂરું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પાડવા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માર્ગદર્શન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અપાય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છે</w:t>
      </w:r>
      <w:r w:rsidRPr="006A50E6">
        <w:rPr>
          <w:sz w:val="18"/>
          <w:szCs w:val="18"/>
        </w:rPr>
        <w:t>.</w:t>
      </w:r>
    </w:p>
    <w:p w14:paraId="4F3D39EA" w14:textId="77777777" w:rsidR="00322DD5" w:rsidRPr="006A50E6" w:rsidRDefault="00322DD5" w:rsidP="00322DD5">
      <w:pPr>
        <w:pStyle w:val="Heading2"/>
        <w:spacing w:line="240" w:lineRule="auto"/>
        <w:rPr>
          <w:sz w:val="18"/>
          <w:szCs w:val="18"/>
        </w:rPr>
      </w:pPr>
      <w:r w:rsidRPr="006A50E6">
        <w:rPr>
          <w:rFonts w:cs="Shruti"/>
          <w:sz w:val="18"/>
          <w:szCs w:val="18"/>
          <w:cs/>
          <w:lang w:bidi="gu-IN"/>
        </w:rPr>
        <w:t>૪</w:t>
      </w:r>
      <w:r w:rsidRPr="006A50E6">
        <w:rPr>
          <w:sz w:val="18"/>
          <w:szCs w:val="18"/>
        </w:rPr>
        <w:t xml:space="preserve">. </w:t>
      </w:r>
      <w:r w:rsidRPr="006A50E6">
        <w:rPr>
          <w:rFonts w:cs="Shruti"/>
          <w:sz w:val="18"/>
          <w:szCs w:val="18"/>
          <w:cs/>
          <w:lang w:bidi="gu-IN"/>
        </w:rPr>
        <w:t>સહભાગિતા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દર્શાવતા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ફોટોગ્રાફ્સ</w:t>
      </w:r>
      <w:r w:rsidRPr="006A50E6">
        <w:rPr>
          <w:sz w:val="18"/>
          <w:szCs w:val="18"/>
        </w:rPr>
        <w:t xml:space="preserve"> (Geo-tagged):</w:t>
      </w:r>
    </w:p>
    <w:p w14:paraId="7AE3A11E" w14:textId="77777777" w:rsidR="00322DD5" w:rsidRPr="006A50E6" w:rsidRDefault="00322DD5" w:rsidP="00322DD5">
      <w:pPr>
        <w:spacing w:after="0" w:line="240" w:lineRule="auto"/>
        <w:rPr>
          <w:sz w:val="18"/>
          <w:szCs w:val="18"/>
        </w:rPr>
      </w:pPr>
      <w:r w:rsidRPr="006A50E6">
        <w:rPr>
          <w:rFonts w:cs="Shruti"/>
          <w:sz w:val="18"/>
          <w:szCs w:val="18"/>
          <w:cs/>
          <w:lang w:bidi="gu-IN"/>
        </w:rPr>
        <w:t>નોંધ</w:t>
      </w:r>
      <w:r w:rsidRPr="006A50E6">
        <w:rPr>
          <w:sz w:val="18"/>
          <w:szCs w:val="18"/>
        </w:rPr>
        <w:t xml:space="preserve">: </w:t>
      </w:r>
      <w:r w:rsidRPr="006A50E6">
        <w:rPr>
          <w:rFonts w:cs="Shruti"/>
          <w:sz w:val="18"/>
          <w:szCs w:val="18"/>
          <w:cs/>
          <w:lang w:bidi="gu-IN"/>
        </w:rPr>
        <w:t>પ્રિન્ટ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કાઢ્યા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બાદ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નીચેના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ખાનાઓમાં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અનુરૂપ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ફોટોગ્રાફ્સ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ચોંટાડવા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અથવા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વર્ડ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ફાઇલમાં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ડિજિટલ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કોપી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ઇન્સર્ટ</w:t>
      </w:r>
      <w:r w:rsidRPr="006A50E6">
        <w:rPr>
          <w:sz w:val="18"/>
          <w:szCs w:val="18"/>
        </w:rPr>
        <w:t xml:space="preserve"> </w:t>
      </w:r>
      <w:r w:rsidRPr="006A50E6">
        <w:rPr>
          <w:rFonts w:cs="Shruti"/>
          <w:sz w:val="18"/>
          <w:szCs w:val="18"/>
          <w:cs/>
          <w:lang w:bidi="gu-IN"/>
        </w:rPr>
        <w:t>કરવી</w:t>
      </w:r>
      <w:r w:rsidRPr="006A50E6">
        <w:rPr>
          <w:sz w:val="18"/>
          <w:szCs w:val="18"/>
        </w:rPr>
        <w:t>.</w:t>
      </w:r>
    </w:p>
    <w:tbl>
      <w:tblPr>
        <w:tblStyle w:val="TableGrid"/>
        <w:tblW w:w="9180" w:type="dxa"/>
        <w:tblLook w:val="04A0" w:firstRow="1" w:lastRow="0" w:firstColumn="1" w:lastColumn="0" w:noHBand="0" w:noVBand="1"/>
      </w:tblPr>
      <w:tblGrid>
        <w:gridCol w:w="4503"/>
        <w:gridCol w:w="4677"/>
      </w:tblGrid>
      <w:tr w:rsidR="00322DD5" w:rsidRPr="00322DD5" w14:paraId="75BE95CE" w14:textId="77777777" w:rsidTr="00322DD5">
        <w:tc>
          <w:tcPr>
            <w:tcW w:w="4503" w:type="dxa"/>
          </w:tcPr>
          <w:p w14:paraId="09A8F74F" w14:textId="77777777" w:rsidR="006A50E6" w:rsidRDefault="00322DD5" w:rsidP="00322DD5">
            <w:pPr>
              <w:jc w:val="center"/>
              <w:rPr>
                <w:rFonts w:cs="Shruti"/>
                <w:sz w:val="20"/>
                <w:szCs w:val="20"/>
                <w:lang w:bidi="gu-IN"/>
              </w:rPr>
            </w:pPr>
            <w:r w:rsidRPr="00322DD5">
              <w:rPr>
                <w:sz w:val="20"/>
                <w:szCs w:val="20"/>
              </w:rPr>
              <w:br/>
              <w:t>[</w:t>
            </w:r>
            <w:r w:rsidRPr="00322DD5">
              <w:rPr>
                <w:rFonts w:cs="Shruti"/>
                <w:sz w:val="20"/>
                <w:szCs w:val="20"/>
                <w:cs/>
                <w:lang w:bidi="gu-IN"/>
              </w:rPr>
              <w:t>અહીં</w:t>
            </w:r>
            <w:r w:rsidRPr="00322DD5">
              <w:rPr>
                <w:sz w:val="20"/>
                <w:szCs w:val="20"/>
              </w:rPr>
              <w:t xml:space="preserve"> SMC </w:t>
            </w:r>
            <w:r w:rsidRPr="00322DD5">
              <w:rPr>
                <w:rFonts w:cs="Shruti"/>
                <w:sz w:val="20"/>
                <w:szCs w:val="20"/>
                <w:cs/>
                <w:lang w:bidi="gu-IN"/>
              </w:rPr>
              <w:t>મીટિંગ</w:t>
            </w:r>
            <w:r w:rsidRPr="00322DD5">
              <w:rPr>
                <w:sz w:val="20"/>
                <w:szCs w:val="20"/>
              </w:rPr>
              <w:t xml:space="preserve"> / </w:t>
            </w:r>
            <w:r w:rsidRPr="00322DD5">
              <w:rPr>
                <w:rFonts w:cs="Shruti"/>
                <w:sz w:val="20"/>
                <w:szCs w:val="20"/>
                <w:cs/>
                <w:lang w:bidi="gu-IN"/>
              </w:rPr>
              <w:t>નાણાકીય</w:t>
            </w:r>
            <w:r w:rsidRPr="00322DD5">
              <w:rPr>
                <w:sz w:val="20"/>
                <w:szCs w:val="20"/>
              </w:rPr>
              <w:t xml:space="preserve"> </w:t>
            </w:r>
            <w:r w:rsidRPr="00322DD5">
              <w:rPr>
                <w:rFonts w:cs="Shruti"/>
                <w:sz w:val="20"/>
                <w:szCs w:val="20"/>
                <w:cs/>
                <w:lang w:bidi="gu-IN"/>
              </w:rPr>
              <w:t>ઠરાવ</w:t>
            </w:r>
            <w:r w:rsidRPr="00322DD5">
              <w:rPr>
                <w:sz w:val="20"/>
                <w:szCs w:val="20"/>
              </w:rPr>
              <w:t xml:space="preserve"> </w:t>
            </w:r>
            <w:r w:rsidRPr="00322DD5">
              <w:rPr>
                <w:rFonts w:cs="Shruti"/>
                <w:sz w:val="20"/>
                <w:szCs w:val="20"/>
                <w:cs/>
                <w:lang w:bidi="gu-IN"/>
              </w:rPr>
              <w:t>કરતા</w:t>
            </w:r>
            <w:r w:rsidRPr="00322DD5">
              <w:rPr>
                <w:sz w:val="20"/>
                <w:szCs w:val="20"/>
              </w:rPr>
              <w:t xml:space="preserve"> </w:t>
            </w:r>
            <w:r w:rsidRPr="00322DD5">
              <w:rPr>
                <w:rFonts w:cs="Shruti"/>
                <w:sz w:val="20"/>
                <w:szCs w:val="20"/>
                <w:cs/>
                <w:lang w:bidi="gu-IN"/>
              </w:rPr>
              <w:t>ફોટોગ્રાફ</w:t>
            </w:r>
            <w:r w:rsidRPr="00322DD5">
              <w:rPr>
                <w:sz w:val="20"/>
                <w:szCs w:val="20"/>
              </w:rPr>
              <w:t xml:space="preserve"> </w:t>
            </w:r>
            <w:r w:rsidRPr="00322DD5">
              <w:rPr>
                <w:rFonts w:cs="Shruti"/>
                <w:sz w:val="20"/>
                <w:szCs w:val="20"/>
                <w:cs/>
                <w:lang w:bidi="gu-IN"/>
              </w:rPr>
              <w:t>લગાવો</w:t>
            </w:r>
            <w:r w:rsidRPr="00322DD5">
              <w:rPr>
                <w:sz w:val="20"/>
                <w:szCs w:val="20"/>
              </w:rPr>
              <w:t>]</w:t>
            </w:r>
          </w:p>
          <w:p w14:paraId="32244B78" w14:textId="77777777" w:rsidR="006A50E6" w:rsidRDefault="006A50E6" w:rsidP="00322DD5">
            <w:pPr>
              <w:jc w:val="center"/>
              <w:rPr>
                <w:rFonts w:cs="Shruti"/>
                <w:sz w:val="20"/>
                <w:szCs w:val="20"/>
                <w:lang w:bidi="gu-IN"/>
              </w:rPr>
            </w:pPr>
          </w:p>
          <w:p w14:paraId="35701628" w14:textId="77777777" w:rsidR="006A50E6" w:rsidRDefault="006A50E6" w:rsidP="00322DD5">
            <w:pPr>
              <w:jc w:val="center"/>
              <w:rPr>
                <w:rFonts w:cs="Shruti"/>
                <w:sz w:val="20"/>
                <w:szCs w:val="20"/>
                <w:lang w:bidi="gu-IN"/>
              </w:rPr>
            </w:pPr>
          </w:p>
          <w:p w14:paraId="280ED506" w14:textId="77777777" w:rsidR="006A50E6" w:rsidRDefault="006A50E6" w:rsidP="00322DD5">
            <w:pPr>
              <w:jc w:val="center"/>
              <w:rPr>
                <w:rFonts w:cs="Shruti"/>
                <w:sz w:val="20"/>
                <w:szCs w:val="20"/>
                <w:lang w:bidi="gu-IN"/>
              </w:rPr>
            </w:pPr>
          </w:p>
          <w:p w14:paraId="5C0F0E83" w14:textId="77777777" w:rsidR="00322DD5" w:rsidRPr="00322DD5" w:rsidRDefault="00322DD5" w:rsidP="00322DD5">
            <w:pPr>
              <w:jc w:val="center"/>
              <w:rPr>
                <w:sz w:val="20"/>
                <w:szCs w:val="20"/>
              </w:rPr>
            </w:pPr>
            <w:r w:rsidRPr="00322DD5">
              <w:rPr>
                <w:sz w:val="20"/>
                <w:szCs w:val="20"/>
              </w:rPr>
              <w:br/>
            </w:r>
          </w:p>
        </w:tc>
        <w:tc>
          <w:tcPr>
            <w:tcW w:w="4677" w:type="dxa"/>
          </w:tcPr>
          <w:p w14:paraId="48AC8E6E" w14:textId="77777777" w:rsidR="00322DD5" w:rsidRDefault="00322DD5" w:rsidP="00322DD5">
            <w:pPr>
              <w:jc w:val="center"/>
              <w:rPr>
                <w:rFonts w:cs="Shruti"/>
                <w:sz w:val="20"/>
                <w:szCs w:val="20"/>
                <w:lang w:bidi="gu-IN"/>
              </w:rPr>
            </w:pPr>
            <w:r w:rsidRPr="00322DD5">
              <w:rPr>
                <w:sz w:val="20"/>
                <w:szCs w:val="20"/>
              </w:rPr>
              <w:br/>
              <w:t>[</w:t>
            </w:r>
            <w:r w:rsidRPr="00322DD5">
              <w:rPr>
                <w:rFonts w:cs="Shruti"/>
                <w:sz w:val="20"/>
                <w:szCs w:val="20"/>
                <w:cs/>
                <w:lang w:bidi="gu-IN"/>
              </w:rPr>
              <w:t>અહીં</w:t>
            </w:r>
            <w:r w:rsidRPr="00322DD5">
              <w:rPr>
                <w:sz w:val="20"/>
                <w:szCs w:val="20"/>
              </w:rPr>
              <w:t xml:space="preserve"> </w:t>
            </w:r>
            <w:r w:rsidRPr="00322DD5">
              <w:rPr>
                <w:rFonts w:cs="Shruti"/>
                <w:sz w:val="20"/>
                <w:szCs w:val="20"/>
                <w:cs/>
                <w:lang w:bidi="gu-IN"/>
              </w:rPr>
              <w:t>રાષ્ટ્રીય</w:t>
            </w:r>
            <w:r w:rsidRPr="00322DD5">
              <w:rPr>
                <w:sz w:val="20"/>
                <w:szCs w:val="20"/>
              </w:rPr>
              <w:t xml:space="preserve"> </w:t>
            </w:r>
            <w:r w:rsidRPr="00322DD5">
              <w:rPr>
                <w:rFonts w:cs="Shruti"/>
                <w:sz w:val="20"/>
                <w:szCs w:val="20"/>
                <w:cs/>
                <w:lang w:bidi="gu-IN"/>
              </w:rPr>
              <w:t>તહેવાર</w:t>
            </w:r>
            <w:r w:rsidRPr="00322DD5">
              <w:rPr>
                <w:sz w:val="20"/>
                <w:szCs w:val="20"/>
              </w:rPr>
              <w:t xml:space="preserve"> </w:t>
            </w:r>
            <w:r w:rsidRPr="00322DD5">
              <w:rPr>
                <w:rFonts w:cs="Shruti"/>
                <w:sz w:val="20"/>
                <w:szCs w:val="20"/>
                <w:cs/>
                <w:lang w:bidi="gu-IN"/>
              </w:rPr>
              <w:t>કે</w:t>
            </w:r>
            <w:r w:rsidRPr="00322DD5">
              <w:rPr>
                <w:sz w:val="20"/>
                <w:szCs w:val="20"/>
              </w:rPr>
              <w:t xml:space="preserve"> </w:t>
            </w:r>
            <w:r w:rsidRPr="00322DD5">
              <w:rPr>
                <w:rFonts w:cs="Shruti"/>
                <w:sz w:val="20"/>
                <w:szCs w:val="20"/>
                <w:cs/>
                <w:lang w:bidi="gu-IN"/>
              </w:rPr>
              <w:t>પ્રવેશ</w:t>
            </w:r>
            <w:r w:rsidRPr="00322DD5">
              <w:rPr>
                <w:sz w:val="20"/>
                <w:szCs w:val="20"/>
              </w:rPr>
              <w:t xml:space="preserve"> </w:t>
            </w:r>
            <w:r w:rsidRPr="00322DD5">
              <w:rPr>
                <w:rFonts w:cs="Shruti"/>
                <w:sz w:val="20"/>
                <w:szCs w:val="20"/>
                <w:cs/>
                <w:lang w:bidi="gu-IN"/>
              </w:rPr>
              <w:t>ઉત્સવમાં</w:t>
            </w:r>
            <w:r w:rsidRPr="00322DD5">
              <w:rPr>
                <w:sz w:val="20"/>
                <w:szCs w:val="20"/>
              </w:rPr>
              <w:t xml:space="preserve"> SMC </w:t>
            </w:r>
            <w:r w:rsidRPr="00322DD5">
              <w:rPr>
                <w:rFonts w:cs="Shruti"/>
                <w:sz w:val="20"/>
                <w:szCs w:val="20"/>
                <w:cs/>
                <w:lang w:bidi="gu-IN"/>
              </w:rPr>
              <w:t>સભ્યોનો</w:t>
            </w:r>
            <w:r w:rsidRPr="00322DD5">
              <w:rPr>
                <w:sz w:val="20"/>
                <w:szCs w:val="20"/>
              </w:rPr>
              <w:t xml:space="preserve"> </w:t>
            </w:r>
            <w:r w:rsidRPr="00322DD5">
              <w:rPr>
                <w:rFonts w:cs="Shruti"/>
                <w:sz w:val="20"/>
                <w:szCs w:val="20"/>
                <w:cs/>
                <w:lang w:bidi="gu-IN"/>
              </w:rPr>
              <w:t>ફોટો</w:t>
            </w:r>
            <w:r w:rsidRPr="00322DD5">
              <w:rPr>
                <w:sz w:val="20"/>
                <w:szCs w:val="20"/>
              </w:rPr>
              <w:t xml:space="preserve"> </w:t>
            </w:r>
            <w:r w:rsidRPr="00322DD5">
              <w:rPr>
                <w:rFonts w:cs="Shruti"/>
                <w:sz w:val="20"/>
                <w:szCs w:val="20"/>
                <w:cs/>
                <w:lang w:bidi="gu-IN"/>
              </w:rPr>
              <w:t>લગાવો</w:t>
            </w:r>
            <w:r w:rsidRPr="00322DD5">
              <w:rPr>
                <w:sz w:val="20"/>
                <w:szCs w:val="20"/>
              </w:rPr>
              <w:t>]</w:t>
            </w:r>
            <w:r w:rsidRPr="00322DD5">
              <w:rPr>
                <w:sz w:val="20"/>
                <w:szCs w:val="20"/>
              </w:rPr>
              <w:br/>
            </w:r>
          </w:p>
          <w:p w14:paraId="1EE0FFCF" w14:textId="77777777" w:rsidR="006A50E6" w:rsidRDefault="006A50E6" w:rsidP="00322DD5">
            <w:pPr>
              <w:jc w:val="center"/>
              <w:rPr>
                <w:rFonts w:cs="Shruti"/>
                <w:sz w:val="20"/>
                <w:szCs w:val="20"/>
                <w:lang w:bidi="gu-IN"/>
              </w:rPr>
            </w:pPr>
          </w:p>
          <w:p w14:paraId="38C2669E" w14:textId="77777777" w:rsidR="006A50E6" w:rsidRDefault="006A50E6" w:rsidP="00322DD5">
            <w:pPr>
              <w:jc w:val="center"/>
              <w:rPr>
                <w:rFonts w:cs="Shruti"/>
                <w:sz w:val="20"/>
                <w:szCs w:val="20"/>
                <w:lang w:bidi="gu-IN"/>
              </w:rPr>
            </w:pPr>
          </w:p>
          <w:p w14:paraId="14E77AA4" w14:textId="77777777" w:rsidR="006A50E6" w:rsidRDefault="006A50E6" w:rsidP="00322DD5">
            <w:pPr>
              <w:jc w:val="center"/>
              <w:rPr>
                <w:rFonts w:cs="Shruti"/>
                <w:sz w:val="20"/>
                <w:szCs w:val="20"/>
                <w:lang w:bidi="gu-IN"/>
              </w:rPr>
            </w:pPr>
          </w:p>
          <w:p w14:paraId="0F58A4BF" w14:textId="77777777" w:rsidR="006A50E6" w:rsidRDefault="006A50E6" w:rsidP="00322DD5">
            <w:pPr>
              <w:jc w:val="center"/>
              <w:rPr>
                <w:rFonts w:cs="Shruti"/>
                <w:sz w:val="20"/>
                <w:szCs w:val="20"/>
                <w:lang w:bidi="gu-IN"/>
              </w:rPr>
            </w:pPr>
          </w:p>
          <w:p w14:paraId="56B4EB95" w14:textId="77777777" w:rsidR="006A50E6" w:rsidRPr="006A50E6" w:rsidRDefault="006A50E6" w:rsidP="00322DD5">
            <w:pPr>
              <w:jc w:val="center"/>
              <w:rPr>
                <w:rFonts w:cs="Shruti"/>
                <w:sz w:val="20"/>
                <w:szCs w:val="20"/>
                <w:lang w:bidi="gu-IN"/>
              </w:rPr>
            </w:pPr>
          </w:p>
        </w:tc>
      </w:tr>
      <w:tr w:rsidR="00322DD5" w:rsidRPr="00322DD5" w14:paraId="461B13C2" w14:textId="77777777" w:rsidTr="00322DD5">
        <w:tc>
          <w:tcPr>
            <w:tcW w:w="4503" w:type="dxa"/>
          </w:tcPr>
          <w:p w14:paraId="2B860882" w14:textId="77777777" w:rsidR="00322DD5" w:rsidRPr="00322DD5" w:rsidRDefault="00322DD5" w:rsidP="00322DD5">
            <w:pPr>
              <w:jc w:val="center"/>
              <w:rPr>
                <w:sz w:val="20"/>
                <w:szCs w:val="20"/>
              </w:rPr>
            </w:pPr>
            <w:r w:rsidRPr="00322DD5">
              <w:rPr>
                <w:sz w:val="20"/>
                <w:szCs w:val="20"/>
              </w:rPr>
              <w:br/>
              <w:t>[</w:t>
            </w:r>
            <w:r w:rsidRPr="00322DD5">
              <w:rPr>
                <w:rFonts w:cs="Shruti"/>
                <w:sz w:val="20"/>
                <w:szCs w:val="20"/>
                <w:cs/>
                <w:lang w:bidi="gu-IN"/>
              </w:rPr>
              <w:t>અહીં</w:t>
            </w:r>
            <w:r w:rsidRPr="00322DD5">
              <w:rPr>
                <w:sz w:val="20"/>
                <w:szCs w:val="20"/>
              </w:rPr>
              <w:t xml:space="preserve"> </w:t>
            </w:r>
            <w:r w:rsidRPr="00322DD5">
              <w:rPr>
                <w:rFonts w:cs="Shruti"/>
                <w:sz w:val="20"/>
                <w:szCs w:val="20"/>
                <w:cs/>
                <w:lang w:bidi="gu-IN"/>
              </w:rPr>
              <w:t>શાળાની</w:t>
            </w:r>
            <w:r w:rsidRPr="00322DD5">
              <w:rPr>
                <w:sz w:val="20"/>
                <w:szCs w:val="20"/>
              </w:rPr>
              <w:t xml:space="preserve"> </w:t>
            </w:r>
            <w:r w:rsidRPr="00322DD5">
              <w:rPr>
                <w:rFonts w:cs="Shruti"/>
                <w:sz w:val="20"/>
                <w:szCs w:val="20"/>
                <w:cs/>
                <w:lang w:bidi="gu-IN"/>
              </w:rPr>
              <w:t>ભૌતિક</w:t>
            </w:r>
            <w:r w:rsidRPr="00322DD5">
              <w:rPr>
                <w:sz w:val="20"/>
                <w:szCs w:val="20"/>
              </w:rPr>
              <w:t xml:space="preserve"> </w:t>
            </w:r>
            <w:r w:rsidRPr="00322DD5">
              <w:rPr>
                <w:rFonts w:cs="Shruti"/>
                <w:sz w:val="20"/>
                <w:szCs w:val="20"/>
                <w:cs/>
                <w:lang w:bidi="gu-IN"/>
              </w:rPr>
              <w:t>સુવિધા</w:t>
            </w:r>
            <w:r w:rsidRPr="00322DD5">
              <w:rPr>
                <w:sz w:val="20"/>
                <w:szCs w:val="20"/>
              </w:rPr>
              <w:t xml:space="preserve">/MDM </w:t>
            </w:r>
            <w:r w:rsidRPr="00322DD5">
              <w:rPr>
                <w:rFonts w:cs="Shruti"/>
                <w:sz w:val="20"/>
                <w:szCs w:val="20"/>
                <w:cs/>
                <w:lang w:bidi="gu-IN"/>
              </w:rPr>
              <w:t>ચેકિંગનો</w:t>
            </w:r>
            <w:r w:rsidRPr="00322DD5">
              <w:rPr>
                <w:sz w:val="20"/>
                <w:szCs w:val="20"/>
              </w:rPr>
              <w:t xml:space="preserve"> </w:t>
            </w:r>
            <w:r w:rsidRPr="00322DD5">
              <w:rPr>
                <w:rFonts w:cs="Shruti"/>
                <w:sz w:val="20"/>
                <w:szCs w:val="20"/>
                <w:cs/>
                <w:lang w:bidi="gu-IN"/>
              </w:rPr>
              <w:t>ફોટો</w:t>
            </w:r>
            <w:r w:rsidRPr="00322DD5">
              <w:rPr>
                <w:sz w:val="20"/>
                <w:szCs w:val="20"/>
              </w:rPr>
              <w:t xml:space="preserve"> </w:t>
            </w:r>
            <w:r w:rsidRPr="00322DD5">
              <w:rPr>
                <w:rFonts w:cs="Shruti"/>
                <w:sz w:val="20"/>
                <w:szCs w:val="20"/>
                <w:cs/>
                <w:lang w:bidi="gu-IN"/>
              </w:rPr>
              <w:t>લગાવો</w:t>
            </w:r>
            <w:r w:rsidRPr="00322DD5">
              <w:rPr>
                <w:sz w:val="20"/>
                <w:szCs w:val="20"/>
              </w:rPr>
              <w:t>]</w:t>
            </w:r>
            <w:r w:rsidRPr="00322DD5">
              <w:rPr>
                <w:sz w:val="20"/>
                <w:szCs w:val="20"/>
              </w:rPr>
              <w:br/>
            </w:r>
          </w:p>
        </w:tc>
        <w:tc>
          <w:tcPr>
            <w:tcW w:w="4677" w:type="dxa"/>
          </w:tcPr>
          <w:p w14:paraId="500122B1" w14:textId="77777777" w:rsidR="006A50E6" w:rsidRDefault="00322DD5" w:rsidP="006A50E6">
            <w:pPr>
              <w:jc w:val="center"/>
              <w:rPr>
                <w:rFonts w:cs="Shruti"/>
                <w:sz w:val="20"/>
                <w:szCs w:val="20"/>
                <w:lang w:bidi="gu-IN"/>
              </w:rPr>
            </w:pPr>
            <w:r w:rsidRPr="00322DD5">
              <w:rPr>
                <w:sz w:val="20"/>
                <w:szCs w:val="20"/>
              </w:rPr>
              <w:t>[</w:t>
            </w:r>
            <w:r w:rsidRPr="00322DD5">
              <w:rPr>
                <w:rFonts w:cs="Shruti"/>
                <w:sz w:val="20"/>
                <w:szCs w:val="20"/>
                <w:cs/>
                <w:lang w:bidi="gu-IN"/>
              </w:rPr>
              <w:t>અહીં</w:t>
            </w:r>
            <w:r w:rsidRPr="00322DD5">
              <w:rPr>
                <w:sz w:val="20"/>
                <w:szCs w:val="20"/>
              </w:rPr>
              <w:t xml:space="preserve"> </w:t>
            </w:r>
            <w:r w:rsidRPr="00322DD5">
              <w:rPr>
                <w:rFonts w:cs="Shruti"/>
                <w:sz w:val="20"/>
                <w:szCs w:val="20"/>
                <w:cs/>
                <w:lang w:bidi="gu-IN"/>
              </w:rPr>
              <w:t>વાલી</w:t>
            </w:r>
            <w:r w:rsidRPr="00322DD5">
              <w:rPr>
                <w:sz w:val="20"/>
                <w:szCs w:val="20"/>
              </w:rPr>
              <w:t xml:space="preserve"> </w:t>
            </w:r>
            <w:r w:rsidRPr="00322DD5">
              <w:rPr>
                <w:rFonts w:cs="Shruti"/>
                <w:sz w:val="20"/>
                <w:szCs w:val="20"/>
                <w:cs/>
                <w:lang w:bidi="gu-IN"/>
              </w:rPr>
              <w:t>સંપર્ક</w:t>
            </w:r>
            <w:r w:rsidRPr="00322DD5">
              <w:rPr>
                <w:sz w:val="20"/>
                <w:szCs w:val="20"/>
              </w:rPr>
              <w:t xml:space="preserve"> </w:t>
            </w:r>
            <w:r w:rsidRPr="00322DD5">
              <w:rPr>
                <w:rFonts w:cs="Shruti"/>
                <w:sz w:val="20"/>
                <w:szCs w:val="20"/>
                <w:cs/>
                <w:lang w:bidi="gu-IN"/>
              </w:rPr>
              <w:t>કે</w:t>
            </w:r>
            <w:r w:rsidRPr="00322DD5">
              <w:rPr>
                <w:sz w:val="20"/>
                <w:szCs w:val="20"/>
              </w:rPr>
              <w:t xml:space="preserve"> </w:t>
            </w:r>
            <w:r w:rsidRPr="00322DD5">
              <w:rPr>
                <w:rFonts w:cs="Shruti"/>
                <w:sz w:val="20"/>
                <w:szCs w:val="20"/>
                <w:cs/>
                <w:lang w:bidi="gu-IN"/>
              </w:rPr>
              <w:t>શૈક્ષણિક</w:t>
            </w:r>
            <w:r w:rsidRPr="00322DD5">
              <w:rPr>
                <w:sz w:val="20"/>
                <w:szCs w:val="20"/>
              </w:rPr>
              <w:t xml:space="preserve"> </w:t>
            </w:r>
            <w:r w:rsidRPr="00322DD5">
              <w:rPr>
                <w:rFonts w:cs="Shruti"/>
                <w:sz w:val="20"/>
                <w:szCs w:val="20"/>
                <w:cs/>
                <w:lang w:bidi="gu-IN"/>
              </w:rPr>
              <w:t>પ્રવૃત્તિમાં</w:t>
            </w:r>
            <w:r w:rsidRPr="00322DD5">
              <w:rPr>
                <w:sz w:val="20"/>
                <w:szCs w:val="20"/>
              </w:rPr>
              <w:t xml:space="preserve"> </w:t>
            </w:r>
            <w:r w:rsidRPr="00322DD5">
              <w:rPr>
                <w:rFonts w:cs="Shruti"/>
                <w:sz w:val="20"/>
                <w:szCs w:val="20"/>
                <w:cs/>
                <w:lang w:bidi="gu-IN"/>
              </w:rPr>
              <w:t>સહયોગનો</w:t>
            </w:r>
            <w:r w:rsidRPr="00322DD5">
              <w:rPr>
                <w:sz w:val="20"/>
                <w:szCs w:val="20"/>
              </w:rPr>
              <w:t xml:space="preserve"> </w:t>
            </w:r>
            <w:r w:rsidRPr="00322DD5">
              <w:rPr>
                <w:rFonts w:cs="Shruti"/>
                <w:sz w:val="20"/>
                <w:szCs w:val="20"/>
                <w:cs/>
                <w:lang w:bidi="gu-IN"/>
              </w:rPr>
              <w:t>ફોટો</w:t>
            </w:r>
            <w:r w:rsidRPr="00322DD5">
              <w:rPr>
                <w:sz w:val="20"/>
                <w:szCs w:val="20"/>
              </w:rPr>
              <w:t xml:space="preserve"> </w:t>
            </w:r>
            <w:r w:rsidRPr="00322DD5">
              <w:rPr>
                <w:rFonts w:cs="Shruti"/>
                <w:sz w:val="20"/>
                <w:szCs w:val="20"/>
                <w:cs/>
                <w:lang w:bidi="gu-IN"/>
              </w:rPr>
              <w:t>લગાવો</w:t>
            </w:r>
            <w:r w:rsidRPr="00322DD5">
              <w:rPr>
                <w:sz w:val="20"/>
                <w:szCs w:val="20"/>
              </w:rPr>
              <w:t>]</w:t>
            </w:r>
          </w:p>
          <w:p w14:paraId="569CB45F" w14:textId="77777777" w:rsidR="006A50E6" w:rsidRDefault="006A50E6" w:rsidP="006A50E6">
            <w:pPr>
              <w:jc w:val="center"/>
              <w:rPr>
                <w:rFonts w:cs="Shruti"/>
                <w:sz w:val="20"/>
                <w:szCs w:val="20"/>
                <w:lang w:bidi="gu-IN"/>
              </w:rPr>
            </w:pPr>
          </w:p>
          <w:p w14:paraId="54C072B5" w14:textId="77777777" w:rsidR="006A50E6" w:rsidRDefault="006A50E6" w:rsidP="006A50E6">
            <w:pPr>
              <w:jc w:val="center"/>
              <w:rPr>
                <w:rFonts w:cs="Shruti"/>
                <w:sz w:val="20"/>
                <w:szCs w:val="20"/>
                <w:lang w:bidi="gu-IN"/>
              </w:rPr>
            </w:pPr>
          </w:p>
          <w:p w14:paraId="75FD6D8E" w14:textId="77777777" w:rsidR="006A50E6" w:rsidRDefault="006A50E6" w:rsidP="006A50E6">
            <w:pPr>
              <w:jc w:val="center"/>
              <w:rPr>
                <w:rFonts w:cs="Shruti"/>
                <w:sz w:val="20"/>
                <w:szCs w:val="20"/>
                <w:lang w:bidi="gu-IN"/>
              </w:rPr>
            </w:pPr>
          </w:p>
          <w:p w14:paraId="1660DEB1" w14:textId="77777777" w:rsidR="006A50E6" w:rsidRPr="006A50E6" w:rsidRDefault="006A50E6" w:rsidP="006A50E6">
            <w:pPr>
              <w:jc w:val="center"/>
              <w:rPr>
                <w:rFonts w:cs="Shruti"/>
                <w:sz w:val="20"/>
                <w:szCs w:val="20"/>
                <w:lang w:bidi="gu-IN"/>
              </w:rPr>
            </w:pPr>
          </w:p>
          <w:p w14:paraId="1D4BFAC1" w14:textId="77777777" w:rsidR="006A50E6" w:rsidRDefault="006A50E6" w:rsidP="006A50E6">
            <w:pPr>
              <w:jc w:val="center"/>
              <w:rPr>
                <w:rFonts w:cs="Shruti"/>
                <w:sz w:val="20"/>
                <w:szCs w:val="20"/>
                <w:lang w:bidi="gu-IN"/>
              </w:rPr>
            </w:pPr>
          </w:p>
          <w:p w14:paraId="06DF7869" w14:textId="77777777" w:rsidR="00322DD5" w:rsidRPr="006A50E6" w:rsidRDefault="00322DD5" w:rsidP="006A50E6">
            <w:pPr>
              <w:jc w:val="center"/>
              <w:rPr>
                <w:rFonts w:cs="Shruti"/>
                <w:sz w:val="20"/>
                <w:szCs w:val="20"/>
                <w:lang w:bidi="gu-IN"/>
              </w:rPr>
            </w:pPr>
            <w:r w:rsidRPr="00322DD5">
              <w:rPr>
                <w:sz w:val="20"/>
                <w:szCs w:val="20"/>
              </w:rPr>
              <w:br/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322DD5" w:rsidRPr="00322DD5" w14:paraId="25005A8E" w14:textId="77777777" w:rsidTr="00F37DAD">
        <w:tc>
          <w:tcPr>
            <w:tcW w:w="4320" w:type="dxa"/>
          </w:tcPr>
          <w:p w14:paraId="17D1DB7C" w14:textId="77777777" w:rsidR="00322DD5" w:rsidRPr="00322DD5" w:rsidRDefault="00322DD5" w:rsidP="00322DD5">
            <w:pPr>
              <w:spacing w:after="0" w:line="240" w:lineRule="auto"/>
              <w:rPr>
                <w:sz w:val="20"/>
                <w:szCs w:val="20"/>
              </w:rPr>
            </w:pPr>
            <w:r w:rsidRPr="00322DD5">
              <w:rPr>
                <w:sz w:val="20"/>
                <w:szCs w:val="20"/>
              </w:rPr>
              <w:t xml:space="preserve">SMC </w:t>
            </w:r>
            <w:r w:rsidRPr="00322DD5">
              <w:rPr>
                <w:rFonts w:cs="Shruti"/>
                <w:sz w:val="20"/>
                <w:szCs w:val="20"/>
                <w:cs/>
                <w:lang w:bidi="gu-IN"/>
              </w:rPr>
              <w:t>અધ્યક્ષની</w:t>
            </w:r>
            <w:r w:rsidRPr="00322DD5">
              <w:rPr>
                <w:sz w:val="20"/>
                <w:szCs w:val="20"/>
              </w:rPr>
              <w:t xml:space="preserve"> </w:t>
            </w:r>
            <w:r w:rsidRPr="00322DD5">
              <w:rPr>
                <w:rFonts w:cs="Shruti"/>
                <w:sz w:val="20"/>
                <w:szCs w:val="20"/>
                <w:cs/>
                <w:lang w:bidi="gu-IN"/>
              </w:rPr>
              <w:t>સહી</w:t>
            </w:r>
            <w:r>
              <w:rPr>
                <w:rFonts w:cs="Shruti"/>
                <w:sz w:val="20"/>
                <w:szCs w:val="20"/>
                <w:cs/>
                <w:lang w:bidi="gu-IN"/>
              </w:rPr>
              <w:t>.........................</w:t>
            </w:r>
            <w:r w:rsidRPr="00322DD5">
              <w:rPr>
                <w:sz w:val="20"/>
                <w:szCs w:val="20"/>
              </w:rPr>
              <w:br/>
            </w:r>
            <w:r w:rsidRPr="00322DD5">
              <w:rPr>
                <w:sz w:val="20"/>
                <w:szCs w:val="20"/>
              </w:rPr>
              <w:br/>
              <w:t>______________________</w:t>
            </w:r>
          </w:p>
        </w:tc>
        <w:tc>
          <w:tcPr>
            <w:tcW w:w="4320" w:type="dxa"/>
          </w:tcPr>
          <w:p w14:paraId="68DDEE00" w14:textId="77777777" w:rsidR="00322DD5" w:rsidRPr="00322DD5" w:rsidRDefault="00322DD5" w:rsidP="00322DD5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322DD5">
              <w:rPr>
                <w:rFonts w:cs="Shruti"/>
                <w:sz w:val="20"/>
                <w:szCs w:val="20"/>
                <w:cs/>
                <w:lang w:bidi="gu-IN"/>
              </w:rPr>
              <w:t>આચાર્યશ્રીની</w:t>
            </w:r>
            <w:r w:rsidRPr="00322DD5">
              <w:rPr>
                <w:sz w:val="20"/>
                <w:szCs w:val="20"/>
              </w:rPr>
              <w:t xml:space="preserve"> </w:t>
            </w:r>
            <w:r w:rsidRPr="00322DD5">
              <w:rPr>
                <w:rFonts w:cs="Shruti"/>
                <w:sz w:val="20"/>
                <w:szCs w:val="20"/>
                <w:cs/>
                <w:lang w:bidi="gu-IN"/>
              </w:rPr>
              <w:t>સહી</w:t>
            </w:r>
            <w:r w:rsidRPr="00322DD5">
              <w:rPr>
                <w:sz w:val="20"/>
                <w:szCs w:val="20"/>
              </w:rPr>
              <w:t xml:space="preserve"> </w:t>
            </w:r>
            <w:r w:rsidRPr="00322DD5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322DD5">
              <w:rPr>
                <w:sz w:val="20"/>
                <w:szCs w:val="20"/>
              </w:rPr>
              <w:t xml:space="preserve"> </w:t>
            </w:r>
            <w:r w:rsidRPr="00322DD5">
              <w:rPr>
                <w:rFonts w:cs="Shruti"/>
                <w:sz w:val="20"/>
                <w:szCs w:val="20"/>
                <w:cs/>
                <w:lang w:bidi="gu-IN"/>
              </w:rPr>
              <w:t>સિક્કો</w:t>
            </w:r>
            <w:r w:rsidRPr="00322DD5">
              <w:rPr>
                <w:sz w:val="20"/>
                <w:szCs w:val="20"/>
              </w:rPr>
              <w:br/>
            </w:r>
            <w:r w:rsidRPr="00322DD5">
              <w:rPr>
                <w:sz w:val="20"/>
                <w:szCs w:val="20"/>
              </w:rPr>
              <w:br/>
              <w:t>______________________</w:t>
            </w:r>
            <w:r w:rsidRPr="00322DD5">
              <w:rPr>
                <w:sz w:val="20"/>
                <w:szCs w:val="20"/>
              </w:rPr>
              <w:br/>
            </w:r>
          </w:p>
        </w:tc>
      </w:tr>
    </w:tbl>
    <w:p w14:paraId="41CB664D" w14:textId="649B1DF2" w:rsidR="002E5B96" w:rsidRDefault="002546D1" w:rsidP="00521B9B">
      <w:pPr>
        <w:spacing w:after="0" w:line="240" w:lineRule="auto"/>
        <w:rPr>
          <w:rFonts w:cs="Shruti"/>
          <w:b/>
          <w:u w:val="single"/>
          <w:lang w:val="en-IN" w:bidi="gu-IN"/>
        </w:rPr>
      </w:pPr>
      <w:r>
        <w:rPr>
          <w:rFonts w:cs="Shruti" w:hint="cs"/>
          <w:sz w:val="28"/>
          <w:szCs w:val="28"/>
          <w:u w:val="single"/>
          <w:cs/>
          <w:lang w:bidi="gu-IN"/>
        </w:rPr>
        <w:lastRenderedPageBreak/>
        <w:t>ઢાંકણ્રીયાવાસ પ્રાથમિક શાળા તા- લાખણી જિલ્લો - વાવ-થરાદ ડાયસ કોડ: 24021300207</w:t>
      </w:r>
    </w:p>
    <w:p w14:paraId="258C028B" w14:textId="77777777" w:rsidR="004504B1" w:rsidRPr="004504B1" w:rsidRDefault="004504B1" w:rsidP="004504B1">
      <w:pPr>
        <w:pStyle w:val="Heading1"/>
      </w:pPr>
      <w:r>
        <w:rPr>
          <w:rFonts w:cs="Shruti"/>
          <w:cs/>
          <w:lang w:bidi="gu-IN"/>
        </w:rPr>
        <w:t>ત્રિમાસિક</w:t>
      </w:r>
      <w:r>
        <w:t xml:space="preserve"> </w:t>
      </w:r>
      <w:r>
        <w:rPr>
          <w:rFonts w:cs="Shruti"/>
          <w:cs/>
          <w:lang w:bidi="gu-IN"/>
        </w:rPr>
        <w:t>કસોટીઓના</w:t>
      </w:r>
      <w:r>
        <w:t xml:space="preserve"> </w:t>
      </w:r>
      <w:r>
        <w:rPr>
          <w:rFonts w:cs="Shruti"/>
          <w:cs/>
          <w:lang w:bidi="gu-IN"/>
        </w:rPr>
        <w:t>પરિણામોને</w:t>
      </w:r>
      <w:r>
        <w:t xml:space="preserve"> </w:t>
      </w:r>
      <w:r>
        <w:rPr>
          <w:rFonts w:cs="Shruti"/>
          <w:cs/>
          <w:lang w:bidi="gu-IN"/>
        </w:rPr>
        <w:t>આધારે</w:t>
      </w:r>
      <w:r>
        <w:t xml:space="preserve"> </w:t>
      </w:r>
      <w:r>
        <w:rPr>
          <w:rFonts w:cs="Shruti"/>
          <w:cs/>
          <w:lang w:bidi="gu-IN"/>
        </w:rPr>
        <w:t>ઉપચારાત્મક</w:t>
      </w:r>
      <w:r>
        <w:t xml:space="preserve"> </w:t>
      </w:r>
      <w:r>
        <w:rPr>
          <w:rFonts w:cs="Shruti"/>
          <w:cs/>
          <w:lang w:bidi="gu-IN"/>
        </w:rPr>
        <w:t>કાર્ય</w:t>
      </w:r>
      <w:r>
        <w:t xml:space="preserve"> (Remedial Teaching) </w:t>
      </w:r>
      <w:r>
        <w:rPr>
          <w:rFonts w:cs="Shruti"/>
          <w:cs/>
          <w:lang w:bidi="gu-IN"/>
        </w:rPr>
        <w:t>નો</w:t>
      </w:r>
      <w:r>
        <w:t xml:space="preserve"> </w:t>
      </w:r>
      <w:r>
        <w:rPr>
          <w:rFonts w:cs="Shruti"/>
          <w:cs/>
          <w:lang w:bidi="gu-IN"/>
        </w:rPr>
        <w:t>અહેવાલ</w:t>
      </w:r>
    </w:p>
    <w:p w14:paraId="074A4439" w14:textId="209A4E37" w:rsidR="004504B1" w:rsidRPr="004504B1" w:rsidRDefault="004504B1" w:rsidP="004504B1">
      <w:pPr>
        <w:spacing w:line="240" w:lineRule="auto"/>
        <w:rPr>
          <w:rFonts w:cs="Shruti"/>
          <w:sz w:val="18"/>
          <w:szCs w:val="18"/>
          <w:lang w:bidi="gu-IN"/>
        </w:rPr>
      </w:pPr>
      <w:r w:rsidRPr="004504B1">
        <w:rPr>
          <w:rFonts w:cs="Shruti"/>
          <w:sz w:val="18"/>
          <w:szCs w:val="18"/>
          <w:cs/>
          <w:lang w:bidi="gu-IN"/>
        </w:rPr>
        <w:t>ગુણોત્સવ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૨</w:t>
      </w:r>
      <w:r w:rsidRPr="004504B1">
        <w:rPr>
          <w:sz w:val="18"/>
          <w:szCs w:val="18"/>
        </w:rPr>
        <w:t>.</w:t>
      </w:r>
      <w:r w:rsidRPr="004504B1">
        <w:rPr>
          <w:rFonts w:cs="Shruti"/>
          <w:sz w:val="18"/>
          <w:szCs w:val="18"/>
          <w:cs/>
          <w:lang w:bidi="gu-IN"/>
        </w:rPr>
        <w:t>૦</w:t>
      </w:r>
      <w:r w:rsidRPr="004504B1">
        <w:rPr>
          <w:sz w:val="18"/>
          <w:szCs w:val="18"/>
        </w:rPr>
        <w:t xml:space="preserve"> (SQAAF) </w:t>
      </w:r>
      <w:r w:rsidRPr="004504B1">
        <w:rPr>
          <w:rFonts w:cs="Shruti"/>
          <w:sz w:val="18"/>
          <w:szCs w:val="18"/>
          <w:cs/>
          <w:lang w:bidi="gu-IN"/>
        </w:rPr>
        <w:t>ના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શૈક્ષણિક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માપદંડો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મુજબ</w:t>
      </w:r>
      <w:r w:rsidRPr="004504B1">
        <w:rPr>
          <w:sz w:val="18"/>
          <w:szCs w:val="18"/>
        </w:rPr>
        <w:t xml:space="preserve">, </w:t>
      </w:r>
      <w:r w:rsidRPr="004504B1">
        <w:rPr>
          <w:rFonts w:cs="Shruti"/>
          <w:sz w:val="18"/>
          <w:szCs w:val="18"/>
          <w:cs/>
          <w:lang w:bidi="gu-IN"/>
        </w:rPr>
        <w:t>વિદ્યાર્થીઓના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સત્રાંત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અને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ત્રિમાસિક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કસોટીઓના</w:t>
      </w:r>
      <w:r w:rsidRPr="004504B1">
        <w:rPr>
          <w:sz w:val="18"/>
          <w:szCs w:val="18"/>
        </w:rPr>
        <w:t xml:space="preserve"> (PAT / SAT) </w:t>
      </w:r>
      <w:r w:rsidRPr="004504B1">
        <w:rPr>
          <w:rFonts w:cs="Shruti"/>
          <w:sz w:val="18"/>
          <w:szCs w:val="18"/>
          <w:cs/>
          <w:lang w:bidi="gu-IN"/>
        </w:rPr>
        <w:t>પરિણામોનું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વિશ્લેષણ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કરી</w:t>
      </w:r>
      <w:r w:rsidRPr="004504B1">
        <w:rPr>
          <w:sz w:val="18"/>
          <w:szCs w:val="18"/>
        </w:rPr>
        <w:t xml:space="preserve">, </w:t>
      </w:r>
      <w:r w:rsidRPr="004504B1">
        <w:rPr>
          <w:rFonts w:cs="Shruti"/>
          <w:sz w:val="18"/>
          <w:szCs w:val="18"/>
          <w:cs/>
          <w:lang w:bidi="gu-IN"/>
        </w:rPr>
        <w:t>શૈક્ષણિક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રીતે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નબળા</w:t>
      </w:r>
      <w:r w:rsidRPr="004504B1">
        <w:rPr>
          <w:sz w:val="18"/>
          <w:szCs w:val="18"/>
        </w:rPr>
        <w:t xml:space="preserve"> (C </w:t>
      </w:r>
      <w:r w:rsidRPr="004504B1">
        <w:rPr>
          <w:rFonts w:cs="Shruti"/>
          <w:sz w:val="18"/>
          <w:szCs w:val="18"/>
          <w:cs/>
          <w:lang w:bidi="gu-IN"/>
        </w:rPr>
        <w:t>અને</w:t>
      </w:r>
      <w:r w:rsidRPr="004504B1">
        <w:rPr>
          <w:sz w:val="18"/>
          <w:szCs w:val="18"/>
        </w:rPr>
        <w:t xml:space="preserve"> D </w:t>
      </w:r>
      <w:r w:rsidRPr="004504B1">
        <w:rPr>
          <w:rFonts w:cs="Shruti"/>
          <w:sz w:val="18"/>
          <w:szCs w:val="18"/>
          <w:cs/>
          <w:lang w:bidi="gu-IN"/>
        </w:rPr>
        <w:t>ગ્રેડ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મેળવનાર</w:t>
      </w:r>
      <w:r w:rsidRPr="004504B1">
        <w:rPr>
          <w:sz w:val="18"/>
          <w:szCs w:val="18"/>
        </w:rPr>
        <w:t xml:space="preserve">) </w:t>
      </w:r>
      <w:r w:rsidRPr="004504B1">
        <w:rPr>
          <w:rFonts w:cs="Shruti"/>
          <w:sz w:val="18"/>
          <w:szCs w:val="18"/>
          <w:cs/>
          <w:lang w:bidi="gu-IN"/>
        </w:rPr>
        <w:t>વિદ્યાર્થીઓ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માટે</w:t>
      </w:r>
      <w:r w:rsidRPr="004504B1">
        <w:rPr>
          <w:sz w:val="18"/>
          <w:szCs w:val="18"/>
        </w:rPr>
        <w:t xml:space="preserve"> </w:t>
      </w:r>
      <w:r w:rsidR="008E13CA">
        <w:rPr>
          <w:rFonts w:cs="Shruti" w:hint="cs"/>
          <w:sz w:val="20"/>
          <w:szCs w:val="20"/>
          <w:cs/>
          <w:lang w:bidi="gu-IN"/>
        </w:rPr>
        <w:t xml:space="preserve">ઢાંકણ્રીયાવાસ પ્રાથમિક શાળા 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દ્વારા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વિશેષ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ઉપચારાત્મક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કાર્ય</w:t>
      </w:r>
      <w:r w:rsidRPr="004504B1">
        <w:rPr>
          <w:sz w:val="18"/>
          <w:szCs w:val="18"/>
        </w:rPr>
        <w:t xml:space="preserve"> (Remedial Work) </w:t>
      </w:r>
      <w:r w:rsidRPr="004504B1">
        <w:rPr>
          <w:rFonts w:cs="Shruti"/>
          <w:sz w:val="18"/>
          <w:szCs w:val="18"/>
          <w:cs/>
          <w:lang w:bidi="gu-IN"/>
        </w:rPr>
        <w:t>હાથ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ધરવામાં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આવે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છે</w:t>
      </w:r>
      <w:r w:rsidRPr="004504B1">
        <w:rPr>
          <w:sz w:val="18"/>
          <w:szCs w:val="18"/>
        </w:rPr>
        <w:t xml:space="preserve">. </w:t>
      </w:r>
      <w:r w:rsidRPr="004504B1">
        <w:rPr>
          <w:rFonts w:cs="Shruti"/>
          <w:sz w:val="18"/>
          <w:szCs w:val="18"/>
          <w:cs/>
          <w:lang w:bidi="gu-IN"/>
        </w:rPr>
        <w:t>આ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અંગેની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વિગતો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નીચે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મુજબ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છે</w:t>
      </w:r>
      <w:r w:rsidRPr="004504B1">
        <w:rPr>
          <w:sz w:val="18"/>
          <w:szCs w:val="18"/>
        </w:rPr>
        <w:t>:</w:t>
      </w:r>
    </w:p>
    <w:p w14:paraId="4727FB40" w14:textId="77777777" w:rsidR="004504B1" w:rsidRPr="004504B1" w:rsidRDefault="004504B1" w:rsidP="004504B1">
      <w:pPr>
        <w:pStyle w:val="Heading2"/>
        <w:spacing w:line="240" w:lineRule="auto"/>
        <w:rPr>
          <w:sz w:val="18"/>
          <w:szCs w:val="18"/>
        </w:rPr>
      </w:pPr>
      <w:r w:rsidRPr="004504B1">
        <w:rPr>
          <w:rFonts w:cs="Shruti"/>
          <w:sz w:val="18"/>
          <w:szCs w:val="18"/>
          <w:cs/>
          <w:lang w:bidi="gu-IN"/>
        </w:rPr>
        <w:t>૧</w:t>
      </w:r>
      <w:r w:rsidRPr="004504B1">
        <w:rPr>
          <w:sz w:val="18"/>
          <w:szCs w:val="18"/>
        </w:rPr>
        <w:t xml:space="preserve">. </w:t>
      </w:r>
      <w:r w:rsidRPr="004504B1">
        <w:rPr>
          <w:rFonts w:cs="Shruti"/>
          <w:sz w:val="18"/>
          <w:szCs w:val="18"/>
          <w:cs/>
          <w:lang w:bidi="gu-IN"/>
        </w:rPr>
        <w:t>નબળા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વિદ્યાર્થીઓની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તારવણી</w:t>
      </w:r>
      <w:r w:rsidRPr="004504B1">
        <w:rPr>
          <w:sz w:val="18"/>
          <w:szCs w:val="18"/>
        </w:rPr>
        <w:t xml:space="preserve"> (</w:t>
      </w:r>
      <w:r w:rsidRPr="004504B1">
        <w:rPr>
          <w:rFonts w:cs="Shruti"/>
          <w:sz w:val="18"/>
          <w:szCs w:val="18"/>
          <w:cs/>
          <w:lang w:bidi="gu-IN"/>
        </w:rPr>
        <w:t>વર્ગવાર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વિગત</w:t>
      </w:r>
      <w:r w:rsidRPr="004504B1">
        <w:rPr>
          <w:sz w:val="18"/>
          <w:szCs w:val="18"/>
        </w:rPr>
        <w:t>):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675"/>
        <w:gridCol w:w="1134"/>
        <w:gridCol w:w="3375"/>
        <w:gridCol w:w="1728"/>
        <w:gridCol w:w="2410"/>
      </w:tblGrid>
      <w:tr w:rsidR="004504B1" w:rsidRPr="004504B1" w14:paraId="75001B6A" w14:textId="77777777" w:rsidTr="004504B1">
        <w:tc>
          <w:tcPr>
            <w:tcW w:w="675" w:type="dxa"/>
          </w:tcPr>
          <w:p w14:paraId="63DE9719" w14:textId="77777777" w:rsidR="004504B1" w:rsidRPr="004504B1" w:rsidRDefault="004504B1" w:rsidP="004504B1">
            <w:pPr>
              <w:rPr>
                <w:sz w:val="18"/>
                <w:szCs w:val="18"/>
              </w:rPr>
            </w:pPr>
            <w:r w:rsidRPr="004504B1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ક્રમ</w:t>
            </w:r>
          </w:p>
        </w:tc>
        <w:tc>
          <w:tcPr>
            <w:tcW w:w="1134" w:type="dxa"/>
          </w:tcPr>
          <w:p w14:paraId="6D57738B" w14:textId="77777777" w:rsidR="004504B1" w:rsidRPr="004504B1" w:rsidRDefault="004504B1" w:rsidP="004504B1">
            <w:pPr>
              <w:rPr>
                <w:sz w:val="18"/>
                <w:szCs w:val="18"/>
              </w:rPr>
            </w:pPr>
            <w:r w:rsidRPr="004504B1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ધોરણ</w:t>
            </w:r>
          </w:p>
        </w:tc>
        <w:tc>
          <w:tcPr>
            <w:tcW w:w="3375" w:type="dxa"/>
          </w:tcPr>
          <w:p w14:paraId="4EF8970D" w14:textId="77777777" w:rsidR="004504B1" w:rsidRPr="004504B1" w:rsidRDefault="004504B1" w:rsidP="004504B1">
            <w:pPr>
              <w:rPr>
                <w:sz w:val="18"/>
                <w:szCs w:val="18"/>
              </w:rPr>
            </w:pPr>
            <w:r w:rsidRPr="004504B1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વિષય</w:t>
            </w:r>
            <w:r w:rsidRPr="004504B1">
              <w:rPr>
                <w:b/>
                <w:sz w:val="18"/>
                <w:szCs w:val="18"/>
              </w:rPr>
              <w:t xml:space="preserve"> (</w:t>
            </w:r>
            <w:r w:rsidRPr="004504B1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જેમાં</w:t>
            </w:r>
            <w:r w:rsidRPr="004504B1">
              <w:rPr>
                <w:b/>
                <w:sz w:val="18"/>
                <w:szCs w:val="18"/>
              </w:rPr>
              <w:t xml:space="preserve"> </w:t>
            </w:r>
            <w:r w:rsidRPr="004504B1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નબળા</w:t>
            </w:r>
            <w:r w:rsidRPr="004504B1">
              <w:rPr>
                <w:b/>
                <w:sz w:val="18"/>
                <w:szCs w:val="18"/>
              </w:rPr>
              <w:t xml:space="preserve"> </w:t>
            </w:r>
            <w:r w:rsidRPr="004504B1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હોય</w:t>
            </w:r>
            <w:r w:rsidRPr="004504B1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728" w:type="dxa"/>
          </w:tcPr>
          <w:p w14:paraId="31C7BBCB" w14:textId="77777777" w:rsidR="004504B1" w:rsidRPr="004504B1" w:rsidRDefault="004504B1" w:rsidP="004504B1">
            <w:pPr>
              <w:rPr>
                <w:sz w:val="18"/>
                <w:szCs w:val="18"/>
              </w:rPr>
            </w:pPr>
            <w:r w:rsidRPr="004504B1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 xml:space="preserve">કુલ </w:t>
            </w:r>
            <w:r w:rsidRPr="004504B1">
              <w:rPr>
                <w:b/>
                <w:sz w:val="18"/>
                <w:szCs w:val="18"/>
              </w:rPr>
              <w:t xml:space="preserve"> </w:t>
            </w:r>
            <w:r w:rsidRPr="004504B1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વિદ્યાર્થીઓ</w:t>
            </w:r>
          </w:p>
        </w:tc>
        <w:tc>
          <w:tcPr>
            <w:tcW w:w="2410" w:type="dxa"/>
          </w:tcPr>
          <w:p w14:paraId="567C2E11" w14:textId="77777777" w:rsidR="004504B1" w:rsidRPr="004504B1" w:rsidRDefault="004504B1" w:rsidP="004504B1">
            <w:pPr>
              <w:rPr>
                <w:sz w:val="18"/>
                <w:szCs w:val="18"/>
              </w:rPr>
            </w:pPr>
            <w:r w:rsidRPr="004504B1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ઉપચારાત્મક</w:t>
            </w:r>
            <w:r w:rsidRPr="004504B1">
              <w:rPr>
                <w:b/>
                <w:sz w:val="18"/>
                <w:szCs w:val="18"/>
              </w:rPr>
              <w:t xml:space="preserve"> </w:t>
            </w:r>
            <w:r w:rsidRPr="004504B1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કાર્ય</w:t>
            </w:r>
            <w:r w:rsidRPr="004504B1">
              <w:rPr>
                <w:b/>
                <w:sz w:val="18"/>
                <w:szCs w:val="18"/>
              </w:rPr>
              <w:t xml:space="preserve"> </w:t>
            </w:r>
            <w:r w:rsidRPr="004504B1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માટે</w:t>
            </w:r>
            <w:r w:rsidRPr="004504B1">
              <w:rPr>
                <w:b/>
                <w:sz w:val="18"/>
                <w:szCs w:val="18"/>
              </w:rPr>
              <w:t xml:space="preserve"> </w:t>
            </w:r>
            <w:r w:rsidRPr="004504B1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તારવેલ</w:t>
            </w:r>
            <w:r w:rsidRPr="004504B1">
              <w:rPr>
                <w:b/>
                <w:sz w:val="18"/>
                <w:szCs w:val="18"/>
              </w:rPr>
              <w:t xml:space="preserve"> </w:t>
            </w:r>
            <w:r w:rsidRPr="004504B1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સંખ્યા</w:t>
            </w:r>
          </w:p>
        </w:tc>
      </w:tr>
      <w:tr w:rsidR="004504B1" w:rsidRPr="004504B1" w14:paraId="2248B224" w14:textId="77777777" w:rsidTr="004504B1">
        <w:tc>
          <w:tcPr>
            <w:tcW w:w="675" w:type="dxa"/>
          </w:tcPr>
          <w:p w14:paraId="20289829" w14:textId="77777777" w:rsidR="004504B1" w:rsidRPr="004504B1" w:rsidRDefault="004504B1" w:rsidP="004504B1">
            <w:pPr>
              <w:jc w:val="center"/>
              <w:rPr>
                <w:sz w:val="18"/>
                <w:szCs w:val="18"/>
              </w:rPr>
            </w:pPr>
            <w:r w:rsidRPr="004504B1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5062310A" w14:textId="77777777" w:rsidR="004504B1" w:rsidRPr="004504B1" w:rsidRDefault="004504B1" w:rsidP="004504B1">
            <w:pPr>
              <w:rPr>
                <w:sz w:val="18"/>
                <w:szCs w:val="18"/>
              </w:rPr>
            </w:pPr>
            <w:r w:rsidRPr="004504B1">
              <w:rPr>
                <w:rFonts w:cs="Shruti"/>
                <w:sz w:val="18"/>
                <w:szCs w:val="18"/>
                <w:cs/>
                <w:lang w:bidi="gu-IN"/>
              </w:rPr>
              <w:t>ધોરણ</w:t>
            </w:r>
            <w:r w:rsidRPr="004504B1">
              <w:rPr>
                <w:sz w:val="18"/>
                <w:szCs w:val="18"/>
              </w:rPr>
              <w:t xml:space="preserve"> 1</w:t>
            </w:r>
          </w:p>
        </w:tc>
        <w:tc>
          <w:tcPr>
            <w:tcW w:w="3375" w:type="dxa"/>
          </w:tcPr>
          <w:p w14:paraId="620025CC" w14:textId="77777777" w:rsidR="004504B1" w:rsidRPr="004504B1" w:rsidRDefault="004504B1" w:rsidP="004504B1">
            <w:pPr>
              <w:rPr>
                <w:sz w:val="18"/>
                <w:szCs w:val="18"/>
              </w:rPr>
            </w:pPr>
          </w:p>
        </w:tc>
        <w:tc>
          <w:tcPr>
            <w:tcW w:w="1728" w:type="dxa"/>
          </w:tcPr>
          <w:p w14:paraId="3AB6E2CB" w14:textId="77777777" w:rsidR="004504B1" w:rsidRPr="004504B1" w:rsidRDefault="004504B1" w:rsidP="004504B1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15275DDD" w14:textId="77777777" w:rsidR="004504B1" w:rsidRPr="004504B1" w:rsidRDefault="004504B1" w:rsidP="004504B1">
            <w:pPr>
              <w:rPr>
                <w:sz w:val="18"/>
                <w:szCs w:val="18"/>
              </w:rPr>
            </w:pPr>
          </w:p>
        </w:tc>
      </w:tr>
      <w:tr w:rsidR="004504B1" w:rsidRPr="004504B1" w14:paraId="4F44A559" w14:textId="77777777" w:rsidTr="004504B1">
        <w:tc>
          <w:tcPr>
            <w:tcW w:w="675" w:type="dxa"/>
          </w:tcPr>
          <w:p w14:paraId="59E6D429" w14:textId="77777777" w:rsidR="004504B1" w:rsidRPr="004504B1" w:rsidRDefault="004504B1" w:rsidP="004504B1">
            <w:pPr>
              <w:jc w:val="center"/>
              <w:rPr>
                <w:sz w:val="18"/>
                <w:szCs w:val="18"/>
              </w:rPr>
            </w:pPr>
            <w:r w:rsidRPr="004504B1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076614DF" w14:textId="77777777" w:rsidR="004504B1" w:rsidRPr="004504B1" w:rsidRDefault="004504B1" w:rsidP="004504B1">
            <w:pPr>
              <w:rPr>
                <w:sz w:val="18"/>
                <w:szCs w:val="18"/>
              </w:rPr>
            </w:pPr>
            <w:r w:rsidRPr="004504B1">
              <w:rPr>
                <w:rFonts w:cs="Shruti"/>
                <w:sz w:val="18"/>
                <w:szCs w:val="18"/>
                <w:cs/>
                <w:lang w:bidi="gu-IN"/>
              </w:rPr>
              <w:t>ધોરણ</w:t>
            </w:r>
            <w:r w:rsidRPr="004504B1">
              <w:rPr>
                <w:sz w:val="18"/>
                <w:szCs w:val="18"/>
              </w:rPr>
              <w:t xml:space="preserve"> 2</w:t>
            </w:r>
          </w:p>
        </w:tc>
        <w:tc>
          <w:tcPr>
            <w:tcW w:w="3375" w:type="dxa"/>
          </w:tcPr>
          <w:p w14:paraId="723B58AB" w14:textId="77777777" w:rsidR="004504B1" w:rsidRPr="004504B1" w:rsidRDefault="004504B1" w:rsidP="004504B1">
            <w:pPr>
              <w:rPr>
                <w:sz w:val="18"/>
                <w:szCs w:val="18"/>
              </w:rPr>
            </w:pPr>
          </w:p>
        </w:tc>
        <w:tc>
          <w:tcPr>
            <w:tcW w:w="1728" w:type="dxa"/>
          </w:tcPr>
          <w:p w14:paraId="69C59805" w14:textId="77777777" w:rsidR="004504B1" w:rsidRPr="004504B1" w:rsidRDefault="004504B1" w:rsidP="004504B1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5C65FA6A" w14:textId="77777777" w:rsidR="004504B1" w:rsidRPr="004504B1" w:rsidRDefault="004504B1" w:rsidP="004504B1">
            <w:pPr>
              <w:rPr>
                <w:sz w:val="18"/>
                <w:szCs w:val="18"/>
              </w:rPr>
            </w:pPr>
          </w:p>
        </w:tc>
      </w:tr>
      <w:tr w:rsidR="004504B1" w:rsidRPr="004504B1" w14:paraId="174CAE5C" w14:textId="77777777" w:rsidTr="004504B1">
        <w:tc>
          <w:tcPr>
            <w:tcW w:w="675" w:type="dxa"/>
          </w:tcPr>
          <w:p w14:paraId="1788364E" w14:textId="77777777" w:rsidR="004504B1" w:rsidRPr="004504B1" w:rsidRDefault="004504B1" w:rsidP="004504B1">
            <w:pPr>
              <w:jc w:val="center"/>
              <w:rPr>
                <w:sz w:val="18"/>
                <w:szCs w:val="18"/>
              </w:rPr>
            </w:pPr>
            <w:r w:rsidRPr="004504B1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14:paraId="5F98022F" w14:textId="77777777" w:rsidR="004504B1" w:rsidRPr="004504B1" w:rsidRDefault="004504B1" w:rsidP="004504B1">
            <w:pPr>
              <w:rPr>
                <w:sz w:val="18"/>
                <w:szCs w:val="18"/>
              </w:rPr>
            </w:pPr>
            <w:r w:rsidRPr="004504B1">
              <w:rPr>
                <w:rFonts w:cs="Shruti"/>
                <w:sz w:val="18"/>
                <w:szCs w:val="18"/>
                <w:cs/>
                <w:lang w:bidi="gu-IN"/>
              </w:rPr>
              <w:t>ધોરણ</w:t>
            </w:r>
            <w:r w:rsidRPr="004504B1">
              <w:rPr>
                <w:sz w:val="18"/>
                <w:szCs w:val="18"/>
              </w:rPr>
              <w:t xml:space="preserve"> 3</w:t>
            </w:r>
          </w:p>
        </w:tc>
        <w:tc>
          <w:tcPr>
            <w:tcW w:w="3375" w:type="dxa"/>
          </w:tcPr>
          <w:p w14:paraId="6598B996" w14:textId="77777777" w:rsidR="004504B1" w:rsidRPr="004504B1" w:rsidRDefault="004504B1" w:rsidP="004504B1">
            <w:pPr>
              <w:rPr>
                <w:sz w:val="18"/>
                <w:szCs w:val="18"/>
              </w:rPr>
            </w:pPr>
          </w:p>
        </w:tc>
        <w:tc>
          <w:tcPr>
            <w:tcW w:w="1728" w:type="dxa"/>
          </w:tcPr>
          <w:p w14:paraId="2F149AA4" w14:textId="77777777" w:rsidR="004504B1" w:rsidRPr="004504B1" w:rsidRDefault="004504B1" w:rsidP="004504B1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447D55AD" w14:textId="77777777" w:rsidR="004504B1" w:rsidRPr="004504B1" w:rsidRDefault="004504B1" w:rsidP="004504B1">
            <w:pPr>
              <w:rPr>
                <w:sz w:val="18"/>
                <w:szCs w:val="18"/>
              </w:rPr>
            </w:pPr>
          </w:p>
        </w:tc>
      </w:tr>
      <w:tr w:rsidR="004504B1" w:rsidRPr="004504B1" w14:paraId="69CDD695" w14:textId="77777777" w:rsidTr="004504B1">
        <w:tc>
          <w:tcPr>
            <w:tcW w:w="675" w:type="dxa"/>
          </w:tcPr>
          <w:p w14:paraId="73C9B119" w14:textId="77777777" w:rsidR="004504B1" w:rsidRPr="004504B1" w:rsidRDefault="004504B1" w:rsidP="004504B1">
            <w:pPr>
              <w:jc w:val="center"/>
              <w:rPr>
                <w:sz w:val="18"/>
                <w:szCs w:val="18"/>
              </w:rPr>
            </w:pPr>
            <w:r w:rsidRPr="004504B1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14:paraId="1B9BF655" w14:textId="77777777" w:rsidR="004504B1" w:rsidRPr="004504B1" w:rsidRDefault="004504B1" w:rsidP="004504B1">
            <w:pPr>
              <w:rPr>
                <w:sz w:val="18"/>
                <w:szCs w:val="18"/>
              </w:rPr>
            </w:pPr>
            <w:r w:rsidRPr="004504B1">
              <w:rPr>
                <w:rFonts w:cs="Shruti"/>
                <w:sz w:val="18"/>
                <w:szCs w:val="18"/>
                <w:cs/>
                <w:lang w:bidi="gu-IN"/>
              </w:rPr>
              <w:t>ધોરણ</w:t>
            </w:r>
            <w:r w:rsidRPr="004504B1">
              <w:rPr>
                <w:sz w:val="18"/>
                <w:szCs w:val="18"/>
              </w:rPr>
              <w:t xml:space="preserve"> 4</w:t>
            </w:r>
          </w:p>
        </w:tc>
        <w:tc>
          <w:tcPr>
            <w:tcW w:w="3375" w:type="dxa"/>
          </w:tcPr>
          <w:p w14:paraId="4945E43C" w14:textId="77777777" w:rsidR="004504B1" w:rsidRPr="004504B1" w:rsidRDefault="004504B1" w:rsidP="004504B1">
            <w:pPr>
              <w:rPr>
                <w:sz w:val="18"/>
                <w:szCs w:val="18"/>
              </w:rPr>
            </w:pPr>
          </w:p>
        </w:tc>
        <w:tc>
          <w:tcPr>
            <w:tcW w:w="1728" w:type="dxa"/>
          </w:tcPr>
          <w:p w14:paraId="1951A4F8" w14:textId="77777777" w:rsidR="004504B1" w:rsidRPr="004504B1" w:rsidRDefault="004504B1" w:rsidP="004504B1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6C328965" w14:textId="77777777" w:rsidR="004504B1" w:rsidRPr="004504B1" w:rsidRDefault="004504B1" w:rsidP="004504B1">
            <w:pPr>
              <w:rPr>
                <w:sz w:val="18"/>
                <w:szCs w:val="18"/>
              </w:rPr>
            </w:pPr>
          </w:p>
        </w:tc>
      </w:tr>
      <w:tr w:rsidR="004504B1" w:rsidRPr="004504B1" w14:paraId="339859EE" w14:textId="77777777" w:rsidTr="004504B1">
        <w:tc>
          <w:tcPr>
            <w:tcW w:w="675" w:type="dxa"/>
          </w:tcPr>
          <w:p w14:paraId="18AE0BBE" w14:textId="77777777" w:rsidR="004504B1" w:rsidRPr="004504B1" w:rsidRDefault="004504B1" w:rsidP="004504B1">
            <w:pPr>
              <w:jc w:val="center"/>
              <w:rPr>
                <w:sz w:val="18"/>
                <w:szCs w:val="18"/>
              </w:rPr>
            </w:pPr>
            <w:r w:rsidRPr="004504B1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14:paraId="680523EE" w14:textId="77777777" w:rsidR="004504B1" w:rsidRPr="004504B1" w:rsidRDefault="004504B1" w:rsidP="004504B1">
            <w:pPr>
              <w:rPr>
                <w:sz w:val="18"/>
                <w:szCs w:val="18"/>
              </w:rPr>
            </w:pPr>
            <w:r w:rsidRPr="004504B1">
              <w:rPr>
                <w:rFonts w:cs="Shruti"/>
                <w:sz w:val="18"/>
                <w:szCs w:val="18"/>
                <w:cs/>
                <w:lang w:bidi="gu-IN"/>
              </w:rPr>
              <w:t>ધોરણ</w:t>
            </w:r>
            <w:r w:rsidRPr="004504B1">
              <w:rPr>
                <w:sz w:val="18"/>
                <w:szCs w:val="18"/>
              </w:rPr>
              <w:t xml:space="preserve"> 5</w:t>
            </w:r>
          </w:p>
        </w:tc>
        <w:tc>
          <w:tcPr>
            <w:tcW w:w="3375" w:type="dxa"/>
          </w:tcPr>
          <w:p w14:paraId="28404C3C" w14:textId="77777777" w:rsidR="004504B1" w:rsidRPr="004504B1" w:rsidRDefault="004504B1" w:rsidP="004504B1">
            <w:pPr>
              <w:rPr>
                <w:sz w:val="18"/>
                <w:szCs w:val="18"/>
              </w:rPr>
            </w:pPr>
          </w:p>
        </w:tc>
        <w:tc>
          <w:tcPr>
            <w:tcW w:w="1728" w:type="dxa"/>
          </w:tcPr>
          <w:p w14:paraId="45B96D6B" w14:textId="77777777" w:rsidR="004504B1" w:rsidRPr="004504B1" w:rsidRDefault="004504B1" w:rsidP="004504B1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75A7709E" w14:textId="77777777" w:rsidR="004504B1" w:rsidRPr="004504B1" w:rsidRDefault="004504B1" w:rsidP="004504B1">
            <w:pPr>
              <w:rPr>
                <w:sz w:val="18"/>
                <w:szCs w:val="18"/>
              </w:rPr>
            </w:pPr>
          </w:p>
        </w:tc>
      </w:tr>
      <w:tr w:rsidR="004504B1" w:rsidRPr="004504B1" w14:paraId="63356AAD" w14:textId="77777777" w:rsidTr="004504B1">
        <w:tc>
          <w:tcPr>
            <w:tcW w:w="675" w:type="dxa"/>
          </w:tcPr>
          <w:p w14:paraId="76BED51A" w14:textId="77777777" w:rsidR="004504B1" w:rsidRPr="004504B1" w:rsidRDefault="004504B1" w:rsidP="004504B1">
            <w:pPr>
              <w:jc w:val="center"/>
              <w:rPr>
                <w:sz w:val="18"/>
                <w:szCs w:val="18"/>
              </w:rPr>
            </w:pPr>
            <w:r w:rsidRPr="004504B1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</w:tcPr>
          <w:p w14:paraId="120237E4" w14:textId="77777777" w:rsidR="004504B1" w:rsidRPr="004504B1" w:rsidRDefault="004504B1" w:rsidP="004504B1">
            <w:pPr>
              <w:rPr>
                <w:sz w:val="18"/>
                <w:szCs w:val="18"/>
              </w:rPr>
            </w:pPr>
            <w:r w:rsidRPr="004504B1">
              <w:rPr>
                <w:rFonts w:cs="Shruti"/>
                <w:sz w:val="18"/>
                <w:szCs w:val="18"/>
                <w:cs/>
                <w:lang w:bidi="gu-IN"/>
              </w:rPr>
              <w:t>ધોરણ</w:t>
            </w:r>
            <w:r w:rsidRPr="004504B1">
              <w:rPr>
                <w:sz w:val="18"/>
                <w:szCs w:val="18"/>
              </w:rPr>
              <w:t xml:space="preserve"> 6</w:t>
            </w:r>
          </w:p>
        </w:tc>
        <w:tc>
          <w:tcPr>
            <w:tcW w:w="3375" w:type="dxa"/>
          </w:tcPr>
          <w:p w14:paraId="7A26D99A" w14:textId="77777777" w:rsidR="004504B1" w:rsidRPr="004504B1" w:rsidRDefault="004504B1" w:rsidP="004504B1">
            <w:pPr>
              <w:rPr>
                <w:sz w:val="18"/>
                <w:szCs w:val="18"/>
              </w:rPr>
            </w:pPr>
          </w:p>
        </w:tc>
        <w:tc>
          <w:tcPr>
            <w:tcW w:w="1728" w:type="dxa"/>
          </w:tcPr>
          <w:p w14:paraId="3F76D67E" w14:textId="77777777" w:rsidR="004504B1" w:rsidRPr="004504B1" w:rsidRDefault="004504B1" w:rsidP="004504B1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4D0F68D4" w14:textId="77777777" w:rsidR="004504B1" w:rsidRPr="004504B1" w:rsidRDefault="004504B1" w:rsidP="004504B1">
            <w:pPr>
              <w:rPr>
                <w:sz w:val="18"/>
                <w:szCs w:val="18"/>
              </w:rPr>
            </w:pPr>
          </w:p>
        </w:tc>
      </w:tr>
      <w:tr w:rsidR="004504B1" w:rsidRPr="004504B1" w14:paraId="38854B83" w14:textId="77777777" w:rsidTr="004504B1">
        <w:tc>
          <w:tcPr>
            <w:tcW w:w="675" w:type="dxa"/>
          </w:tcPr>
          <w:p w14:paraId="134A4AA3" w14:textId="77777777" w:rsidR="004504B1" w:rsidRPr="004504B1" w:rsidRDefault="004504B1" w:rsidP="004504B1">
            <w:pPr>
              <w:jc w:val="center"/>
              <w:rPr>
                <w:sz w:val="18"/>
                <w:szCs w:val="18"/>
              </w:rPr>
            </w:pPr>
            <w:r w:rsidRPr="004504B1">
              <w:rPr>
                <w:sz w:val="18"/>
                <w:szCs w:val="18"/>
              </w:rPr>
              <w:t>7</w:t>
            </w:r>
          </w:p>
        </w:tc>
        <w:tc>
          <w:tcPr>
            <w:tcW w:w="1134" w:type="dxa"/>
          </w:tcPr>
          <w:p w14:paraId="241E1640" w14:textId="77777777" w:rsidR="004504B1" w:rsidRPr="004504B1" w:rsidRDefault="004504B1" w:rsidP="004504B1">
            <w:pPr>
              <w:rPr>
                <w:sz w:val="18"/>
                <w:szCs w:val="18"/>
              </w:rPr>
            </w:pPr>
            <w:r w:rsidRPr="004504B1">
              <w:rPr>
                <w:rFonts w:cs="Shruti"/>
                <w:sz w:val="18"/>
                <w:szCs w:val="18"/>
                <w:cs/>
                <w:lang w:bidi="gu-IN"/>
              </w:rPr>
              <w:t>ધોરણ</w:t>
            </w:r>
            <w:r w:rsidRPr="004504B1">
              <w:rPr>
                <w:sz w:val="18"/>
                <w:szCs w:val="18"/>
              </w:rPr>
              <w:t xml:space="preserve"> 7</w:t>
            </w:r>
          </w:p>
        </w:tc>
        <w:tc>
          <w:tcPr>
            <w:tcW w:w="3375" w:type="dxa"/>
          </w:tcPr>
          <w:p w14:paraId="31485038" w14:textId="77777777" w:rsidR="004504B1" w:rsidRPr="004504B1" w:rsidRDefault="004504B1" w:rsidP="004504B1">
            <w:pPr>
              <w:rPr>
                <w:sz w:val="18"/>
                <w:szCs w:val="18"/>
              </w:rPr>
            </w:pPr>
          </w:p>
        </w:tc>
        <w:tc>
          <w:tcPr>
            <w:tcW w:w="1728" w:type="dxa"/>
          </w:tcPr>
          <w:p w14:paraId="3E3A4C4F" w14:textId="77777777" w:rsidR="004504B1" w:rsidRPr="004504B1" w:rsidRDefault="004504B1" w:rsidP="004504B1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5D8E55FA" w14:textId="77777777" w:rsidR="004504B1" w:rsidRPr="004504B1" w:rsidRDefault="004504B1" w:rsidP="004504B1">
            <w:pPr>
              <w:rPr>
                <w:sz w:val="18"/>
                <w:szCs w:val="18"/>
              </w:rPr>
            </w:pPr>
          </w:p>
        </w:tc>
      </w:tr>
      <w:tr w:rsidR="004504B1" w:rsidRPr="004504B1" w14:paraId="4AFD3FBD" w14:textId="77777777" w:rsidTr="004504B1">
        <w:tc>
          <w:tcPr>
            <w:tcW w:w="675" w:type="dxa"/>
          </w:tcPr>
          <w:p w14:paraId="6CAEA572" w14:textId="77777777" w:rsidR="004504B1" w:rsidRPr="004504B1" w:rsidRDefault="004504B1" w:rsidP="004504B1">
            <w:pPr>
              <w:jc w:val="center"/>
              <w:rPr>
                <w:sz w:val="18"/>
                <w:szCs w:val="18"/>
              </w:rPr>
            </w:pPr>
            <w:r w:rsidRPr="004504B1">
              <w:rPr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14:paraId="030E03D9" w14:textId="77777777" w:rsidR="004504B1" w:rsidRPr="004504B1" w:rsidRDefault="004504B1" w:rsidP="004504B1">
            <w:pPr>
              <w:rPr>
                <w:sz w:val="18"/>
                <w:szCs w:val="18"/>
              </w:rPr>
            </w:pPr>
            <w:r w:rsidRPr="004504B1">
              <w:rPr>
                <w:rFonts w:cs="Shruti"/>
                <w:sz w:val="18"/>
                <w:szCs w:val="18"/>
                <w:cs/>
                <w:lang w:bidi="gu-IN"/>
              </w:rPr>
              <w:t>ધોરણ</w:t>
            </w:r>
            <w:r w:rsidRPr="004504B1">
              <w:rPr>
                <w:sz w:val="18"/>
                <w:szCs w:val="18"/>
              </w:rPr>
              <w:t xml:space="preserve"> 8</w:t>
            </w:r>
          </w:p>
        </w:tc>
        <w:tc>
          <w:tcPr>
            <w:tcW w:w="3375" w:type="dxa"/>
          </w:tcPr>
          <w:p w14:paraId="4BB65201" w14:textId="77777777" w:rsidR="004504B1" w:rsidRPr="004504B1" w:rsidRDefault="004504B1" w:rsidP="004504B1">
            <w:pPr>
              <w:rPr>
                <w:sz w:val="18"/>
                <w:szCs w:val="18"/>
              </w:rPr>
            </w:pPr>
          </w:p>
        </w:tc>
        <w:tc>
          <w:tcPr>
            <w:tcW w:w="1728" w:type="dxa"/>
          </w:tcPr>
          <w:p w14:paraId="2C74D6B8" w14:textId="77777777" w:rsidR="004504B1" w:rsidRPr="004504B1" w:rsidRDefault="004504B1" w:rsidP="004504B1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195E1FF9" w14:textId="77777777" w:rsidR="004504B1" w:rsidRPr="004504B1" w:rsidRDefault="004504B1" w:rsidP="004504B1">
            <w:pPr>
              <w:rPr>
                <w:sz w:val="18"/>
                <w:szCs w:val="18"/>
              </w:rPr>
            </w:pPr>
          </w:p>
        </w:tc>
      </w:tr>
    </w:tbl>
    <w:p w14:paraId="70831CE9" w14:textId="77777777" w:rsidR="004504B1" w:rsidRPr="004504B1" w:rsidRDefault="004504B1" w:rsidP="004504B1">
      <w:pPr>
        <w:spacing w:line="240" w:lineRule="auto"/>
        <w:rPr>
          <w:rFonts w:cs="Shruti"/>
          <w:sz w:val="18"/>
          <w:szCs w:val="18"/>
          <w:lang w:bidi="gu-IN"/>
        </w:rPr>
      </w:pPr>
    </w:p>
    <w:p w14:paraId="70F8FC05" w14:textId="77777777" w:rsidR="004504B1" w:rsidRPr="004504B1" w:rsidRDefault="004504B1" w:rsidP="004504B1">
      <w:pPr>
        <w:pStyle w:val="Heading2"/>
        <w:spacing w:line="240" w:lineRule="auto"/>
        <w:rPr>
          <w:sz w:val="18"/>
          <w:szCs w:val="18"/>
        </w:rPr>
      </w:pPr>
      <w:r w:rsidRPr="004504B1">
        <w:rPr>
          <w:rFonts w:cs="Shruti"/>
          <w:sz w:val="18"/>
          <w:szCs w:val="18"/>
          <w:cs/>
          <w:lang w:bidi="gu-IN"/>
        </w:rPr>
        <w:t>૨</w:t>
      </w:r>
      <w:r w:rsidRPr="004504B1">
        <w:rPr>
          <w:sz w:val="18"/>
          <w:szCs w:val="18"/>
        </w:rPr>
        <w:t xml:space="preserve">. </w:t>
      </w:r>
      <w:r w:rsidRPr="004504B1">
        <w:rPr>
          <w:rFonts w:cs="Shruti"/>
          <w:sz w:val="18"/>
          <w:szCs w:val="18"/>
          <w:cs/>
          <w:lang w:bidi="gu-IN"/>
        </w:rPr>
        <w:t>ઉપચારાત્મક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કાર્યનું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આયોજન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અને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અમલીકરણ</w:t>
      </w:r>
      <w:r w:rsidRPr="004504B1">
        <w:rPr>
          <w:sz w:val="18"/>
          <w:szCs w:val="18"/>
        </w:rPr>
        <w:t>:</w:t>
      </w:r>
    </w:p>
    <w:p w14:paraId="1AE942E1" w14:textId="77777777" w:rsidR="004504B1" w:rsidRPr="004504B1" w:rsidRDefault="004504B1" w:rsidP="004504B1">
      <w:pPr>
        <w:pStyle w:val="ListBullet"/>
        <w:spacing w:line="240" w:lineRule="auto"/>
        <w:rPr>
          <w:sz w:val="18"/>
          <w:szCs w:val="18"/>
        </w:rPr>
      </w:pPr>
      <w:r w:rsidRPr="004504B1">
        <w:rPr>
          <w:rFonts w:cs="Shruti"/>
          <w:sz w:val="18"/>
          <w:szCs w:val="18"/>
          <w:cs/>
          <w:lang w:bidi="gu-IN"/>
        </w:rPr>
        <w:t>વિશેષ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સમય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ફાળવણી</w:t>
      </w:r>
      <w:r w:rsidRPr="004504B1">
        <w:rPr>
          <w:sz w:val="18"/>
          <w:szCs w:val="18"/>
        </w:rPr>
        <w:t xml:space="preserve">: </w:t>
      </w:r>
      <w:r w:rsidRPr="004504B1">
        <w:rPr>
          <w:rFonts w:cs="Shruti"/>
          <w:sz w:val="18"/>
          <w:szCs w:val="18"/>
          <w:cs/>
          <w:lang w:bidi="gu-IN"/>
        </w:rPr>
        <w:t>ત્રિમાસિક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કસોટીમાં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ઓછો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દેખાવ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કરનાર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વિદ્યાર્થીઓ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માટે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શાળા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છૂટ્યા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પછી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અથવા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રિસેસ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દરમિયાન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શિક્ષકો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દ્વારા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વિશેષ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સમય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ફાળવવામાં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આવે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છે</w:t>
      </w:r>
      <w:r w:rsidRPr="004504B1">
        <w:rPr>
          <w:sz w:val="18"/>
          <w:szCs w:val="18"/>
        </w:rPr>
        <w:t>.</w:t>
      </w:r>
    </w:p>
    <w:p w14:paraId="01B77D58" w14:textId="77777777" w:rsidR="004504B1" w:rsidRPr="004504B1" w:rsidRDefault="004504B1" w:rsidP="004504B1">
      <w:pPr>
        <w:pStyle w:val="ListBullet"/>
        <w:spacing w:line="240" w:lineRule="auto"/>
        <w:rPr>
          <w:sz w:val="18"/>
          <w:szCs w:val="18"/>
        </w:rPr>
      </w:pPr>
      <w:r w:rsidRPr="004504B1">
        <w:rPr>
          <w:rFonts w:cs="Shruti"/>
          <w:sz w:val="18"/>
          <w:szCs w:val="18"/>
          <w:cs/>
          <w:lang w:bidi="gu-IN"/>
        </w:rPr>
        <w:t>પીઅર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લર્નિંગ</w:t>
      </w:r>
      <w:r w:rsidRPr="004504B1">
        <w:rPr>
          <w:sz w:val="18"/>
          <w:szCs w:val="18"/>
        </w:rPr>
        <w:t xml:space="preserve"> (Peer Learning): </w:t>
      </w:r>
      <w:r w:rsidRPr="004504B1">
        <w:rPr>
          <w:rFonts w:cs="Shruti"/>
          <w:sz w:val="18"/>
          <w:szCs w:val="18"/>
          <w:cs/>
          <w:lang w:bidi="gu-IN"/>
        </w:rPr>
        <w:t>વર્ગના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તેજસ્વી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વિદ્યાર્થીઓની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સાથે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નબળા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વિદ્યાર્થીઓની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જોડી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બનાવી</w:t>
      </w:r>
      <w:r w:rsidRPr="004504B1">
        <w:rPr>
          <w:sz w:val="18"/>
          <w:szCs w:val="18"/>
        </w:rPr>
        <w:t xml:space="preserve"> (Buddy System) </w:t>
      </w:r>
      <w:r w:rsidRPr="004504B1">
        <w:rPr>
          <w:rFonts w:cs="Shruti"/>
          <w:sz w:val="18"/>
          <w:szCs w:val="18"/>
          <w:cs/>
          <w:lang w:bidi="gu-IN"/>
        </w:rPr>
        <w:t>તેમને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સહાધ્યાયી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દ્વારા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શીખવા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માટે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પ્રોત્સાહિત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કરવામાં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આવે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છે</w:t>
      </w:r>
      <w:r w:rsidRPr="004504B1">
        <w:rPr>
          <w:sz w:val="18"/>
          <w:szCs w:val="18"/>
        </w:rPr>
        <w:t>.</w:t>
      </w:r>
    </w:p>
    <w:p w14:paraId="77505702" w14:textId="77777777" w:rsidR="004504B1" w:rsidRPr="004504B1" w:rsidRDefault="004504B1" w:rsidP="004504B1">
      <w:pPr>
        <w:pStyle w:val="ListBullet"/>
        <w:spacing w:line="240" w:lineRule="auto"/>
        <w:rPr>
          <w:sz w:val="18"/>
          <w:szCs w:val="18"/>
        </w:rPr>
      </w:pPr>
      <w:r w:rsidRPr="004504B1">
        <w:rPr>
          <w:sz w:val="18"/>
          <w:szCs w:val="18"/>
        </w:rPr>
        <w:t xml:space="preserve">TLM </w:t>
      </w:r>
      <w:r w:rsidRPr="004504B1">
        <w:rPr>
          <w:rFonts w:cs="Shruti"/>
          <w:sz w:val="18"/>
          <w:szCs w:val="18"/>
          <w:cs/>
          <w:lang w:bidi="gu-IN"/>
        </w:rPr>
        <w:t>અને</w:t>
      </w:r>
      <w:r w:rsidRPr="004504B1">
        <w:rPr>
          <w:sz w:val="18"/>
          <w:szCs w:val="18"/>
        </w:rPr>
        <w:t xml:space="preserve"> FLN </w:t>
      </w:r>
      <w:r w:rsidRPr="004504B1">
        <w:rPr>
          <w:rFonts w:cs="Shruti"/>
          <w:sz w:val="18"/>
          <w:szCs w:val="18"/>
          <w:cs/>
          <w:lang w:bidi="gu-IN"/>
        </w:rPr>
        <w:t>પદ્ધતિનો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ઉપયોગ</w:t>
      </w:r>
      <w:r w:rsidRPr="004504B1">
        <w:rPr>
          <w:sz w:val="18"/>
          <w:szCs w:val="18"/>
        </w:rPr>
        <w:t xml:space="preserve">: </w:t>
      </w:r>
      <w:r w:rsidRPr="004504B1">
        <w:rPr>
          <w:rFonts w:cs="Shruti"/>
          <w:sz w:val="18"/>
          <w:szCs w:val="18"/>
          <w:cs/>
          <w:lang w:bidi="gu-IN"/>
        </w:rPr>
        <w:t>વાંચન</w:t>
      </w:r>
      <w:r w:rsidRPr="004504B1">
        <w:rPr>
          <w:sz w:val="18"/>
          <w:szCs w:val="18"/>
        </w:rPr>
        <w:t xml:space="preserve">, </w:t>
      </w:r>
      <w:r w:rsidRPr="004504B1">
        <w:rPr>
          <w:rFonts w:cs="Shruti"/>
          <w:sz w:val="18"/>
          <w:szCs w:val="18"/>
          <w:cs/>
          <w:lang w:bidi="gu-IN"/>
        </w:rPr>
        <w:t>લેખન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અને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ગણન</w:t>
      </w:r>
      <w:r w:rsidRPr="004504B1">
        <w:rPr>
          <w:sz w:val="18"/>
          <w:szCs w:val="18"/>
        </w:rPr>
        <w:t xml:space="preserve"> (FLN) </w:t>
      </w:r>
      <w:r w:rsidRPr="004504B1">
        <w:rPr>
          <w:rFonts w:cs="Shruti"/>
          <w:sz w:val="18"/>
          <w:szCs w:val="18"/>
          <w:cs/>
          <w:lang w:bidi="gu-IN"/>
        </w:rPr>
        <w:t>માં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પડતી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મુશ્કેલીઓ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દૂર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કરવા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માટે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શિક્ષકો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દ્વારા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વિવિધ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ટીચિંગ</w:t>
      </w:r>
      <w:r w:rsidRPr="004504B1">
        <w:rPr>
          <w:sz w:val="18"/>
          <w:szCs w:val="18"/>
        </w:rPr>
        <w:t>-</w:t>
      </w:r>
      <w:r w:rsidRPr="004504B1">
        <w:rPr>
          <w:rFonts w:cs="Shruti"/>
          <w:sz w:val="18"/>
          <w:szCs w:val="18"/>
          <w:cs/>
          <w:lang w:bidi="gu-IN"/>
        </w:rPr>
        <w:t>લર્નિંગ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મટિરિયલ્સ</w:t>
      </w:r>
      <w:r w:rsidRPr="004504B1">
        <w:rPr>
          <w:sz w:val="18"/>
          <w:szCs w:val="18"/>
        </w:rPr>
        <w:t xml:space="preserve"> (TLM), </w:t>
      </w:r>
      <w:r w:rsidRPr="004504B1">
        <w:rPr>
          <w:rFonts w:cs="Shruti"/>
          <w:sz w:val="18"/>
          <w:szCs w:val="18"/>
          <w:cs/>
          <w:lang w:bidi="gu-IN"/>
        </w:rPr>
        <w:t>ફ્લેશ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કાર્ડ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અને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ચાર્ટનો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મહત્તમ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ઉપયોગ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કરાય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છે</w:t>
      </w:r>
      <w:r w:rsidRPr="004504B1">
        <w:rPr>
          <w:sz w:val="18"/>
          <w:szCs w:val="18"/>
        </w:rPr>
        <w:t>.</w:t>
      </w:r>
    </w:p>
    <w:p w14:paraId="6026D0DA" w14:textId="77777777" w:rsidR="004504B1" w:rsidRPr="004504B1" w:rsidRDefault="004504B1" w:rsidP="004504B1">
      <w:pPr>
        <w:pStyle w:val="ListBullet"/>
        <w:spacing w:line="240" w:lineRule="auto"/>
        <w:rPr>
          <w:sz w:val="18"/>
          <w:szCs w:val="18"/>
        </w:rPr>
      </w:pPr>
      <w:r w:rsidRPr="004504B1">
        <w:rPr>
          <w:rFonts w:cs="Shruti"/>
          <w:sz w:val="18"/>
          <w:szCs w:val="18"/>
          <w:cs/>
          <w:lang w:bidi="gu-IN"/>
        </w:rPr>
        <w:t>રચનાત્મક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મૂલ્યાંકન</w:t>
      </w:r>
      <w:r w:rsidRPr="004504B1">
        <w:rPr>
          <w:sz w:val="18"/>
          <w:szCs w:val="18"/>
        </w:rPr>
        <w:t xml:space="preserve">: </w:t>
      </w:r>
      <w:r w:rsidRPr="004504B1">
        <w:rPr>
          <w:rFonts w:cs="Shruti"/>
          <w:sz w:val="18"/>
          <w:szCs w:val="18"/>
          <w:cs/>
          <w:lang w:bidi="gu-IN"/>
        </w:rPr>
        <w:t>ઉપચારાત્મક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કાર્ય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કરાવ્યા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બાદ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સાપ્તાહિક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ધોરણે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મૌખિક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અને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નાની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લેખિત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કસોટી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લઈ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તેમના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સુધારાનું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સતત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ટ્રેકિંગ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કરવામાં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આવે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છે</w:t>
      </w:r>
      <w:r w:rsidRPr="004504B1">
        <w:rPr>
          <w:sz w:val="18"/>
          <w:szCs w:val="18"/>
        </w:rPr>
        <w:t>.</w:t>
      </w:r>
    </w:p>
    <w:p w14:paraId="4C2725F8" w14:textId="77777777" w:rsidR="004504B1" w:rsidRPr="004504B1" w:rsidRDefault="004504B1" w:rsidP="004504B1">
      <w:pPr>
        <w:pStyle w:val="ListBullet"/>
        <w:spacing w:line="240" w:lineRule="auto"/>
        <w:rPr>
          <w:sz w:val="18"/>
          <w:szCs w:val="18"/>
        </w:rPr>
      </w:pPr>
      <w:r w:rsidRPr="004504B1">
        <w:rPr>
          <w:rFonts w:cs="Shruti"/>
          <w:sz w:val="18"/>
          <w:szCs w:val="18"/>
          <w:cs/>
          <w:lang w:bidi="gu-IN"/>
        </w:rPr>
        <w:t>વાલી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સંપર્ક</w:t>
      </w:r>
      <w:r w:rsidRPr="004504B1">
        <w:rPr>
          <w:sz w:val="18"/>
          <w:szCs w:val="18"/>
        </w:rPr>
        <w:t xml:space="preserve">: </w:t>
      </w:r>
      <w:r w:rsidRPr="004504B1">
        <w:rPr>
          <w:rFonts w:cs="Shruti"/>
          <w:sz w:val="18"/>
          <w:szCs w:val="18"/>
          <w:cs/>
          <w:lang w:bidi="gu-IN"/>
        </w:rPr>
        <w:t>વિદ્યાર્થીઓની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શૈક્ષણિક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કચાશ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અંગે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વાલીઓને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રૂબરૂ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બોલાવી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અથવા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માસિક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મીટિંગમાં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જાણ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કરી</w:t>
      </w:r>
      <w:r w:rsidRPr="004504B1">
        <w:rPr>
          <w:sz w:val="18"/>
          <w:szCs w:val="18"/>
        </w:rPr>
        <w:t xml:space="preserve">, </w:t>
      </w:r>
      <w:r w:rsidRPr="004504B1">
        <w:rPr>
          <w:rFonts w:cs="Shruti"/>
          <w:sz w:val="18"/>
          <w:szCs w:val="18"/>
          <w:cs/>
          <w:lang w:bidi="gu-IN"/>
        </w:rPr>
        <w:t>ઘરે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પણ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અભ્યાસમાં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ધ્યાન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આપવા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માર્ગદર્શન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આપવામાં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આવે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છે</w:t>
      </w:r>
      <w:r w:rsidRPr="004504B1">
        <w:rPr>
          <w:sz w:val="18"/>
          <w:szCs w:val="18"/>
        </w:rPr>
        <w:t>.</w:t>
      </w:r>
    </w:p>
    <w:p w14:paraId="14E86EB7" w14:textId="77777777" w:rsidR="004504B1" w:rsidRPr="004504B1" w:rsidRDefault="004504B1" w:rsidP="004504B1">
      <w:pPr>
        <w:pStyle w:val="Heading2"/>
        <w:spacing w:line="240" w:lineRule="auto"/>
        <w:rPr>
          <w:sz w:val="18"/>
          <w:szCs w:val="18"/>
        </w:rPr>
      </w:pPr>
      <w:r w:rsidRPr="004504B1">
        <w:rPr>
          <w:rFonts w:cs="Shruti"/>
          <w:sz w:val="18"/>
          <w:szCs w:val="18"/>
          <w:cs/>
          <w:lang w:bidi="gu-IN"/>
        </w:rPr>
        <w:t>૩</w:t>
      </w:r>
      <w:r w:rsidRPr="004504B1">
        <w:rPr>
          <w:sz w:val="18"/>
          <w:szCs w:val="18"/>
        </w:rPr>
        <w:t xml:space="preserve">. </w:t>
      </w:r>
      <w:r w:rsidRPr="004504B1">
        <w:rPr>
          <w:rFonts w:cs="Shruti"/>
          <w:sz w:val="18"/>
          <w:szCs w:val="18"/>
          <w:cs/>
          <w:lang w:bidi="gu-IN"/>
        </w:rPr>
        <w:t>પરિણામ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અને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હકારાત્મક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અસર</w:t>
      </w:r>
      <w:r w:rsidRPr="004504B1">
        <w:rPr>
          <w:sz w:val="18"/>
          <w:szCs w:val="18"/>
        </w:rPr>
        <w:t>:</w:t>
      </w:r>
    </w:p>
    <w:p w14:paraId="33EC313B" w14:textId="77777777" w:rsidR="004504B1" w:rsidRPr="004504B1" w:rsidRDefault="004504B1" w:rsidP="004504B1">
      <w:pPr>
        <w:spacing w:line="240" w:lineRule="auto"/>
        <w:rPr>
          <w:rFonts w:cs="Shruti"/>
          <w:sz w:val="18"/>
          <w:szCs w:val="18"/>
          <w:lang w:bidi="gu-IN"/>
        </w:rPr>
      </w:pPr>
      <w:r w:rsidRPr="004504B1">
        <w:rPr>
          <w:rFonts w:cs="Shruti"/>
          <w:sz w:val="18"/>
          <w:szCs w:val="18"/>
          <w:cs/>
          <w:lang w:bidi="gu-IN"/>
        </w:rPr>
        <w:t>આ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સઘન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ઉપચારાત્મક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કાર્યના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પરિણામે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વિદ્યાર્થીઓના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પાયાના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કૌશલ્યો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મજબૂત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બન્યા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છે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અને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દ્વિતીય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ત્રિમાસિક</w:t>
      </w:r>
      <w:r w:rsidRPr="004504B1">
        <w:rPr>
          <w:sz w:val="18"/>
          <w:szCs w:val="18"/>
        </w:rPr>
        <w:t xml:space="preserve"> / </w:t>
      </w:r>
      <w:r w:rsidRPr="004504B1">
        <w:rPr>
          <w:rFonts w:cs="Shruti"/>
          <w:sz w:val="18"/>
          <w:szCs w:val="18"/>
          <w:cs/>
          <w:lang w:bidi="gu-IN"/>
        </w:rPr>
        <w:t>સત્રાંત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કસોટીમાં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તેમના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પરિણામમાં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સંતોષકારક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ગુણાત્મક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સુધારો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જોવા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મળ્યો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છે</w:t>
      </w:r>
      <w:r w:rsidRPr="004504B1">
        <w:rPr>
          <w:sz w:val="18"/>
          <w:szCs w:val="18"/>
        </w:rPr>
        <w:t xml:space="preserve">. D </w:t>
      </w:r>
      <w:r w:rsidRPr="004504B1">
        <w:rPr>
          <w:rFonts w:cs="Shruti"/>
          <w:sz w:val="18"/>
          <w:szCs w:val="18"/>
          <w:cs/>
          <w:lang w:bidi="gu-IN"/>
        </w:rPr>
        <w:t>ગ્રેડ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વાળા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વિદ્યાર્થીઓ</w:t>
      </w:r>
      <w:r w:rsidRPr="004504B1">
        <w:rPr>
          <w:sz w:val="18"/>
          <w:szCs w:val="18"/>
        </w:rPr>
        <w:t xml:space="preserve"> C </w:t>
      </w:r>
      <w:r w:rsidRPr="004504B1">
        <w:rPr>
          <w:rFonts w:cs="Shruti"/>
          <w:sz w:val="18"/>
          <w:szCs w:val="18"/>
          <w:cs/>
          <w:lang w:bidi="gu-IN"/>
        </w:rPr>
        <w:t>અને</w:t>
      </w:r>
      <w:r w:rsidRPr="004504B1">
        <w:rPr>
          <w:sz w:val="18"/>
          <w:szCs w:val="18"/>
        </w:rPr>
        <w:t xml:space="preserve"> B </w:t>
      </w:r>
      <w:r w:rsidRPr="004504B1">
        <w:rPr>
          <w:rFonts w:cs="Shruti"/>
          <w:sz w:val="18"/>
          <w:szCs w:val="18"/>
          <w:cs/>
          <w:lang w:bidi="gu-IN"/>
        </w:rPr>
        <w:t>ગ્રેડ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સુધી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પહોંચવામાં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સફળ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રહ્યા</w:t>
      </w:r>
      <w:r w:rsidRPr="004504B1">
        <w:rPr>
          <w:sz w:val="18"/>
          <w:szCs w:val="18"/>
        </w:rPr>
        <w:t xml:space="preserve"> </w:t>
      </w:r>
      <w:r w:rsidRPr="004504B1">
        <w:rPr>
          <w:rFonts w:cs="Shruti"/>
          <w:sz w:val="18"/>
          <w:szCs w:val="18"/>
          <w:cs/>
          <w:lang w:bidi="gu-IN"/>
        </w:rPr>
        <w:t>છે</w:t>
      </w:r>
      <w:r w:rsidRPr="004504B1">
        <w:rPr>
          <w:sz w:val="18"/>
          <w:szCs w:val="18"/>
        </w:rPr>
        <w:t>.</w:t>
      </w:r>
    </w:p>
    <w:tbl>
      <w:tblPr>
        <w:tblW w:w="13926" w:type="dxa"/>
        <w:tblLook w:val="04A0" w:firstRow="1" w:lastRow="0" w:firstColumn="1" w:lastColumn="0" w:noHBand="0" w:noVBand="1"/>
      </w:tblPr>
      <w:tblGrid>
        <w:gridCol w:w="9606"/>
        <w:gridCol w:w="4320"/>
      </w:tblGrid>
      <w:tr w:rsidR="004504B1" w:rsidRPr="004504B1" w14:paraId="0AD41F1A" w14:textId="77777777" w:rsidTr="00057B05">
        <w:tc>
          <w:tcPr>
            <w:tcW w:w="9606" w:type="dxa"/>
          </w:tcPr>
          <w:p w14:paraId="07297A9B" w14:textId="77777777" w:rsidR="004504B1" w:rsidRDefault="004504B1" w:rsidP="00F37DAD">
            <w:pPr>
              <w:rPr>
                <w:rFonts w:cs="Shruti"/>
                <w:sz w:val="18"/>
                <w:szCs w:val="18"/>
                <w:lang w:bidi="gu-IN"/>
              </w:rPr>
            </w:pPr>
            <w:r w:rsidRPr="004504B1">
              <w:rPr>
                <w:rFonts w:cs="Shruti"/>
                <w:sz w:val="18"/>
                <w:szCs w:val="18"/>
                <w:cs/>
                <w:lang w:bidi="gu-IN"/>
              </w:rPr>
              <w:t>વર્ગશિક્ષક</w:t>
            </w:r>
            <w:r w:rsidRPr="004504B1">
              <w:rPr>
                <w:sz w:val="18"/>
                <w:szCs w:val="18"/>
              </w:rPr>
              <w:t xml:space="preserve"> / </w:t>
            </w:r>
            <w:r w:rsidRPr="004504B1">
              <w:rPr>
                <w:rFonts w:cs="Shruti"/>
                <w:sz w:val="18"/>
                <w:szCs w:val="18"/>
                <w:cs/>
                <w:lang w:bidi="gu-IN"/>
              </w:rPr>
              <w:t>વિષય</w:t>
            </w:r>
            <w:r w:rsidRPr="004504B1">
              <w:rPr>
                <w:sz w:val="18"/>
                <w:szCs w:val="18"/>
              </w:rPr>
              <w:t xml:space="preserve"> </w:t>
            </w:r>
            <w:r w:rsidRPr="004504B1">
              <w:rPr>
                <w:rFonts w:cs="Shruti"/>
                <w:sz w:val="18"/>
                <w:szCs w:val="18"/>
                <w:cs/>
                <w:lang w:bidi="gu-IN"/>
              </w:rPr>
              <w:t>શિક્ષકની</w:t>
            </w:r>
            <w:r w:rsidRPr="004504B1">
              <w:rPr>
                <w:sz w:val="18"/>
                <w:szCs w:val="18"/>
              </w:rPr>
              <w:t xml:space="preserve"> </w:t>
            </w:r>
            <w:r w:rsidRPr="004504B1">
              <w:rPr>
                <w:rFonts w:cs="Shruti"/>
                <w:sz w:val="18"/>
                <w:szCs w:val="18"/>
                <w:cs/>
                <w:lang w:bidi="gu-IN"/>
              </w:rPr>
              <w:t>સહી</w:t>
            </w:r>
            <w:r w:rsidRPr="004504B1">
              <w:rPr>
                <w:sz w:val="18"/>
                <w:szCs w:val="18"/>
              </w:rPr>
              <w:br/>
            </w:r>
            <w:r w:rsidRPr="004504B1">
              <w:rPr>
                <w:sz w:val="18"/>
                <w:szCs w:val="18"/>
              </w:rPr>
              <w:br/>
            </w:r>
          </w:p>
          <w:p w14:paraId="5D513B70" w14:textId="77777777" w:rsidR="00AF08D0" w:rsidRDefault="00AF08D0" w:rsidP="00F37DAD">
            <w:pPr>
              <w:rPr>
                <w:rFonts w:cs="Shruti"/>
                <w:sz w:val="18"/>
                <w:szCs w:val="18"/>
                <w:lang w:bidi="gu-IN"/>
              </w:rPr>
            </w:pPr>
          </w:p>
          <w:p w14:paraId="10621B32" w14:textId="77777777" w:rsidR="00AF08D0" w:rsidRDefault="00AF08D0" w:rsidP="00F37DAD">
            <w:pPr>
              <w:rPr>
                <w:rFonts w:cs="Shruti"/>
                <w:sz w:val="18"/>
                <w:szCs w:val="18"/>
                <w:lang w:bidi="gu-IN"/>
              </w:rPr>
            </w:pPr>
          </w:p>
          <w:p w14:paraId="39D93FE2" w14:textId="77777777" w:rsidR="00162772" w:rsidRDefault="00AF08D0" w:rsidP="002E5B96">
            <w:pPr>
              <w:spacing w:after="0" w:line="240" w:lineRule="auto"/>
              <w:jc w:val="center"/>
              <w:rPr>
                <w:rFonts w:cs="Shruti"/>
                <w:sz w:val="18"/>
                <w:szCs w:val="18"/>
                <w:lang w:bidi="gu-IN"/>
              </w:rPr>
            </w:pPr>
            <w:r>
              <w:rPr>
                <w:rFonts w:cs="Shruti" w:hint="cs"/>
                <w:sz w:val="18"/>
                <w:szCs w:val="18"/>
                <w:cs/>
                <w:lang w:bidi="gu-IN"/>
              </w:rPr>
              <w:lastRenderedPageBreak/>
              <w:t xml:space="preserve">   </w:t>
            </w:r>
          </w:p>
          <w:p w14:paraId="115BADB7" w14:textId="77777777" w:rsidR="00162772" w:rsidRDefault="00162772" w:rsidP="0003495A">
            <w:pPr>
              <w:spacing w:after="0" w:line="240" w:lineRule="auto"/>
              <w:rPr>
                <w:rFonts w:cs="Shruti"/>
                <w:sz w:val="18"/>
                <w:szCs w:val="18"/>
                <w:lang w:bidi="gu-IN"/>
              </w:rPr>
            </w:pPr>
          </w:p>
          <w:p w14:paraId="51D5EC5F" w14:textId="77777777" w:rsidR="00162772" w:rsidRDefault="00162772" w:rsidP="002E5B96">
            <w:pPr>
              <w:spacing w:after="0" w:line="240" w:lineRule="auto"/>
              <w:jc w:val="center"/>
              <w:rPr>
                <w:rFonts w:cs="Shruti"/>
                <w:sz w:val="18"/>
                <w:szCs w:val="18"/>
                <w:lang w:bidi="gu-IN"/>
              </w:rPr>
            </w:pPr>
          </w:p>
          <w:p w14:paraId="7DCC74F7" w14:textId="6D061A53" w:rsidR="002E5B96" w:rsidRDefault="00AF08D0" w:rsidP="002E5B96">
            <w:pPr>
              <w:spacing w:after="0" w:line="240" w:lineRule="auto"/>
              <w:jc w:val="center"/>
              <w:rPr>
                <w:rFonts w:cs="Shruti"/>
                <w:b/>
                <w:u w:val="single"/>
                <w:lang w:val="en-IN" w:bidi="gu-IN"/>
              </w:rPr>
            </w:pPr>
            <w:r>
              <w:rPr>
                <w:rFonts w:cs="Shruti" w:hint="cs"/>
                <w:sz w:val="18"/>
                <w:szCs w:val="18"/>
                <w:cs/>
                <w:lang w:bidi="gu-IN"/>
              </w:rPr>
              <w:t xml:space="preserve">  </w:t>
            </w:r>
            <w:r w:rsidR="002546D1">
              <w:rPr>
                <w:rFonts w:cs="Shruti" w:hint="cs"/>
                <w:sz w:val="28"/>
                <w:szCs w:val="28"/>
                <w:u w:val="single"/>
                <w:cs/>
                <w:lang w:bidi="gu-IN"/>
              </w:rPr>
              <w:t>ઢાંકણ્રીયાવાસ પ્રાથમિક શાળા તા- લાખણી જિલ્લો - વાવ-થરાદ ડાયસ કોડ: 24021300207</w:t>
            </w:r>
          </w:p>
          <w:p w14:paraId="1EBA0909" w14:textId="27B02443" w:rsidR="00057B05" w:rsidRPr="008B3C17" w:rsidRDefault="00057B05" w:rsidP="00057B05">
            <w:pPr>
              <w:tabs>
                <w:tab w:val="left" w:pos="2835"/>
              </w:tabs>
              <w:spacing w:line="240" w:lineRule="auto"/>
              <w:rPr>
                <w:rFonts w:cs="Shruti"/>
                <w:b/>
                <w:u w:val="single"/>
                <w:lang w:bidi="gu-IN"/>
              </w:rPr>
            </w:pPr>
          </w:p>
          <w:p w14:paraId="61F956C4" w14:textId="77777777" w:rsidR="00F37DAD" w:rsidRDefault="00F37DAD" w:rsidP="00F37DAD">
            <w:pPr>
              <w:pStyle w:val="Heading1"/>
            </w:pPr>
            <w:r>
              <w:t xml:space="preserve">SMC, </w:t>
            </w:r>
            <w:r>
              <w:rPr>
                <w:rFonts w:cs="Shruti"/>
                <w:cs/>
                <w:lang w:bidi="gu-IN"/>
              </w:rPr>
              <w:t>વાલીમંડળ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અને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સમુદાયના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પ્રતિભાવો</w:t>
            </w:r>
            <w:r>
              <w:t>/</w:t>
            </w:r>
            <w:r>
              <w:rPr>
                <w:rFonts w:cs="Shruti"/>
                <w:cs/>
                <w:lang w:bidi="gu-IN"/>
              </w:rPr>
              <w:t>સૂચનો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મેળવવાની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વ્યવસ્થા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અને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અનુકાર્યનો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અહેવાલ</w:t>
            </w:r>
          </w:p>
          <w:p w14:paraId="35827565" w14:textId="77777777" w:rsidR="00F37DAD" w:rsidRPr="00F37DAD" w:rsidRDefault="00F37DAD" w:rsidP="00F37DAD">
            <w:pPr>
              <w:spacing w:after="0" w:line="240" w:lineRule="auto"/>
              <w:rPr>
                <w:sz w:val="20"/>
                <w:szCs w:val="20"/>
              </w:rPr>
            </w:pP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૧</w:t>
            </w:r>
            <w:r w:rsidRPr="00F37DAD">
              <w:rPr>
                <w:sz w:val="20"/>
                <w:szCs w:val="20"/>
              </w:rPr>
              <w:t xml:space="preserve">.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પ્રતિભાવો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સૂચનો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મેળવવાની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વ્યવસ્થા</w:t>
            </w:r>
            <w:r w:rsidRPr="00F37DAD">
              <w:rPr>
                <w:sz w:val="20"/>
                <w:szCs w:val="20"/>
              </w:rPr>
              <w:t xml:space="preserve"> (Feedback Mechanism):</w:t>
            </w:r>
          </w:p>
          <w:p w14:paraId="68DE7583" w14:textId="77777777" w:rsidR="00F37DAD" w:rsidRPr="00F37DAD" w:rsidRDefault="00F37DAD" w:rsidP="00F37DAD">
            <w:pPr>
              <w:pStyle w:val="ListBullet"/>
              <w:spacing w:after="0" w:line="240" w:lineRule="auto"/>
              <w:rPr>
                <w:sz w:val="20"/>
                <w:szCs w:val="20"/>
              </w:rPr>
            </w:pP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માસિક</w:t>
            </w:r>
            <w:r w:rsidRPr="00F37DAD">
              <w:rPr>
                <w:sz w:val="20"/>
                <w:szCs w:val="20"/>
              </w:rPr>
              <w:t xml:space="preserve"> SMC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બેઠક</w:t>
            </w:r>
            <w:r w:rsidRPr="00F37DAD">
              <w:rPr>
                <w:sz w:val="20"/>
                <w:szCs w:val="20"/>
              </w:rPr>
              <w:t xml:space="preserve">: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દર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મહિને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નિયમિત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યોજાતી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શાળા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વ્યવસ્થાપન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સમિતિ</w:t>
            </w:r>
            <w:r w:rsidRPr="00F37DAD">
              <w:rPr>
                <w:sz w:val="20"/>
                <w:szCs w:val="20"/>
              </w:rPr>
              <w:t xml:space="preserve"> (SMC)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ની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બેઠકમાં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વાલીઓ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સભ્યો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પાસેથી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શાળા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અંગે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ખુલ્લા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મણે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ચર્ચા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કરી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સૂચનો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મેળવવામાં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આવે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છે</w:t>
            </w:r>
            <w:r w:rsidRPr="00F37DAD">
              <w:rPr>
                <w:sz w:val="20"/>
                <w:szCs w:val="20"/>
              </w:rPr>
              <w:t>.</w:t>
            </w:r>
          </w:p>
          <w:p w14:paraId="394F09EB" w14:textId="77777777" w:rsidR="00F37DAD" w:rsidRPr="00F37DAD" w:rsidRDefault="00F37DAD" w:rsidP="00F37DAD">
            <w:pPr>
              <w:pStyle w:val="ListBullet"/>
              <w:spacing w:after="0" w:line="240" w:lineRule="auto"/>
              <w:rPr>
                <w:sz w:val="20"/>
                <w:szCs w:val="20"/>
              </w:rPr>
            </w:pP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વાલી</w:t>
            </w:r>
            <w:r w:rsidRPr="00F37DAD">
              <w:rPr>
                <w:sz w:val="20"/>
                <w:szCs w:val="20"/>
              </w:rPr>
              <w:t>-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શિક્ષક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મીટિંગ</w:t>
            </w:r>
            <w:r w:rsidRPr="00F37DAD">
              <w:rPr>
                <w:sz w:val="20"/>
                <w:szCs w:val="20"/>
              </w:rPr>
              <w:t xml:space="preserve"> (PTM):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સત્ર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દરમિયાન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યોજાતી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વાલી</w:t>
            </w:r>
            <w:r w:rsidRPr="00F37DAD">
              <w:rPr>
                <w:sz w:val="20"/>
                <w:szCs w:val="20"/>
              </w:rPr>
              <w:t>-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શિક્ષક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મીટિંગમાં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વાલીઓ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પોતાના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બાળકની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પ્રગતિ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વિશે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ચર્ચા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કરે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છે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શાળા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માટે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પોતાના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સૂચનો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રજૂ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કરે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છે</w:t>
            </w:r>
            <w:r w:rsidRPr="00F37DAD">
              <w:rPr>
                <w:sz w:val="20"/>
                <w:szCs w:val="20"/>
              </w:rPr>
              <w:t>.</w:t>
            </w:r>
          </w:p>
          <w:p w14:paraId="283C425B" w14:textId="77777777" w:rsidR="00F37DAD" w:rsidRPr="00F37DAD" w:rsidRDefault="00F37DAD" w:rsidP="00F37DAD">
            <w:pPr>
              <w:pStyle w:val="ListBullet"/>
              <w:spacing w:after="0" w:line="240" w:lineRule="auto"/>
              <w:rPr>
                <w:sz w:val="20"/>
                <w:szCs w:val="20"/>
              </w:rPr>
            </w:pP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સૂચન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પેટી</w:t>
            </w:r>
            <w:r w:rsidRPr="00F37DAD">
              <w:rPr>
                <w:sz w:val="20"/>
                <w:szCs w:val="20"/>
              </w:rPr>
              <w:t xml:space="preserve"> (Suggestion Box):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શાળાના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પ્રવેશદ્વાર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પાસે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એક</w:t>
            </w:r>
            <w:r w:rsidRPr="00F37DAD">
              <w:rPr>
                <w:sz w:val="20"/>
                <w:szCs w:val="20"/>
              </w:rPr>
              <w:t xml:space="preserve"> "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સૂચન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ફરિયાદ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પેટી</w:t>
            </w:r>
            <w:r w:rsidRPr="00F37DAD">
              <w:rPr>
                <w:sz w:val="20"/>
                <w:szCs w:val="20"/>
              </w:rPr>
              <w:t xml:space="preserve">"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મૂકવામાં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આવી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છે</w:t>
            </w:r>
            <w:r w:rsidRPr="00F37DAD">
              <w:rPr>
                <w:sz w:val="20"/>
                <w:szCs w:val="20"/>
              </w:rPr>
              <w:t xml:space="preserve">,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જેમાં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વાલીઓ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કે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ગ્રામજનો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પોતાના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લેખિત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અભિપ્રાયો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કે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સૂચનો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નાખી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શકે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છે</w:t>
            </w:r>
            <w:r w:rsidRPr="00F37DAD">
              <w:rPr>
                <w:sz w:val="20"/>
                <w:szCs w:val="20"/>
              </w:rPr>
              <w:t>.</w:t>
            </w:r>
          </w:p>
          <w:p w14:paraId="2ACA6990" w14:textId="77777777" w:rsidR="00F37DAD" w:rsidRPr="00F37DAD" w:rsidRDefault="00F37DAD" w:rsidP="00F37DAD">
            <w:pPr>
              <w:pStyle w:val="ListBullet"/>
              <w:spacing w:after="0" w:line="240" w:lineRule="auto"/>
              <w:rPr>
                <w:sz w:val="20"/>
                <w:szCs w:val="20"/>
              </w:rPr>
            </w:pP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ડિજિટલ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માધ્યમ</w:t>
            </w:r>
            <w:r w:rsidRPr="00F37DAD">
              <w:rPr>
                <w:sz w:val="20"/>
                <w:szCs w:val="20"/>
              </w:rPr>
              <w:t xml:space="preserve"> (WhatsApp Group):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દરેક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ધોરણના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વાલી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વોટ્સએપ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ગ્રુપ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દ્વારા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વાલીઓ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સીધો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સંપર્ક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કરી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શાળાકીય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પ્રવૃત્તિઓ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પર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પોતાના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પ્રતિભાવો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આપે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છે</w:t>
            </w:r>
            <w:r w:rsidRPr="00F37DAD">
              <w:rPr>
                <w:sz w:val="20"/>
                <w:szCs w:val="20"/>
              </w:rPr>
              <w:t>.</w:t>
            </w:r>
          </w:p>
          <w:p w14:paraId="32407E3F" w14:textId="77777777" w:rsidR="00F37DAD" w:rsidRPr="00F37DAD" w:rsidRDefault="00F37DAD" w:rsidP="00F37DAD">
            <w:pPr>
              <w:pStyle w:val="Heading2"/>
              <w:spacing w:line="240" w:lineRule="auto"/>
              <w:rPr>
                <w:sz w:val="20"/>
                <w:szCs w:val="20"/>
              </w:rPr>
            </w:pP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૨</w:t>
            </w:r>
            <w:r w:rsidRPr="00F37DAD">
              <w:rPr>
                <w:sz w:val="20"/>
                <w:szCs w:val="20"/>
              </w:rPr>
              <w:t xml:space="preserve">.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મળેલા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સૂચનો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તેના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આધારે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કરાયેલ</w:t>
            </w:r>
            <w:r w:rsidRPr="00F37DAD">
              <w:rPr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sz w:val="20"/>
                <w:szCs w:val="20"/>
                <w:cs/>
                <w:lang w:bidi="gu-IN"/>
              </w:rPr>
              <w:t>અનુકાર્ય</w:t>
            </w:r>
            <w:r w:rsidRPr="00F37DAD">
              <w:rPr>
                <w:sz w:val="20"/>
                <w:szCs w:val="20"/>
              </w:rPr>
              <w:t xml:space="preserve"> (Follow-up Actions):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62"/>
              <w:gridCol w:w="2835"/>
              <w:gridCol w:w="3083"/>
              <w:gridCol w:w="2871"/>
            </w:tblGrid>
            <w:tr w:rsidR="00F37DAD" w:rsidRPr="00F37DAD" w14:paraId="2FD0BCFF" w14:textId="77777777" w:rsidTr="00F37DAD">
              <w:tc>
                <w:tcPr>
                  <w:tcW w:w="562" w:type="dxa"/>
                </w:tcPr>
                <w:p w14:paraId="6F3814EB" w14:textId="77777777" w:rsidR="00F37DAD" w:rsidRPr="00F37DAD" w:rsidRDefault="00F37DAD" w:rsidP="00F37DAD">
                  <w:pPr>
                    <w:rPr>
                      <w:sz w:val="20"/>
                      <w:szCs w:val="20"/>
                    </w:rPr>
                  </w:pPr>
                  <w:r w:rsidRPr="00F37DAD">
                    <w:rPr>
                      <w:rFonts w:cs="Shruti"/>
                      <w:b/>
                      <w:bCs/>
                      <w:sz w:val="20"/>
                      <w:szCs w:val="20"/>
                      <w:cs/>
                      <w:lang w:bidi="gu-IN"/>
                    </w:rPr>
                    <w:t>ક્રમ</w:t>
                  </w:r>
                </w:p>
              </w:tc>
              <w:tc>
                <w:tcPr>
                  <w:tcW w:w="2835" w:type="dxa"/>
                </w:tcPr>
                <w:p w14:paraId="55877A00" w14:textId="77777777" w:rsidR="00F37DAD" w:rsidRPr="00F37DAD" w:rsidRDefault="00F37DAD" w:rsidP="00F37DAD">
                  <w:pPr>
                    <w:rPr>
                      <w:sz w:val="20"/>
                      <w:szCs w:val="20"/>
                    </w:rPr>
                  </w:pPr>
                  <w:r w:rsidRPr="00F37DAD">
                    <w:rPr>
                      <w:rFonts w:cs="Shruti"/>
                      <w:b/>
                      <w:bCs/>
                      <w:sz w:val="20"/>
                      <w:szCs w:val="20"/>
                      <w:cs/>
                      <w:lang w:bidi="gu-IN"/>
                    </w:rPr>
                    <w:t>પ્રતિભાવ</w:t>
                  </w:r>
                  <w:r w:rsidRPr="00F37DAD">
                    <w:rPr>
                      <w:b/>
                      <w:sz w:val="20"/>
                      <w:szCs w:val="20"/>
                    </w:rPr>
                    <w:t xml:space="preserve"> / </w:t>
                  </w:r>
                  <w:r w:rsidRPr="00F37DAD">
                    <w:rPr>
                      <w:rFonts w:cs="Shruti"/>
                      <w:b/>
                      <w:bCs/>
                      <w:sz w:val="20"/>
                      <w:szCs w:val="20"/>
                      <w:cs/>
                      <w:lang w:bidi="gu-IN"/>
                    </w:rPr>
                    <w:t>સૂચન</w:t>
                  </w:r>
                  <w:r w:rsidRPr="00F37DAD"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b/>
                      <w:bCs/>
                      <w:sz w:val="20"/>
                      <w:szCs w:val="20"/>
                      <w:cs/>
                      <w:lang w:bidi="gu-IN"/>
                    </w:rPr>
                    <w:t>આપનાર</w:t>
                  </w:r>
                </w:p>
              </w:tc>
              <w:tc>
                <w:tcPr>
                  <w:tcW w:w="3083" w:type="dxa"/>
                </w:tcPr>
                <w:p w14:paraId="49602AF1" w14:textId="77777777" w:rsidR="00F37DAD" w:rsidRPr="00F37DAD" w:rsidRDefault="00F37DAD" w:rsidP="00F37DAD">
                  <w:pPr>
                    <w:rPr>
                      <w:sz w:val="20"/>
                      <w:szCs w:val="20"/>
                    </w:rPr>
                  </w:pPr>
                  <w:r w:rsidRPr="00F37DAD">
                    <w:rPr>
                      <w:rFonts w:cs="Shruti"/>
                      <w:b/>
                      <w:bCs/>
                      <w:sz w:val="20"/>
                      <w:szCs w:val="20"/>
                      <w:cs/>
                      <w:lang w:bidi="gu-IN"/>
                    </w:rPr>
                    <w:t>વાલીઓ</w:t>
                  </w:r>
                  <w:r w:rsidRPr="00F37DAD">
                    <w:rPr>
                      <w:b/>
                      <w:sz w:val="20"/>
                      <w:szCs w:val="20"/>
                    </w:rPr>
                    <w:t xml:space="preserve"> / </w:t>
                  </w:r>
                  <w:r w:rsidRPr="00F37DAD">
                    <w:rPr>
                      <w:rFonts w:cs="Shruti"/>
                      <w:b/>
                      <w:bCs/>
                      <w:sz w:val="20"/>
                      <w:szCs w:val="20"/>
                      <w:cs/>
                      <w:lang w:bidi="gu-IN"/>
                    </w:rPr>
                    <w:t>સમુદાય</w:t>
                  </w:r>
                  <w:r w:rsidRPr="00F37DAD"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b/>
                      <w:bCs/>
                      <w:sz w:val="20"/>
                      <w:szCs w:val="20"/>
                      <w:cs/>
                      <w:lang w:bidi="gu-IN"/>
                    </w:rPr>
                    <w:t>દ્વારા</w:t>
                  </w:r>
                  <w:r w:rsidRPr="00F37DAD"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b/>
                      <w:bCs/>
                      <w:sz w:val="20"/>
                      <w:szCs w:val="20"/>
                      <w:cs/>
                      <w:lang w:bidi="gu-IN"/>
                    </w:rPr>
                    <w:t>મળેલ</w:t>
                  </w:r>
                  <w:r w:rsidRPr="00F37DAD"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b/>
                      <w:bCs/>
                      <w:sz w:val="20"/>
                      <w:szCs w:val="20"/>
                      <w:cs/>
                      <w:lang w:bidi="gu-IN"/>
                    </w:rPr>
                    <w:t>સૂચન</w:t>
                  </w:r>
                </w:p>
              </w:tc>
              <w:tc>
                <w:tcPr>
                  <w:tcW w:w="2871" w:type="dxa"/>
                </w:tcPr>
                <w:p w14:paraId="095C2A55" w14:textId="77777777" w:rsidR="00F37DAD" w:rsidRPr="00F37DAD" w:rsidRDefault="00F37DAD" w:rsidP="00F37DAD">
                  <w:pPr>
                    <w:rPr>
                      <w:sz w:val="20"/>
                      <w:szCs w:val="20"/>
                    </w:rPr>
                  </w:pPr>
                  <w:r w:rsidRPr="00F37DAD">
                    <w:rPr>
                      <w:rFonts w:cs="Shruti"/>
                      <w:b/>
                      <w:bCs/>
                      <w:sz w:val="20"/>
                      <w:szCs w:val="20"/>
                      <w:cs/>
                      <w:lang w:bidi="gu-IN"/>
                    </w:rPr>
                    <w:t>શાળા</w:t>
                  </w:r>
                  <w:r w:rsidRPr="00F37DAD"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b/>
                      <w:bCs/>
                      <w:sz w:val="20"/>
                      <w:szCs w:val="20"/>
                      <w:cs/>
                      <w:lang w:bidi="gu-IN"/>
                    </w:rPr>
                    <w:t>દ્વારા</w:t>
                  </w:r>
                  <w:r w:rsidRPr="00F37DAD"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b/>
                      <w:bCs/>
                      <w:sz w:val="20"/>
                      <w:szCs w:val="20"/>
                      <w:cs/>
                      <w:lang w:bidi="gu-IN"/>
                    </w:rPr>
                    <w:t>કરવામાં</w:t>
                  </w:r>
                  <w:r w:rsidRPr="00F37DAD"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b/>
                      <w:bCs/>
                      <w:sz w:val="20"/>
                      <w:szCs w:val="20"/>
                      <w:cs/>
                      <w:lang w:bidi="gu-IN"/>
                    </w:rPr>
                    <w:t>આવેલ</w:t>
                  </w:r>
                  <w:r w:rsidRPr="00F37DAD"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b/>
                      <w:bCs/>
                      <w:sz w:val="20"/>
                      <w:szCs w:val="20"/>
                      <w:cs/>
                      <w:lang w:bidi="gu-IN"/>
                    </w:rPr>
                    <w:t>અનુકાર્ય</w:t>
                  </w:r>
                  <w:r w:rsidRPr="00F37DAD">
                    <w:rPr>
                      <w:b/>
                      <w:sz w:val="20"/>
                      <w:szCs w:val="20"/>
                    </w:rPr>
                    <w:t xml:space="preserve"> (Action Taken)</w:t>
                  </w:r>
                </w:p>
              </w:tc>
            </w:tr>
            <w:tr w:rsidR="00F37DAD" w:rsidRPr="00F37DAD" w14:paraId="50684DBA" w14:textId="77777777" w:rsidTr="00F37DAD">
              <w:tc>
                <w:tcPr>
                  <w:tcW w:w="562" w:type="dxa"/>
                </w:tcPr>
                <w:p w14:paraId="75EF4C5D" w14:textId="77777777" w:rsidR="00F37DAD" w:rsidRPr="00F37DAD" w:rsidRDefault="00F37DAD" w:rsidP="00F37DAD">
                  <w:pPr>
                    <w:rPr>
                      <w:sz w:val="20"/>
                      <w:szCs w:val="20"/>
                    </w:rPr>
                  </w:pP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૧</w:t>
                  </w:r>
                </w:p>
              </w:tc>
              <w:tc>
                <w:tcPr>
                  <w:tcW w:w="2835" w:type="dxa"/>
                </w:tcPr>
                <w:p w14:paraId="785181CB" w14:textId="77777777" w:rsidR="00F37DAD" w:rsidRPr="00F37DAD" w:rsidRDefault="00F37DAD" w:rsidP="00F37DAD">
                  <w:pPr>
                    <w:rPr>
                      <w:sz w:val="20"/>
                      <w:szCs w:val="20"/>
                    </w:rPr>
                  </w:pPr>
                  <w:r w:rsidRPr="00F37DAD">
                    <w:rPr>
                      <w:sz w:val="20"/>
                      <w:szCs w:val="20"/>
                    </w:rPr>
                    <w:t xml:space="preserve">SMC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સભ્યો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અને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વાલીઓ</w:t>
                  </w:r>
                </w:p>
              </w:tc>
              <w:tc>
                <w:tcPr>
                  <w:tcW w:w="3083" w:type="dxa"/>
                </w:tcPr>
                <w:p w14:paraId="69ED4C3E" w14:textId="1255A970" w:rsidR="00F37DAD" w:rsidRPr="00A937D2" w:rsidRDefault="00F37DAD" w:rsidP="00F37DAD">
                  <w:pPr>
                    <w:rPr>
                      <w:rFonts w:cs="Shruti"/>
                      <w:sz w:val="20"/>
                      <w:szCs w:val="20"/>
                      <w:cs/>
                    </w:rPr>
                  </w:pP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શાળા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સમય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બાદ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વિદ્યાર્થીઓ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માટે</w:t>
                  </w:r>
                  <w:r w:rsidR="00A937D2">
                    <w:rPr>
                      <w:rFonts w:cs="Shruti"/>
                      <w:sz w:val="20"/>
                      <w:szCs w:val="20"/>
                      <w:lang w:bidi="gu-IN"/>
                    </w:rPr>
                    <w:t xml:space="preserve"> </w:t>
                  </w:r>
                  <w:r w:rsidR="00A937D2">
                    <w:rPr>
                      <w:rFonts w:cs="Shruti" w:hint="cs"/>
                      <w:sz w:val="20"/>
                      <w:szCs w:val="20"/>
                      <w:cs/>
                      <w:lang w:bidi="gu-IN"/>
                    </w:rPr>
                    <w:t xml:space="preserve"> વાલીઓ ગૃહકાર્ય માટે વિશેષ ધ્યાન આપવું </w:t>
                  </w:r>
                </w:p>
              </w:tc>
              <w:tc>
                <w:tcPr>
                  <w:tcW w:w="2871" w:type="dxa"/>
                </w:tcPr>
                <w:p w14:paraId="4F92DE55" w14:textId="209267D5" w:rsidR="00F37DAD" w:rsidRPr="00F37DAD" w:rsidRDefault="00F37DAD" w:rsidP="00F37DAD">
                  <w:pPr>
                    <w:rPr>
                      <w:sz w:val="20"/>
                      <w:szCs w:val="20"/>
                    </w:rPr>
                  </w:pP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શિક્ષકો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દ્વારા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રિસેસ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દરમિયાન</w:t>
                  </w:r>
                  <w:r w:rsidRPr="00F37DAD">
                    <w:rPr>
                      <w:sz w:val="20"/>
                      <w:szCs w:val="20"/>
                    </w:rPr>
                    <w:t xml:space="preserve"> 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વિશેષ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ઉપચારાત્મક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વર્ગો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શરૂ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કરવામાં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આવ્યા</w:t>
                  </w:r>
                  <w:r w:rsidRPr="00F37DAD">
                    <w:rPr>
                      <w:sz w:val="20"/>
                      <w:szCs w:val="20"/>
                    </w:rPr>
                    <w:t>.</w:t>
                  </w:r>
                </w:p>
              </w:tc>
            </w:tr>
            <w:tr w:rsidR="00F37DAD" w:rsidRPr="00F37DAD" w14:paraId="0A309F44" w14:textId="77777777" w:rsidTr="00F37DAD">
              <w:tc>
                <w:tcPr>
                  <w:tcW w:w="562" w:type="dxa"/>
                </w:tcPr>
                <w:p w14:paraId="4C7AB328" w14:textId="77777777" w:rsidR="00F37DAD" w:rsidRPr="00F37DAD" w:rsidRDefault="00F37DAD" w:rsidP="00F37DAD">
                  <w:pPr>
                    <w:rPr>
                      <w:sz w:val="20"/>
                      <w:szCs w:val="20"/>
                    </w:rPr>
                  </w:pP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૨</w:t>
                  </w:r>
                </w:p>
              </w:tc>
              <w:tc>
                <w:tcPr>
                  <w:tcW w:w="2835" w:type="dxa"/>
                </w:tcPr>
                <w:p w14:paraId="1A37F687" w14:textId="77777777" w:rsidR="00F37DAD" w:rsidRPr="00F37DAD" w:rsidRDefault="00F37DAD" w:rsidP="00F37DAD">
                  <w:pPr>
                    <w:rPr>
                      <w:sz w:val="20"/>
                      <w:szCs w:val="20"/>
                    </w:rPr>
                  </w:pP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ગ્રામ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પંચાયત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અને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વાલીમંડળ</w:t>
                  </w:r>
                </w:p>
              </w:tc>
              <w:tc>
                <w:tcPr>
                  <w:tcW w:w="3083" w:type="dxa"/>
                </w:tcPr>
                <w:p w14:paraId="6FF94938" w14:textId="77777777" w:rsidR="00F37DAD" w:rsidRPr="00F37DAD" w:rsidRDefault="00F37DAD" w:rsidP="00F37DAD">
                  <w:pPr>
                    <w:rPr>
                      <w:sz w:val="20"/>
                      <w:szCs w:val="20"/>
                    </w:rPr>
                  </w:pP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શાળાના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બગીચામાં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છોડની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જાળવણી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અને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શૌચાલયની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સફાઈ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નિયમિત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કરવી</w:t>
                  </w:r>
                  <w:r w:rsidRPr="00F37DAD">
                    <w:rPr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871" w:type="dxa"/>
                </w:tcPr>
                <w:p w14:paraId="497AE1AE" w14:textId="77777777" w:rsidR="00F37DAD" w:rsidRPr="00F37DAD" w:rsidRDefault="00F37DAD" w:rsidP="00F37DAD">
                  <w:pPr>
                    <w:rPr>
                      <w:sz w:val="20"/>
                      <w:szCs w:val="20"/>
                    </w:rPr>
                  </w:pP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સફાઈ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કામદારની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દૈનિક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હાજરી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કડક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કરી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અને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વિદ્યાર્થીઓની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ઇકો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ક્લબ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દ્વારા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વૃક્ષોની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માવજત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કરાઈ</w:t>
                  </w:r>
                  <w:r w:rsidRPr="00F37DAD">
                    <w:rPr>
                      <w:sz w:val="20"/>
                      <w:szCs w:val="20"/>
                    </w:rPr>
                    <w:t>.</w:t>
                  </w:r>
                </w:p>
              </w:tc>
            </w:tr>
            <w:tr w:rsidR="00F37DAD" w:rsidRPr="00F37DAD" w14:paraId="319B4C97" w14:textId="77777777" w:rsidTr="00F37DAD">
              <w:tc>
                <w:tcPr>
                  <w:tcW w:w="562" w:type="dxa"/>
                </w:tcPr>
                <w:p w14:paraId="065A9905" w14:textId="77777777" w:rsidR="00F37DAD" w:rsidRPr="00F37DAD" w:rsidRDefault="00F37DAD" w:rsidP="00F37DAD">
                  <w:pPr>
                    <w:rPr>
                      <w:sz w:val="20"/>
                      <w:szCs w:val="20"/>
                    </w:rPr>
                  </w:pP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૩</w:t>
                  </w:r>
                </w:p>
              </w:tc>
              <w:tc>
                <w:tcPr>
                  <w:tcW w:w="2835" w:type="dxa"/>
                </w:tcPr>
                <w:p w14:paraId="5CAD19D3" w14:textId="77777777" w:rsidR="00F37DAD" w:rsidRPr="00F37DAD" w:rsidRDefault="00F37DAD" w:rsidP="00F37DAD">
                  <w:pPr>
                    <w:rPr>
                      <w:sz w:val="20"/>
                      <w:szCs w:val="20"/>
                    </w:rPr>
                  </w:pP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વાલી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મીટિંગ</w:t>
                  </w:r>
                  <w:r w:rsidRPr="00F37DAD">
                    <w:rPr>
                      <w:sz w:val="20"/>
                      <w:szCs w:val="20"/>
                    </w:rPr>
                    <w:t xml:space="preserve"> (PTM)</w:t>
                  </w:r>
                </w:p>
              </w:tc>
              <w:tc>
                <w:tcPr>
                  <w:tcW w:w="3083" w:type="dxa"/>
                </w:tcPr>
                <w:p w14:paraId="77C498A7" w14:textId="77777777" w:rsidR="00F37DAD" w:rsidRPr="00F37DAD" w:rsidRDefault="00F37DAD" w:rsidP="00F37DAD">
                  <w:pPr>
                    <w:rPr>
                      <w:sz w:val="20"/>
                      <w:szCs w:val="20"/>
                    </w:rPr>
                  </w:pP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વિદ્યાર્થીઓને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ઓનલાઇન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ક્વિઝ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અને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ડિજિટલ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સાધનોથી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વધુ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પરિચિત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કરવા</w:t>
                  </w:r>
                  <w:r w:rsidRPr="00F37DAD">
                    <w:rPr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871" w:type="dxa"/>
                </w:tcPr>
                <w:p w14:paraId="4C21392D" w14:textId="77777777" w:rsidR="00F37DAD" w:rsidRPr="00F37DAD" w:rsidRDefault="00F37DAD" w:rsidP="00F37DAD">
                  <w:pPr>
                    <w:rPr>
                      <w:sz w:val="20"/>
                      <w:szCs w:val="20"/>
                    </w:rPr>
                  </w:pP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સ્માર્ટ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ક્લાસ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અને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દીક્ષા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પોર્ટલનો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ઉપયોગ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વધારીને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વર્ગખંડમાં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પ્રવૃત્તિઓ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કરાઈ</w:t>
                  </w:r>
                  <w:r w:rsidRPr="00F37DAD">
                    <w:rPr>
                      <w:sz w:val="20"/>
                      <w:szCs w:val="20"/>
                    </w:rPr>
                    <w:t>.</w:t>
                  </w:r>
                </w:p>
              </w:tc>
            </w:tr>
            <w:tr w:rsidR="00F37DAD" w:rsidRPr="00F37DAD" w14:paraId="3A3F9331" w14:textId="77777777" w:rsidTr="00F37DAD">
              <w:tc>
                <w:tcPr>
                  <w:tcW w:w="562" w:type="dxa"/>
                </w:tcPr>
                <w:p w14:paraId="2DD5FD25" w14:textId="77777777" w:rsidR="00F37DAD" w:rsidRPr="00F37DAD" w:rsidRDefault="00F37DAD" w:rsidP="00F37DAD">
                  <w:pPr>
                    <w:rPr>
                      <w:sz w:val="20"/>
                      <w:szCs w:val="20"/>
                    </w:rPr>
                  </w:pP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૪</w:t>
                  </w:r>
                </w:p>
              </w:tc>
              <w:tc>
                <w:tcPr>
                  <w:tcW w:w="2835" w:type="dxa"/>
                </w:tcPr>
                <w:p w14:paraId="055D4871" w14:textId="77777777" w:rsidR="00F37DAD" w:rsidRPr="00F37DAD" w:rsidRDefault="00F37DAD" w:rsidP="00F37DAD">
                  <w:pPr>
                    <w:rPr>
                      <w:sz w:val="20"/>
                      <w:szCs w:val="20"/>
                    </w:rPr>
                  </w:pP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સૂચન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પેટી</w:t>
                  </w:r>
                  <w:r w:rsidRPr="00F37DAD">
                    <w:rPr>
                      <w:sz w:val="20"/>
                      <w:szCs w:val="20"/>
                    </w:rPr>
                    <w:t xml:space="preserve"> (Suggestion Box)</w:t>
                  </w:r>
                </w:p>
              </w:tc>
              <w:tc>
                <w:tcPr>
                  <w:tcW w:w="3083" w:type="dxa"/>
                </w:tcPr>
                <w:p w14:paraId="66B0BBEA" w14:textId="77777777" w:rsidR="00F37DAD" w:rsidRPr="00F37DAD" w:rsidRDefault="00F37DAD" w:rsidP="00F37DAD">
                  <w:pPr>
                    <w:rPr>
                      <w:sz w:val="20"/>
                      <w:szCs w:val="20"/>
                    </w:rPr>
                  </w:pP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શાળાના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ગેટ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પાસે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પીવાના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શુદ્ધ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પાણીની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વ્યવસ્થા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વધુ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સારી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કરવી</w:t>
                  </w:r>
                  <w:r w:rsidRPr="00F37DAD">
                    <w:rPr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871" w:type="dxa"/>
                </w:tcPr>
                <w:p w14:paraId="2525E7EF" w14:textId="77777777" w:rsidR="00F37DAD" w:rsidRPr="00F37DAD" w:rsidRDefault="00F37DAD" w:rsidP="00F37DAD">
                  <w:pPr>
                    <w:rPr>
                      <w:sz w:val="20"/>
                      <w:szCs w:val="20"/>
                    </w:rPr>
                  </w:pP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વાલીઓના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સહયોગથી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વોટર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ફિલ્ટરની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મરામત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અને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નિયમિત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સફાઈ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સુનિશ્ચિત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કરાઈ</w:t>
                  </w:r>
                  <w:r w:rsidRPr="00F37DAD">
                    <w:rPr>
                      <w:sz w:val="20"/>
                      <w:szCs w:val="20"/>
                    </w:rPr>
                    <w:t>.</w:t>
                  </w:r>
                </w:p>
              </w:tc>
            </w:tr>
          </w:tbl>
          <w:p w14:paraId="33FE90B3" w14:textId="77777777" w:rsidR="00F37DAD" w:rsidRPr="00F37DAD" w:rsidRDefault="00F37DAD" w:rsidP="00F37DAD">
            <w:pPr>
              <w:spacing w:after="0" w:line="240" w:lineRule="auto"/>
              <w:rPr>
                <w:sz w:val="20"/>
                <w:szCs w:val="20"/>
              </w:rPr>
            </w:pPr>
            <w:r w:rsidRPr="00F37DAD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નિષ્કર્ષ</w:t>
            </w:r>
            <w:r w:rsidRPr="00F37DAD">
              <w:rPr>
                <w:b/>
                <w:sz w:val="20"/>
                <w:szCs w:val="20"/>
              </w:rPr>
              <w:t xml:space="preserve">: </w:t>
            </w:r>
            <w:r w:rsidRPr="00F37DAD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વાલીઓ</w:t>
            </w:r>
            <w:r w:rsidRPr="00F37DAD">
              <w:rPr>
                <w:b/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અને</w:t>
            </w:r>
            <w:r w:rsidRPr="00F37DAD">
              <w:rPr>
                <w:b/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સમુદાયના</w:t>
            </w:r>
            <w:r w:rsidRPr="00F37DAD">
              <w:rPr>
                <w:b/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સૂચનો</w:t>
            </w:r>
            <w:r w:rsidRPr="00F37DAD">
              <w:rPr>
                <w:b/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સ્વીકારીને</w:t>
            </w:r>
            <w:r w:rsidRPr="00F37DAD">
              <w:rPr>
                <w:b/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સમયસર</w:t>
            </w:r>
            <w:r w:rsidRPr="00F37DAD">
              <w:rPr>
                <w:b/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અનુકાર્ય</w:t>
            </w:r>
            <w:r w:rsidRPr="00F37DAD">
              <w:rPr>
                <w:b/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કરવાના</w:t>
            </w:r>
            <w:r w:rsidRPr="00F37DAD">
              <w:rPr>
                <w:b/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કારણે</w:t>
            </w:r>
            <w:r w:rsidRPr="00F37DAD">
              <w:rPr>
                <w:b/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શાળાના</w:t>
            </w:r>
            <w:r w:rsidRPr="00F37DAD">
              <w:rPr>
                <w:b/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વહીવટમાં</w:t>
            </w:r>
            <w:r w:rsidRPr="00F37DAD">
              <w:rPr>
                <w:b/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ઉત્તમ</w:t>
            </w:r>
            <w:r w:rsidRPr="00F37DAD">
              <w:rPr>
                <w:b/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પારદર્શિતા</w:t>
            </w:r>
            <w:r w:rsidRPr="00F37DAD">
              <w:rPr>
                <w:b/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આવી</w:t>
            </w:r>
            <w:r w:rsidRPr="00F37DAD">
              <w:rPr>
                <w:b/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છે</w:t>
            </w:r>
            <w:r w:rsidRPr="00F37DAD">
              <w:rPr>
                <w:b/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અને</w:t>
            </w:r>
            <w:r w:rsidRPr="00F37DAD">
              <w:rPr>
                <w:b/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શૈક્ષણિક</w:t>
            </w:r>
            <w:r w:rsidRPr="00F37DAD">
              <w:rPr>
                <w:b/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સ્તરમાં</w:t>
            </w:r>
            <w:r w:rsidRPr="00F37DAD">
              <w:rPr>
                <w:b/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સતત</w:t>
            </w:r>
            <w:r w:rsidRPr="00F37DAD">
              <w:rPr>
                <w:b/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ઉત્તરોત્તર</w:t>
            </w:r>
            <w:r w:rsidRPr="00F37DAD">
              <w:rPr>
                <w:b/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વધારો</w:t>
            </w:r>
            <w:r w:rsidRPr="00F37DAD">
              <w:rPr>
                <w:b/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થઈ</w:t>
            </w:r>
            <w:r w:rsidRPr="00F37DAD">
              <w:rPr>
                <w:b/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રહ્યો</w:t>
            </w:r>
            <w:r w:rsidRPr="00F37DAD">
              <w:rPr>
                <w:b/>
                <w:sz w:val="20"/>
                <w:szCs w:val="20"/>
              </w:rPr>
              <w:t xml:space="preserve"> </w:t>
            </w:r>
            <w:r w:rsidRPr="00F37DAD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છે</w:t>
            </w:r>
            <w:r w:rsidRPr="00F37DAD">
              <w:rPr>
                <w:b/>
                <w:sz w:val="20"/>
                <w:szCs w:val="20"/>
              </w:rPr>
              <w:t>.</w:t>
            </w:r>
          </w:p>
          <w:p w14:paraId="4801EAF5" w14:textId="77777777" w:rsidR="00F37DAD" w:rsidRPr="00F37DAD" w:rsidRDefault="00F37DAD" w:rsidP="00F37DAD">
            <w:pPr>
              <w:spacing w:after="0" w:line="240" w:lineRule="auto"/>
              <w:rPr>
                <w:sz w:val="20"/>
                <w:szCs w:val="20"/>
              </w:rPr>
            </w:pPr>
            <w:r w:rsidRPr="00F37DAD">
              <w:rPr>
                <w:sz w:val="20"/>
                <w:szCs w:val="20"/>
              </w:rPr>
              <w:br/>
            </w:r>
            <w:r w:rsidRPr="00F37DAD">
              <w:rPr>
                <w:sz w:val="20"/>
                <w:szCs w:val="20"/>
              </w:rPr>
              <w:br/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320"/>
              <w:gridCol w:w="4320"/>
            </w:tblGrid>
            <w:tr w:rsidR="00F37DAD" w:rsidRPr="00F37DAD" w14:paraId="0A7FBB7A" w14:textId="77777777" w:rsidTr="00F37DAD">
              <w:tc>
                <w:tcPr>
                  <w:tcW w:w="4320" w:type="dxa"/>
                </w:tcPr>
                <w:p w14:paraId="0C9FA13C" w14:textId="77777777" w:rsidR="00F37DAD" w:rsidRPr="00F37DAD" w:rsidRDefault="00F37DAD" w:rsidP="00F37DAD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  <w:r w:rsidRPr="00F37DAD">
                    <w:rPr>
                      <w:sz w:val="20"/>
                      <w:szCs w:val="20"/>
                    </w:rPr>
                    <w:t xml:space="preserve">SMC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અધ્યક્ષની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સહી</w:t>
                  </w:r>
                  <w:r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.........</w:t>
                  </w:r>
                  <w:r w:rsidRPr="00F37DAD">
                    <w:rPr>
                      <w:sz w:val="20"/>
                      <w:szCs w:val="20"/>
                    </w:rPr>
                    <w:br/>
                  </w:r>
                  <w:r w:rsidRPr="00F37DAD">
                    <w:rPr>
                      <w:sz w:val="20"/>
                      <w:szCs w:val="20"/>
                    </w:rPr>
                    <w:br/>
                  </w:r>
                </w:p>
              </w:tc>
              <w:tc>
                <w:tcPr>
                  <w:tcW w:w="4320" w:type="dxa"/>
                </w:tcPr>
                <w:p w14:paraId="62F9214F" w14:textId="77777777" w:rsidR="00F37DAD" w:rsidRPr="00F37DAD" w:rsidRDefault="00F37DAD" w:rsidP="00F37DAD">
                  <w:pPr>
                    <w:spacing w:after="0" w:line="240" w:lineRule="auto"/>
                    <w:jc w:val="right"/>
                    <w:rPr>
                      <w:sz w:val="20"/>
                      <w:szCs w:val="20"/>
                    </w:rPr>
                  </w:pP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આચાર્યશ્રીની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સહી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અને</w:t>
                  </w:r>
                  <w:r w:rsidRPr="00F37DAD">
                    <w:rPr>
                      <w:sz w:val="20"/>
                      <w:szCs w:val="20"/>
                    </w:rPr>
                    <w:t xml:space="preserve"> </w:t>
                  </w:r>
                  <w:r w:rsidRPr="00F37DAD">
                    <w:rPr>
                      <w:rFonts w:cs="Shruti"/>
                      <w:sz w:val="20"/>
                      <w:szCs w:val="20"/>
                      <w:cs/>
                      <w:lang w:bidi="gu-IN"/>
                    </w:rPr>
                    <w:t>સિક્કો</w:t>
                  </w:r>
                  <w:r w:rsidRPr="00F37DAD">
                    <w:rPr>
                      <w:sz w:val="20"/>
                      <w:szCs w:val="20"/>
                    </w:rPr>
                    <w:br/>
                  </w:r>
                  <w:r w:rsidRPr="00F37DAD">
                    <w:rPr>
                      <w:sz w:val="20"/>
                      <w:szCs w:val="20"/>
                    </w:rPr>
                    <w:br/>
                  </w:r>
                  <w:r w:rsidRPr="00F37DAD">
                    <w:rPr>
                      <w:sz w:val="20"/>
                      <w:szCs w:val="20"/>
                    </w:rPr>
                    <w:br/>
                  </w:r>
                </w:p>
              </w:tc>
            </w:tr>
          </w:tbl>
          <w:p w14:paraId="306FB503" w14:textId="77777777" w:rsidR="00AF08D0" w:rsidRPr="00AF08D0" w:rsidRDefault="00AF08D0" w:rsidP="00521B9B">
            <w:pPr>
              <w:rPr>
                <w:rFonts w:cs="Shruti"/>
                <w:sz w:val="18"/>
                <w:szCs w:val="18"/>
                <w:lang w:bidi="gu-IN"/>
              </w:rPr>
            </w:pPr>
          </w:p>
        </w:tc>
        <w:tc>
          <w:tcPr>
            <w:tcW w:w="4320" w:type="dxa"/>
          </w:tcPr>
          <w:p w14:paraId="487FFCFF" w14:textId="77777777" w:rsidR="004504B1" w:rsidRDefault="004504B1" w:rsidP="00F37DAD">
            <w:pPr>
              <w:jc w:val="right"/>
              <w:rPr>
                <w:rFonts w:cs="Shruti"/>
                <w:sz w:val="18"/>
                <w:szCs w:val="18"/>
                <w:lang w:bidi="gu-IN"/>
              </w:rPr>
            </w:pPr>
            <w:r w:rsidRPr="004504B1">
              <w:rPr>
                <w:rFonts w:cs="Shruti"/>
                <w:sz w:val="18"/>
                <w:szCs w:val="18"/>
                <w:cs/>
                <w:lang w:bidi="gu-IN"/>
              </w:rPr>
              <w:lastRenderedPageBreak/>
              <w:t>આચાર્યશ્રીની</w:t>
            </w:r>
            <w:r w:rsidRPr="004504B1">
              <w:rPr>
                <w:sz w:val="18"/>
                <w:szCs w:val="18"/>
              </w:rPr>
              <w:t xml:space="preserve"> </w:t>
            </w:r>
            <w:r w:rsidRPr="004504B1">
              <w:rPr>
                <w:rFonts w:cs="Shruti"/>
                <w:sz w:val="18"/>
                <w:szCs w:val="18"/>
                <w:cs/>
                <w:lang w:bidi="gu-IN"/>
              </w:rPr>
              <w:t>સહી</w:t>
            </w:r>
            <w:r w:rsidRPr="004504B1">
              <w:rPr>
                <w:sz w:val="18"/>
                <w:szCs w:val="18"/>
              </w:rPr>
              <w:t xml:space="preserve"> </w:t>
            </w:r>
            <w:r w:rsidRPr="004504B1">
              <w:rPr>
                <w:rFonts w:cs="Shruti"/>
                <w:sz w:val="18"/>
                <w:szCs w:val="18"/>
                <w:cs/>
                <w:lang w:bidi="gu-IN"/>
              </w:rPr>
              <w:t>અને</w:t>
            </w:r>
            <w:r w:rsidRPr="004504B1">
              <w:rPr>
                <w:sz w:val="18"/>
                <w:szCs w:val="18"/>
              </w:rPr>
              <w:t xml:space="preserve"> </w:t>
            </w:r>
            <w:r w:rsidRPr="004504B1">
              <w:rPr>
                <w:rFonts w:cs="Shruti"/>
                <w:sz w:val="18"/>
                <w:szCs w:val="18"/>
                <w:cs/>
                <w:lang w:bidi="gu-IN"/>
              </w:rPr>
              <w:t>સિક્કો</w:t>
            </w:r>
            <w:r w:rsidRPr="004504B1">
              <w:rPr>
                <w:sz w:val="18"/>
                <w:szCs w:val="18"/>
              </w:rPr>
              <w:br/>
            </w:r>
            <w:r w:rsidRPr="004504B1">
              <w:rPr>
                <w:sz w:val="18"/>
                <w:szCs w:val="18"/>
              </w:rPr>
              <w:br/>
            </w:r>
          </w:p>
          <w:p w14:paraId="7119925C" w14:textId="77777777" w:rsidR="003F4BD6" w:rsidRDefault="003F4BD6" w:rsidP="00F37DAD">
            <w:pPr>
              <w:jc w:val="right"/>
              <w:rPr>
                <w:rFonts w:cs="Shruti"/>
                <w:sz w:val="18"/>
                <w:szCs w:val="18"/>
                <w:lang w:bidi="gu-IN"/>
              </w:rPr>
            </w:pPr>
          </w:p>
          <w:p w14:paraId="7D10B773" w14:textId="77777777" w:rsidR="003F4BD6" w:rsidRDefault="003F4BD6" w:rsidP="00F37DAD">
            <w:pPr>
              <w:jc w:val="right"/>
              <w:rPr>
                <w:rFonts w:cs="Shruti"/>
                <w:sz w:val="18"/>
                <w:szCs w:val="18"/>
                <w:lang w:bidi="gu-IN"/>
              </w:rPr>
            </w:pPr>
          </w:p>
          <w:p w14:paraId="055AA381" w14:textId="77777777" w:rsidR="003F4BD6" w:rsidRDefault="003F4BD6" w:rsidP="00F37DAD">
            <w:pPr>
              <w:jc w:val="right"/>
              <w:rPr>
                <w:rFonts w:cs="Shruti"/>
                <w:sz w:val="18"/>
                <w:szCs w:val="18"/>
                <w:lang w:bidi="gu-IN"/>
              </w:rPr>
            </w:pPr>
          </w:p>
          <w:p w14:paraId="013F2E8F" w14:textId="77777777" w:rsidR="003F4BD6" w:rsidRDefault="003F4BD6" w:rsidP="00F37DAD">
            <w:pPr>
              <w:jc w:val="right"/>
              <w:rPr>
                <w:rFonts w:cs="Shruti"/>
                <w:sz w:val="18"/>
                <w:szCs w:val="18"/>
                <w:lang w:bidi="gu-IN"/>
              </w:rPr>
            </w:pPr>
          </w:p>
          <w:p w14:paraId="6FE9DB3E" w14:textId="77777777" w:rsidR="003F4BD6" w:rsidRDefault="003F4BD6" w:rsidP="00F37DAD">
            <w:pPr>
              <w:jc w:val="right"/>
              <w:rPr>
                <w:rFonts w:cs="Shruti"/>
                <w:sz w:val="18"/>
                <w:szCs w:val="18"/>
                <w:lang w:bidi="gu-IN"/>
              </w:rPr>
            </w:pPr>
          </w:p>
          <w:p w14:paraId="798CDBAC" w14:textId="77777777" w:rsidR="00AF08D0" w:rsidRDefault="00AF08D0" w:rsidP="00F37DAD">
            <w:pPr>
              <w:jc w:val="right"/>
              <w:rPr>
                <w:rFonts w:cs="Shruti"/>
                <w:sz w:val="18"/>
                <w:szCs w:val="18"/>
                <w:lang w:bidi="gu-IN"/>
              </w:rPr>
            </w:pPr>
          </w:p>
          <w:p w14:paraId="2BD44E7F" w14:textId="77777777" w:rsidR="00AF08D0" w:rsidRPr="004504B1" w:rsidRDefault="00AF08D0" w:rsidP="00F37DAD">
            <w:pPr>
              <w:jc w:val="right"/>
              <w:rPr>
                <w:sz w:val="18"/>
                <w:szCs w:val="18"/>
              </w:rPr>
            </w:pPr>
          </w:p>
        </w:tc>
      </w:tr>
    </w:tbl>
    <w:p w14:paraId="2B6BF3FC" w14:textId="380090BE" w:rsidR="002E5B96" w:rsidRDefault="002546D1" w:rsidP="0003495A">
      <w:pPr>
        <w:spacing w:after="0" w:line="240" w:lineRule="auto"/>
        <w:rPr>
          <w:rFonts w:cs="Shruti"/>
          <w:b/>
          <w:u w:val="single"/>
          <w:lang w:val="en-IN" w:bidi="gu-IN"/>
        </w:rPr>
      </w:pPr>
      <w:r>
        <w:rPr>
          <w:rFonts w:cs="Shruti" w:hint="cs"/>
          <w:sz w:val="28"/>
          <w:szCs w:val="28"/>
          <w:u w:val="single"/>
          <w:cs/>
          <w:lang w:bidi="gu-IN"/>
        </w:rPr>
        <w:lastRenderedPageBreak/>
        <w:t>ઢાંકણ્રીયાવાસ પ્રાથમિક શાળા તા- લાખણી જિલ્લો - વાવ-થરાદ ડાયસ કોડ: 24021300207</w:t>
      </w:r>
    </w:p>
    <w:p w14:paraId="25FCBE77" w14:textId="77777777" w:rsidR="00F37DAD" w:rsidRDefault="00F37DAD" w:rsidP="00F37DAD">
      <w:pPr>
        <w:pStyle w:val="Heading1"/>
      </w:pPr>
      <w:r>
        <w:rPr>
          <w:rFonts w:cs="Shruti"/>
          <w:cs/>
          <w:lang w:bidi="gu-IN"/>
        </w:rPr>
        <w:t>સમુદાયના</w:t>
      </w:r>
      <w:r>
        <w:t xml:space="preserve"> </w:t>
      </w:r>
      <w:r>
        <w:rPr>
          <w:rFonts w:cs="Shruti"/>
          <w:cs/>
          <w:lang w:bidi="gu-IN"/>
        </w:rPr>
        <w:t>સહયોગથી</w:t>
      </w:r>
      <w:r>
        <w:t xml:space="preserve"> </w:t>
      </w:r>
      <w:r>
        <w:rPr>
          <w:rFonts w:cs="Shruti"/>
          <w:cs/>
          <w:lang w:bidi="gu-IN"/>
        </w:rPr>
        <w:t>વિદ્યાર્થીઓના</w:t>
      </w:r>
      <w:r>
        <w:t xml:space="preserve"> </w:t>
      </w:r>
      <w:r>
        <w:rPr>
          <w:rFonts w:cs="Shruti"/>
          <w:cs/>
          <w:lang w:bidi="gu-IN"/>
        </w:rPr>
        <w:t>જ્ઞાન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કૌશલ્યોમાં</w:t>
      </w:r>
      <w:r>
        <w:t xml:space="preserve"> </w:t>
      </w:r>
      <w:r>
        <w:rPr>
          <w:rFonts w:cs="Shruti"/>
          <w:cs/>
          <w:lang w:bidi="gu-IN"/>
        </w:rPr>
        <w:t>વૃદ્ધિ</w:t>
      </w:r>
      <w:r>
        <w:t xml:space="preserve"> </w:t>
      </w:r>
      <w:r>
        <w:rPr>
          <w:rFonts w:cs="Shruti"/>
          <w:cs/>
          <w:lang w:bidi="gu-IN"/>
        </w:rPr>
        <w:t>માટેની</w:t>
      </w:r>
      <w:r>
        <w:t xml:space="preserve"> </w:t>
      </w:r>
      <w:r>
        <w:rPr>
          <w:rFonts w:cs="Shruti"/>
          <w:cs/>
          <w:lang w:bidi="gu-IN"/>
        </w:rPr>
        <w:t>પ્રવૃત્તિઓનો</w:t>
      </w:r>
      <w:r>
        <w:t xml:space="preserve"> </w:t>
      </w:r>
      <w:r>
        <w:rPr>
          <w:rFonts w:cs="Shruti"/>
          <w:cs/>
          <w:lang w:bidi="gu-IN"/>
        </w:rPr>
        <w:t>અહેવાલ</w:t>
      </w:r>
    </w:p>
    <w:p w14:paraId="6C23A02A" w14:textId="47706051" w:rsidR="00F37DAD" w:rsidRPr="009608E8" w:rsidRDefault="00F37DAD" w:rsidP="00F37DAD">
      <w:pPr>
        <w:rPr>
          <w:sz w:val="18"/>
          <w:szCs w:val="18"/>
        </w:rPr>
      </w:pPr>
      <w:r w:rsidRPr="009608E8">
        <w:rPr>
          <w:rFonts w:cs="Shruti"/>
          <w:sz w:val="18"/>
          <w:szCs w:val="18"/>
          <w:cs/>
          <w:lang w:bidi="gu-IN"/>
        </w:rPr>
        <w:t>ગુણોત્સવ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૨</w:t>
      </w:r>
      <w:r w:rsidRPr="009608E8">
        <w:rPr>
          <w:sz w:val="18"/>
          <w:szCs w:val="18"/>
        </w:rPr>
        <w:t>.</w:t>
      </w:r>
      <w:r w:rsidRPr="009608E8">
        <w:rPr>
          <w:rFonts w:cs="Shruti"/>
          <w:sz w:val="18"/>
          <w:szCs w:val="18"/>
          <w:cs/>
          <w:lang w:bidi="gu-IN"/>
        </w:rPr>
        <w:t>૦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ના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માપદંડો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અને</w:t>
      </w:r>
      <w:r w:rsidRPr="009608E8">
        <w:rPr>
          <w:sz w:val="18"/>
          <w:szCs w:val="18"/>
        </w:rPr>
        <w:t xml:space="preserve"> SQAAF </w:t>
      </w:r>
      <w:r w:rsidRPr="009608E8">
        <w:rPr>
          <w:rFonts w:cs="Shruti"/>
          <w:sz w:val="18"/>
          <w:szCs w:val="18"/>
          <w:cs/>
          <w:lang w:bidi="gu-IN"/>
        </w:rPr>
        <w:t>માર્ગદર્શિકા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અંતર્ગત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વિદ્યાર્થીઓના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સર્વાંગી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વિકાસ</w:t>
      </w:r>
      <w:r w:rsidRPr="009608E8">
        <w:rPr>
          <w:sz w:val="18"/>
          <w:szCs w:val="18"/>
        </w:rPr>
        <w:t xml:space="preserve">, </w:t>
      </w:r>
      <w:r w:rsidRPr="009608E8">
        <w:rPr>
          <w:rFonts w:cs="Shruti"/>
          <w:sz w:val="18"/>
          <w:szCs w:val="18"/>
          <w:cs/>
          <w:lang w:bidi="gu-IN"/>
        </w:rPr>
        <w:t>જ્ઞાન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અને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કૌશલ્યોમાં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વૃદ્ધિ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કરવા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માટે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શાળા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અને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સમુદાય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વચ્ચેનો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સેતુ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અત્યંત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મહત્વપૂર્ણ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છે</w:t>
      </w:r>
      <w:r w:rsidRPr="009608E8">
        <w:rPr>
          <w:sz w:val="18"/>
          <w:szCs w:val="18"/>
        </w:rPr>
        <w:t>.</w:t>
      </w:r>
      <w:r w:rsidRPr="00A937D2">
        <w:rPr>
          <w:sz w:val="18"/>
          <w:szCs w:val="18"/>
        </w:rPr>
        <w:t xml:space="preserve"> </w:t>
      </w:r>
      <w:r w:rsidR="008E13CA">
        <w:rPr>
          <w:rFonts w:cs="Shruti" w:hint="cs"/>
          <w:sz w:val="18"/>
          <w:szCs w:val="18"/>
          <w:cs/>
          <w:lang w:bidi="gu-IN"/>
        </w:rPr>
        <w:t xml:space="preserve">ઢાંકણ્રીયાવાસ પ્રાથમિક શાળા 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દ્વારા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સ્થાનિક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સમુદાય</w:t>
      </w:r>
      <w:r w:rsidRPr="009608E8">
        <w:rPr>
          <w:sz w:val="18"/>
          <w:szCs w:val="18"/>
        </w:rPr>
        <w:t xml:space="preserve">, </w:t>
      </w:r>
      <w:r w:rsidRPr="009608E8">
        <w:rPr>
          <w:rFonts w:cs="Shruti"/>
          <w:sz w:val="18"/>
          <w:szCs w:val="18"/>
          <w:cs/>
          <w:lang w:bidi="gu-IN"/>
        </w:rPr>
        <w:t>વાલીમંડળ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અને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દાતાઓના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સક્રિય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સહયોગથી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હાથ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ધરવામાં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આવેલ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શૈક્ષણિક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અને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કૌશલ્યવર્ધક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પ્રવૃત્તિઓનો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અહેવાલ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નીચે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મુજબ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છે</w:t>
      </w:r>
      <w:r w:rsidRPr="009608E8">
        <w:rPr>
          <w:sz w:val="18"/>
          <w:szCs w:val="18"/>
        </w:rPr>
        <w:t>:</w:t>
      </w:r>
      <w:r w:rsidRPr="009608E8">
        <w:rPr>
          <w:sz w:val="18"/>
          <w:szCs w:val="18"/>
        </w:rPr>
        <w:br/>
      </w:r>
      <w:r w:rsidRPr="009608E8">
        <w:rPr>
          <w:rFonts w:cs="Shruti"/>
          <w:sz w:val="18"/>
          <w:szCs w:val="18"/>
          <w:cs/>
          <w:lang w:bidi="gu-IN"/>
        </w:rPr>
        <w:t>૧</w:t>
      </w:r>
      <w:r w:rsidRPr="009608E8">
        <w:rPr>
          <w:sz w:val="18"/>
          <w:szCs w:val="18"/>
        </w:rPr>
        <w:t xml:space="preserve">. </w:t>
      </w:r>
      <w:r w:rsidRPr="009608E8">
        <w:rPr>
          <w:rFonts w:cs="Shruti"/>
          <w:sz w:val="18"/>
          <w:szCs w:val="18"/>
          <w:cs/>
          <w:lang w:bidi="gu-IN"/>
        </w:rPr>
        <w:t>સમુદાયના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સહયોગથી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હાથ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ધરાયેલી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મુખ્ય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પ્રવૃત્તિઓ</w:t>
      </w:r>
      <w:r w:rsidRPr="009608E8">
        <w:rPr>
          <w:sz w:val="18"/>
          <w:szCs w:val="18"/>
        </w:rPr>
        <w:t>:</w:t>
      </w:r>
    </w:p>
    <w:p w14:paraId="2DC4494B" w14:textId="77777777" w:rsidR="00F37DAD" w:rsidRPr="009608E8" w:rsidRDefault="00F37DAD" w:rsidP="00F37DAD">
      <w:pPr>
        <w:pStyle w:val="ListBullet"/>
        <w:rPr>
          <w:sz w:val="18"/>
          <w:szCs w:val="18"/>
        </w:rPr>
      </w:pPr>
      <w:r w:rsidRPr="009608E8">
        <w:rPr>
          <w:rFonts w:cs="Shruti"/>
          <w:sz w:val="18"/>
          <w:szCs w:val="18"/>
          <w:cs/>
          <w:lang w:bidi="gu-IN"/>
        </w:rPr>
        <w:t>અતિથિ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વક્તા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સત્ર</w:t>
      </w:r>
      <w:r w:rsidRPr="009608E8">
        <w:rPr>
          <w:sz w:val="18"/>
          <w:szCs w:val="18"/>
        </w:rPr>
        <w:t xml:space="preserve"> (Guest Lectures): </w:t>
      </w:r>
      <w:r w:rsidRPr="009608E8">
        <w:rPr>
          <w:rFonts w:cs="Shruti"/>
          <w:sz w:val="18"/>
          <w:szCs w:val="18"/>
          <w:cs/>
          <w:lang w:bidi="gu-IN"/>
        </w:rPr>
        <w:t>ગામના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અનુભવી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વડીલો</w:t>
      </w:r>
      <w:r w:rsidRPr="009608E8">
        <w:rPr>
          <w:sz w:val="18"/>
          <w:szCs w:val="18"/>
        </w:rPr>
        <w:t xml:space="preserve">, </w:t>
      </w:r>
      <w:r w:rsidRPr="009608E8">
        <w:rPr>
          <w:rFonts w:cs="Shruti"/>
          <w:sz w:val="18"/>
          <w:szCs w:val="18"/>
          <w:cs/>
          <w:lang w:bidi="gu-IN"/>
        </w:rPr>
        <w:t>નિવૃત્ત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શિક્ષકો</w:t>
      </w:r>
      <w:r w:rsidRPr="009608E8">
        <w:rPr>
          <w:sz w:val="18"/>
          <w:szCs w:val="18"/>
        </w:rPr>
        <w:t xml:space="preserve">, </w:t>
      </w:r>
      <w:r w:rsidRPr="009608E8">
        <w:rPr>
          <w:rFonts w:cs="Shruti"/>
          <w:sz w:val="18"/>
          <w:szCs w:val="18"/>
          <w:cs/>
          <w:lang w:bidi="gu-IN"/>
        </w:rPr>
        <w:t>તબીબો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અને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તજજ્ઞોને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શાળામાં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આમંત્રિત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કરી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વિદ્યાર્થીઓને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પ્રેરણાત્મક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માર્ગદર્શન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અને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નૈતિક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મૂલ્યો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વિશે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સત્રો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ગોઠવવામાં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આવ્યા</w:t>
      </w:r>
      <w:r w:rsidRPr="009608E8">
        <w:rPr>
          <w:sz w:val="18"/>
          <w:szCs w:val="18"/>
        </w:rPr>
        <w:t>.</w:t>
      </w:r>
    </w:p>
    <w:p w14:paraId="5E3C9A96" w14:textId="77777777" w:rsidR="00F37DAD" w:rsidRPr="009608E8" w:rsidRDefault="00F37DAD" w:rsidP="00F37DAD">
      <w:pPr>
        <w:pStyle w:val="ListBullet"/>
        <w:rPr>
          <w:sz w:val="18"/>
          <w:szCs w:val="18"/>
        </w:rPr>
      </w:pPr>
      <w:r w:rsidRPr="009608E8">
        <w:rPr>
          <w:rFonts w:cs="Shruti"/>
          <w:sz w:val="18"/>
          <w:szCs w:val="18"/>
          <w:cs/>
          <w:lang w:bidi="gu-IN"/>
        </w:rPr>
        <w:t>કૌશલ્ય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વર્ધન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અને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હસ્તકળા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માર્ગદર્શન</w:t>
      </w:r>
      <w:r w:rsidRPr="009608E8">
        <w:rPr>
          <w:sz w:val="18"/>
          <w:szCs w:val="18"/>
        </w:rPr>
        <w:t xml:space="preserve">: </w:t>
      </w:r>
      <w:r w:rsidRPr="009608E8">
        <w:rPr>
          <w:rFonts w:cs="Shruti"/>
          <w:sz w:val="18"/>
          <w:szCs w:val="18"/>
          <w:cs/>
          <w:lang w:bidi="gu-IN"/>
        </w:rPr>
        <w:t>સ્થાનિક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કારીગરો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અને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કુશળ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વ્યક્તિઓના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સહયોગથી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વિદ્યાર્થીઓ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માટે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માટીકામ</w:t>
      </w:r>
      <w:r w:rsidRPr="009608E8">
        <w:rPr>
          <w:sz w:val="18"/>
          <w:szCs w:val="18"/>
        </w:rPr>
        <w:t xml:space="preserve">, </w:t>
      </w:r>
      <w:r w:rsidRPr="009608E8">
        <w:rPr>
          <w:rFonts w:cs="Shruti"/>
          <w:sz w:val="18"/>
          <w:szCs w:val="18"/>
          <w:cs/>
          <w:lang w:bidi="gu-IN"/>
        </w:rPr>
        <w:t>ચિત્રકળા</w:t>
      </w:r>
      <w:r w:rsidRPr="009608E8">
        <w:rPr>
          <w:sz w:val="18"/>
          <w:szCs w:val="18"/>
        </w:rPr>
        <w:t xml:space="preserve">, </w:t>
      </w:r>
      <w:r w:rsidRPr="009608E8">
        <w:rPr>
          <w:rFonts w:cs="Shruti"/>
          <w:sz w:val="18"/>
          <w:szCs w:val="18"/>
          <w:cs/>
          <w:lang w:bidi="gu-IN"/>
        </w:rPr>
        <w:t>પેપર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ક્રાફ્ટ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અને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બેઝિક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હસ્તકળાની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તાલીમ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શિબિરોનું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આયોજન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કરવામાં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આવ્યું</w:t>
      </w:r>
      <w:r w:rsidRPr="009608E8">
        <w:rPr>
          <w:sz w:val="18"/>
          <w:szCs w:val="18"/>
        </w:rPr>
        <w:t>.</w:t>
      </w:r>
    </w:p>
    <w:p w14:paraId="56034C40" w14:textId="77777777" w:rsidR="00F37DAD" w:rsidRPr="009608E8" w:rsidRDefault="00F37DAD" w:rsidP="00F37DAD">
      <w:pPr>
        <w:pStyle w:val="ListBullet"/>
        <w:rPr>
          <w:sz w:val="18"/>
          <w:szCs w:val="18"/>
        </w:rPr>
      </w:pPr>
      <w:r w:rsidRPr="009608E8">
        <w:rPr>
          <w:rFonts w:cs="Shruti"/>
          <w:sz w:val="18"/>
          <w:szCs w:val="18"/>
          <w:cs/>
          <w:lang w:bidi="gu-IN"/>
        </w:rPr>
        <w:t>શૈક્ષણિક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સાહિત્ય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અને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પુસ્તક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દાન</w:t>
      </w:r>
      <w:r w:rsidRPr="009608E8">
        <w:rPr>
          <w:sz w:val="18"/>
          <w:szCs w:val="18"/>
        </w:rPr>
        <w:t xml:space="preserve">: </w:t>
      </w:r>
      <w:r w:rsidRPr="009608E8">
        <w:rPr>
          <w:rFonts w:cs="Shruti"/>
          <w:sz w:val="18"/>
          <w:szCs w:val="18"/>
          <w:cs/>
          <w:lang w:bidi="gu-IN"/>
        </w:rPr>
        <w:t>ગ્રામજનો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અને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દાતાઓના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આર્થિક</w:t>
      </w:r>
      <w:r w:rsidRPr="009608E8">
        <w:rPr>
          <w:sz w:val="18"/>
          <w:szCs w:val="18"/>
        </w:rPr>
        <w:t>/</w:t>
      </w:r>
      <w:r w:rsidRPr="009608E8">
        <w:rPr>
          <w:rFonts w:cs="Shruti"/>
          <w:sz w:val="18"/>
          <w:szCs w:val="18"/>
          <w:cs/>
          <w:lang w:bidi="gu-IN"/>
        </w:rPr>
        <w:t>વસ્તુ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સહયોગથી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શાળાના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પુસ્તકાલય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માટે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પૂરક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વાચન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સામગ્રી</w:t>
      </w:r>
      <w:r w:rsidRPr="009608E8">
        <w:rPr>
          <w:sz w:val="18"/>
          <w:szCs w:val="18"/>
        </w:rPr>
        <w:t xml:space="preserve">, </w:t>
      </w:r>
      <w:r w:rsidRPr="009608E8">
        <w:rPr>
          <w:rFonts w:cs="Shruti"/>
          <w:sz w:val="18"/>
          <w:szCs w:val="18"/>
          <w:cs/>
          <w:lang w:bidi="gu-IN"/>
        </w:rPr>
        <w:t>નકશા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અને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શૈક્ષણિક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કીટ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ઉપલબ્ધ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કરાવવામાં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આવી</w:t>
      </w:r>
      <w:r w:rsidRPr="009608E8">
        <w:rPr>
          <w:sz w:val="18"/>
          <w:szCs w:val="18"/>
        </w:rPr>
        <w:t>.</w:t>
      </w:r>
    </w:p>
    <w:p w14:paraId="57911255" w14:textId="77777777" w:rsidR="00F37DAD" w:rsidRPr="009608E8" w:rsidRDefault="00F37DAD" w:rsidP="00F37DAD">
      <w:pPr>
        <w:pStyle w:val="ListBullet"/>
        <w:rPr>
          <w:sz w:val="18"/>
          <w:szCs w:val="18"/>
        </w:rPr>
      </w:pPr>
      <w:r w:rsidRPr="009608E8">
        <w:rPr>
          <w:rFonts w:cs="Shruti"/>
          <w:sz w:val="18"/>
          <w:szCs w:val="18"/>
          <w:cs/>
          <w:lang w:bidi="gu-IN"/>
        </w:rPr>
        <w:t>કારકિર્દી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અને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સામાન્ય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જ્ઞાન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માર્ગદર્શન</w:t>
      </w:r>
      <w:r w:rsidRPr="009608E8">
        <w:rPr>
          <w:sz w:val="18"/>
          <w:szCs w:val="18"/>
        </w:rPr>
        <w:t xml:space="preserve">: </w:t>
      </w:r>
      <w:r w:rsidRPr="009608E8">
        <w:rPr>
          <w:rFonts w:cs="Shruti"/>
          <w:sz w:val="18"/>
          <w:szCs w:val="18"/>
          <w:cs/>
          <w:lang w:bidi="gu-IN"/>
        </w:rPr>
        <w:t>ગામના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યુવા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વ્યાવસાયિકો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અને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આગેવાનો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દ્વારા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ઉચ્ચ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અભ્યાસ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અને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કારકિર્દીના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વિકલ્પો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અંગે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વિદ્યાર્થીઓ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સાથે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ચર્ચા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કરવામાં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આવી</w:t>
      </w:r>
      <w:r w:rsidRPr="009608E8">
        <w:rPr>
          <w:sz w:val="18"/>
          <w:szCs w:val="18"/>
        </w:rPr>
        <w:t>.</w:t>
      </w:r>
    </w:p>
    <w:p w14:paraId="737933F9" w14:textId="77777777" w:rsidR="00F37DAD" w:rsidRPr="009608E8" w:rsidRDefault="00F37DAD" w:rsidP="00F37DAD">
      <w:pPr>
        <w:pStyle w:val="ListBullet"/>
        <w:rPr>
          <w:sz w:val="18"/>
          <w:szCs w:val="18"/>
        </w:rPr>
      </w:pPr>
      <w:r w:rsidRPr="009608E8">
        <w:rPr>
          <w:rFonts w:cs="Shruti"/>
          <w:sz w:val="18"/>
          <w:szCs w:val="18"/>
          <w:cs/>
          <w:lang w:bidi="gu-IN"/>
        </w:rPr>
        <w:t>સ્વચ્છતા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અને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પર્યાવરણ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અભિયાન</w:t>
      </w:r>
      <w:r w:rsidRPr="009608E8">
        <w:rPr>
          <w:sz w:val="18"/>
          <w:szCs w:val="18"/>
        </w:rPr>
        <w:t xml:space="preserve">: </w:t>
      </w:r>
      <w:r w:rsidRPr="009608E8">
        <w:rPr>
          <w:rFonts w:cs="Shruti"/>
          <w:sz w:val="18"/>
          <w:szCs w:val="18"/>
          <w:cs/>
          <w:lang w:bidi="gu-IN"/>
        </w:rPr>
        <w:t>સમુદાયના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સહયોગથી</w:t>
      </w:r>
      <w:r w:rsidRPr="009608E8">
        <w:rPr>
          <w:sz w:val="18"/>
          <w:szCs w:val="18"/>
        </w:rPr>
        <w:t xml:space="preserve"> "</w:t>
      </w:r>
      <w:r w:rsidRPr="009608E8">
        <w:rPr>
          <w:rFonts w:cs="Shruti"/>
          <w:sz w:val="18"/>
          <w:szCs w:val="18"/>
          <w:cs/>
          <w:lang w:bidi="gu-IN"/>
        </w:rPr>
        <w:t>વૃક્ષારોપણ</w:t>
      </w:r>
      <w:r w:rsidRPr="009608E8">
        <w:rPr>
          <w:sz w:val="18"/>
          <w:szCs w:val="18"/>
        </w:rPr>
        <w:t xml:space="preserve">" </w:t>
      </w:r>
      <w:r w:rsidRPr="009608E8">
        <w:rPr>
          <w:rFonts w:cs="Shruti"/>
          <w:sz w:val="18"/>
          <w:szCs w:val="18"/>
          <w:cs/>
          <w:lang w:bidi="gu-IN"/>
        </w:rPr>
        <w:t>અને</w:t>
      </w:r>
      <w:r w:rsidRPr="009608E8">
        <w:rPr>
          <w:sz w:val="18"/>
          <w:szCs w:val="18"/>
        </w:rPr>
        <w:t xml:space="preserve"> "</w:t>
      </w:r>
      <w:r w:rsidRPr="009608E8">
        <w:rPr>
          <w:rFonts w:cs="Shruti"/>
          <w:sz w:val="18"/>
          <w:szCs w:val="18"/>
          <w:cs/>
          <w:lang w:bidi="gu-IN"/>
        </w:rPr>
        <w:t>સ્વચ્છતા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અભિયાન</w:t>
      </w:r>
      <w:r w:rsidRPr="009608E8">
        <w:rPr>
          <w:sz w:val="18"/>
          <w:szCs w:val="18"/>
        </w:rPr>
        <w:t xml:space="preserve">" </w:t>
      </w:r>
      <w:r w:rsidRPr="009608E8">
        <w:rPr>
          <w:rFonts w:cs="Shruti"/>
          <w:sz w:val="18"/>
          <w:szCs w:val="18"/>
          <w:cs/>
          <w:lang w:bidi="gu-IN"/>
        </w:rPr>
        <w:t>યોજી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વિદ્યાર્થીઓમાં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સામાજિક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જવાબદારીની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ભાવના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વિકસાવવામાં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આવી</w:t>
      </w:r>
      <w:r w:rsidRPr="009608E8">
        <w:rPr>
          <w:sz w:val="18"/>
          <w:szCs w:val="18"/>
        </w:rPr>
        <w:t>.</w:t>
      </w:r>
    </w:p>
    <w:p w14:paraId="0BCBC348" w14:textId="77777777" w:rsidR="00F37DAD" w:rsidRPr="009608E8" w:rsidRDefault="00F37DAD" w:rsidP="00F37DAD">
      <w:pPr>
        <w:pStyle w:val="Heading2"/>
        <w:rPr>
          <w:sz w:val="18"/>
          <w:szCs w:val="18"/>
        </w:rPr>
      </w:pPr>
      <w:r w:rsidRPr="009608E8">
        <w:rPr>
          <w:rFonts w:cs="Shruti"/>
          <w:sz w:val="18"/>
          <w:szCs w:val="18"/>
          <w:cs/>
          <w:lang w:bidi="gu-IN"/>
        </w:rPr>
        <w:t>૨</w:t>
      </w:r>
      <w:r w:rsidRPr="009608E8">
        <w:rPr>
          <w:sz w:val="18"/>
          <w:szCs w:val="18"/>
        </w:rPr>
        <w:t xml:space="preserve">. </w:t>
      </w:r>
      <w:r w:rsidRPr="009608E8">
        <w:rPr>
          <w:rFonts w:cs="Shruti"/>
          <w:sz w:val="18"/>
          <w:szCs w:val="18"/>
          <w:cs/>
          <w:lang w:bidi="gu-IN"/>
        </w:rPr>
        <w:t>પ્રવૃત્તિઓનું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સંકલન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અને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સહયોગ</w:t>
      </w:r>
      <w:r w:rsidRPr="009608E8">
        <w:rPr>
          <w:sz w:val="18"/>
          <w:szCs w:val="18"/>
        </w:rPr>
        <w:t xml:space="preserve"> </w:t>
      </w:r>
      <w:r w:rsidRPr="009608E8">
        <w:rPr>
          <w:rFonts w:cs="Shruti"/>
          <w:sz w:val="18"/>
          <w:szCs w:val="18"/>
          <w:cs/>
          <w:lang w:bidi="gu-IN"/>
        </w:rPr>
        <w:t>પત્રક</w:t>
      </w:r>
      <w:r w:rsidRPr="009608E8">
        <w:rPr>
          <w:sz w:val="18"/>
          <w:szCs w:val="18"/>
        </w:rPr>
        <w:t>:</w:t>
      </w: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675"/>
        <w:gridCol w:w="3645"/>
        <w:gridCol w:w="2160"/>
        <w:gridCol w:w="2984"/>
      </w:tblGrid>
      <w:tr w:rsidR="00F37DAD" w:rsidRPr="009608E8" w14:paraId="134A7948" w14:textId="77777777" w:rsidTr="00C27F23">
        <w:tc>
          <w:tcPr>
            <w:tcW w:w="675" w:type="dxa"/>
          </w:tcPr>
          <w:p w14:paraId="230F6352" w14:textId="77777777" w:rsidR="00F37DAD" w:rsidRPr="009608E8" w:rsidRDefault="00F37DAD" w:rsidP="009608E8">
            <w:pPr>
              <w:jc w:val="center"/>
              <w:rPr>
                <w:sz w:val="18"/>
                <w:szCs w:val="18"/>
              </w:rPr>
            </w:pPr>
            <w:r w:rsidRPr="009608E8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ક્રમ</w:t>
            </w:r>
          </w:p>
        </w:tc>
        <w:tc>
          <w:tcPr>
            <w:tcW w:w="3645" w:type="dxa"/>
          </w:tcPr>
          <w:p w14:paraId="2062032E" w14:textId="77777777" w:rsidR="00F37DAD" w:rsidRPr="009608E8" w:rsidRDefault="00F37DAD" w:rsidP="009608E8">
            <w:pPr>
              <w:jc w:val="center"/>
              <w:rPr>
                <w:sz w:val="18"/>
                <w:szCs w:val="18"/>
              </w:rPr>
            </w:pPr>
            <w:r w:rsidRPr="009608E8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પ્રવૃત્તિ</w:t>
            </w:r>
            <w:r w:rsidRPr="009608E8">
              <w:rPr>
                <w:b/>
                <w:sz w:val="18"/>
                <w:szCs w:val="18"/>
              </w:rPr>
              <w:t xml:space="preserve"> / </w:t>
            </w:r>
            <w:r w:rsidRPr="009608E8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કાર્યક્રમનું</w:t>
            </w:r>
            <w:r w:rsidRPr="009608E8">
              <w:rPr>
                <w:b/>
                <w:sz w:val="18"/>
                <w:szCs w:val="18"/>
              </w:rPr>
              <w:t xml:space="preserve"> </w:t>
            </w:r>
            <w:r w:rsidRPr="009608E8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નામ</w:t>
            </w:r>
          </w:p>
        </w:tc>
        <w:tc>
          <w:tcPr>
            <w:tcW w:w="2160" w:type="dxa"/>
          </w:tcPr>
          <w:p w14:paraId="6B20ACA3" w14:textId="77777777" w:rsidR="00F37DAD" w:rsidRPr="009608E8" w:rsidRDefault="00F37DAD" w:rsidP="009608E8">
            <w:pPr>
              <w:jc w:val="center"/>
              <w:rPr>
                <w:sz w:val="18"/>
                <w:szCs w:val="18"/>
              </w:rPr>
            </w:pPr>
            <w:r w:rsidRPr="009608E8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સહયોગ</w:t>
            </w:r>
            <w:r w:rsidRPr="009608E8">
              <w:rPr>
                <w:b/>
                <w:sz w:val="18"/>
                <w:szCs w:val="18"/>
              </w:rPr>
              <w:t xml:space="preserve"> </w:t>
            </w:r>
            <w:r w:rsidRPr="009608E8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આપનાર</w:t>
            </w:r>
            <w:r w:rsidRPr="009608E8">
              <w:rPr>
                <w:b/>
                <w:sz w:val="18"/>
                <w:szCs w:val="18"/>
              </w:rPr>
              <w:t xml:space="preserve"> </w:t>
            </w:r>
            <w:r w:rsidRPr="009608E8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સમુદાય</w:t>
            </w:r>
            <w:r w:rsidRPr="009608E8">
              <w:rPr>
                <w:b/>
                <w:sz w:val="18"/>
                <w:szCs w:val="18"/>
              </w:rPr>
              <w:t xml:space="preserve"> / </w:t>
            </w:r>
            <w:r w:rsidRPr="009608E8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દાતાનું</w:t>
            </w:r>
            <w:r w:rsidRPr="009608E8">
              <w:rPr>
                <w:b/>
                <w:sz w:val="18"/>
                <w:szCs w:val="18"/>
              </w:rPr>
              <w:t xml:space="preserve"> </w:t>
            </w:r>
            <w:r w:rsidRPr="009608E8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નામ</w:t>
            </w:r>
          </w:p>
        </w:tc>
        <w:tc>
          <w:tcPr>
            <w:tcW w:w="2984" w:type="dxa"/>
          </w:tcPr>
          <w:p w14:paraId="5F8BDA81" w14:textId="77777777" w:rsidR="00F37DAD" w:rsidRPr="009608E8" w:rsidRDefault="00F37DAD" w:rsidP="009608E8">
            <w:pPr>
              <w:jc w:val="center"/>
              <w:rPr>
                <w:sz w:val="18"/>
                <w:szCs w:val="18"/>
              </w:rPr>
            </w:pPr>
            <w:r w:rsidRPr="009608E8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વિદ્યાર્થીઓને</w:t>
            </w:r>
            <w:r w:rsidRPr="009608E8">
              <w:rPr>
                <w:b/>
                <w:sz w:val="18"/>
                <w:szCs w:val="18"/>
              </w:rPr>
              <w:t xml:space="preserve"> </w:t>
            </w:r>
            <w:r w:rsidRPr="009608E8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થયેલ</w:t>
            </w:r>
            <w:r w:rsidRPr="009608E8">
              <w:rPr>
                <w:b/>
                <w:sz w:val="18"/>
                <w:szCs w:val="18"/>
              </w:rPr>
              <w:t xml:space="preserve"> </w:t>
            </w:r>
            <w:r w:rsidRPr="009608E8">
              <w:rPr>
                <w:rFonts w:cs="Shruti"/>
                <w:b/>
                <w:bCs/>
                <w:sz w:val="18"/>
                <w:szCs w:val="18"/>
                <w:cs/>
                <w:lang w:bidi="gu-IN"/>
              </w:rPr>
              <w:t>લાભ</w:t>
            </w:r>
          </w:p>
        </w:tc>
      </w:tr>
      <w:tr w:rsidR="00F37DAD" w:rsidRPr="009608E8" w14:paraId="099964F6" w14:textId="77777777" w:rsidTr="00C27F23">
        <w:tc>
          <w:tcPr>
            <w:tcW w:w="675" w:type="dxa"/>
          </w:tcPr>
          <w:p w14:paraId="2B1B80A5" w14:textId="77777777" w:rsidR="00F37DAD" w:rsidRPr="009608E8" w:rsidRDefault="00F37DAD" w:rsidP="009608E8">
            <w:pPr>
              <w:jc w:val="center"/>
              <w:rPr>
                <w:sz w:val="18"/>
                <w:szCs w:val="18"/>
              </w:rPr>
            </w:pPr>
            <w:r w:rsidRPr="009608E8">
              <w:rPr>
                <w:rFonts w:cs="Shruti"/>
                <w:sz w:val="18"/>
                <w:szCs w:val="18"/>
                <w:cs/>
                <w:lang w:bidi="gu-IN"/>
              </w:rPr>
              <w:t>૧</w:t>
            </w:r>
          </w:p>
        </w:tc>
        <w:tc>
          <w:tcPr>
            <w:tcW w:w="3645" w:type="dxa"/>
          </w:tcPr>
          <w:p w14:paraId="59230A57" w14:textId="77777777" w:rsidR="00F37DAD" w:rsidRPr="009608E8" w:rsidRDefault="00F37DAD" w:rsidP="00F37DAD">
            <w:pPr>
              <w:rPr>
                <w:sz w:val="18"/>
                <w:szCs w:val="18"/>
              </w:rPr>
            </w:pPr>
            <w:r w:rsidRPr="009608E8">
              <w:rPr>
                <w:rFonts w:cs="Shruti"/>
                <w:sz w:val="18"/>
                <w:szCs w:val="18"/>
                <w:cs/>
                <w:lang w:bidi="gu-IN"/>
              </w:rPr>
              <w:t>અતિથિ</w:t>
            </w:r>
            <w:r w:rsidRPr="009608E8">
              <w:rPr>
                <w:sz w:val="18"/>
                <w:szCs w:val="18"/>
              </w:rPr>
              <w:t xml:space="preserve"> </w:t>
            </w:r>
            <w:r w:rsidRPr="009608E8">
              <w:rPr>
                <w:rFonts w:cs="Shruti"/>
                <w:sz w:val="18"/>
                <w:szCs w:val="18"/>
                <w:cs/>
                <w:lang w:bidi="gu-IN"/>
              </w:rPr>
              <w:t>વક્તા</w:t>
            </w:r>
            <w:r w:rsidRPr="009608E8">
              <w:rPr>
                <w:sz w:val="18"/>
                <w:szCs w:val="18"/>
              </w:rPr>
              <w:t xml:space="preserve"> </w:t>
            </w:r>
            <w:r w:rsidRPr="009608E8">
              <w:rPr>
                <w:rFonts w:cs="Shruti"/>
                <w:sz w:val="18"/>
                <w:szCs w:val="18"/>
                <w:cs/>
                <w:lang w:bidi="gu-IN"/>
              </w:rPr>
              <w:t>અને</w:t>
            </w:r>
            <w:r w:rsidRPr="009608E8">
              <w:rPr>
                <w:sz w:val="18"/>
                <w:szCs w:val="18"/>
              </w:rPr>
              <w:t xml:space="preserve"> </w:t>
            </w:r>
            <w:r w:rsidRPr="009608E8">
              <w:rPr>
                <w:rFonts w:cs="Shruti"/>
                <w:sz w:val="18"/>
                <w:szCs w:val="18"/>
                <w:cs/>
                <w:lang w:bidi="gu-IN"/>
              </w:rPr>
              <w:t>પ્રેરણાત્મક</w:t>
            </w:r>
            <w:r w:rsidRPr="009608E8">
              <w:rPr>
                <w:sz w:val="18"/>
                <w:szCs w:val="18"/>
              </w:rPr>
              <w:t xml:space="preserve"> </w:t>
            </w:r>
            <w:r w:rsidRPr="009608E8">
              <w:rPr>
                <w:rFonts w:cs="Shruti"/>
                <w:sz w:val="18"/>
                <w:szCs w:val="18"/>
                <w:cs/>
                <w:lang w:bidi="gu-IN"/>
              </w:rPr>
              <w:t>સત્ર</w:t>
            </w:r>
          </w:p>
        </w:tc>
        <w:tc>
          <w:tcPr>
            <w:tcW w:w="2160" w:type="dxa"/>
          </w:tcPr>
          <w:p w14:paraId="305081A0" w14:textId="77777777" w:rsidR="00F37DAD" w:rsidRPr="009608E8" w:rsidRDefault="00F37DAD" w:rsidP="00F37DAD">
            <w:pPr>
              <w:rPr>
                <w:sz w:val="18"/>
                <w:szCs w:val="18"/>
              </w:rPr>
            </w:pPr>
            <w:r w:rsidRPr="009608E8">
              <w:rPr>
                <w:rFonts w:cs="Shruti"/>
                <w:sz w:val="18"/>
                <w:szCs w:val="18"/>
                <w:cs/>
                <w:lang w:bidi="gu-IN"/>
              </w:rPr>
              <w:t>ગ્રામીણ</w:t>
            </w:r>
            <w:r w:rsidRPr="009608E8">
              <w:rPr>
                <w:sz w:val="18"/>
                <w:szCs w:val="18"/>
              </w:rPr>
              <w:t xml:space="preserve"> </w:t>
            </w:r>
            <w:r w:rsidRPr="009608E8">
              <w:rPr>
                <w:rFonts w:cs="Shruti"/>
                <w:sz w:val="18"/>
                <w:szCs w:val="18"/>
                <w:cs/>
                <w:lang w:bidi="gu-IN"/>
              </w:rPr>
              <w:t>તજજ્ઞો</w:t>
            </w:r>
            <w:r w:rsidRPr="009608E8">
              <w:rPr>
                <w:sz w:val="18"/>
                <w:szCs w:val="18"/>
              </w:rPr>
              <w:t xml:space="preserve"> / </w:t>
            </w:r>
            <w:r w:rsidRPr="009608E8">
              <w:rPr>
                <w:rFonts w:cs="Shruti"/>
                <w:sz w:val="18"/>
                <w:szCs w:val="18"/>
                <w:cs/>
                <w:lang w:bidi="gu-IN"/>
              </w:rPr>
              <w:t>અગ્રણીઓ</w:t>
            </w:r>
          </w:p>
        </w:tc>
        <w:tc>
          <w:tcPr>
            <w:tcW w:w="2984" w:type="dxa"/>
          </w:tcPr>
          <w:p w14:paraId="1B899EAF" w14:textId="77777777" w:rsidR="00F37DAD" w:rsidRPr="009608E8" w:rsidRDefault="00F37DAD" w:rsidP="00F37DAD">
            <w:pPr>
              <w:rPr>
                <w:sz w:val="18"/>
                <w:szCs w:val="18"/>
              </w:rPr>
            </w:pPr>
            <w:r w:rsidRPr="009608E8">
              <w:rPr>
                <w:rFonts w:cs="Shruti"/>
                <w:sz w:val="18"/>
                <w:szCs w:val="18"/>
                <w:cs/>
                <w:lang w:bidi="gu-IN"/>
              </w:rPr>
              <w:t>નૈતિક</w:t>
            </w:r>
            <w:r w:rsidRPr="009608E8">
              <w:rPr>
                <w:sz w:val="18"/>
                <w:szCs w:val="18"/>
              </w:rPr>
              <w:t xml:space="preserve"> </w:t>
            </w:r>
            <w:r w:rsidRPr="009608E8">
              <w:rPr>
                <w:rFonts w:cs="Shruti"/>
                <w:sz w:val="18"/>
                <w:szCs w:val="18"/>
                <w:cs/>
                <w:lang w:bidi="gu-IN"/>
              </w:rPr>
              <w:t>મૂલ્યો</w:t>
            </w:r>
            <w:r w:rsidRPr="009608E8">
              <w:rPr>
                <w:sz w:val="18"/>
                <w:szCs w:val="18"/>
              </w:rPr>
              <w:t xml:space="preserve"> </w:t>
            </w:r>
            <w:r w:rsidRPr="009608E8">
              <w:rPr>
                <w:rFonts w:cs="Shruti"/>
                <w:sz w:val="18"/>
                <w:szCs w:val="18"/>
                <w:cs/>
                <w:lang w:bidi="gu-IN"/>
              </w:rPr>
              <w:t>અને</w:t>
            </w:r>
            <w:r w:rsidRPr="009608E8">
              <w:rPr>
                <w:sz w:val="18"/>
                <w:szCs w:val="18"/>
              </w:rPr>
              <w:t xml:space="preserve"> </w:t>
            </w:r>
            <w:r w:rsidRPr="009608E8">
              <w:rPr>
                <w:rFonts w:cs="Shruti"/>
                <w:sz w:val="18"/>
                <w:szCs w:val="18"/>
                <w:cs/>
                <w:lang w:bidi="gu-IN"/>
              </w:rPr>
              <w:t>પ્રેરણા</w:t>
            </w:r>
            <w:r w:rsidRPr="009608E8">
              <w:rPr>
                <w:sz w:val="18"/>
                <w:szCs w:val="18"/>
              </w:rPr>
              <w:t xml:space="preserve"> </w:t>
            </w:r>
            <w:r w:rsidRPr="009608E8">
              <w:rPr>
                <w:rFonts w:cs="Shruti"/>
                <w:sz w:val="18"/>
                <w:szCs w:val="18"/>
                <w:cs/>
                <w:lang w:bidi="gu-IN"/>
              </w:rPr>
              <w:t>પ્રાપ્ત</w:t>
            </w:r>
            <w:r w:rsidRPr="009608E8">
              <w:rPr>
                <w:sz w:val="18"/>
                <w:szCs w:val="18"/>
              </w:rPr>
              <w:t xml:space="preserve"> </w:t>
            </w:r>
            <w:r w:rsidRPr="009608E8">
              <w:rPr>
                <w:rFonts w:cs="Shruti"/>
                <w:sz w:val="18"/>
                <w:szCs w:val="18"/>
                <w:cs/>
                <w:lang w:bidi="gu-IN"/>
              </w:rPr>
              <w:t>થઈ</w:t>
            </w:r>
            <w:r w:rsidRPr="009608E8">
              <w:rPr>
                <w:sz w:val="18"/>
                <w:szCs w:val="18"/>
              </w:rPr>
              <w:t>.</w:t>
            </w:r>
          </w:p>
        </w:tc>
      </w:tr>
      <w:tr w:rsidR="00F37DAD" w:rsidRPr="009608E8" w14:paraId="3099DAD5" w14:textId="77777777" w:rsidTr="00C27F23">
        <w:tc>
          <w:tcPr>
            <w:tcW w:w="675" w:type="dxa"/>
          </w:tcPr>
          <w:p w14:paraId="5CC2EC7C" w14:textId="77777777" w:rsidR="00F37DAD" w:rsidRPr="009608E8" w:rsidRDefault="00F37DAD" w:rsidP="009608E8">
            <w:pPr>
              <w:jc w:val="center"/>
              <w:rPr>
                <w:sz w:val="18"/>
                <w:szCs w:val="18"/>
              </w:rPr>
            </w:pPr>
            <w:r w:rsidRPr="009608E8">
              <w:rPr>
                <w:rFonts w:cs="Shruti"/>
                <w:sz w:val="18"/>
                <w:szCs w:val="18"/>
                <w:cs/>
                <w:lang w:bidi="gu-IN"/>
              </w:rPr>
              <w:t>૨</w:t>
            </w:r>
          </w:p>
        </w:tc>
        <w:tc>
          <w:tcPr>
            <w:tcW w:w="3645" w:type="dxa"/>
          </w:tcPr>
          <w:p w14:paraId="3CF736F3" w14:textId="77777777" w:rsidR="00F37DAD" w:rsidRPr="009608E8" w:rsidRDefault="00F37DAD" w:rsidP="00F37DAD">
            <w:pPr>
              <w:rPr>
                <w:sz w:val="18"/>
                <w:szCs w:val="18"/>
              </w:rPr>
            </w:pPr>
            <w:r w:rsidRPr="009608E8">
              <w:rPr>
                <w:rFonts w:cs="Shruti"/>
                <w:sz w:val="18"/>
                <w:szCs w:val="18"/>
                <w:cs/>
                <w:lang w:bidi="gu-IN"/>
              </w:rPr>
              <w:t>હસ્તકળા</w:t>
            </w:r>
            <w:r w:rsidRPr="009608E8">
              <w:rPr>
                <w:sz w:val="18"/>
                <w:szCs w:val="18"/>
              </w:rPr>
              <w:t xml:space="preserve"> </w:t>
            </w:r>
            <w:r w:rsidRPr="009608E8">
              <w:rPr>
                <w:rFonts w:cs="Shruti"/>
                <w:sz w:val="18"/>
                <w:szCs w:val="18"/>
                <w:cs/>
                <w:lang w:bidi="gu-IN"/>
              </w:rPr>
              <w:t>અને</w:t>
            </w:r>
            <w:r w:rsidRPr="009608E8">
              <w:rPr>
                <w:sz w:val="18"/>
                <w:szCs w:val="18"/>
              </w:rPr>
              <w:t xml:space="preserve"> </w:t>
            </w:r>
            <w:r w:rsidRPr="009608E8">
              <w:rPr>
                <w:rFonts w:cs="Shruti"/>
                <w:sz w:val="18"/>
                <w:szCs w:val="18"/>
                <w:cs/>
                <w:lang w:bidi="gu-IN"/>
              </w:rPr>
              <w:t>કૌશલ્ય</w:t>
            </w:r>
            <w:r w:rsidRPr="009608E8">
              <w:rPr>
                <w:sz w:val="18"/>
                <w:szCs w:val="18"/>
              </w:rPr>
              <w:t xml:space="preserve"> </w:t>
            </w:r>
            <w:r w:rsidRPr="009608E8">
              <w:rPr>
                <w:rFonts w:cs="Shruti"/>
                <w:sz w:val="18"/>
                <w:szCs w:val="18"/>
                <w:cs/>
                <w:lang w:bidi="gu-IN"/>
              </w:rPr>
              <w:t>તાલીમ</w:t>
            </w:r>
            <w:r w:rsidRPr="009608E8">
              <w:rPr>
                <w:sz w:val="18"/>
                <w:szCs w:val="18"/>
              </w:rPr>
              <w:t xml:space="preserve"> </w:t>
            </w:r>
            <w:r w:rsidRPr="009608E8">
              <w:rPr>
                <w:rFonts w:cs="Shruti"/>
                <w:sz w:val="18"/>
                <w:szCs w:val="18"/>
                <w:cs/>
                <w:lang w:bidi="gu-IN"/>
              </w:rPr>
              <w:t>શિબિર</w:t>
            </w:r>
          </w:p>
        </w:tc>
        <w:tc>
          <w:tcPr>
            <w:tcW w:w="2160" w:type="dxa"/>
          </w:tcPr>
          <w:p w14:paraId="7303E350" w14:textId="77777777" w:rsidR="00F37DAD" w:rsidRPr="009608E8" w:rsidRDefault="00F37DAD" w:rsidP="00F37DAD">
            <w:pPr>
              <w:rPr>
                <w:sz w:val="18"/>
                <w:szCs w:val="18"/>
              </w:rPr>
            </w:pPr>
            <w:r w:rsidRPr="009608E8">
              <w:rPr>
                <w:rFonts w:cs="Shruti"/>
                <w:sz w:val="18"/>
                <w:szCs w:val="18"/>
                <w:cs/>
                <w:lang w:bidi="gu-IN"/>
              </w:rPr>
              <w:t>સ્થાનિક</w:t>
            </w:r>
            <w:r w:rsidRPr="009608E8">
              <w:rPr>
                <w:sz w:val="18"/>
                <w:szCs w:val="18"/>
              </w:rPr>
              <w:t xml:space="preserve"> </w:t>
            </w:r>
            <w:r w:rsidRPr="009608E8">
              <w:rPr>
                <w:rFonts w:cs="Shruti"/>
                <w:sz w:val="18"/>
                <w:szCs w:val="18"/>
                <w:cs/>
                <w:lang w:bidi="gu-IN"/>
              </w:rPr>
              <w:t>કુશળ</w:t>
            </w:r>
            <w:r w:rsidRPr="009608E8">
              <w:rPr>
                <w:sz w:val="18"/>
                <w:szCs w:val="18"/>
              </w:rPr>
              <w:t xml:space="preserve"> </w:t>
            </w:r>
            <w:r w:rsidRPr="009608E8">
              <w:rPr>
                <w:rFonts w:cs="Shruti"/>
                <w:sz w:val="18"/>
                <w:szCs w:val="18"/>
                <w:cs/>
                <w:lang w:bidi="gu-IN"/>
              </w:rPr>
              <w:t>કારીગરો</w:t>
            </w:r>
          </w:p>
        </w:tc>
        <w:tc>
          <w:tcPr>
            <w:tcW w:w="2984" w:type="dxa"/>
          </w:tcPr>
          <w:p w14:paraId="7734687F" w14:textId="70E8572F" w:rsidR="00F37DAD" w:rsidRPr="009608E8" w:rsidRDefault="00F37DAD" w:rsidP="00F37DAD">
            <w:pPr>
              <w:rPr>
                <w:sz w:val="18"/>
                <w:szCs w:val="18"/>
              </w:rPr>
            </w:pPr>
            <w:r w:rsidRPr="009608E8">
              <w:rPr>
                <w:rFonts w:cs="Shruti"/>
                <w:sz w:val="18"/>
                <w:szCs w:val="18"/>
                <w:cs/>
                <w:lang w:bidi="gu-IN"/>
              </w:rPr>
              <w:t>વિદ્યાર્થીઓમાં</w:t>
            </w:r>
            <w:r w:rsidRPr="009608E8">
              <w:rPr>
                <w:sz w:val="18"/>
                <w:szCs w:val="18"/>
              </w:rPr>
              <w:t xml:space="preserve"> </w:t>
            </w:r>
            <w:r w:rsidR="00A937D2">
              <w:rPr>
                <w:rFonts w:cs="Shruti" w:hint="cs"/>
                <w:sz w:val="18"/>
                <w:szCs w:val="18"/>
                <w:cs/>
                <w:lang w:bidi="gu-IN"/>
              </w:rPr>
              <w:t>સર્જના</w:t>
            </w:r>
            <w:r w:rsidRPr="009608E8">
              <w:rPr>
                <w:rFonts w:cs="Shruti"/>
                <w:sz w:val="18"/>
                <w:szCs w:val="18"/>
                <w:cs/>
                <w:lang w:bidi="gu-IN"/>
              </w:rPr>
              <w:t>ત્મક</w:t>
            </w:r>
            <w:r w:rsidRPr="009608E8">
              <w:rPr>
                <w:sz w:val="18"/>
                <w:szCs w:val="18"/>
              </w:rPr>
              <w:t xml:space="preserve"> </w:t>
            </w:r>
            <w:r w:rsidRPr="009608E8">
              <w:rPr>
                <w:rFonts w:cs="Shruti"/>
                <w:sz w:val="18"/>
                <w:szCs w:val="18"/>
                <w:cs/>
                <w:lang w:bidi="gu-IN"/>
              </w:rPr>
              <w:t>કૌશલ્ય</w:t>
            </w:r>
            <w:r w:rsidRPr="009608E8">
              <w:rPr>
                <w:sz w:val="18"/>
                <w:szCs w:val="18"/>
              </w:rPr>
              <w:t xml:space="preserve"> </w:t>
            </w:r>
            <w:r w:rsidRPr="009608E8">
              <w:rPr>
                <w:rFonts w:cs="Shruti"/>
                <w:sz w:val="18"/>
                <w:szCs w:val="18"/>
                <w:cs/>
                <w:lang w:bidi="gu-IN"/>
              </w:rPr>
              <w:t>વિકસ્યું</w:t>
            </w:r>
            <w:r w:rsidRPr="009608E8">
              <w:rPr>
                <w:sz w:val="18"/>
                <w:szCs w:val="18"/>
              </w:rPr>
              <w:t>.</w:t>
            </w:r>
          </w:p>
        </w:tc>
      </w:tr>
      <w:tr w:rsidR="00F37DAD" w:rsidRPr="009608E8" w14:paraId="217407C4" w14:textId="77777777" w:rsidTr="00C27F23">
        <w:tc>
          <w:tcPr>
            <w:tcW w:w="675" w:type="dxa"/>
          </w:tcPr>
          <w:p w14:paraId="196CD940" w14:textId="77777777" w:rsidR="00F37DAD" w:rsidRPr="009608E8" w:rsidRDefault="00F37DAD" w:rsidP="009608E8">
            <w:pPr>
              <w:jc w:val="center"/>
              <w:rPr>
                <w:sz w:val="18"/>
                <w:szCs w:val="18"/>
              </w:rPr>
            </w:pPr>
            <w:r w:rsidRPr="009608E8">
              <w:rPr>
                <w:rFonts w:cs="Shruti"/>
                <w:sz w:val="18"/>
                <w:szCs w:val="18"/>
                <w:cs/>
                <w:lang w:bidi="gu-IN"/>
              </w:rPr>
              <w:t>૩</w:t>
            </w:r>
          </w:p>
        </w:tc>
        <w:tc>
          <w:tcPr>
            <w:tcW w:w="3645" w:type="dxa"/>
          </w:tcPr>
          <w:p w14:paraId="7FD724BE" w14:textId="77777777" w:rsidR="00F37DAD" w:rsidRPr="009608E8" w:rsidRDefault="00F37DAD" w:rsidP="00F37DAD">
            <w:pPr>
              <w:rPr>
                <w:sz w:val="18"/>
                <w:szCs w:val="18"/>
              </w:rPr>
            </w:pPr>
            <w:r w:rsidRPr="009608E8">
              <w:rPr>
                <w:rFonts w:cs="Shruti"/>
                <w:sz w:val="18"/>
                <w:szCs w:val="18"/>
                <w:cs/>
                <w:lang w:bidi="gu-IN"/>
              </w:rPr>
              <w:t>શૈક્ષણિક</w:t>
            </w:r>
            <w:r w:rsidRPr="009608E8">
              <w:rPr>
                <w:sz w:val="18"/>
                <w:szCs w:val="18"/>
              </w:rPr>
              <w:t xml:space="preserve"> </w:t>
            </w:r>
            <w:r w:rsidRPr="009608E8">
              <w:rPr>
                <w:rFonts w:cs="Shruti"/>
                <w:sz w:val="18"/>
                <w:szCs w:val="18"/>
                <w:cs/>
                <w:lang w:bidi="gu-IN"/>
              </w:rPr>
              <w:t>સામગ્રી</w:t>
            </w:r>
            <w:r w:rsidRPr="009608E8">
              <w:rPr>
                <w:sz w:val="18"/>
                <w:szCs w:val="18"/>
              </w:rPr>
              <w:t xml:space="preserve"> </w:t>
            </w:r>
            <w:r w:rsidRPr="009608E8">
              <w:rPr>
                <w:rFonts w:cs="Shruti"/>
                <w:sz w:val="18"/>
                <w:szCs w:val="18"/>
                <w:cs/>
                <w:lang w:bidi="gu-IN"/>
              </w:rPr>
              <w:t>અને</w:t>
            </w:r>
            <w:r w:rsidRPr="009608E8">
              <w:rPr>
                <w:sz w:val="18"/>
                <w:szCs w:val="18"/>
              </w:rPr>
              <w:t xml:space="preserve"> </w:t>
            </w:r>
            <w:r w:rsidRPr="009608E8">
              <w:rPr>
                <w:rFonts w:cs="Shruti"/>
                <w:sz w:val="18"/>
                <w:szCs w:val="18"/>
                <w:cs/>
                <w:lang w:bidi="gu-IN"/>
              </w:rPr>
              <w:t>પુસ્તક</w:t>
            </w:r>
            <w:r w:rsidRPr="009608E8">
              <w:rPr>
                <w:sz w:val="18"/>
                <w:szCs w:val="18"/>
              </w:rPr>
              <w:t xml:space="preserve"> </w:t>
            </w:r>
            <w:r w:rsidRPr="009608E8">
              <w:rPr>
                <w:rFonts w:cs="Shruti"/>
                <w:sz w:val="18"/>
                <w:szCs w:val="18"/>
                <w:cs/>
                <w:lang w:bidi="gu-IN"/>
              </w:rPr>
              <w:t>વિતરણ</w:t>
            </w:r>
          </w:p>
        </w:tc>
        <w:tc>
          <w:tcPr>
            <w:tcW w:w="2160" w:type="dxa"/>
          </w:tcPr>
          <w:p w14:paraId="7BA98B93" w14:textId="77777777" w:rsidR="00F37DAD" w:rsidRPr="009608E8" w:rsidRDefault="00F37DAD" w:rsidP="00F37DAD">
            <w:pPr>
              <w:rPr>
                <w:sz w:val="18"/>
                <w:szCs w:val="18"/>
              </w:rPr>
            </w:pPr>
            <w:r w:rsidRPr="009608E8">
              <w:rPr>
                <w:rFonts w:cs="Shruti"/>
                <w:sz w:val="18"/>
                <w:szCs w:val="18"/>
                <w:cs/>
                <w:lang w:bidi="gu-IN"/>
              </w:rPr>
              <w:t>સ્થાનિક</w:t>
            </w:r>
            <w:r w:rsidRPr="009608E8">
              <w:rPr>
                <w:sz w:val="18"/>
                <w:szCs w:val="18"/>
              </w:rPr>
              <w:t xml:space="preserve"> </w:t>
            </w:r>
            <w:r w:rsidRPr="009608E8">
              <w:rPr>
                <w:rFonts w:cs="Shruti"/>
                <w:sz w:val="18"/>
                <w:szCs w:val="18"/>
                <w:cs/>
                <w:lang w:bidi="gu-IN"/>
              </w:rPr>
              <w:t>દાતાઓ</w:t>
            </w:r>
            <w:r w:rsidRPr="009608E8">
              <w:rPr>
                <w:sz w:val="18"/>
                <w:szCs w:val="18"/>
              </w:rPr>
              <w:t xml:space="preserve"> / </w:t>
            </w:r>
            <w:r w:rsidRPr="009608E8">
              <w:rPr>
                <w:rFonts w:cs="Shruti"/>
                <w:sz w:val="18"/>
                <w:szCs w:val="18"/>
                <w:cs/>
                <w:lang w:bidi="gu-IN"/>
              </w:rPr>
              <w:t>વાલીમંડળ</w:t>
            </w:r>
          </w:p>
        </w:tc>
        <w:tc>
          <w:tcPr>
            <w:tcW w:w="2984" w:type="dxa"/>
          </w:tcPr>
          <w:p w14:paraId="325C7EAA" w14:textId="77777777" w:rsidR="00F37DAD" w:rsidRPr="009608E8" w:rsidRDefault="00F37DAD" w:rsidP="00F37DAD">
            <w:pPr>
              <w:rPr>
                <w:sz w:val="18"/>
                <w:szCs w:val="18"/>
              </w:rPr>
            </w:pPr>
            <w:r w:rsidRPr="009608E8">
              <w:rPr>
                <w:rFonts w:cs="Shruti"/>
                <w:sz w:val="18"/>
                <w:szCs w:val="18"/>
                <w:cs/>
                <w:lang w:bidi="gu-IN"/>
              </w:rPr>
              <w:t>વાચન</w:t>
            </w:r>
            <w:r w:rsidRPr="009608E8">
              <w:rPr>
                <w:sz w:val="18"/>
                <w:szCs w:val="18"/>
              </w:rPr>
              <w:t xml:space="preserve"> </w:t>
            </w:r>
            <w:r w:rsidRPr="009608E8">
              <w:rPr>
                <w:rFonts w:cs="Shruti"/>
                <w:sz w:val="18"/>
                <w:szCs w:val="18"/>
                <w:cs/>
                <w:lang w:bidi="gu-IN"/>
              </w:rPr>
              <w:t>અને</w:t>
            </w:r>
            <w:r w:rsidRPr="009608E8">
              <w:rPr>
                <w:sz w:val="18"/>
                <w:szCs w:val="18"/>
              </w:rPr>
              <w:t xml:space="preserve"> </w:t>
            </w:r>
            <w:r w:rsidRPr="009608E8">
              <w:rPr>
                <w:rFonts w:cs="Shruti"/>
                <w:sz w:val="18"/>
                <w:szCs w:val="18"/>
                <w:cs/>
                <w:lang w:bidi="gu-IN"/>
              </w:rPr>
              <w:t>અધ્યયન</w:t>
            </w:r>
            <w:r w:rsidRPr="009608E8">
              <w:rPr>
                <w:sz w:val="18"/>
                <w:szCs w:val="18"/>
              </w:rPr>
              <w:t xml:space="preserve"> </w:t>
            </w:r>
            <w:r w:rsidRPr="009608E8">
              <w:rPr>
                <w:rFonts w:cs="Shruti"/>
                <w:sz w:val="18"/>
                <w:szCs w:val="18"/>
                <w:cs/>
                <w:lang w:bidi="gu-IN"/>
              </w:rPr>
              <w:t>રુચિમાં</w:t>
            </w:r>
            <w:r w:rsidRPr="009608E8">
              <w:rPr>
                <w:sz w:val="18"/>
                <w:szCs w:val="18"/>
              </w:rPr>
              <w:t xml:space="preserve"> </w:t>
            </w:r>
            <w:r w:rsidRPr="009608E8">
              <w:rPr>
                <w:rFonts w:cs="Shruti"/>
                <w:sz w:val="18"/>
                <w:szCs w:val="18"/>
                <w:cs/>
                <w:lang w:bidi="gu-IN"/>
              </w:rPr>
              <w:t>વધારો</w:t>
            </w:r>
            <w:r w:rsidRPr="009608E8">
              <w:rPr>
                <w:sz w:val="18"/>
                <w:szCs w:val="18"/>
              </w:rPr>
              <w:t xml:space="preserve"> </w:t>
            </w:r>
            <w:r w:rsidRPr="009608E8">
              <w:rPr>
                <w:rFonts w:cs="Shruti"/>
                <w:sz w:val="18"/>
                <w:szCs w:val="18"/>
                <w:cs/>
                <w:lang w:bidi="gu-IN"/>
              </w:rPr>
              <w:t>થયો</w:t>
            </w:r>
            <w:r w:rsidRPr="009608E8">
              <w:rPr>
                <w:sz w:val="18"/>
                <w:szCs w:val="18"/>
              </w:rPr>
              <w:t>.</w:t>
            </w:r>
          </w:p>
        </w:tc>
      </w:tr>
      <w:tr w:rsidR="00F37DAD" w:rsidRPr="009608E8" w14:paraId="76D639CE" w14:textId="77777777" w:rsidTr="00C27F23">
        <w:tc>
          <w:tcPr>
            <w:tcW w:w="675" w:type="dxa"/>
          </w:tcPr>
          <w:p w14:paraId="7B5AB308" w14:textId="77777777" w:rsidR="00F37DAD" w:rsidRPr="009608E8" w:rsidRDefault="00F37DAD" w:rsidP="009608E8">
            <w:pPr>
              <w:jc w:val="center"/>
              <w:rPr>
                <w:sz w:val="18"/>
                <w:szCs w:val="18"/>
              </w:rPr>
            </w:pPr>
            <w:r w:rsidRPr="009608E8">
              <w:rPr>
                <w:rFonts w:cs="Shruti"/>
                <w:sz w:val="18"/>
                <w:szCs w:val="18"/>
                <w:cs/>
                <w:lang w:bidi="gu-IN"/>
              </w:rPr>
              <w:t>૪</w:t>
            </w:r>
          </w:p>
        </w:tc>
        <w:tc>
          <w:tcPr>
            <w:tcW w:w="3645" w:type="dxa"/>
          </w:tcPr>
          <w:p w14:paraId="61932906" w14:textId="77777777" w:rsidR="00F37DAD" w:rsidRPr="009608E8" w:rsidRDefault="00F37DAD" w:rsidP="00F37DAD">
            <w:pPr>
              <w:rPr>
                <w:sz w:val="18"/>
                <w:szCs w:val="18"/>
              </w:rPr>
            </w:pPr>
            <w:r w:rsidRPr="009608E8">
              <w:rPr>
                <w:rFonts w:cs="Shruti"/>
                <w:sz w:val="18"/>
                <w:szCs w:val="18"/>
                <w:cs/>
                <w:lang w:bidi="gu-IN"/>
              </w:rPr>
              <w:t>આરોગ્ય</w:t>
            </w:r>
            <w:r w:rsidRPr="009608E8">
              <w:rPr>
                <w:sz w:val="18"/>
                <w:szCs w:val="18"/>
              </w:rPr>
              <w:t xml:space="preserve"> </w:t>
            </w:r>
            <w:r w:rsidRPr="009608E8">
              <w:rPr>
                <w:rFonts w:cs="Shruti"/>
                <w:sz w:val="18"/>
                <w:szCs w:val="18"/>
                <w:cs/>
                <w:lang w:bidi="gu-IN"/>
              </w:rPr>
              <w:t>અને</w:t>
            </w:r>
            <w:r w:rsidRPr="009608E8">
              <w:rPr>
                <w:sz w:val="18"/>
                <w:szCs w:val="18"/>
              </w:rPr>
              <w:t xml:space="preserve"> </w:t>
            </w:r>
            <w:r w:rsidRPr="009608E8">
              <w:rPr>
                <w:rFonts w:cs="Shruti"/>
                <w:sz w:val="18"/>
                <w:szCs w:val="18"/>
                <w:cs/>
                <w:lang w:bidi="gu-IN"/>
              </w:rPr>
              <w:t>સ્વચ્છતા</w:t>
            </w:r>
            <w:r w:rsidRPr="009608E8">
              <w:rPr>
                <w:sz w:val="18"/>
                <w:szCs w:val="18"/>
              </w:rPr>
              <w:t xml:space="preserve"> </w:t>
            </w:r>
            <w:r w:rsidRPr="009608E8">
              <w:rPr>
                <w:rFonts w:cs="Shruti"/>
                <w:sz w:val="18"/>
                <w:szCs w:val="18"/>
                <w:cs/>
                <w:lang w:bidi="gu-IN"/>
              </w:rPr>
              <w:t>જાગૃતિ</w:t>
            </w:r>
            <w:r w:rsidRPr="009608E8">
              <w:rPr>
                <w:sz w:val="18"/>
                <w:szCs w:val="18"/>
              </w:rPr>
              <w:t xml:space="preserve"> </w:t>
            </w:r>
            <w:r w:rsidRPr="009608E8">
              <w:rPr>
                <w:rFonts w:cs="Shruti"/>
                <w:sz w:val="18"/>
                <w:szCs w:val="18"/>
                <w:cs/>
                <w:lang w:bidi="gu-IN"/>
              </w:rPr>
              <w:t>શિબિર</w:t>
            </w:r>
          </w:p>
        </w:tc>
        <w:tc>
          <w:tcPr>
            <w:tcW w:w="2160" w:type="dxa"/>
          </w:tcPr>
          <w:p w14:paraId="6599B367" w14:textId="77777777" w:rsidR="00F37DAD" w:rsidRPr="009608E8" w:rsidRDefault="00F37DAD" w:rsidP="00F37DAD">
            <w:pPr>
              <w:rPr>
                <w:sz w:val="18"/>
                <w:szCs w:val="18"/>
              </w:rPr>
            </w:pPr>
            <w:r w:rsidRPr="009608E8">
              <w:rPr>
                <w:sz w:val="18"/>
                <w:szCs w:val="18"/>
              </w:rPr>
              <w:t xml:space="preserve">PHC </w:t>
            </w:r>
            <w:r w:rsidRPr="009608E8">
              <w:rPr>
                <w:rFonts w:cs="Shruti"/>
                <w:sz w:val="18"/>
                <w:szCs w:val="18"/>
                <w:cs/>
                <w:lang w:bidi="gu-IN"/>
              </w:rPr>
              <w:t>ટીમ</w:t>
            </w:r>
            <w:r w:rsidRPr="009608E8">
              <w:rPr>
                <w:sz w:val="18"/>
                <w:szCs w:val="18"/>
              </w:rPr>
              <w:t xml:space="preserve"> </w:t>
            </w:r>
            <w:r w:rsidRPr="009608E8">
              <w:rPr>
                <w:rFonts w:cs="Shruti"/>
                <w:sz w:val="18"/>
                <w:szCs w:val="18"/>
                <w:cs/>
                <w:lang w:bidi="gu-IN"/>
              </w:rPr>
              <w:t>અને</w:t>
            </w:r>
            <w:r w:rsidRPr="009608E8">
              <w:rPr>
                <w:sz w:val="18"/>
                <w:szCs w:val="18"/>
              </w:rPr>
              <w:t xml:space="preserve"> </w:t>
            </w:r>
            <w:r w:rsidRPr="009608E8">
              <w:rPr>
                <w:rFonts w:cs="Shruti"/>
                <w:sz w:val="18"/>
                <w:szCs w:val="18"/>
                <w:cs/>
                <w:lang w:bidi="gu-IN"/>
              </w:rPr>
              <w:t>ગામ</w:t>
            </w:r>
            <w:r w:rsidRPr="009608E8">
              <w:rPr>
                <w:sz w:val="18"/>
                <w:szCs w:val="18"/>
              </w:rPr>
              <w:t xml:space="preserve"> </w:t>
            </w:r>
            <w:r w:rsidRPr="009608E8">
              <w:rPr>
                <w:rFonts w:cs="Shruti"/>
                <w:sz w:val="18"/>
                <w:szCs w:val="18"/>
                <w:cs/>
                <w:lang w:bidi="gu-IN"/>
              </w:rPr>
              <w:t>પંચાયત</w:t>
            </w:r>
          </w:p>
        </w:tc>
        <w:tc>
          <w:tcPr>
            <w:tcW w:w="2984" w:type="dxa"/>
          </w:tcPr>
          <w:p w14:paraId="548469A8" w14:textId="77777777" w:rsidR="00F37DAD" w:rsidRPr="009608E8" w:rsidRDefault="00F37DAD" w:rsidP="00F37DAD">
            <w:pPr>
              <w:rPr>
                <w:sz w:val="18"/>
                <w:szCs w:val="18"/>
              </w:rPr>
            </w:pPr>
            <w:r w:rsidRPr="009608E8">
              <w:rPr>
                <w:rFonts w:cs="Shruti"/>
                <w:sz w:val="18"/>
                <w:szCs w:val="18"/>
                <w:cs/>
                <w:lang w:bidi="gu-IN"/>
              </w:rPr>
              <w:t>આરોગ્ય</w:t>
            </w:r>
            <w:r w:rsidRPr="009608E8">
              <w:rPr>
                <w:sz w:val="18"/>
                <w:szCs w:val="18"/>
              </w:rPr>
              <w:t xml:space="preserve"> </w:t>
            </w:r>
            <w:r w:rsidRPr="009608E8">
              <w:rPr>
                <w:rFonts w:cs="Shruti"/>
                <w:sz w:val="18"/>
                <w:szCs w:val="18"/>
                <w:cs/>
                <w:lang w:bidi="gu-IN"/>
              </w:rPr>
              <w:t>અને</w:t>
            </w:r>
            <w:r w:rsidRPr="009608E8">
              <w:rPr>
                <w:sz w:val="18"/>
                <w:szCs w:val="18"/>
              </w:rPr>
              <w:t xml:space="preserve"> </w:t>
            </w:r>
            <w:r w:rsidRPr="009608E8">
              <w:rPr>
                <w:rFonts w:cs="Shruti"/>
                <w:sz w:val="18"/>
                <w:szCs w:val="18"/>
                <w:cs/>
                <w:lang w:bidi="gu-IN"/>
              </w:rPr>
              <w:t>હાઇજીન</w:t>
            </w:r>
            <w:r w:rsidRPr="009608E8">
              <w:rPr>
                <w:sz w:val="18"/>
                <w:szCs w:val="18"/>
              </w:rPr>
              <w:t xml:space="preserve"> </w:t>
            </w:r>
            <w:r w:rsidRPr="009608E8">
              <w:rPr>
                <w:rFonts w:cs="Shruti"/>
                <w:sz w:val="18"/>
                <w:szCs w:val="18"/>
                <w:cs/>
                <w:lang w:bidi="gu-IN"/>
              </w:rPr>
              <w:t>પ્રત્યે</w:t>
            </w:r>
            <w:r w:rsidRPr="009608E8">
              <w:rPr>
                <w:sz w:val="18"/>
                <w:szCs w:val="18"/>
              </w:rPr>
              <w:t xml:space="preserve"> </w:t>
            </w:r>
            <w:r w:rsidRPr="009608E8">
              <w:rPr>
                <w:rFonts w:cs="Shruti"/>
                <w:sz w:val="18"/>
                <w:szCs w:val="18"/>
                <w:cs/>
                <w:lang w:bidi="gu-IN"/>
              </w:rPr>
              <w:t>જાગૃતિ</w:t>
            </w:r>
            <w:r w:rsidRPr="009608E8">
              <w:rPr>
                <w:sz w:val="18"/>
                <w:szCs w:val="18"/>
              </w:rPr>
              <w:t xml:space="preserve"> </w:t>
            </w:r>
            <w:r w:rsidRPr="009608E8">
              <w:rPr>
                <w:rFonts w:cs="Shruti"/>
                <w:sz w:val="18"/>
                <w:szCs w:val="18"/>
                <w:cs/>
                <w:lang w:bidi="gu-IN"/>
              </w:rPr>
              <w:t>આવી</w:t>
            </w:r>
            <w:r w:rsidRPr="009608E8">
              <w:rPr>
                <w:sz w:val="18"/>
                <w:szCs w:val="18"/>
              </w:rPr>
              <w:t>.</w:t>
            </w:r>
          </w:p>
        </w:tc>
      </w:tr>
    </w:tbl>
    <w:p w14:paraId="137483A2" w14:textId="77777777" w:rsidR="00F37DAD" w:rsidRPr="009608E8" w:rsidRDefault="00F37DAD" w:rsidP="00F37DAD">
      <w:pPr>
        <w:rPr>
          <w:rFonts w:cs="Shruti"/>
          <w:sz w:val="18"/>
          <w:szCs w:val="18"/>
          <w:lang w:bidi="gu-IN"/>
        </w:rPr>
      </w:pPr>
    </w:p>
    <w:p w14:paraId="77EA91A0" w14:textId="77777777" w:rsidR="00F37DAD" w:rsidRPr="009608E8" w:rsidRDefault="00F37DAD" w:rsidP="00F37DAD">
      <w:pPr>
        <w:rPr>
          <w:rFonts w:cs="Shruti"/>
          <w:sz w:val="18"/>
          <w:szCs w:val="18"/>
          <w:cs/>
          <w:lang w:bidi="gu-IN"/>
        </w:rPr>
      </w:pPr>
      <w:r w:rsidRPr="009608E8">
        <w:rPr>
          <w:rFonts w:cs="Shruti"/>
          <w:b/>
          <w:bCs/>
          <w:sz w:val="18"/>
          <w:szCs w:val="18"/>
          <w:cs/>
          <w:lang w:bidi="gu-IN"/>
        </w:rPr>
        <w:t>નિષ્કર્ષ</w:t>
      </w:r>
      <w:r w:rsidRPr="009608E8">
        <w:rPr>
          <w:b/>
          <w:sz w:val="18"/>
          <w:szCs w:val="18"/>
        </w:rPr>
        <w:t xml:space="preserve">: </w:t>
      </w:r>
      <w:r w:rsidRPr="009608E8">
        <w:rPr>
          <w:rFonts w:cs="Shruti"/>
          <w:b/>
          <w:bCs/>
          <w:sz w:val="18"/>
          <w:szCs w:val="18"/>
          <w:cs/>
          <w:lang w:bidi="gu-IN"/>
        </w:rPr>
        <w:t>સમુદાયના</w:t>
      </w:r>
      <w:r w:rsidRPr="009608E8">
        <w:rPr>
          <w:b/>
          <w:sz w:val="18"/>
          <w:szCs w:val="18"/>
        </w:rPr>
        <w:t xml:space="preserve"> </w:t>
      </w:r>
      <w:r w:rsidRPr="009608E8">
        <w:rPr>
          <w:rFonts w:cs="Shruti"/>
          <w:b/>
          <w:bCs/>
          <w:sz w:val="18"/>
          <w:szCs w:val="18"/>
          <w:cs/>
          <w:lang w:bidi="gu-IN"/>
        </w:rPr>
        <w:t>આ</w:t>
      </w:r>
      <w:r w:rsidRPr="009608E8">
        <w:rPr>
          <w:b/>
          <w:sz w:val="18"/>
          <w:szCs w:val="18"/>
        </w:rPr>
        <w:t xml:space="preserve"> </w:t>
      </w:r>
      <w:r w:rsidRPr="009608E8">
        <w:rPr>
          <w:rFonts w:cs="Shruti"/>
          <w:b/>
          <w:bCs/>
          <w:sz w:val="18"/>
          <w:szCs w:val="18"/>
          <w:cs/>
          <w:lang w:bidi="gu-IN"/>
        </w:rPr>
        <w:t>સક્રિય</w:t>
      </w:r>
      <w:r w:rsidRPr="009608E8">
        <w:rPr>
          <w:b/>
          <w:sz w:val="18"/>
          <w:szCs w:val="18"/>
        </w:rPr>
        <w:t xml:space="preserve"> </w:t>
      </w:r>
      <w:r w:rsidRPr="009608E8">
        <w:rPr>
          <w:rFonts w:cs="Shruti"/>
          <w:b/>
          <w:bCs/>
          <w:sz w:val="18"/>
          <w:szCs w:val="18"/>
          <w:cs/>
          <w:lang w:bidi="gu-IN"/>
        </w:rPr>
        <w:t>સહયોગ</w:t>
      </w:r>
      <w:r w:rsidRPr="009608E8">
        <w:rPr>
          <w:b/>
          <w:sz w:val="18"/>
          <w:szCs w:val="18"/>
        </w:rPr>
        <w:t xml:space="preserve"> </w:t>
      </w:r>
      <w:r w:rsidRPr="009608E8">
        <w:rPr>
          <w:rFonts w:cs="Shruti"/>
          <w:b/>
          <w:bCs/>
          <w:sz w:val="18"/>
          <w:szCs w:val="18"/>
          <w:cs/>
          <w:lang w:bidi="gu-IN"/>
        </w:rPr>
        <w:t>અને</w:t>
      </w:r>
      <w:r w:rsidRPr="009608E8">
        <w:rPr>
          <w:b/>
          <w:sz w:val="18"/>
          <w:szCs w:val="18"/>
        </w:rPr>
        <w:t xml:space="preserve"> </w:t>
      </w:r>
      <w:r w:rsidRPr="009608E8">
        <w:rPr>
          <w:rFonts w:cs="Shruti"/>
          <w:b/>
          <w:bCs/>
          <w:sz w:val="18"/>
          <w:szCs w:val="18"/>
          <w:cs/>
          <w:lang w:bidi="gu-IN"/>
        </w:rPr>
        <w:t>સહભાગિતાથી</w:t>
      </w:r>
      <w:r w:rsidRPr="009608E8">
        <w:rPr>
          <w:b/>
          <w:sz w:val="18"/>
          <w:szCs w:val="18"/>
        </w:rPr>
        <w:t xml:space="preserve"> </w:t>
      </w:r>
      <w:r w:rsidRPr="009608E8">
        <w:rPr>
          <w:rFonts w:cs="Shruti"/>
          <w:b/>
          <w:bCs/>
          <w:sz w:val="18"/>
          <w:szCs w:val="18"/>
          <w:cs/>
          <w:lang w:bidi="gu-IN"/>
        </w:rPr>
        <w:t>વિદ્યાર્થીઓના</w:t>
      </w:r>
      <w:r w:rsidRPr="009608E8">
        <w:rPr>
          <w:b/>
          <w:sz w:val="18"/>
          <w:szCs w:val="18"/>
        </w:rPr>
        <w:t xml:space="preserve"> </w:t>
      </w:r>
      <w:r w:rsidRPr="009608E8">
        <w:rPr>
          <w:rFonts w:cs="Shruti"/>
          <w:b/>
          <w:bCs/>
          <w:sz w:val="18"/>
          <w:szCs w:val="18"/>
          <w:cs/>
          <w:lang w:bidi="gu-IN"/>
        </w:rPr>
        <w:t>જ્ઞાન</w:t>
      </w:r>
      <w:r w:rsidRPr="009608E8">
        <w:rPr>
          <w:b/>
          <w:sz w:val="18"/>
          <w:szCs w:val="18"/>
        </w:rPr>
        <w:t xml:space="preserve">, </w:t>
      </w:r>
      <w:r w:rsidRPr="009608E8">
        <w:rPr>
          <w:rFonts w:cs="Shruti"/>
          <w:b/>
          <w:bCs/>
          <w:sz w:val="18"/>
          <w:szCs w:val="18"/>
          <w:cs/>
          <w:lang w:bidi="gu-IN"/>
        </w:rPr>
        <w:t>કૌશલ્યો</w:t>
      </w:r>
      <w:r w:rsidRPr="009608E8">
        <w:rPr>
          <w:b/>
          <w:sz w:val="18"/>
          <w:szCs w:val="18"/>
        </w:rPr>
        <w:t xml:space="preserve"> </w:t>
      </w:r>
      <w:r w:rsidRPr="009608E8">
        <w:rPr>
          <w:rFonts w:cs="Shruti"/>
          <w:b/>
          <w:bCs/>
          <w:sz w:val="18"/>
          <w:szCs w:val="18"/>
          <w:cs/>
          <w:lang w:bidi="gu-IN"/>
        </w:rPr>
        <w:t>અને</w:t>
      </w:r>
      <w:r w:rsidRPr="009608E8">
        <w:rPr>
          <w:b/>
          <w:sz w:val="18"/>
          <w:szCs w:val="18"/>
        </w:rPr>
        <w:t xml:space="preserve"> </w:t>
      </w:r>
      <w:r w:rsidRPr="009608E8">
        <w:rPr>
          <w:rFonts w:cs="Shruti"/>
          <w:b/>
          <w:bCs/>
          <w:sz w:val="18"/>
          <w:szCs w:val="18"/>
          <w:cs/>
          <w:lang w:bidi="gu-IN"/>
        </w:rPr>
        <w:t>આત્મવિશ્વાસમાં</w:t>
      </w:r>
      <w:r w:rsidRPr="009608E8">
        <w:rPr>
          <w:b/>
          <w:sz w:val="18"/>
          <w:szCs w:val="18"/>
        </w:rPr>
        <w:t xml:space="preserve"> </w:t>
      </w:r>
      <w:r w:rsidRPr="009608E8">
        <w:rPr>
          <w:rFonts w:cs="Shruti"/>
          <w:b/>
          <w:bCs/>
          <w:sz w:val="18"/>
          <w:szCs w:val="18"/>
          <w:cs/>
          <w:lang w:bidi="gu-IN"/>
        </w:rPr>
        <w:t>નોંધપાત્ર</w:t>
      </w:r>
      <w:r w:rsidRPr="009608E8">
        <w:rPr>
          <w:b/>
          <w:sz w:val="18"/>
          <w:szCs w:val="18"/>
        </w:rPr>
        <w:t xml:space="preserve"> </w:t>
      </w:r>
      <w:r w:rsidRPr="009608E8">
        <w:rPr>
          <w:rFonts w:cs="Shruti"/>
          <w:b/>
          <w:bCs/>
          <w:sz w:val="18"/>
          <w:szCs w:val="18"/>
          <w:cs/>
          <w:lang w:bidi="gu-IN"/>
        </w:rPr>
        <w:t>વૃદ્ધિ</w:t>
      </w:r>
      <w:r w:rsidRPr="009608E8">
        <w:rPr>
          <w:b/>
          <w:sz w:val="18"/>
          <w:szCs w:val="18"/>
        </w:rPr>
        <w:t xml:space="preserve"> </w:t>
      </w:r>
      <w:r w:rsidRPr="009608E8">
        <w:rPr>
          <w:rFonts w:cs="Shruti"/>
          <w:b/>
          <w:bCs/>
          <w:sz w:val="18"/>
          <w:szCs w:val="18"/>
          <w:cs/>
          <w:lang w:bidi="gu-IN"/>
        </w:rPr>
        <w:t>થઈ</w:t>
      </w:r>
      <w:r w:rsidRPr="009608E8">
        <w:rPr>
          <w:b/>
          <w:sz w:val="18"/>
          <w:szCs w:val="18"/>
        </w:rPr>
        <w:t xml:space="preserve"> </w:t>
      </w:r>
      <w:r w:rsidRPr="009608E8">
        <w:rPr>
          <w:rFonts w:cs="Shruti"/>
          <w:b/>
          <w:bCs/>
          <w:sz w:val="18"/>
          <w:szCs w:val="18"/>
          <w:cs/>
          <w:lang w:bidi="gu-IN"/>
        </w:rPr>
        <w:t>છે</w:t>
      </w:r>
      <w:r w:rsidRPr="009608E8">
        <w:rPr>
          <w:b/>
          <w:sz w:val="18"/>
          <w:szCs w:val="18"/>
        </w:rPr>
        <w:t xml:space="preserve">, </w:t>
      </w:r>
      <w:r w:rsidRPr="009608E8">
        <w:rPr>
          <w:rFonts w:cs="Shruti"/>
          <w:b/>
          <w:bCs/>
          <w:sz w:val="18"/>
          <w:szCs w:val="18"/>
          <w:cs/>
          <w:lang w:bidi="gu-IN"/>
        </w:rPr>
        <w:t>જે</w:t>
      </w:r>
      <w:r w:rsidRPr="009608E8">
        <w:rPr>
          <w:b/>
          <w:sz w:val="18"/>
          <w:szCs w:val="18"/>
        </w:rPr>
        <w:t xml:space="preserve"> </w:t>
      </w:r>
      <w:r w:rsidRPr="009608E8">
        <w:rPr>
          <w:rFonts w:cs="Shruti"/>
          <w:b/>
          <w:bCs/>
          <w:sz w:val="18"/>
          <w:szCs w:val="18"/>
          <w:cs/>
          <w:lang w:bidi="gu-IN"/>
        </w:rPr>
        <w:t>શાળાના</w:t>
      </w:r>
      <w:r w:rsidRPr="009608E8">
        <w:rPr>
          <w:b/>
          <w:sz w:val="18"/>
          <w:szCs w:val="18"/>
        </w:rPr>
        <w:t xml:space="preserve"> </w:t>
      </w:r>
      <w:r w:rsidRPr="009608E8">
        <w:rPr>
          <w:rFonts w:cs="Shruti"/>
          <w:b/>
          <w:bCs/>
          <w:sz w:val="18"/>
          <w:szCs w:val="18"/>
          <w:cs/>
          <w:lang w:bidi="gu-IN"/>
        </w:rPr>
        <w:t>શૈક્ષણિક</w:t>
      </w:r>
      <w:r w:rsidRPr="009608E8">
        <w:rPr>
          <w:b/>
          <w:sz w:val="18"/>
          <w:szCs w:val="18"/>
        </w:rPr>
        <w:t xml:space="preserve"> </w:t>
      </w:r>
      <w:r w:rsidRPr="009608E8">
        <w:rPr>
          <w:rFonts w:cs="Shruti"/>
          <w:b/>
          <w:bCs/>
          <w:sz w:val="18"/>
          <w:szCs w:val="18"/>
          <w:cs/>
          <w:lang w:bidi="gu-IN"/>
        </w:rPr>
        <w:t>સ્તરને</w:t>
      </w:r>
      <w:r w:rsidRPr="009608E8">
        <w:rPr>
          <w:b/>
          <w:sz w:val="18"/>
          <w:szCs w:val="18"/>
        </w:rPr>
        <w:t xml:space="preserve"> </w:t>
      </w:r>
      <w:r w:rsidRPr="009608E8">
        <w:rPr>
          <w:rFonts w:cs="Shruti"/>
          <w:b/>
          <w:bCs/>
          <w:sz w:val="18"/>
          <w:szCs w:val="18"/>
          <w:cs/>
          <w:lang w:bidi="gu-IN"/>
        </w:rPr>
        <w:t>વધુ</w:t>
      </w:r>
      <w:r w:rsidRPr="009608E8">
        <w:rPr>
          <w:b/>
          <w:sz w:val="18"/>
          <w:szCs w:val="18"/>
        </w:rPr>
        <w:t xml:space="preserve"> </w:t>
      </w:r>
      <w:r w:rsidRPr="009608E8">
        <w:rPr>
          <w:rFonts w:cs="Shruti"/>
          <w:b/>
          <w:bCs/>
          <w:sz w:val="18"/>
          <w:szCs w:val="18"/>
          <w:cs/>
          <w:lang w:bidi="gu-IN"/>
        </w:rPr>
        <w:t>ઉંચા</w:t>
      </w:r>
      <w:r w:rsidRPr="009608E8">
        <w:rPr>
          <w:b/>
          <w:sz w:val="18"/>
          <w:szCs w:val="18"/>
        </w:rPr>
        <w:t xml:space="preserve"> </w:t>
      </w:r>
      <w:r w:rsidRPr="009608E8">
        <w:rPr>
          <w:rFonts w:cs="Times New Roman"/>
          <w:b/>
          <w:bCs/>
          <w:sz w:val="18"/>
          <w:szCs w:val="18"/>
          <w:rtl/>
        </w:rPr>
        <w:t>لے</w:t>
      </w:r>
      <w:r w:rsidRPr="009608E8">
        <w:rPr>
          <w:b/>
          <w:sz w:val="18"/>
          <w:szCs w:val="18"/>
        </w:rPr>
        <w:t xml:space="preserve"> </w:t>
      </w:r>
      <w:r w:rsidRPr="009608E8">
        <w:rPr>
          <w:rFonts w:cs="Shruti"/>
          <w:b/>
          <w:bCs/>
          <w:sz w:val="18"/>
          <w:szCs w:val="18"/>
          <w:cs/>
          <w:lang w:bidi="gu-IN"/>
        </w:rPr>
        <w:t>ગઈ</w:t>
      </w:r>
      <w:r w:rsidRPr="009608E8">
        <w:rPr>
          <w:b/>
          <w:sz w:val="18"/>
          <w:szCs w:val="18"/>
        </w:rPr>
        <w:t xml:space="preserve"> </w:t>
      </w:r>
      <w:r w:rsidRPr="009608E8">
        <w:rPr>
          <w:rFonts w:cs="Shruti"/>
          <w:b/>
          <w:bCs/>
          <w:sz w:val="18"/>
          <w:szCs w:val="18"/>
          <w:cs/>
          <w:lang w:bidi="gu-IN"/>
        </w:rPr>
        <w:t>છે</w:t>
      </w:r>
      <w:r w:rsidRPr="009608E8">
        <w:rPr>
          <w:b/>
          <w:sz w:val="18"/>
          <w:szCs w:val="18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F37DAD" w14:paraId="34BEB2DE" w14:textId="77777777" w:rsidTr="00F37DAD">
        <w:tc>
          <w:tcPr>
            <w:tcW w:w="4320" w:type="dxa"/>
          </w:tcPr>
          <w:p w14:paraId="7CE194AB" w14:textId="77777777" w:rsidR="00F37DAD" w:rsidRDefault="00F37DAD" w:rsidP="00F37DAD">
            <w:r>
              <w:t xml:space="preserve">SMC </w:t>
            </w:r>
            <w:r>
              <w:rPr>
                <w:rFonts w:cs="Shruti"/>
                <w:cs/>
                <w:lang w:bidi="gu-IN"/>
              </w:rPr>
              <w:t>અધ્યક્ષ</w:t>
            </w:r>
            <w:r>
              <w:t xml:space="preserve"> / </w:t>
            </w:r>
            <w:r>
              <w:rPr>
                <w:rFonts w:cs="Shruti"/>
                <w:cs/>
                <w:lang w:bidi="gu-IN"/>
              </w:rPr>
              <w:t>વાલી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પ્રતિનિધિની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સહી</w:t>
            </w:r>
            <w:r>
              <w:br/>
            </w:r>
            <w:r>
              <w:br/>
              <w:t>______________________</w:t>
            </w:r>
          </w:p>
        </w:tc>
        <w:tc>
          <w:tcPr>
            <w:tcW w:w="4320" w:type="dxa"/>
          </w:tcPr>
          <w:p w14:paraId="75115389" w14:textId="58F952AC" w:rsidR="00F37DAD" w:rsidRPr="00533175" w:rsidRDefault="00F37DAD" w:rsidP="009608E8">
            <w:pPr>
              <w:jc w:val="right"/>
              <w:rPr>
                <w:rFonts w:cs="Shruti"/>
              </w:rPr>
            </w:pPr>
            <w:r>
              <w:rPr>
                <w:rFonts w:cs="Shruti"/>
                <w:cs/>
                <w:lang w:bidi="gu-IN"/>
              </w:rPr>
              <w:t>આચાર્યશ્રીની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સહી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અને</w:t>
            </w:r>
            <w:r>
              <w:t xml:space="preserve"> </w:t>
            </w:r>
            <w:r>
              <w:rPr>
                <w:rFonts w:cs="Shruti"/>
                <w:cs/>
                <w:lang w:bidi="gu-IN"/>
              </w:rPr>
              <w:t>સિક્કો</w:t>
            </w:r>
            <w:r>
              <w:br/>
              <w:t>______________________</w:t>
            </w:r>
            <w:r>
              <w:br/>
            </w:r>
            <w:r>
              <w:rPr>
                <w:rFonts w:cs="Shruti"/>
                <w:cs/>
                <w:lang w:bidi="gu-IN"/>
              </w:rPr>
              <w:t>સ્થળ</w:t>
            </w:r>
            <w:r>
              <w:t>:</w:t>
            </w:r>
            <w:r w:rsidR="00F56B31">
              <w:rPr>
                <w:rFonts w:cs="Shruti" w:hint="cs"/>
                <w:cs/>
                <w:lang w:bidi="gu-IN"/>
              </w:rPr>
              <w:t xml:space="preserve"> </w:t>
            </w:r>
            <w:r w:rsidR="008E13CA">
              <w:rPr>
                <w:rFonts w:cs="Shruti" w:hint="cs"/>
                <w:cs/>
                <w:lang w:bidi="gu-IN"/>
              </w:rPr>
              <w:t xml:space="preserve">ઢાંકણ્રીયાવાસ પ્રાથમિક શાળા </w:t>
            </w:r>
          </w:p>
        </w:tc>
      </w:tr>
    </w:tbl>
    <w:p w14:paraId="12E0D17B" w14:textId="77777777" w:rsidR="00F37DAD" w:rsidRDefault="00F37DAD" w:rsidP="00F37DAD">
      <w:pPr>
        <w:rPr>
          <w:rFonts w:cs="Shruti"/>
          <w:lang w:bidi="gu-IN"/>
        </w:rPr>
      </w:pPr>
    </w:p>
    <w:p w14:paraId="55D12590" w14:textId="77777777" w:rsidR="009608E8" w:rsidRPr="009608E8" w:rsidRDefault="009608E8" w:rsidP="00F37DAD">
      <w:pPr>
        <w:rPr>
          <w:rFonts w:cs="Shruti"/>
          <w:lang w:bidi="gu-IN"/>
        </w:rPr>
      </w:pPr>
    </w:p>
    <w:p w14:paraId="539AE2E6" w14:textId="77777777" w:rsidR="004504B1" w:rsidRPr="004504B1" w:rsidRDefault="004504B1" w:rsidP="004504B1">
      <w:pPr>
        <w:rPr>
          <w:sz w:val="18"/>
          <w:szCs w:val="18"/>
        </w:rPr>
      </w:pPr>
    </w:p>
    <w:p w14:paraId="677BD59F" w14:textId="6F7F5A0C" w:rsidR="002E5B96" w:rsidRDefault="002546D1" w:rsidP="0003495A">
      <w:pPr>
        <w:spacing w:after="0" w:line="240" w:lineRule="auto"/>
        <w:rPr>
          <w:rFonts w:cs="Shruti"/>
          <w:b/>
          <w:u w:val="single"/>
          <w:lang w:val="en-IN" w:bidi="gu-IN"/>
        </w:rPr>
      </w:pPr>
      <w:r>
        <w:rPr>
          <w:rFonts w:cs="Shruti" w:hint="cs"/>
          <w:sz w:val="28"/>
          <w:szCs w:val="28"/>
          <w:u w:val="single"/>
          <w:cs/>
          <w:lang w:bidi="gu-IN"/>
        </w:rPr>
        <w:t>ઢાંકણ્રીયાવાસ પ્રાથમિક શાળા તા- લાખણી જિલ્લો - વાવ-થરાદ ડાયસ કોડ: 24021300207</w:t>
      </w:r>
    </w:p>
    <w:p w14:paraId="5C96B993" w14:textId="77777777" w:rsidR="008C39F1" w:rsidRDefault="008C39F1" w:rsidP="008C39F1">
      <w:pPr>
        <w:pStyle w:val="Heading1"/>
      </w:pPr>
      <w:r>
        <w:rPr>
          <w:rFonts w:cs="Shruti"/>
          <w:cs/>
          <w:lang w:bidi="gu-IN"/>
        </w:rPr>
        <w:t>પૂર્વ</w:t>
      </w:r>
      <w:r>
        <w:t xml:space="preserve"> </w:t>
      </w:r>
      <w:r>
        <w:rPr>
          <w:rFonts w:cs="Shruti"/>
          <w:cs/>
          <w:lang w:bidi="gu-IN"/>
        </w:rPr>
        <w:t>વિદ્યાર્થી</w:t>
      </w:r>
      <w:r>
        <w:t xml:space="preserve"> </w:t>
      </w:r>
      <w:r>
        <w:rPr>
          <w:rFonts w:cs="Shruti"/>
          <w:cs/>
          <w:lang w:bidi="gu-IN"/>
        </w:rPr>
        <w:t>સંગઠન</w:t>
      </w:r>
      <w:r>
        <w:t xml:space="preserve"> (Alumni Association) </w:t>
      </w:r>
      <w:r>
        <w:rPr>
          <w:rFonts w:cs="Shruti"/>
          <w:cs/>
          <w:lang w:bidi="gu-IN"/>
        </w:rPr>
        <w:t>ની</w:t>
      </w:r>
      <w:r>
        <w:t xml:space="preserve"> </w:t>
      </w:r>
      <w:r>
        <w:rPr>
          <w:rFonts w:cs="Shruti"/>
          <w:cs/>
          <w:lang w:bidi="gu-IN"/>
        </w:rPr>
        <w:t>માહિતી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પ્રવૃત્તિઓનો</w:t>
      </w:r>
      <w:r>
        <w:t xml:space="preserve"> </w:t>
      </w:r>
      <w:r>
        <w:rPr>
          <w:rFonts w:cs="Shruti"/>
          <w:cs/>
          <w:lang w:bidi="gu-IN"/>
        </w:rPr>
        <w:t>અહેવાલ</w:t>
      </w:r>
    </w:p>
    <w:p w14:paraId="1D5A1EDC" w14:textId="51E184A8" w:rsidR="008C39F1" w:rsidRPr="008C39F1" w:rsidRDefault="008C39F1" w:rsidP="008C39F1">
      <w:pPr>
        <w:spacing w:after="0" w:line="240" w:lineRule="auto"/>
        <w:rPr>
          <w:rFonts w:cs="Shruti"/>
          <w:sz w:val="20"/>
          <w:szCs w:val="20"/>
          <w:lang w:bidi="gu-IN"/>
        </w:rPr>
      </w:pPr>
      <w:r w:rsidRPr="008C39F1">
        <w:rPr>
          <w:rFonts w:cs="Shruti"/>
          <w:sz w:val="20"/>
          <w:szCs w:val="20"/>
          <w:cs/>
          <w:lang w:bidi="gu-IN"/>
        </w:rPr>
        <w:t>શાળાના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ભૂતપૂર્વ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વિદ્યાર્થીઓ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શાળા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સાથે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જોડાયેલા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રહે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અને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શાળાના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વિકાસમાં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પોતાનું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યોગદાન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આપે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તે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હેતુથી</w:t>
      </w:r>
      <w:r w:rsidRPr="008C39F1">
        <w:rPr>
          <w:sz w:val="20"/>
          <w:szCs w:val="20"/>
        </w:rPr>
        <w:t xml:space="preserve"> SQAAF </w:t>
      </w:r>
      <w:r w:rsidRPr="008C39F1">
        <w:rPr>
          <w:rFonts w:cs="Shruti"/>
          <w:sz w:val="20"/>
          <w:szCs w:val="20"/>
          <w:cs/>
          <w:lang w:bidi="gu-IN"/>
        </w:rPr>
        <w:t>ગુણોત્સવ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૨</w:t>
      </w:r>
      <w:r w:rsidRPr="008C39F1">
        <w:rPr>
          <w:sz w:val="20"/>
          <w:szCs w:val="20"/>
        </w:rPr>
        <w:t>.</w:t>
      </w:r>
      <w:r w:rsidRPr="008C39F1">
        <w:rPr>
          <w:rFonts w:cs="Shruti"/>
          <w:sz w:val="20"/>
          <w:szCs w:val="20"/>
          <w:cs/>
          <w:lang w:bidi="gu-IN"/>
        </w:rPr>
        <w:t>૦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ના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માપદંડો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મુજબ</w:t>
      </w:r>
      <w:r w:rsidRPr="008C39F1">
        <w:rPr>
          <w:sz w:val="20"/>
          <w:szCs w:val="20"/>
        </w:rPr>
        <w:t xml:space="preserve"> </w:t>
      </w:r>
      <w:r w:rsidR="008E13CA">
        <w:rPr>
          <w:rFonts w:cs="Shruti" w:hint="cs"/>
          <w:sz w:val="20"/>
          <w:szCs w:val="20"/>
          <w:cs/>
          <w:lang w:bidi="gu-IN"/>
        </w:rPr>
        <w:t xml:space="preserve">ઢાંકણ્રીયાવાસ પ્રાથમિક શાળા </w:t>
      </w:r>
      <w:r w:rsidRPr="008C39F1">
        <w:rPr>
          <w:rFonts w:cs="Shruti"/>
          <w:sz w:val="20"/>
          <w:szCs w:val="20"/>
          <w:cs/>
          <w:lang w:bidi="gu-IN"/>
        </w:rPr>
        <w:t>માં</w:t>
      </w:r>
      <w:r w:rsidRPr="008C39F1">
        <w:rPr>
          <w:sz w:val="20"/>
          <w:szCs w:val="20"/>
        </w:rPr>
        <w:t xml:space="preserve"> "</w:t>
      </w:r>
      <w:r w:rsidRPr="008C39F1">
        <w:rPr>
          <w:rFonts w:cs="Shruti"/>
          <w:sz w:val="20"/>
          <w:szCs w:val="20"/>
          <w:cs/>
          <w:lang w:bidi="gu-IN"/>
        </w:rPr>
        <w:t>પૂર્વ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વિદ્યાર્થી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સંગઠન</w:t>
      </w:r>
      <w:r w:rsidRPr="008C39F1">
        <w:rPr>
          <w:sz w:val="20"/>
          <w:szCs w:val="20"/>
        </w:rPr>
        <w:t xml:space="preserve">" (Alumni Association) </w:t>
      </w:r>
      <w:r w:rsidRPr="008C39F1">
        <w:rPr>
          <w:rFonts w:cs="Shruti"/>
          <w:sz w:val="20"/>
          <w:szCs w:val="20"/>
          <w:cs/>
          <w:lang w:bidi="gu-IN"/>
        </w:rPr>
        <w:t>ની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રચના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કરવામાં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આવી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છે</w:t>
      </w:r>
      <w:r w:rsidRPr="008C39F1">
        <w:rPr>
          <w:sz w:val="20"/>
          <w:szCs w:val="20"/>
        </w:rPr>
        <w:t xml:space="preserve">. </w:t>
      </w:r>
      <w:r w:rsidRPr="008C39F1">
        <w:rPr>
          <w:rFonts w:cs="Shruti"/>
          <w:sz w:val="20"/>
          <w:szCs w:val="20"/>
          <w:cs/>
          <w:lang w:bidi="gu-IN"/>
        </w:rPr>
        <w:t>આ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સંગઠનની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માહિતી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અને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તેના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દ્વારા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થયેલ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પ્રવૃત્તિઓનો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અહેવાલ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નીચે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મુજબ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છે</w:t>
      </w:r>
      <w:r w:rsidRPr="008C39F1">
        <w:rPr>
          <w:sz w:val="20"/>
          <w:szCs w:val="20"/>
        </w:rPr>
        <w:t>:</w:t>
      </w:r>
    </w:p>
    <w:p w14:paraId="255EAB53" w14:textId="77777777" w:rsidR="008C39F1" w:rsidRPr="008C39F1" w:rsidRDefault="008C39F1" w:rsidP="008C39F1">
      <w:pPr>
        <w:pStyle w:val="Heading2"/>
        <w:spacing w:line="240" w:lineRule="auto"/>
        <w:rPr>
          <w:sz w:val="20"/>
          <w:szCs w:val="20"/>
        </w:rPr>
      </w:pPr>
      <w:r w:rsidRPr="008C39F1">
        <w:rPr>
          <w:rFonts w:cs="Shruti"/>
          <w:sz w:val="20"/>
          <w:szCs w:val="20"/>
          <w:cs/>
          <w:lang w:bidi="gu-IN"/>
        </w:rPr>
        <w:t>૧</w:t>
      </w:r>
      <w:r w:rsidRPr="008C39F1">
        <w:rPr>
          <w:sz w:val="20"/>
          <w:szCs w:val="20"/>
        </w:rPr>
        <w:t xml:space="preserve">. </w:t>
      </w:r>
      <w:r w:rsidRPr="008C39F1">
        <w:rPr>
          <w:rFonts w:cs="Shruti"/>
          <w:sz w:val="20"/>
          <w:szCs w:val="20"/>
          <w:cs/>
          <w:lang w:bidi="gu-IN"/>
        </w:rPr>
        <w:t>પૂર્વ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વિદ્યાર્થી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સંગઠનની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રચના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અને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માહિતી</w:t>
      </w:r>
      <w:r w:rsidRPr="008C39F1">
        <w:rPr>
          <w:sz w:val="20"/>
          <w:szCs w:val="20"/>
        </w:rPr>
        <w:t>:</w:t>
      </w:r>
    </w:p>
    <w:p w14:paraId="3BDF5AFB" w14:textId="61FC87F5" w:rsidR="008C39F1" w:rsidRPr="008C39F1" w:rsidRDefault="008C39F1" w:rsidP="008C39F1">
      <w:pPr>
        <w:pStyle w:val="ListBullet"/>
        <w:spacing w:after="0" w:line="240" w:lineRule="auto"/>
        <w:rPr>
          <w:sz w:val="20"/>
          <w:szCs w:val="20"/>
        </w:rPr>
      </w:pPr>
      <w:r w:rsidRPr="008C39F1">
        <w:rPr>
          <w:rFonts w:cs="Shruti"/>
          <w:sz w:val="20"/>
          <w:szCs w:val="20"/>
          <w:cs/>
          <w:lang w:bidi="gu-IN"/>
        </w:rPr>
        <w:t>સંગઠનનું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નામ</w:t>
      </w:r>
      <w:r w:rsidRPr="008C39F1">
        <w:rPr>
          <w:sz w:val="20"/>
          <w:szCs w:val="20"/>
        </w:rPr>
        <w:t xml:space="preserve">: </w:t>
      </w:r>
      <w:r w:rsidR="008E13CA">
        <w:rPr>
          <w:rFonts w:cs="Shruti" w:hint="cs"/>
          <w:sz w:val="20"/>
          <w:szCs w:val="20"/>
          <w:cs/>
          <w:lang w:bidi="gu-IN"/>
        </w:rPr>
        <w:t xml:space="preserve">ઢાંકણ્રીયાવાસ પ્રાથમિક શાળા 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પૂર્વ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વિદ્યાર્થી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મંડળ</w:t>
      </w:r>
    </w:p>
    <w:p w14:paraId="02B22222" w14:textId="77777777" w:rsidR="008C39F1" w:rsidRPr="008C39F1" w:rsidRDefault="008C39F1" w:rsidP="008C39F1">
      <w:pPr>
        <w:pStyle w:val="ListBullet"/>
        <w:spacing w:after="0" w:line="240" w:lineRule="auto"/>
        <w:rPr>
          <w:sz w:val="20"/>
          <w:szCs w:val="20"/>
        </w:rPr>
      </w:pPr>
      <w:r w:rsidRPr="008C39F1">
        <w:rPr>
          <w:rFonts w:cs="Shruti"/>
          <w:sz w:val="20"/>
          <w:szCs w:val="20"/>
          <w:cs/>
          <w:lang w:bidi="gu-IN"/>
        </w:rPr>
        <w:t>રચનાની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તારીખ</w:t>
      </w:r>
      <w:r w:rsidRPr="008C39F1">
        <w:rPr>
          <w:sz w:val="20"/>
          <w:szCs w:val="20"/>
        </w:rPr>
        <w:t xml:space="preserve">: </w:t>
      </w:r>
      <w:r w:rsidRPr="008C39F1">
        <w:rPr>
          <w:rFonts w:cs="Shruti"/>
          <w:sz w:val="20"/>
          <w:szCs w:val="20"/>
          <w:cs/>
          <w:lang w:bidi="gu-IN"/>
        </w:rPr>
        <w:t>શાળાના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સ્થાપના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દિન</w:t>
      </w:r>
      <w:r w:rsidRPr="008C39F1">
        <w:rPr>
          <w:sz w:val="20"/>
          <w:szCs w:val="20"/>
        </w:rPr>
        <w:t xml:space="preserve"> / </w:t>
      </w:r>
      <w:r w:rsidRPr="008C39F1">
        <w:rPr>
          <w:rFonts w:cs="Shruti"/>
          <w:sz w:val="20"/>
          <w:szCs w:val="20"/>
          <w:cs/>
          <w:lang w:bidi="gu-IN"/>
        </w:rPr>
        <w:t>વાર્ષિક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ઉત્સવ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નિમિત્તે</w:t>
      </w:r>
    </w:p>
    <w:p w14:paraId="06D428C1" w14:textId="77777777" w:rsidR="008C39F1" w:rsidRPr="008C39F1" w:rsidRDefault="008C39F1" w:rsidP="008C39F1">
      <w:pPr>
        <w:pStyle w:val="ListBullet"/>
        <w:spacing w:after="0" w:line="240" w:lineRule="auto"/>
        <w:rPr>
          <w:sz w:val="20"/>
          <w:szCs w:val="20"/>
        </w:rPr>
      </w:pPr>
      <w:r w:rsidRPr="008C39F1">
        <w:rPr>
          <w:rFonts w:cs="Shruti"/>
          <w:sz w:val="20"/>
          <w:szCs w:val="20"/>
          <w:cs/>
          <w:lang w:bidi="gu-IN"/>
        </w:rPr>
        <w:t>સંગઠનનો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મુખ્ય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હેતુ</w:t>
      </w:r>
      <w:r w:rsidRPr="008C39F1">
        <w:rPr>
          <w:sz w:val="20"/>
          <w:szCs w:val="20"/>
        </w:rPr>
        <w:t xml:space="preserve">: </w:t>
      </w:r>
      <w:r w:rsidRPr="008C39F1">
        <w:rPr>
          <w:rFonts w:cs="Shruti"/>
          <w:sz w:val="20"/>
          <w:szCs w:val="20"/>
          <w:cs/>
          <w:lang w:bidi="gu-IN"/>
        </w:rPr>
        <w:t>શાળાના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વર્તમાન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વિદ્યાર્થીઓને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શૈક્ષણિક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અને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આર્થિક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પ્રોત્સાહન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પૂરું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પાડવું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તેમજ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શાળાના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ભૌતિક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વિકાસમાં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સહયોગ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આપવો</w:t>
      </w:r>
      <w:r w:rsidRPr="008C39F1">
        <w:rPr>
          <w:sz w:val="20"/>
          <w:szCs w:val="20"/>
        </w:rPr>
        <w:t>.</w:t>
      </w:r>
    </w:p>
    <w:p w14:paraId="142C22A6" w14:textId="77777777" w:rsidR="008C39F1" w:rsidRPr="008C39F1" w:rsidRDefault="008C39F1" w:rsidP="008C39F1">
      <w:pPr>
        <w:pStyle w:val="Heading2"/>
        <w:spacing w:line="240" w:lineRule="auto"/>
        <w:rPr>
          <w:sz w:val="20"/>
          <w:szCs w:val="20"/>
        </w:rPr>
      </w:pPr>
      <w:r w:rsidRPr="008C39F1">
        <w:rPr>
          <w:rFonts w:cs="Shruti"/>
          <w:sz w:val="20"/>
          <w:szCs w:val="20"/>
          <w:cs/>
          <w:lang w:bidi="gu-IN"/>
        </w:rPr>
        <w:t>૨</w:t>
      </w:r>
      <w:r w:rsidRPr="008C39F1">
        <w:rPr>
          <w:sz w:val="20"/>
          <w:szCs w:val="20"/>
        </w:rPr>
        <w:t xml:space="preserve">. </w:t>
      </w:r>
      <w:r w:rsidRPr="008C39F1">
        <w:rPr>
          <w:rFonts w:cs="Shruti"/>
          <w:sz w:val="20"/>
          <w:szCs w:val="20"/>
          <w:cs/>
          <w:lang w:bidi="gu-IN"/>
        </w:rPr>
        <w:t>પૂર્વ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વિદ્યાર્થી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સંગઠન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દ્વારા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હાથ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ધરાયેલ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પ્રવૃત્તિઓ</w:t>
      </w:r>
      <w:r w:rsidRPr="008C39F1">
        <w:rPr>
          <w:sz w:val="20"/>
          <w:szCs w:val="20"/>
        </w:rPr>
        <w:t>:</w:t>
      </w:r>
    </w:p>
    <w:p w14:paraId="7C39FD0E" w14:textId="3117DD4F" w:rsidR="008C39F1" w:rsidRPr="008C39F1" w:rsidRDefault="008C39F1" w:rsidP="008C39F1">
      <w:pPr>
        <w:pStyle w:val="ListBullet"/>
        <w:spacing w:after="0" w:line="240" w:lineRule="auto"/>
        <w:rPr>
          <w:sz w:val="20"/>
          <w:szCs w:val="20"/>
        </w:rPr>
      </w:pPr>
      <w:r w:rsidRPr="008C39F1">
        <w:rPr>
          <w:rFonts w:cs="Shruti"/>
          <w:sz w:val="20"/>
          <w:szCs w:val="20"/>
          <w:cs/>
          <w:lang w:bidi="gu-IN"/>
        </w:rPr>
        <w:t>માર્ગદર્શન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અને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પ્રેરણા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સત્રો</w:t>
      </w:r>
      <w:r w:rsidRPr="008C39F1">
        <w:rPr>
          <w:sz w:val="20"/>
          <w:szCs w:val="20"/>
        </w:rPr>
        <w:t xml:space="preserve">: </w:t>
      </w:r>
      <w:r w:rsidRPr="008C39F1">
        <w:rPr>
          <w:rFonts w:cs="Shruti"/>
          <w:sz w:val="20"/>
          <w:szCs w:val="20"/>
          <w:cs/>
          <w:lang w:bidi="gu-IN"/>
        </w:rPr>
        <w:t>શાળામાંથી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અભ્યાસ</w:t>
      </w:r>
      <w:r w:rsidRPr="008C39F1">
        <w:rPr>
          <w:sz w:val="20"/>
          <w:szCs w:val="20"/>
        </w:rPr>
        <w:t xml:space="preserve">  </w:t>
      </w:r>
      <w:r w:rsidRPr="008C39F1">
        <w:rPr>
          <w:rFonts w:cs="Shruti"/>
          <w:sz w:val="20"/>
          <w:szCs w:val="20"/>
          <w:cs/>
          <w:lang w:bidi="gu-IN"/>
        </w:rPr>
        <w:t>કરી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ઉચ્ચ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હોદ્દા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પર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પહોંચેલા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કે</w:t>
      </w:r>
      <w:r>
        <w:rPr>
          <w:rFonts w:cs="Shruti"/>
          <w:sz w:val="20"/>
          <w:szCs w:val="20"/>
          <w:cs/>
          <w:lang w:bidi="gu-IN"/>
        </w:rPr>
        <w:t xml:space="preserve"> </w:t>
      </w:r>
      <w:r w:rsidRPr="008C39F1">
        <w:rPr>
          <w:sz w:val="20"/>
          <w:szCs w:val="20"/>
        </w:rPr>
        <w:t xml:space="preserve">higher education </w:t>
      </w:r>
      <w:r w:rsidR="00533175">
        <w:rPr>
          <w:rFonts w:cs="Shruti" w:hint="cs"/>
          <w:sz w:val="20"/>
          <w:szCs w:val="20"/>
          <w:cs/>
          <w:lang w:bidi="gu-IN"/>
        </w:rPr>
        <w:t xml:space="preserve">લઇ રહેલા 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વિદ્યાર્થીઓ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દ્વારા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શાળાના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બાળકો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માટે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પ્રેરણાત્મક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વ્યાખ્યાનો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યોજવામાં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આવે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છે</w:t>
      </w:r>
      <w:r w:rsidRPr="008C39F1">
        <w:rPr>
          <w:sz w:val="20"/>
          <w:szCs w:val="20"/>
        </w:rPr>
        <w:t>.</w:t>
      </w:r>
    </w:p>
    <w:p w14:paraId="57ADECF8" w14:textId="77777777" w:rsidR="008C39F1" w:rsidRPr="008C39F1" w:rsidRDefault="008C39F1" w:rsidP="008C39F1">
      <w:pPr>
        <w:pStyle w:val="ListBullet"/>
        <w:spacing w:after="0" w:line="240" w:lineRule="auto"/>
        <w:rPr>
          <w:sz w:val="20"/>
          <w:szCs w:val="20"/>
        </w:rPr>
      </w:pPr>
      <w:r w:rsidRPr="008C39F1">
        <w:rPr>
          <w:rFonts w:cs="Shruti"/>
          <w:sz w:val="20"/>
          <w:szCs w:val="20"/>
          <w:cs/>
          <w:lang w:bidi="gu-IN"/>
        </w:rPr>
        <w:t>શૈક્ષણિક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સાહિત્ય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અને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પુસ્તક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દાન</w:t>
      </w:r>
      <w:r w:rsidRPr="008C39F1">
        <w:rPr>
          <w:sz w:val="20"/>
          <w:szCs w:val="20"/>
        </w:rPr>
        <w:t xml:space="preserve">: </w:t>
      </w:r>
      <w:r w:rsidRPr="008C39F1">
        <w:rPr>
          <w:rFonts w:cs="Shruti"/>
          <w:sz w:val="20"/>
          <w:szCs w:val="20"/>
          <w:cs/>
          <w:lang w:bidi="gu-IN"/>
        </w:rPr>
        <w:t>આર્થિક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રીતે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નબળા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વિદ્યાર્થીઓને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નોટબુક</w:t>
      </w:r>
      <w:r w:rsidRPr="008C39F1">
        <w:rPr>
          <w:sz w:val="20"/>
          <w:szCs w:val="20"/>
        </w:rPr>
        <w:t xml:space="preserve">, </w:t>
      </w:r>
      <w:r w:rsidRPr="008C39F1">
        <w:rPr>
          <w:rFonts w:cs="Shruti"/>
          <w:sz w:val="20"/>
          <w:szCs w:val="20"/>
          <w:cs/>
          <w:lang w:bidi="gu-IN"/>
        </w:rPr>
        <w:t>સ્કૂલ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બેગ</w:t>
      </w:r>
      <w:r w:rsidRPr="008C39F1">
        <w:rPr>
          <w:sz w:val="20"/>
          <w:szCs w:val="20"/>
        </w:rPr>
        <w:t xml:space="preserve">, </w:t>
      </w:r>
      <w:r w:rsidRPr="008C39F1">
        <w:rPr>
          <w:rFonts w:cs="Shruti"/>
          <w:sz w:val="20"/>
          <w:szCs w:val="20"/>
          <w:cs/>
          <w:lang w:bidi="gu-IN"/>
        </w:rPr>
        <w:t>કંપાસ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અને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શૈક્ષણિક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કીટનું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વિતરણ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સંગઠન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દ્વારા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કરવામાં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આવે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છે</w:t>
      </w:r>
      <w:r w:rsidRPr="008C39F1">
        <w:rPr>
          <w:sz w:val="20"/>
          <w:szCs w:val="20"/>
        </w:rPr>
        <w:t>.</w:t>
      </w:r>
    </w:p>
    <w:p w14:paraId="4668D776" w14:textId="77777777" w:rsidR="008C39F1" w:rsidRPr="008C39F1" w:rsidRDefault="008C39F1" w:rsidP="008C39F1">
      <w:pPr>
        <w:pStyle w:val="ListBullet"/>
        <w:spacing w:after="0" w:line="240" w:lineRule="auto"/>
        <w:rPr>
          <w:sz w:val="20"/>
          <w:szCs w:val="20"/>
        </w:rPr>
      </w:pPr>
      <w:r w:rsidRPr="008C39F1">
        <w:rPr>
          <w:rFonts w:cs="Shruti"/>
          <w:sz w:val="20"/>
          <w:szCs w:val="20"/>
          <w:cs/>
          <w:lang w:bidi="gu-IN"/>
        </w:rPr>
        <w:t>શાળાના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વિકાસ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કાર્યોમાં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સહયોગ</w:t>
      </w:r>
      <w:r w:rsidRPr="008C39F1">
        <w:rPr>
          <w:sz w:val="20"/>
          <w:szCs w:val="20"/>
        </w:rPr>
        <w:t xml:space="preserve">: </w:t>
      </w:r>
      <w:r w:rsidRPr="008C39F1">
        <w:rPr>
          <w:rFonts w:cs="Shruti"/>
          <w:sz w:val="20"/>
          <w:szCs w:val="20"/>
          <w:cs/>
          <w:lang w:bidi="gu-IN"/>
        </w:rPr>
        <w:t>શાળામાં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વાર્ષિક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ઉત્સવો</w:t>
      </w:r>
      <w:r w:rsidRPr="008C39F1">
        <w:rPr>
          <w:sz w:val="20"/>
          <w:szCs w:val="20"/>
        </w:rPr>
        <w:t xml:space="preserve">, </w:t>
      </w:r>
      <w:r w:rsidRPr="008C39F1">
        <w:rPr>
          <w:rFonts w:cs="Shruti"/>
          <w:sz w:val="20"/>
          <w:szCs w:val="20"/>
          <w:cs/>
          <w:lang w:bidi="gu-IN"/>
        </w:rPr>
        <w:t>રાષ્ટ્રીય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તહેવારો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અને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પ્રવેશ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ઉત્સવમાં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પૂર્વ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વિદ્યાર્થીઓ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સક્રિયપણે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ઉપસ્થિત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રહી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આર્થિક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તેમજ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શ્રમદાન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દ્વારા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સહયોગ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આપે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છે</w:t>
      </w:r>
      <w:r w:rsidRPr="008C39F1">
        <w:rPr>
          <w:sz w:val="20"/>
          <w:szCs w:val="20"/>
        </w:rPr>
        <w:t>.</w:t>
      </w:r>
    </w:p>
    <w:p w14:paraId="3F1E9CE3" w14:textId="77777777" w:rsidR="008C39F1" w:rsidRPr="008C39F1" w:rsidRDefault="008C39F1" w:rsidP="008C39F1">
      <w:pPr>
        <w:pStyle w:val="ListBullet"/>
        <w:spacing w:after="0" w:line="240" w:lineRule="auto"/>
        <w:rPr>
          <w:sz w:val="20"/>
          <w:szCs w:val="20"/>
        </w:rPr>
      </w:pPr>
      <w:r w:rsidRPr="008C39F1">
        <w:rPr>
          <w:rFonts w:cs="Shruti"/>
          <w:sz w:val="20"/>
          <w:szCs w:val="20"/>
          <w:cs/>
          <w:lang w:bidi="gu-IN"/>
        </w:rPr>
        <w:t>ગ્રેજ્યુએટ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મીટ</w:t>
      </w:r>
      <w:r w:rsidRPr="008C39F1">
        <w:rPr>
          <w:sz w:val="20"/>
          <w:szCs w:val="20"/>
        </w:rPr>
        <w:t xml:space="preserve"> (Alumni Meet): </w:t>
      </w:r>
      <w:r w:rsidRPr="008C39F1">
        <w:rPr>
          <w:rFonts w:cs="Shruti"/>
          <w:sz w:val="20"/>
          <w:szCs w:val="20"/>
          <w:cs/>
          <w:lang w:bidi="gu-IN"/>
        </w:rPr>
        <w:t>દર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વર્ષે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પૂર્વ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વિદ્યાર્થીઓની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વાર્ષિક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બેઠકનું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આયોજન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કરવામાં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આવે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છે</w:t>
      </w:r>
      <w:r w:rsidRPr="008C39F1">
        <w:rPr>
          <w:sz w:val="20"/>
          <w:szCs w:val="20"/>
        </w:rPr>
        <w:t xml:space="preserve">, </w:t>
      </w:r>
      <w:r w:rsidRPr="008C39F1">
        <w:rPr>
          <w:rFonts w:cs="Shruti"/>
          <w:sz w:val="20"/>
          <w:szCs w:val="20"/>
          <w:cs/>
          <w:lang w:bidi="gu-IN"/>
        </w:rPr>
        <w:t>જેમાં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શાળાના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જૂના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સંસ્મરણો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તાજા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કરી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શાળાના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વિકાસ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માટે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નવી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યોજનાઓ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પર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ચર્ચા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થાય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છે</w:t>
      </w:r>
      <w:r w:rsidRPr="008C39F1">
        <w:rPr>
          <w:sz w:val="20"/>
          <w:szCs w:val="20"/>
        </w:rPr>
        <w:t>.</w:t>
      </w:r>
    </w:p>
    <w:p w14:paraId="14759433" w14:textId="77777777" w:rsidR="008C39F1" w:rsidRPr="008C39F1" w:rsidRDefault="008C39F1" w:rsidP="008C39F1">
      <w:pPr>
        <w:pStyle w:val="Heading2"/>
        <w:spacing w:line="240" w:lineRule="auto"/>
        <w:rPr>
          <w:sz w:val="20"/>
          <w:szCs w:val="20"/>
        </w:rPr>
      </w:pPr>
      <w:r w:rsidRPr="008C39F1">
        <w:rPr>
          <w:rFonts w:cs="Shruti"/>
          <w:sz w:val="20"/>
          <w:szCs w:val="20"/>
          <w:cs/>
          <w:lang w:bidi="gu-IN"/>
        </w:rPr>
        <w:t>૩</w:t>
      </w:r>
      <w:r w:rsidRPr="008C39F1">
        <w:rPr>
          <w:sz w:val="20"/>
          <w:szCs w:val="20"/>
        </w:rPr>
        <w:t xml:space="preserve">. </w:t>
      </w:r>
      <w:r w:rsidRPr="008C39F1">
        <w:rPr>
          <w:rFonts w:cs="Shruti"/>
          <w:sz w:val="20"/>
          <w:szCs w:val="20"/>
          <w:cs/>
          <w:lang w:bidi="gu-IN"/>
        </w:rPr>
        <w:t>પૂર્વ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વિદ્યાર્થી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સંગઠનની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કારોબારી</w:t>
      </w:r>
      <w:r w:rsidRPr="008C39F1">
        <w:rPr>
          <w:sz w:val="20"/>
          <w:szCs w:val="20"/>
        </w:rPr>
        <w:t xml:space="preserve"> </w:t>
      </w:r>
      <w:r w:rsidRPr="008C39F1">
        <w:rPr>
          <w:rFonts w:cs="Shruti"/>
          <w:sz w:val="20"/>
          <w:szCs w:val="20"/>
          <w:cs/>
          <w:lang w:bidi="gu-IN"/>
        </w:rPr>
        <w:t>સમિતિ</w:t>
      </w:r>
      <w:r w:rsidRPr="008C39F1">
        <w:rPr>
          <w:sz w:val="20"/>
          <w:szCs w:val="20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3"/>
        <w:gridCol w:w="3487"/>
        <w:gridCol w:w="4350"/>
      </w:tblGrid>
      <w:tr w:rsidR="008C39F1" w:rsidRPr="008C39F1" w14:paraId="4AA186F5" w14:textId="77777777" w:rsidTr="008C39F1">
        <w:tc>
          <w:tcPr>
            <w:tcW w:w="817" w:type="dxa"/>
          </w:tcPr>
          <w:p w14:paraId="7DC312EF" w14:textId="77777777" w:rsidR="008C39F1" w:rsidRPr="008C39F1" w:rsidRDefault="008C39F1" w:rsidP="008C39F1">
            <w:pPr>
              <w:rPr>
                <w:sz w:val="20"/>
                <w:szCs w:val="20"/>
              </w:rPr>
            </w:pPr>
            <w:r w:rsidRPr="008C39F1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ક્રમ</w:t>
            </w:r>
          </w:p>
        </w:tc>
        <w:tc>
          <w:tcPr>
            <w:tcW w:w="3662" w:type="dxa"/>
          </w:tcPr>
          <w:p w14:paraId="3FBA53AF" w14:textId="77777777" w:rsidR="008C39F1" w:rsidRPr="008C39F1" w:rsidRDefault="008C39F1" w:rsidP="008C39F1">
            <w:pPr>
              <w:rPr>
                <w:sz w:val="20"/>
                <w:szCs w:val="20"/>
              </w:rPr>
            </w:pPr>
            <w:r w:rsidRPr="008C39F1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હોદ્દો</w:t>
            </w:r>
          </w:p>
        </w:tc>
        <w:tc>
          <w:tcPr>
            <w:tcW w:w="4377" w:type="dxa"/>
          </w:tcPr>
          <w:p w14:paraId="6A2939F6" w14:textId="77777777" w:rsidR="008C39F1" w:rsidRPr="008C39F1" w:rsidRDefault="008C39F1" w:rsidP="008C39F1">
            <w:pPr>
              <w:rPr>
                <w:sz w:val="20"/>
                <w:szCs w:val="20"/>
              </w:rPr>
            </w:pPr>
            <w:r w:rsidRPr="008C39F1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પૂર્વ</w:t>
            </w:r>
            <w:r w:rsidRPr="008C39F1">
              <w:rPr>
                <w:b/>
                <w:sz w:val="20"/>
                <w:szCs w:val="20"/>
              </w:rPr>
              <w:t xml:space="preserve"> </w:t>
            </w:r>
            <w:r w:rsidRPr="008C39F1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વિદ્યાર્થીનું</w:t>
            </w:r>
            <w:r w:rsidRPr="008C39F1">
              <w:rPr>
                <w:b/>
                <w:sz w:val="20"/>
                <w:szCs w:val="20"/>
              </w:rPr>
              <w:t xml:space="preserve"> </w:t>
            </w:r>
            <w:r w:rsidRPr="008C39F1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નામ</w:t>
            </w:r>
            <w:r w:rsidRPr="008C39F1">
              <w:rPr>
                <w:b/>
                <w:sz w:val="20"/>
                <w:szCs w:val="20"/>
              </w:rPr>
              <w:t xml:space="preserve"> </w:t>
            </w:r>
            <w:r w:rsidRPr="008C39F1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અને</w:t>
            </w:r>
            <w:r w:rsidRPr="008C39F1">
              <w:rPr>
                <w:b/>
                <w:sz w:val="20"/>
                <w:szCs w:val="20"/>
              </w:rPr>
              <w:t xml:space="preserve"> </w:t>
            </w:r>
            <w:r w:rsidRPr="008C39F1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સંપર્ક</w:t>
            </w:r>
            <w:r w:rsidRPr="008C39F1">
              <w:rPr>
                <w:b/>
                <w:sz w:val="20"/>
                <w:szCs w:val="20"/>
              </w:rPr>
              <w:t xml:space="preserve"> </w:t>
            </w:r>
            <w:r w:rsidRPr="008C39F1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વિગત</w:t>
            </w:r>
          </w:p>
        </w:tc>
      </w:tr>
      <w:tr w:rsidR="008C39F1" w:rsidRPr="008C39F1" w14:paraId="58134FB3" w14:textId="77777777" w:rsidTr="008C39F1">
        <w:tc>
          <w:tcPr>
            <w:tcW w:w="817" w:type="dxa"/>
          </w:tcPr>
          <w:p w14:paraId="31C330C2" w14:textId="77777777" w:rsidR="008C39F1" w:rsidRPr="008C39F1" w:rsidRDefault="008C39F1" w:rsidP="008C39F1">
            <w:pPr>
              <w:rPr>
                <w:sz w:val="20"/>
                <w:szCs w:val="20"/>
              </w:rPr>
            </w:pPr>
            <w:r w:rsidRPr="008C39F1">
              <w:rPr>
                <w:rFonts w:cs="Shruti"/>
                <w:sz w:val="20"/>
                <w:szCs w:val="20"/>
                <w:cs/>
                <w:lang w:bidi="gu-IN"/>
              </w:rPr>
              <w:t>૧</w:t>
            </w:r>
          </w:p>
        </w:tc>
        <w:tc>
          <w:tcPr>
            <w:tcW w:w="3662" w:type="dxa"/>
          </w:tcPr>
          <w:p w14:paraId="28324E75" w14:textId="77777777" w:rsidR="008C39F1" w:rsidRPr="008C39F1" w:rsidRDefault="008C39F1" w:rsidP="008C39F1">
            <w:pPr>
              <w:rPr>
                <w:sz w:val="20"/>
                <w:szCs w:val="20"/>
              </w:rPr>
            </w:pPr>
            <w:r w:rsidRPr="008C39F1">
              <w:rPr>
                <w:rFonts w:cs="Shruti"/>
                <w:sz w:val="20"/>
                <w:szCs w:val="20"/>
                <w:cs/>
                <w:lang w:bidi="gu-IN"/>
              </w:rPr>
              <w:t>અધ્યક્ષ</w:t>
            </w:r>
            <w:r w:rsidRPr="008C39F1">
              <w:rPr>
                <w:sz w:val="20"/>
                <w:szCs w:val="20"/>
              </w:rPr>
              <w:t xml:space="preserve"> (President)</w:t>
            </w:r>
          </w:p>
        </w:tc>
        <w:tc>
          <w:tcPr>
            <w:tcW w:w="4377" w:type="dxa"/>
          </w:tcPr>
          <w:p w14:paraId="2CF89906" w14:textId="77777777" w:rsidR="008C39F1" w:rsidRPr="008C39F1" w:rsidRDefault="008C39F1" w:rsidP="008C39F1">
            <w:pPr>
              <w:rPr>
                <w:sz w:val="20"/>
                <w:szCs w:val="20"/>
              </w:rPr>
            </w:pPr>
            <w:r w:rsidRPr="008C39F1">
              <w:rPr>
                <w:sz w:val="20"/>
                <w:szCs w:val="20"/>
              </w:rPr>
              <w:t>__________________________________</w:t>
            </w:r>
          </w:p>
        </w:tc>
      </w:tr>
      <w:tr w:rsidR="008C39F1" w:rsidRPr="008C39F1" w14:paraId="13DBBF53" w14:textId="77777777" w:rsidTr="008C39F1">
        <w:tc>
          <w:tcPr>
            <w:tcW w:w="817" w:type="dxa"/>
          </w:tcPr>
          <w:p w14:paraId="77E55BAB" w14:textId="77777777" w:rsidR="008C39F1" w:rsidRPr="008C39F1" w:rsidRDefault="008C39F1" w:rsidP="008C39F1">
            <w:pPr>
              <w:rPr>
                <w:sz w:val="20"/>
                <w:szCs w:val="20"/>
              </w:rPr>
            </w:pPr>
            <w:r w:rsidRPr="008C39F1">
              <w:rPr>
                <w:rFonts w:cs="Shruti"/>
                <w:sz w:val="20"/>
                <w:szCs w:val="20"/>
                <w:cs/>
                <w:lang w:bidi="gu-IN"/>
              </w:rPr>
              <w:t>૨</w:t>
            </w:r>
          </w:p>
        </w:tc>
        <w:tc>
          <w:tcPr>
            <w:tcW w:w="3662" w:type="dxa"/>
          </w:tcPr>
          <w:p w14:paraId="34FAA090" w14:textId="77777777" w:rsidR="008C39F1" w:rsidRPr="008C39F1" w:rsidRDefault="008C39F1" w:rsidP="008C39F1">
            <w:pPr>
              <w:rPr>
                <w:sz w:val="20"/>
                <w:szCs w:val="20"/>
              </w:rPr>
            </w:pPr>
            <w:r w:rsidRPr="008C39F1">
              <w:rPr>
                <w:rFonts w:cs="Shruti"/>
                <w:sz w:val="20"/>
                <w:szCs w:val="20"/>
                <w:cs/>
                <w:lang w:bidi="gu-IN"/>
              </w:rPr>
              <w:t>ઉપપ્રમુખ</w:t>
            </w:r>
            <w:r w:rsidRPr="008C39F1">
              <w:rPr>
                <w:sz w:val="20"/>
                <w:szCs w:val="20"/>
              </w:rPr>
              <w:t xml:space="preserve"> (Vice President)</w:t>
            </w:r>
          </w:p>
        </w:tc>
        <w:tc>
          <w:tcPr>
            <w:tcW w:w="4377" w:type="dxa"/>
          </w:tcPr>
          <w:p w14:paraId="0DEE8E74" w14:textId="77777777" w:rsidR="008C39F1" w:rsidRPr="008C39F1" w:rsidRDefault="008C39F1" w:rsidP="008C39F1">
            <w:pPr>
              <w:rPr>
                <w:sz w:val="20"/>
                <w:szCs w:val="20"/>
              </w:rPr>
            </w:pPr>
            <w:r w:rsidRPr="008C39F1">
              <w:rPr>
                <w:sz w:val="20"/>
                <w:szCs w:val="20"/>
              </w:rPr>
              <w:t>__________________________________</w:t>
            </w:r>
          </w:p>
        </w:tc>
      </w:tr>
      <w:tr w:rsidR="008C39F1" w:rsidRPr="008C39F1" w14:paraId="1AB53EBD" w14:textId="77777777" w:rsidTr="008C39F1">
        <w:tc>
          <w:tcPr>
            <w:tcW w:w="817" w:type="dxa"/>
          </w:tcPr>
          <w:p w14:paraId="70479C0E" w14:textId="77777777" w:rsidR="008C39F1" w:rsidRPr="008C39F1" w:rsidRDefault="008C39F1" w:rsidP="008C39F1">
            <w:pPr>
              <w:rPr>
                <w:sz w:val="20"/>
                <w:szCs w:val="20"/>
              </w:rPr>
            </w:pPr>
            <w:r w:rsidRPr="008C39F1">
              <w:rPr>
                <w:rFonts w:cs="Shruti"/>
                <w:sz w:val="20"/>
                <w:szCs w:val="20"/>
                <w:cs/>
                <w:lang w:bidi="gu-IN"/>
              </w:rPr>
              <w:t>૩</w:t>
            </w:r>
          </w:p>
        </w:tc>
        <w:tc>
          <w:tcPr>
            <w:tcW w:w="3662" w:type="dxa"/>
          </w:tcPr>
          <w:p w14:paraId="063ABB2D" w14:textId="77777777" w:rsidR="008C39F1" w:rsidRPr="008C39F1" w:rsidRDefault="008C39F1" w:rsidP="008C39F1">
            <w:pPr>
              <w:rPr>
                <w:sz w:val="20"/>
                <w:szCs w:val="20"/>
              </w:rPr>
            </w:pPr>
            <w:r w:rsidRPr="008C39F1">
              <w:rPr>
                <w:rFonts w:cs="Shruti"/>
                <w:sz w:val="20"/>
                <w:szCs w:val="20"/>
                <w:cs/>
                <w:lang w:bidi="gu-IN"/>
              </w:rPr>
              <w:t>મંત્રી</w:t>
            </w:r>
            <w:r w:rsidRPr="008C39F1">
              <w:rPr>
                <w:sz w:val="20"/>
                <w:szCs w:val="20"/>
              </w:rPr>
              <w:t xml:space="preserve"> (Secretary)</w:t>
            </w:r>
          </w:p>
        </w:tc>
        <w:tc>
          <w:tcPr>
            <w:tcW w:w="4377" w:type="dxa"/>
          </w:tcPr>
          <w:p w14:paraId="162B6B04" w14:textId="77777777" w:rsidR="008C39F1" w:rsidRPr="008C39F1" w:rsidRDefault="008C39F1" w:rsidP="008C39F1">
            <w:pPr>
              <w:rPr>
                <w:sz w:val="20"/>
                <w:szCs w:val="20"/>
              </w:rPr>
            </w:pPr>
            <w:r w:rsidRPr="008C39F1">
              <w:rPr>
                <w:sz w:val="20"/>
                <w:szCs w:val="20"/>
              </w:rPr>
              <w:t>__________________________________</w:t>
            </w:r>
          </w:p>
        </w:tc>
      </w:tr>
      <w:tr w:rsidR="008C39F1" w:rsidRPr="008C39F1" w14:paraId="175D17A0" w14:textId="77777777" w:rsidTr="008C39F1">
        <w:tc>
          <w:tcPr>
            <w:tcW w:w="817" w:type="dxa"/>
          </w:tcPr>
          <w:p w14:paraId="36349AAC" w14:textId="77777777" w:rsidR="008C39F1" w:rsidRPr="008C39F1" w:rsidRDefault="008C39F1" w:rsidP="008C39F1">
            <w:pPr>
              <w:rPr>
                <w:sz w:val="20"/>
                <w:szCs w:val="20"/>
              </w:rPr>
            </w:pPr>
            <w:r w:rsidRPr="008C39F1">
              <w:rPr>
                <w:rFonts w:cs="Shruti"/>
                <w:sz w:val="20"/>
                <w:szCs w:val="20"/>
                <w:cs/>
                <w:lang w:bidi="gu-IN"/>
              </w:rPr>
              <w:t>૪</w:t>
            </w:r>
          </w:p>
        </w:tc>
        <w:tc>
          <w:tcPr>
            <w:tcW w:w="3662" w:type="dxa"/>
          </w:tcPr>
          <w:p w14:paraId="1B1E934D" w14:textId="77777777" w:rsidR="008C39F1" w:rsidRPr="008C39F1" w:rsidRDefault="008C39F1" w:rsidP="008C39F1">
            <w:pPr>
              <w:rPr>
                <w:sz w:val="20"/>
                <w:szCs w:val="20"/>
              </w:rPr>
            </w:pPr>
            <w:r w:rsidRPr="008C39F1">
              <w:rPr>
                <w:rFonts w:cs="Shruti"/>
                <w:sz w:val="20"/>
                <w:szCs w:val="20"/>
                <w:cs/>
                <w:lang w:bidi="gu-IN"/>
              </w:rPr>
              <w:t>સહમંત્રી</w:t>
            </w:r>
            <w:r w:rsidRPr="008C39F1">
              <w:rPr>
                <w:sz w:val="20"/>
                <w:szCs w:val="20"/>
              </w:rPr>
              <w:t xml:space="preserve"> (Joint Secretary)</w:t>
            </w:r>
          </w:p>
        </w:tc>
        <w:tc>
          <w:tcPr>
            <w:tcW w:w="4377" w:type="dxa"/>
          </w:tcPr>
          <w:p w14:paraId="7F05AA24" w14:textId="77777777" w:rsidR="008C39F1" w:rsidRPr="008C39F1" w:rsidRDefault="008C39F1" w:rsidP="008C39F1">
            <w:pPr>
              <w:rPr>
                <w:sz w:val="20"/>
                <w:szCs w:val="20"/>
              </w:rPr>
            </w:pPr>
            <w:r w:rsidRPr="008C39F1">
              <w:rPr>
                <w:sz w:val="20"/>
                <w:szCs w:val="20"/>
              </w:rPr>
              <w:t>__________________________________</w:t>
            </w:r>
          </w:p>
        </w:tc>
      </w:tr>
      <w:tr w:rsidR="008C39F1" w:rsidRPr="008C39F1" w14:paraId="187824C4" w14:textId="77777777" w:rsidTr="008C39F1">
        <w:tc>
          <w:tcPr>
            <w:tcW w:w="817" w:type="dxa"/>
          </w:tcPr>
          <w:p w14:paraId="69600201" w14:textId="77777777" w:rsidR="008C39F1" w:rsidRPr="008C39F1" w:rsidRDefault="008C39F1" w:rsidP="008C39F1">
            <w:pPr>
              <w:rPr>
                <w:sz w:val="20"/>
                <w:szCs w:val="20"/>
              </w:rPr>
            </w:pPr>
            <w:r w:rsidRPr="008C39F1">
              <w:rPr>
                <w:rFonts w:cs="Shruti"/>
                <w:sz w:val="20"/>
                <w:szCs w:val="20"/>
                <w:cs/>
                <w:lang w:bidi="gu-IN"/>
              </w:rPr>
              <w:t>૫</w:t>
            </w:r>
          </w:p>
        </w:tc>
        <w:tc>
          <w:tcPr>
            <w:tcW w:w="3662" w:type="dxa"/>
          </w:tcPr>
          <w:p w14:paraId="2339D900" w14:textId="77777777" w:rsidR="008C39F1" w:rsidRPr="008C39F1" w:rsidRDefault="008C39F1" w:rsidP="008C39F1">
            <w:pPr>
              <w:rPr>
                <w:sz w:val="20"/>
                <w:szCs w:val="20"/>
              </w:rPr>
            </w:pPr>
            <w:r w:rsidRPr="008C39F1">
              <w:rPr>
                <w:rFonts w:cs="Shruti"/>
                <w:sz w:val="20"/>
                <w:szCs w:val="20"/>
                <w:cs/>
                <w:lang w:bidi="gu-IN"/>
              </w:rPr>
              <w:t>સભ્ય</w:t>
            </w:r>
            <w:r w:rsidRPr="008C39F1">
              <w:rPr>
                <w:sz w:val="20"/>
                <w:szCs w:val="20"/>
              </w:rPr>
              <w:t xml:space="preserve"> (Member)</w:t>
            </w:r>
          </w:p>
        </w:tc>
        <w:tc>
          <w:tcPr>
            <w:tcW w:w="4377" w:type="dxa"/>
          </w:tcPr>
          <w:p w14:paraId="7D469968" w14:textId="77777777" w:rsidR="008C39F1" w:rsidRPr="008C39F1" w:rsidRDefault="008C39F1" w:rsidP="008C39F1">
            <w:pPr>
              <w:rPr>
                <w:sz w:val="20"/>
                <w:szCs w:val="20"/>
              </w:rPr>
            </w:pPr>
            <w:r w:rsidRPr="008C39F1">
              <w:rPr>
                <w:sz w:val="20"/>
                <w:szCs w:val="20"/>
              </w:rPr>
              <w:t>__________________________________</w:t>
            </w:r>
          </w:p>
        </w:tc>
      </w:tr>
    </w:tbl>
    <w:p w14:paraId="542741F4" w14:textId="77777777" w:rsidR="008C39F1" w:rsidRPr="008C39F1" w:rsidRDefault="008C39F1" w:rsidP="008C39F1">
      <w:pPr>
        <w:spacing w:after="0" w:line="240" w:lineRule="auto"/>
        <w:rPr>
          <w:rFonts w:cs="Shruti"/>
          <w:sz w:val="20"/>
          <w:szCs w:val="20"/>
          <w:cs/>
          <w:lang w:bidi="gu-IN"/>
        </w:rPr>
      </w:pPr>
      <w:r w:rsidRPr="008C39F1">
        <w:rPr>
          <w:sz w:val="20"/>
          <w:szCs w:val="20"/>
        </w:rPr>
        <w:br/>
      </w:r>
      <w:r w:rsidRPr="008C39F1">
        <w:rPr>
          <w:rFonts w:cs="Shruti"/>
          <w:b/>
          <w:bCs/>
          <w:sz w:val="20"/>
          <w:szCs w:val="20"/>
          <w:cs/>
          <w:lang w:bidi="gu-IN"/>
        </w:rPr>
        <w:t>નિષ્કર્ષ</w:t>
      </w:r>
      <w:r w:rsidRPr="008C39F1">
        <w:rPr>
          <w:b/>
          <w:sz w:val="20"/>
          <w:szCs w:val="20"/>
        </w:rPr>
        <w:t xml:space="preserve">: </w:t>
      </w:r>
      <w:r w:rsidRPr="008C39F1">
        <w:rPr>
          <w:rFonts w:cs="Shruti"/>
          <w:b/>
          <w:bCs/>
          <w:sz w:val="20"/>
          <w:szCs w:val="20"/>
          <w:cs/>
          <w:lang w:bidi="gu-IN"/>
        </w:rPr>
        <w:t>પૂર્વ</w:t>
      </w:r>
      <w:r w:rsidRPr="008C39F1">
        <w:rPr>
          <w:b/>
          <w:sz w:val="20"/>
          <w:szCs w:val="20"/>
        </w:rPr>
        <w:t xml:space="preserve"> </w:t>
      </w:r>
      <w:r w:rsidRPr="008C39F1">
        <w:rPr>
          <w:rFonts w:cs="Shruti"/>
          <w:b/>
          <w:bCs/>
          <w:sz w:val="20"/>
          <w:szCs w:val="20"/>
          <w:cs/>
          <w:lang w:bidi="gu-IN"/>
        </w:rPr>
        <w:t>વિદ્યાર્થી</w:t>
      </w:r>
      <w:r w:rsidRPr="008C39F1">
        <w:rPr>
          <w:b/>
          <w:sz w:val="20"/>
          <w:szCs w:val="20"/>
        </w:rPr>
        <w:t xml:space="preserve"> </w:t>
      </w:r>
      <w:r w:rsidRPr="008C39F1">
        <w:rPr>
          <w:rFonts w:cs="Shruti"/>
          <w:b/>
          <w:bCs/>
          <w:sz w:val="20"/>
          <w:szCs w:val="20"/>
          <w:cs/>
          <w:lang w:bidi="gu-IN"/>
        </w:rPr>
        <w:t>સંગઠનની</w:t>
      </w:r>
      <w:r w:rsidRPr="008C39F1">
        <w:rPr>
          <w:b/>
          <w:sz w:val="20"/>
          <w:szCs w:val="20"/>
        </w:rPr>
        <w:t xml:space="preserve"> </w:t>
      </w:r>
      <w:r w:rsidRPr="008C39F1">
        <w:rPr>
          <w:rFonts w:cs="Shruti"/>
          <w:b/>
          <w:bCs/>
          <w:sz w:val="20"/>
          <w:szCs w:val="20"/>
          <w:cs/>
          <w:lang w:bidi="gu-IN"/>
        </w:rPr>
        <w:t>આ</w:t>
      </w:r>
      <w:r w:rsidRPr="008C39F1">
        <w:rPr>
          <w:b/>
          <w:sz w:val="20"/>
          <w:szCs w:val="20"/>
        </w:rPr>
        <w:t xml:space="preserve"> </w:t>
      </w:r>
      <w:r w:rsidRPr="008C39F1">
        <w:rPr>
          <w:rFonts w:cs="Shruti"/>
          <w:b/>
          <w:bCs/>
          <w:sz w:val="20"/>
          <w:szCs w:val="20"/>
          <w:cs/>
          <w:lang w:bidi="gu-IN"/>
        </w:rPr>
        <w:t>સક્રિય</w:t>
      </w:r>
      <w:r w:rsidRPr="008C39F1">
        <w:rPr>
          <w:b/>
          <w:sz w:val="20"/>
          <w:szCs w:val="20"/>
        </w:rPr>
        <w:t xml:space="preserve"> </w:t>
      </w:r>
      <w:r w:rsidRPr="008C39F1">
        <w:rPr>
          <w:rFonts w:cs="Shruti"/>
          <w:b/>
          <w:bCs/>
          <w:sz w:val="20"/>
          <w:szCs w:val="20"/>
          <w:cs/>
          <w:lang w:bidi="gu-IN"/>
        </w:rPr>
        <w:t>પ્રવૃત્તિઓના</w:t>
      </w:r>
      <w:r w:rsidRPr="008C39F1">
        <w:rPr>
          <w:b/>
          <w:sz w:val="20"/>
          <w:szCs w:val="20"/>
        </w:rPr>
        <w:t xml:space="preserve"> </w:t>
      </w:r>
      <w:r w:rsidRPr="008C39F1">
        <w:rPr>
          <w:rFonts w:cs="Shruti"/>
          <w:b/>
          <w:bCs/>
          <w:sz w:val="20"/>
          <w:szCs w:val="20"/>
          <w:cs/>
          <w:lang w:bidi="gu-IN"/>
        </w:rPr>
        <w:t>કારણે</w:t>
      </w:r>
      <w:r w:rsidRPr="008C39F1">
        <w:rPr>
          <w:b/>
          <w:sz w:val="20"/>
          <w:szCs w:val="20"/>
        </w:rPr>
        <w:t xml:space="preserve"> </w:t>
      </w:r>
      <w:r w:rsidRPr="008C39F1">
        <w:rPr>
          <w:rFonts w:cs="Shruti"/>
          <w:b/>
          <w:bCs/>
          <w:sz w:val="20"/>
          <w:szCs w:val="20"/>
          <w:cs/>
          <w:lang w:bidi="gu-IN"/>
        </w:rPr>
        <w:t>શાળા</w:t>
      </w:r>
      <w:r w:rsidRPr="008C39F1">
        <w:rPr>
          <w:b/>
          <w:sz w:val="20"/>
          <w:szCs w:val="20"/>
        </w:rPr>
        <w:t xml:space="preserve"> </w:t>
      </w:r>
      <w:r w:rsidRPr="008C39F1">
        <w:rPr>
          <w:rFonts w:cs="Shruti"/>
          <w:b/>
          <w:bCs/>
          <w:sz w:val="20"/>
          <w:szCs w:val="20"/>
          <w:cs/>
          <w:lang w:bidi="gu-IN"/>
        </w:rPr>
        <w:t>પ્રત્યેનો</w:t>
      </w:r>
      <w:r w:rsidRPr="008C39F1">
        <w:rPr>
          <w:b/>
          <w:sz w:val="20"/>
          <w:szCs w:val="20"/>
        </w:rPr>
        <w:t xml:space="preserve"> </w:t>
      </w:r>
      <w:r w:rsidRPr="008C39F1">
        <w:rPr>
          <w:rFonts w:cs="Shruti"/>
          <w:b/>
          <w:bCs/>
          <w:sz w:val="20"/>
          <w:szCs w:val="20"/>
          <w:cs/>
          <w:lang w:bidi="gu-IN"/>
        </w:rPr>
        <w:t>લગાવ</w:t>
      </w:r>
      <w:r w:rsidRPr="008C39F1">
        <w:rPr>
          <w:b/>
          <w:sz w:val="20"/>
          <w:szCs w:val="20"/>
        </w:rPr>
        <w:t xml:space="preserve"> </w:t>
      </w:r>
      <w:r w:rsidRPr="008C39F1">
        <w:rPr>
          <w:rFonts w:cs="Shruti"/>
          <w:b/>
          <w:bCs/>
          <w:sz w:val="20"/>
          <w:szCs w:val="20"/>
          <w:cs/>
          <w:lang w:bidi="gu-IN"/>
        </w:rPr>
        <w:t>વધ્યો</w:t>
      </w:r>
      <w:r w:rsidRPr="008C39F1">
        <w:rPr>
          <w:b/>
          <w:sz w:val="20"/>
          <w:szCs w:val="20"/>
        </w:rPr>
        <w:t xml:space="preserve"> </w:t>
      </w:r>
      <w:r w:rsidRPr="008C39F1">
        <w:rPr>
          <w:rFonts w:cs="Shruti"/>
          <w:b/>
          <w:bCs/>
          <w:sz w:val="20"/>
          <w:szCs w:val="20"/>
          <w:cs/>
          <w:lang w:bidi="gu-IN"/>
        </w:rPr>
        <w:t>છે</w:t>
      </w:r>
      <w:r w:rsidRPr="008C39F1">
        <w:rPr>
          <w:b/>
          <w:sz w:val="20"/>
          <w:szCs w:val="20"/>
        </w:rPr>
        <w:t xml:space="preserve"> </w:t>
      </w:r>
      <w:r w:rsidRPr="008C39F1">
        <w:rPr>
          <w:rFonts w:cs="Shruti"/>
          <w:b/>
          <w:bCs/>
          <w:sz w:val="20"/>
          <w:szCs w:val="20"/>
          <w:cs/>
          <w:lang w:bidi="gu-IN"/>
        </w:rPr>
        <w:t>અને</w:t>
      </w:r>
      <w:r w:rsidRPr="008C39F1">
        <w:rPr>
          <w:b/>
          <w:sz w:val="20"/>
          <w:szCs w:val="20"/>
        </w:rPr>
        <w:t xml:space="preserve"> </w:t>
      </w:r>
      <w:r w:rsidRPr="008C39F1">
        <w:rPr>
          <w:rFonts w:cs="Shruti"/>
          <w:b/>
          <w:bCs/>
          <w:sz w:val="20"/>
          <w:szCs w:val="20"/>
          <w:cs/>
          <w:lang w:bidi="gu-IN"/>
        </w:rPr>
        <w:t>વર્તમાન</w:t>
      </w:r>
      <w:r w:rsidRPr="008C39F1">
        <w:rPr>
          <w:b/>
          <w:sz w:val="20"/>
          <w:szCs w:val="20"/>
        </w:rPr>
        <w:t xml:space="preserve"> </w:t>
      </w:r>
      <w:r w:rsidRPr="008C39F1">
        <w:rPr>
          <w:rFonts w:cs="Shruti"/>
          <w:b/>
          <w:bCs/>
          <w:sz w:val="20"/>
          <w:szCs w:val="20"/>
          <w:cs/>
          <w:lang w:bidi="gu-IN"/>
        </w:rPr>
        <w:t>વિદ્યાર્થીઓને</w:t>
      </w:r>
      <w:r w:rsidRPr="008C39F1">
        <w:rPr>
          <w:b/>
          <w:sz w:val="20"/>
          <w:szCs w:val="20"/>
        </w:rPr>
        <w:t xml:space="preserve"> </w:t>
      </w:r>
      <w:r w:rsidRPr="008C39F1">
        <w:rPr>
          <w:rFonts w:cs="Shruti"/>
          <w:b/>
          <w:bCs/>
          <w:sz w:val="20"/>
          <w:szCs w:val="20"/>
          <w:cs/>
          <w:lang w:bidi="gu-IN"/>
        </w:rPr>
        <w:t>આગળ</w:t>
      </w:r>
      <w:r w:rsidRPr="008C39F1">
        <w:rPr>
          <w:b/>
          <w:sz w:val="20"/>
          <w:szCs w:val="20"/>
        </w:rPr>
        <w:t xml:space="preserve"> </w:t>
      </w:r>
      <w:r w:rsidRPr="008C39F1">
        <w:rPr>
          <w:rFonts w:cs="Shruti"/>
          <w:b/>
          <w:bCs/>
          <w:sz w:val="20"/>
          <w:szCs w:val="20"/>
          <w:cs/>
          <w:lang w:bidi="gu-IN"/>
        </w:rPr>
        <w:t>વધવા</w:t>
      </w:r>
      <w:r w:rsidRPr="008C39F1">
        <w:rPr>
          <w:b/>
          <w:sz w:val="20"/>
          <w:szCs w:val="20"/>
        </w:rPr>
        <w:t xml:space="preserve"> </w:t>
      </w:r>
      <w:r w:rsidRPr="008C39F1">
        <w:rPr>
          <w:rFonts w:cs="Shruti"/>
          <w:b/>
          <w:bCs/>
          <w:sz w:val="20"/>
          <w:szCs w:val="20"/>
          <w:cs/>
          <w:lang w:bidi="gu-IN"/>
        </w:rPr>
        <w:t>માટે</w:t>
      </w:r>
      <w:r w:rsidRPr="008C39F1">
        <w:rPr>
          <w:b/>
          <w:sz w:val="20"/>
          <w:szCs w:val="20"/>
        </w:rPr>
        <w:t xml:space="preserve"> </w:t>
      </w:r>
      <w:r w:rsidRPr="008C39F1">
        <w:rPr>
          <w:rFonts w:cs="Shruti"/>
          <w:b/>
          <w:bCs/>
          <w:sz w:val="20"/>
          <w:szCs w:val="20"/>
          <w:cs/>
          <w:lang w:bidi="gu-IN"/>
        </w:rPr>
        <w:t>મોટું</w:t>
      </w:r>
      <w:r w:rsidRPr="008C39F1">
        <w:rPr>
          <w:b/>
          <w:sz w:val="20"/>
          <w:szCs w:val="20"/>
        </w:rPr>
        <w:t xml:space="preserve"> </w:t>
      </w:r>
      <w:r w:rsidRPr="008C39F1">
        <w:rPr>
          <w:rFonts w:cs="Shruti"/>
          <w:b/>
          <w:bCs/>
          <w:sz w:val="20"/>
          <w:szCs w:val="20"/>
          <w:cs/>
          <w:lang w:bidi="gu-IN"/>
        </w:rPr>
        <w:t>પ્રોત્સાહન</w:t>
      </w:r>
      <w:r w:rsidRPr="008C39F1">
        <w:rPr>
          <w:b/>
          <w:sz w:val="20"/>
          <w:szCs w:val="20"/>
        </w:rPr>
        <w:t xml:space="preserve"> </w:t>
      </w:r>
      <w:r w:rsidRPr="008C39F1">
        <w:rPr>
          <w:rFonts w:cs="Shruti"/>
          <w:b/>
          <w:bCs/>
          <w:sz w:val="20"/>
          <w:szCs w:val="20"/>
          <w:cs/>
          <w:lang w:bidi="gu-IN"/>
        </w:rPr>
        <w:t>મળ્યું</w:t>
      </w:r>
      <w:r w:rsidRPr="008C39F1">
        <w:rPr>
          <w:b/>
          <w:sz w:val="20"/>
          <w:szCs w:val="20"/>
        </w:rPr>
        <w:t xml:space="preserve"> </w:t>
      </w:r>
      <w:r w:rsidRPr="008C39F1">
        <w:rPr>
          <w:rFonts w:cs="Shruti"/>
          <w:b/>
          <w:bCs/>
          <w:sz w:val="20"/>
          <w:szCs w:val="20"/>
          <w:cs/>
          <w:lang w:bidi="gu-IN"/>
        </w:rPr>
        <w:t>છે</w:t>
      </w:r>
      <w:r w:rsidRPr="008C39F1">
        <w:rPr>
          <w:b/>
          <w:sz w:val="20"/>
          <w:szCs w:val="20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8C39F1" w:rsidRPr="008C39F1" w14:paraId="4B14F6CE" w14:textId="77777777" w:rsidTr="00037DD9">
        <w:tc>
          <w:tcPr>
            <w:tcW w:w="4320" w:type="dxa"/>
          </w:tcPr>
          <w:p w14:paraId="011A03D0" w14:textId="77777777" w:rsidR="008C39F1" w:rsidRPr="008C39F1" w:rsidRDefault="008C39F1" w:rsidP="008C39F1">
            <w:pPr>
              <w:spacing w:after="0" w:line="240" w:lineRule="auto"/>
              <w:rPr>
                <w:sz w:val="20"/>
                <w:szCs w:val="20"/>
              </w:rPr>
            </w:pPr>
            <w:r w:rsidRPr="008C39F1">
              <w:rPr>
                <w:sz w:val="20"/>
                <w:szCs w:val="20"/>
              </w:rPr>
              <w:br/>
              <w:t>______________________</w:t>
            </w:r>
          </w:p>
        </w:tc>
        <w:tc>
          <w:tcPr>
            <w:tcW w:w="4320" w:type="dxa"/>
          </w:tcPr>
          <w:p w14:paraId="5E10F1B1" w14:textId="71CFA47F" w:rsidR="008C39F1" w:rsidRPr="00533175" w:rsidRDefault="008C39F1" w:rsidP="008C39F1">
            <w:pPr>
              <w:spacing w:after="0" w:line="240" w:lineRule="auto"/>
              <w:jc w:val="right"/>
              <w:rPr>
                <w:rFonts w:cs="Shruti"/>
                <w:sz w:val="20"/>
                <w:szCs w:val="20"/>
              </w:rPr>
            </w:pPr>
            <w:r w:rsidRPr="008C39F1">
              <w:rPr>
                <w:rFonts w:cs="Shruti"/>
                <w:sz w:val="20"/>
                <w:szCs w:val="20"/>
                <w:cs/>
                <w:lang w:bidi="gu-IN"/>
              </w:rPr>
              <w:t>આચાર્યશ્રીની</w:t>
            </w:r>
            <w:r w:rsidRPr="008C39F1">
              <w:rPr>
                <w:sz w:val="20"/>
                <w:szCs w:val="20"/>
              </w:rPr>
              <w:t xml:space="preserve"> </w:t>
            </w:r>
            <w:r w:rsidRPr="008C39F1">
              <w:rPr>
                <w:rFonts w:cs="Shruti"/>
                <w:sz w:val="20"/>
                <w:szCs w:val="20"/>
                <w:cs/>
                <w:lang w:bidi="gu-IN"/>
              </w:rPr>
              <w:t>સહી</w:t>
            </w:r>
            <w:r w:rsidRPr="008C39F1">
              <w:rPr>
                <w:sz w:val="20"/>
                <w:szCs w:val="20"/>
              </w:rPr>
              <w:t xml:space="preserve"> </w:t>
            </w:r>
            <w:r w:rsidRPr="008C39F1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8C39F1">
              <w:rPr>
                <w:sz w:val="20"/>
                <w:szCs w:val="20"/>
              </w:rPr>
              <w:t xml:space="preserve"> </w:t>
            </w:r>
            <w:r w:rsidRPr="008C39F1">
              <w:rPr>
                <w:rFonts w:cs="Shruti"/>
                <w:sz w:val="20"/>
                <w:szCs w:val="20"/>
                <w:cs/>
                <w:lang w:bidi="gu-IN"/>
              </w:rPr>
              <w:t>સિક્કો</w:t>
            </w:r>
            <w:r w:rsidRPr="008C39F1">
              <w:rPr>
                <w:sz w:val="20"/>
                <w:szCs w:val="20"/>
              </w:rPr>
              <w:br/>
              <w:t>______________________</w:t>
            </w:r>
            <w:r w:rsidRPr="008C39F1">
              <w:rPr>
                <w:sz w:val="20"/>
                <w:szCs w:val="20"/>
              </w:rPr>
              <w:br/>
            </w:r>
            <w:r w:rsidRPr="008C39F1">
              <w:rPr>
                <w:rFonts w:cs="Shruti"/>
                <w:sz w:val="20"/>
                <w:szCs w:val="20"/>
                <w:cs/>
                <w:lang w:bidi="gu-IN"/>
              </w:rPr>
              <w:t>સ્થળ</w:t>
            </w:r>
            <w:r w:rsidRPr="008C39F1">
              <w:rPr>
                <w:sz w:val="20"/>
                <w:szCs w:val="20"/>
              </w:rPr>
              <w:t>:</w:t>
            </w:r>
            <w:r w:rsidR="00F56B31">
              <w:rPr>
                <w:rFonts w:cs="Shruti" w:hint="cs"/>
                <w:cs/>
                <w:lang w:bidi="gu-IN"/>
              </w:rPr>
              <w:t xml:space="preserve"> </w:t>
            </w:r>
            <w:r w:rsidR="008E13CA">
              <w:rPr>
                <w:rFonts w:cs="Shruti" w:hint="cs"/>
                <w:cs/>
                <w:lang w:bidi="gu-IN"/>
              </w:rPr>
              <w:t xml:space="preserve">ઢાંકણ્રીયાવાસ પ્રાથમિક શાળા </w:t>
            </w:r>
          </w:p>
        </w:tc>
      </w:tr>
    </w:tbl>
    <w:p w14:paraId="7E4D2A87" w14:textId="77777777" w:rsidR="008C39F1" w:rsidRPr="008C39F1" w:rsidRDefault="008C39F1" w:rsidP="008C39F1">
      <w:pPr>
        <w:spacing w:after="0" w:line="240" w:lineRule="auto"/>
        <w:rPr>
          <w:sz w:val="20"/>
          <w:szCs w:val="20"/>
        </w:rPr>
      </w:pPr>
    </w:p>
    <w:p w14:paraId="49C75851" w14:textId="77777777" w:rsidR="00162772" w:rsidRDefault="00162772" w:rsidP="0003495A">
      <w:pPr>
        <w:spacing w:after="0" w:line="240" w:lineRule="auto"/>
        <w:rPr>
          <w:rFonts w:cs="Shruti"/>
          <w:sz w:val="28"/>
          <w:szCs w:val="28"/>
          <w:u w:val="single"/>
          <w:lang w:bidi="gu-IN"/>
        </w:rPr>
      </w:pPr>
    </w:p>
    <w:p w14:paraId="6A7A0045" w14:textId="77777777" w:rsidR="00162772" w:rsidRDefault="00162772" w:rsidP="002E5B96">
      <w:pPr>
        <w:spacing w:after="0" w:line="240" w:lineRule="auto"/>
        <w:jc w:val="center"/>
        <w:rPr>
          <w:rFonts w:cs="Shruti"/>
          <w:sz w:val="28"/>
          <w:szCs w:val="28"/>
          <w:u w:val="single"/>
          <w:lang w:bidi="gu-IN"/>
        </w:rPr>
      </w:pPr>
    </w:p>
    <w:p w14:paraId="11E76A8A" w14:textId="77777777" w:rsidR="00162772" w:rsidRDefault="00162772" w:rsidP="002E5B96">
      <w:pPr>
        <w:spacing w:after="0" w:line="240" w:lineRule="auto"/>
        <w:jc w:val="center"/>
        <w:rPr>
          <w:rFonts w:cs="Shruti"/>
          <w:sz w:val="28"/>
          <w:szCs w:val="28"/>
          <w:u w:val="single"/>
          <w:lang w:bidi="gu-IN"/>
        </w:rPr>
      </w:pPr>
    </w:p>
    <w:p w14:paraId="14BF351E" w14:textId="56EF9ADB" w:rsidR="002E5B96" w:rsidRDefault="002546D1" w:rsidP="002E5B96">
      <w:pPr>
        <w:spacing w:after="0" w:line="240" w:lineRule="auto"/>
        <w:jc w:val="center"/>
        <w:rPr>
          <w:rFonts w:cs="Shruti"/>
          <w:b/>
          <w:u w:val="single"/>
          <w:lang w:val="en-IN" w:bidi="gu-IN"/>
        </w:rPr>
      </w:pPr>
      <w:r>
        <w:rPr>
          <w:rFonts w:cs="Shruti" w:hint="cs"/>
          <w:sz w:val="28"/>
          <w:szCs w:val="28"/>
          <w:u w:val="single"/>
          <w:cs/>
          <w:lang w:bidi="gu-IN"/>
        </w:rPr>
        <w:t>ઢાંકણ્રીયાવાસ પ્રાથમિક શાળા તા- લાખણી જિલ્લો - વાવ-થરાદ ડાયસ કોડ: 24021300207</w:t>
      </w:r>
    </w:p>
    <w:p w14:paraId="3A0FDFB8" w14:textId="77777777" w:rsidR="00E70E20" w:rsidRDefault="00E70E20" w:rsidP="00E70E20">
      <w:pPr>
        <w:pStyle w:val="Heading1"/>
      </w:pPr>
      <w:r>
        <w:rPr>
          <w:rFonts w:cs="Shruti"/>
          <w:cs/>
          <w:lang w:bidi="gu-IN"/>
        </w:rPr>
        <w:t>શાળા</w:t>
      </w:r>
      <w:r>
        <w:t xml:space="preserve"> </w:t>
      </w:r>
      <w:r>
        <w:rPr>
          <w:rFonts w:cs="Shruti"/>
          <w:cs/>
          <w:lang w:bidi="gu-IN"/>
        </w:rPr>
        <w:t>દ્વારા</w:t>
      </w:r>
      <w:r>
        <w:t xml:space="preserve"> </w:t>
      </w:r>
      <w:r>
        <w:rPr>
          <w:rFonts w:cs="Shruti"/>
          <w:cs/>
          <w:lang w:bidi="gu-IN"/>
        </w:rPr>
        <w:t>યોજાયેલ</w:t>
      </w:r>
      <w:r>
        <w:t xml:space="preserve"> </w:t>
      </w:r>
      <w:r>
        <w:rPr>
          <w:rFonts w:cs="Shruti"/>
          <w:cs/>
          <w:lang w:bidi="gu-IN"/>
        </w:rPr>
        <w:t>કલા</w:t>
      </w:r>
      <w:r>
        <w:t xml:space="preserve"> </w:t>
      </w:r>
      <w:r>
        <w:rPr>
          <w:rFonts w:cs="Shruti"/>
          <w:cs/>
          <w:lang w:bidi="gu-IN"/>
        </w:rPr>
        <w:t>શિક્ષણ</w:t>
      </w:r>
      <w:r>
        <w:t xml:space="preserve"> (Arts Education) </w:t>
      </w:r>
      <w:r>
        <w:rPr>
          <w:rFonts w:cs="Shruti"/>
          <w:cs/>
          <w:lang w:bidi="gu-IN"/>
        </w:rPr>
        <w:t>ની</w:t>
      </w:r>
      <w:r>
        <w:t xml:space="preserve"> </w:t>
      </w:r>
      <w:r>
        <w:rPr>
          <w:rFonts w:cs="Shruti"/>
          <w:cs/>
          <w:lang w:bidi="gu-IN"/>
        </w:rPr>
        <w:t>પ્રવૃત્તિઓનો</w:t>
      </w:r>
      <w:r>
        <w:t xml:space="preserve"> </w:t>
      </w:r>
      <w:r>
        <w:rPr>
          <w:rFonts w:cs="Shruti"/>
          <w:cs/>
          <w:lang w:bidi="gu-IN"/>
        </w:rPr>
        <w:t>અહેવાલ</w:t>
      </w:r>
    </w:p>
    <w:p w14:paraId="0E06675E" w14:textId="3A3990AA" w:rsidR="00E70E20" w:rsidRPr="00E70E20" w:rsidRDefault="00E70E20" w:rsidP="00E70E20">
      <w:pPr>
        <w:rPr>
          <w:rFonts w:cs="Shruti"/>
          <w:sz w:val="20"/>
          <w:szCs w:val="20"/>
          <w:lang w:bidi="gu-IN"/>
        </w:rPr>
      </w:pPr>
      <w:r w:rsidRPr="00E70E20">
        <w:rPr>
          <w:rFonts w:cs="Shruti"/>
          <w:sz w:val="20"/>
          <w:szCs w:val="20"/>
          <w:cs/>
          <w:lang w:bidi="gu-IN"/>
        </w:rPr>
        <w:t>ગુણોત્સવ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૨</w:t>
      </w:r>
      <w:r w:rsidRPr="00E70E20">
        <w:rPr>
          <w:sz w:val="20"/>
          <w:szCs w:val="20"/>
        </w:rPr>
        <w:t>.</w:t>
      </w:r>
      <w:r w:rsidRPr="00E70E20">
        <w:rPr>
          <w:rFonts w:cs="Shruti"/>
          <w:sz w:val="20"/>
          <w:szCs w:val="20"/>
          <w:cs/>
          <w:lang w:bidi="gu-IN"/>
        </w:rPr>
        <w:t>૦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ના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માપદંડો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અને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રાષ્ટ્રીય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શિક્ષણ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નીતિ</w:t>
      </w:r>
      <w:r w:rsidRPr="00E70E20">
        <w:rPr>
          <w:sz w:val="20"/>
          <w:szCs w:val="20"/>
        </w:rPr>
        <w:t xml:space="preserve"> (NEP-2020) </w:t>
      </w:r>
      <w:r w:rsidRPr="00E70E20">
        <w:rPr>
          <w:rFonts w:cs="Shruti"/>
          <w:sz w:val="20"/>
          <w:szCs w:val="20"/>
          <w:cs/>
          <w:lang w:bidi="gu-IN"/>
        </w:rPr>
        <w:t>અંતર્ગત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વિદ્યાર્થીઓના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સર્વાંગી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વિકાસ</w:t>
      </w:r>
      <w:r w:rsidRPr="00E70E20">
        <w:rPr>
          <w:sz w:val="20"/>
          <w:szCs w:val="20"/>
        </w:rPr>
        <w:t xml:space="preserve">, </w:t>
      </w:r>
      <w:r w:rsidR="00533175">
        <w:rPr>
          <w:rFonts w:cs="Shruti" w:hint="cs"/>
          <w:sz w:val="20"/>
          <w:szCs w:val="20"/>
          <w:cs/>
          <w:lang w:bidi="gu-IN"/>
        </w:rPr>
        <w:t>સર્જનાત્મક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અને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કલાત્મક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અભિવ્યક્તિ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માટે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કલા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શિક્ષણ</w:t>
      </w:r>
      <w:r w:rsidRPr="00E70E20">
        <w:rPr>
          <w:sz w:val="20"/>
          <w:szCs w:val="20"/>
        </w:rPr>
        <w:t xml:space="preserve"> (Arts Education) </w:t>
      </w:r>
      <w:r w:rsidRPr="00E70E20">
        <w:rPr>
          <w:rFonts w:cs="Shruti"/>
          <w:sz w:val="20"/>
          <w:szCs w:val="20"/>
          <w:cs/>
          <w:lang w:bidi="gu-IN"/>
        </w:rPr>
        <w:t>અત્યંત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આવશ્યક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છે</w:t>
      </w:r>
      <w:r w:rsidRPr="00E70E20">
        <w:rPr>
          <w:sz w:val="20"/>
          <w:szCs w:val="20"/>
        </w:rPr>
        <w:t>.</w:t>
      </w:r>
      <w:r w:rsidR="00533175" w:rsidRPr="00533175">
        <w:rPr>
          <w:rFonts w:cs="Shruti" w:hint="cs"/>
          <w:sz w:val="20"/>
          <w:szCs w:val="20"/>
          <w:cs/>
          <w:lang w:bidi="gu-IN"/>
        </w:rPr>
        <w:t xml:space="preserve"> </w:t>
      </w:r>
      <w:r w:rsidR="008E13CA">
        <w:rPr>
          <w:rFonts w:cs="Shruti" w:hint="cs"/>
          <w:sz w:val="20"/>
          <w:szCs w:val="20"/>
          <w:cs/>
          <w:lang w:bidi="gu-IN"/>
        </w:rPr>
        <w:t xml:space="preserve">ઢાંકણ્રીયાવાસ પ્રાથમિક શાળા </w:t>
      </w:r>
      <w:r w:rsidRPr="00E70E20">
        <w:rPr>
          <w:rFonts w:cs="Shruti"/>
          <w:sz w:val="20"/>
          <w:szCs w:val="20"/>
          <w:cs/>
          <w:lang w:bidi="gu-IN"/>
        </w:rPr>
        <w:t>માં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વિદ્યાર્થીઓની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આંતરિક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શક્તિઓને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બહાર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લાવવા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માટે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વિવિધ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કલા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પ્રવૃત્તિઓનું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આયોજન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કરવામાં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આવે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છે</w:t>
      </w:r>
      <w:r w:rsidRPr="00E70E20">
        <w:rPr>
          <w:sz w:val="20"/>
          <w:szCs w:val="20"/>
        </w:rPr>
        <w:t xml:space="preserve">, </w:t>
      </w:r>
      <w:r w:rsidRPr="00E70E20">
        <w:rPr>
          <w:rFonts w:cs="Shruti"/>
          <w:sz w:val="20"/>
          <w:szCs w:val="20"/>
          <w:cs/>
          <w:lang w:bidi="gu-IN"/>
        </w:rPr>
        <w:t>જેનો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અહેવાલ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નીચે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મુજબ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છે</w:t>
      </w:r>
      <w:r w:rsidRPr="00E70E20">
        <w:rPr>
          <w:sz w:val="20"/>
          <w:szCs w:val="20"/>
        </w:rPr>
        <w:t>:</w:t>
      </w:r>
    </w:p>
    <w:p w14:paraId="26B84C9A" w14:textId="77777777" w:rsidR="00E70E20" w:rsidRPr="00E70E20" w:rsidRDefault="00E70E20" w:rsidP="00E70E20">
      <w:pPr>
        <w:pStyle w:val="Heading2"/>
        <w:rPr>
          <w:sz w:val="20"/>
          <w:szCs w:val="20"/>
        </w:rPr>
      </w:pPr>
      <w:r w:rsidRPr="00E70E20">
        <w:rPr>
          <w:rFonts w:cs="Shruti"/>
          <w:sz w:val="20"/>
          <w:szCs w:val="20"/>
          <w:cs/>
          <w:lang w:bidi="gu-IN"/>
        </w:rPr>
        <w:t>૧</w:t>
      </w:r>
      <w:r w:rsidRPr="00E70E20">
        <w:rPr>
          <w:sz w:val="20"/>
          <w:szCs w:val="20"/>
        </w:rPr>
        <w:t xml:space="preserve">. </w:t>
      </w:r>
      <w:r w:rsidRPr="00E70E20">
        <w:rPr>
          <w:rFonts w:cs="Shruti"/>
          <w:sz w:val="20"/>
          <w:szCs w:val="20"/>
          <w:cs/>
          <w:lang w:bidi="gu-IN"/>
        </w:rPr>
        <w:t>કલા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શિક્ષણ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અંતર્ગત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યોજાયેલ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મુખ્ય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પ્રવૃત્તિઓ</w:t>
      </w:r>
      <w:r w:rsidRPr="00E70E20">
        <w:rPr>
          <w:sz w:val="20"/>
          <w:szCs w:val="20"/>
        </w:rPr>
        <w:t>:</w:t>
      </w:r>
    </w:p>
    <w:p w14:paraId="075F866B" w14:textId="77777777" w:rsidR="00E70E20" w:rsidRPr="00E70E20" w:rsidRDefault="00E70E20" w:rsidP="00E70E20">
      <w:pPr>
        <w:pStyle w:val="ListBullet"/>
        <w:rPr>
          <w:sz w:val="20"/>
          <w:szCs w:val="20"/>
        </w:rPr>
      </w:pPr>
      <w:r w:rsidRPr="00E70E20">
        <w:rPr>
          <w:rFonts w:cs="Shruti"/>
          <w:sz w:val="20"/>
          <w:szCs w:val="20"/>
          <w:cs/>
          <w:lang w:bidi="gu-IN"/>
        </w:rPr>
        <w:t>ચિત્રકળા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અને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રંગપૂરણી</w:t>
      </w:r>
      <w:r w:rsidRPr="00E70E20">
        <w:rPr>
          <w:sz w:val="20"/>
          <w:szCs w:val="20"/>
        </w:rPr>
        <w:t xml:space="preserve"> (Drawing &amp; Painting): </w:t>
      </w:r>
      <w:r w:rsidRPr="00E70E20">
        <w:rPr>
          <w:rFonts w:cs="Shruti"/>
          <w:sz w:val="20"/>
          <w:szCs w:val="20"/>
          <w:cs/>
          <w:lang w:bidi="gu-IN"/>
        </w:rPr>
        <w:t>વિદ્યાર્થીઓમાં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રંગોની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સમજ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અને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ચિત્રકળા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પ્રત્યે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રૂચિ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કેળવાય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તે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માટે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પેન્સિલ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ડ્રોઇંગ</w:t>
      </w:r>
      <w:r w:rsidRPr="00E70E20">
        <w:rPr>
          <w:sz w:val="20"/>
          <w:szCs w:val="20"/>
        </w:rPr>
        <w:t xml:space="preserve">, </w:t>
      </w:r>
      <w:r w:rsidRPr="00E70E20">
        <w:rPr>
          <w:rFonts w:cs="Shruti"/>
          <w:sz w:val="20"/>
          <w:szCs w:val="20"/>
          <w:cs/>
          <w:lang w:bidi="gu-IN"/>
        </w:rPr>
        <w:t>વોટર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કલર</w:t>
      </w:r>
      <w:r w:rsidRPr="00E70E20">
        <w:rPr>
          <w:sz w:val="20"/>
          <w:szCs w:val="20"/>
        </w:rPr>
        <w:t xml:space="preserve">, </w:t>
      </w:r>
      <w:r w:rsidRPr="00E70E20">
        <w:rPr>
          <w:rFonts w:cs="Shruti"/>
          <w:sz w:val="20"/>
          <w:szCs w:val="20"/>
          <w:cs/>
          <w:lang w:bidi="gu-IN"/>
        </w:rPr>
        <w:t>ક્રેયન્સ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વર્ક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અને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કેલિગ્રાફી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જેવી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પ્રવૃત્તિઓ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નિયમિત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કરાવવામાં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આવે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છે</w:t>
      </w:r>
      <w:r w:rsidRPr="00E70E20">
        <w:rPr>
          <w:sz w:val="20"/>
          <w:szCs w:val="20"/>
        </w:rPr>
        <w:t>.</w:t>
      </w:r>
    </w:p>
    <w:p w14:paraId="76B45B82" w14:textId="77777777" w:rsidR="00E70E20" w:rsidRPr="00E70E20" w:rsidRDefault="00E70E20" w:rsidP="00E70E20">
      <w:pPr>
        <w:pStyle w:val="ListBullet"/>
        <w:rPr>
          <w:sz w:val="20"/>
          <w:szCs w:val="20"/>
        </w:rPr>
      </w:pPr>
      <w:r w:rsidRPr="00E70E20">
        <w:rPr>
          <w:rFonts w:cs="Shruti"/>
          <w:sz w:val="20"/>
          <w:szCs w:val="20"/>
          <w:cs/>
          <w:lang w:bidi="gu-IN"/>
        </w:rPr>
        <w:t>હસ્તકળા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અને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ક્રાફ્ટ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વર્ક</w:t>
      </w:r>
      <w:r w:rsidRPr="00E70E20">
        <w:rPr>
          <w:sz w:val="20"/>
          <w:szCs w:val="20"/>
        </w:rPr>
        <w:t xml:space="preserve"> (Craft &amp; Origami): </w:t>
      </w:r>
      <w:r w:rsidRPr="00E70E20">
        <w:rPr>
          <w:rFonts w:cs="Shruti"/>
          <w:sz w:val="20"/>
          <w:szCs w:val="20"/>
          <w:cs/>
          <w:lang w:bidi="gu-IN"/>
        </w:rPr>
        <w:t>કાગળ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કામ</w:t>
      </w:r>
      <w:r w:rsidRPr="00E70E20">
        <w:rPr>
          <w:sz w:val="20"/>
          <w:szCs w:val="20"/>
        </w:rPr>
        <w:t xml:space="preserve"> (</w:t>
      </w:r>
      <w:r w:rsidRPr="00E70E20">
        <w:rPr>
          <w:rFonts w:cs="Shruti"/>
          <w:sz w:val="20"/>
          <w:szCs w:val="20"/>
          <w:cs/>
          <w:lang w:bidi="gu-IN"/>
        </w:rPr>
        <w:t>ઓરિગામી</w:t>
      </w:r>
      <w:r w:rsidRPr="00E70E20">
        <w:rPr>
          <w:sz w:val="20"/>
          <w:szCs w:val="20"/>
        </w:rPr>
        <w:t xml:space="preserve">), </w:t>
      </w:r>
      <w:r w:rsidRPr="00E70E20">
        <w:rPr>
          <w:rFonts w:cs="Shruti"/>
          <w:sz w:val="20"/>
          <w:szCs w:val="20"/>
          <w:cs/>
          <w:lang w:bidi="gu-IN"/>
        </w:rPr>
        <w:t>માટીકામ</w:t>
      </w:r>
      <w:r w:rsidRPr="00E70E20">
        <w:rPr>
          <w:sz w:val="20"/>
          <w:szCs w:val="20"/>
        </w:rPr>
        <w:t xml:space="preserve">, </w:t>
      </w:r>
      <w:r w:rsidRPr="00E70E20">
        <w:rPr>
          <w:rFonts w:cs="Shruti"/>
          <w:sz w:val="20"/>
          <w:szCs w:val="20"/>
          <w:cs/>
          <w:lang w:bidi="gu-IN"/>
        </w:rPr>
        <w:t>વેસ્ટમાંથી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બેસ્ટ</w:t>
      </w:r>
      <w:r w:rsidRPr="00E70E20">
        <w:rPr>
          <w:sz w:val="20"/>
          <w:szCs w:val="20"/>
        </w:rPr>
        <w:t xml:space="preserve"> (Best out of Waste) </w:t>
      </w:r>
      <w:r w:rsidRPr="00E70E20">
        <w:rPr>
          <w:rFonts w:cs="Shruti"/>
          <w:sz w:val="20"/>
          <w:szCs w:val="20"/>
          <w:cs/>
          <w:lang w:bidi="gu-IN"/>
        </w:rPr>
        <w:t>વસ્તુઓ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બનાવવી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અને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વેડિંગ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કાર્ડ</w:t>
      </w:r>
      <w:r w:rsidRPr="00E70E20">
        <w:rPr>
          <w:sz w:val="20"/>
          <w:szCs w:val="20"/>
        </w:rPr>
        <w:t>/</w:t>
      </w:r>
      <w:r w:rsidRPr="00E70E20">
        <w:rPr>
          <w:rFonts w:cs="Shruti"/>
          <w:sz w:val="20"/>
          <w:szCs w:val="20"/>
          <w:cs/>
          <w:lang w:bidi="gu-IN"/>
        </w:rPr>
        <w:t>ડેકોરેશનની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પ્રવૃત્તિઓ</w:t>
      </w:r>
      <w:r w:rsidRPr="00E70E20">
        <w:rPr>
          <w:sz w:val="20"/>
          <w:szCs w:val="20"/>
        </w:rPr>
        <w:t>.</w:t>
      </w:r>
    </w:p>
    <w:p w14:paraId="0027839D" w14:textId="77777777" w:rsidR="00E70E20" w:rsidRPr="00E70E20" w:rsidRDefault="00E70E20" w:rsidP="00E70E20">
      <w:pPr>
        <w:pStyle w:val="ListBullet"/>
        <w:rPr>
          <w:sz w:val="20"/>
          <w:szCs w:val="20"/>
        </w:rPr>
      </w:pPr>
      <w:r w:rsidRPr="00E70E20">
        <w:rPr>
          <w:rFonts w:cs="Shruti"/>
          <w:sz w:val="20"/>
          <w:szCs w:val="20"/>
          <w:cs/>
          <w:lang w:bidi="gu-IN"/>
        </w:rPr>
        <w:t>સંગીત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અને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અભિનય</w:t>
      </w:r>
      <w:r w:rsidRPr="00E70E20">
        <w:rPr>
          <w:sz w:val="20"/>
          <w:szCs w:val="20"/>
        </w:rPr>
        <w:t xml:space="preserve"> (Music &amp; Drama): </w:t>
      </w:r>
      <w:r w:rsidRPr="00E70E20">
        <w:rPr>
          <w:rFonts w:cs="Shruti"/>
          <w:sz w:val="20"/>
          <w:szCs w:val="20"/>
          <w:cs/>
          <w:lang w:bidi="gu-IN"/>
        </w:rPr>
        <w:t>રાષ્ટ્રીય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ગીતો</w:t>
      </w:r>
      <w:r w:rsidRPr="00E70E20">
        <w:rPr>
          <w:sz w:val="20"/>
          <w:szCs w:val="20"/>
        </w:rPr>
        <w:t xml:space="preserve">, </w:t>
      </w:r>
      <w:r w:rsidRPr="00E70E20">
        <w:rPr>
          <w:rFonts w:cs="Shruti"/>
          <w:sz w:val="20"/>
          <w:szCs w:val="20"/>
          <w:cs/>
          <w:lang w:bidi="gu-IN"/>
        </w:rPr>
        <w:t>ભજનો</w:t>
      </w:r>
      <w:r w:rsidRPr="00E70E20">
        <w:rPr>
          <w:sz w:val="20"/>
          <w:szCs w:val="20"/>
        </w:rPr>
        <w:t xml:space="preserve">, </w:t>
      </w:r>
      <w:r w:rsidRPr="00E70E20">
        <w:rPr>
          <w:rFonts w:cs="Shruti"/>
          <w:sz w:val="20"/>
          <w:szCs w:val="20"/>
          <w:cs/>
          <w:lang w:bidi="gu-IN"/>
        </w:rPr>
        <w:t>લોકગીતોનું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ગાયન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તેમજ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સામાજિક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વિષયો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પર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લઘુનાટિકાઓ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અને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અભિનયની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તાલીમ</w:t>
      </w:r>
      <w:r w:rsidRPr="00E70E20">
        <w:rPr>
          <w:sz w:val="20"/>
          <w:szCs w:val="20"/>
        </w:rPr>
        <w:t>.</w:t>
      </w:r>
    </w:p>
    <w:p w14:paraId="06F0DB68" w14:textId="77777777" w:rsidR="00E70E20" w:rsidRPr="00E70E20" w:rsidRDefault="00E70E20" w:rsidP="00E70E20">
      <w:pPr>
        <w:pStyle w:val="ListBullet"/>
        <w:rPr>
          <w:sz w:val="20"/>
          <w:szCs w:val="20"/>
        </w:rPr>
      </w:pPr>
      <w:r w:rsidRPr="00E70E20">
        <w:rPr>
          <w:rFonts w:cs="Shruti"/>
          <w:sz w:val="20"/>
          <w:szCs w:val="20"/>
          <w:cs/>
          <w:lang w:bidi="gu-IN"/>
        </w:rPr>
        <w:t>કલા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ઉત્સવ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અને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સ્પર્ધાઓ</w:t>
      </w:r>
      <w:r w:rsidRPr="00E70E20">
        <w:rPr>
          <w:sz w:val="20"/>
          <w:szCs w:val="20"/>
        </w:rPr>
        <w:t xml:space="preserve">: </w:t>
      </w:r>
      <w:r w:rsidRPr="00E70E20">
        <w:rPr>
          <w:rFonts w:cs="Shruti"/>
          <w:sz w:val="20"/>
          <w:szCs w:val="20"/>
          <w:cs/>
          <w:lang w:bidi="gu-IN"/>
        </w:rPr>
        <w:t>શાળા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કક્ષાએ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ચિત્ર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સ્પર્ધા</w:t>
      </w:r>
      <w:r w:rsidRPr="00E70E20">
        <w:rPr>
          <w:sz w:val="20"/>
          <w:szCs w:val="20"/>
        </w:rPr>
        <w:t xml:space="preserve">, </w:t>
      </w:r>
      <w:r w:rsidRPr="00E70E20">
        <w:rPr>
          <w:rFonts w:cs="Shruti"/>
          <w:sz w:val="20"/>
          <w:szCs w:val="20"/>
          <w:cs/>
          <w:lang w:bidi="gu-IN"/>
        </w:rPr>
        <w:t>નિબંધ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સ્પર્ધા</w:t>
      </w:r>
      <w:r w:rsidRPr="00E70E20">
        <w:rPr>
          <w:sz w:val="20"/>
          <w:szCs w:val="20"/>
        </w:rPr>
        <w:t xml:space="preserve">, </w:t>
      </w:r>
      <w:r w:rsidRPr="00E70E20">
        <w:rPr>
          <w:rFonts w:cs="Shruti"/>
          <w:sz w:val="20"/>
          <w:szCs w:val="20"/>
          <w:cs/>
          <w:lang w:bidi="gu-IN"/>
        </w:rPr>
        <w:t>વક્તૃત્વ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અને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હસ્તકળા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પ્રદર્શનનું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આયોજન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કરી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વિજેતા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વિદ્યાર્થીઓને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પ્રોત્સાહિત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કરવામાં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આવે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છે</w:t>
      </w:r>
      <w:r w:rsidRPr="00E70E20">
        <w:rPr>
          <w:sz w:val="20"/>
          <w:szCs w:val="20"/>
        </w:rPr>
        <w:t>.</w:t>
      </w:r>
    </w:p>
    <w:p w14:paraId="611DCF31" w14:textId="77777777" w:rsidR="00E70E20" w:rsidRPr="00E70E20" w:rsidRDefault="00E70E20" w:rsidP="00E70E20">
      <w:pPr>
        <w:pStyle w:val="Heading2"/>
        <w:rPr>
          <w:sz w:val="20"/>
          <w:szCs w:val="20"/>
        </w:rPr>
      </w:pPr>
      <w:r w:rsidRPr="00E70E20">
        <w:rPr>
          <w:rFonts w:cs="Shruti"/>
          <w:sz w:val="20"/>
          <w:szCs w:val="20"/>
          <w:cs/>
          <w:lang w:bidi="gu-IN"/>
        </w:rPr>
        <w:t>૨</w:t>
      </w:r>
      <w:r w:rsidRPr="00E70E20">
        <w:rPr>
          <w:sz w:val="20"/>
          <w:szCs w:val="20"/>
        </w:rPr>
        <w:t xml:space="preserve">. </w:t>
      </w:r>
      <w:r w:rsidRPr="00E70E20">
        <w:rPr>
          <w:rFonts w:cs="Shruti"/>
          <w:sz w:val="20"/>
          <w:szCs w:val="20"/>
          <w:cs/>
          <w:lang w:bidi="gu-IN"/>
        </w:rPr>
        <w:t>કલા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શિક્ષણ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પ્રવૃત્તિઓનું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આયોજન</w:t>
      </w:r>
      <w:r w:rsidRPr="00E70E20">
        <w:rPr>
          <w:sz w:val="20"/>
          <w:szCs w:val="20"/>
        </w:rPr>
        <w:t xml:space="preserve"> </w:t>
      </w:r>
      <w:r w:rsidRPr="00E70E20">
        <w:rPr>
          <w:rFonts w:cs="Shruti"/>
          <w:sz w:val="20"/>
          <w:szCs w:val="20"/>
          <w:cs/>
          <w:lang w:bidi="gu-IN"/>
        </w:rPr>
        <w:t>પત્રક</w:t>
      </w:r>
      <w:r w:rsidRPr="00E70E20">
        <w:rPr>
          <w:sz w:val="20"/>
          <w:szCs w:val="20"/>
        </w:rPr>
        <w:t>: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675"/>
        <w:gridCol w:w="3645"/>
        <w:gridCol w:w="2160"/>
        <w:gridCol w:w="2842"/>
      </w:tblGrid>
      <w:tr w:rsidR="00E70E20" w:rsidRPr="00E70E20" w14:paraId="5DE4D06D" w14:textId="77777777" w:rsidTr="00E70E20">
        <w:tc>
          <w:tcPr>
            <w:tcW w:w="675" w:type="dxa"/>
          </w:tcPr>
          <w:p w14:paraId="4FA26BAC" w14:textId="77777777" w:rsidR="00E70E20" w:rsidRPr="00E70E20" w:rsidRDefault="00E70E20" w:rsidP="00E70E20">
            <w:pPr>
              <w:jc w:val="center"/>
              <w:rPr>
                <w:sz w:val="20"/>
                <w:szCs w:val="20"/>
              </w:rPr>
            </w:pPr>
            <w:r w:rsidRPr="00E70E20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ક્રમ</w:t>
            </w:r>
          </w:p>
        </w:tc>
        <w:tc>
          <w:tcPr>
            <w:tcW w:w="3645" w:type="dxa"/>
          </w:tcPr>
          <w:p w14:paraId="25099115" w14:textId="77777777" w:rsidR="00E70E20" w:rsidRPr="00E70E20" w:rsidRDefault="00E70E20" w:rsidP="00E70E20">
            <w:pPr>
              <w:jc w:val="center"/>
              <w:rPr>
                <w:sz w:val="20"/>
                <w:szCs w:val="20"/>
              </w:rPr>
            </w:pPr>
            <w:r w:rsidRPr="00E70E20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પ્રવૃત્તિનું</w:t>
            </w:r>
            <w:r w:rsidRPr="00E70E20">
              <w:rPr>
                <w:b/>
                <w:sz w:val="20"/>
                <w:szCs w:val="20"/>
              </w:rPr>
              <w:t xml:space="preserve"> </w:t>
            </w:r>
            <w:r w:rsidRPr="00E70E20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નામ</w:t>
            </w:r>
          </w:p>
        </w:tc>
        <w:tc>
          <w:tcPr>
            <w:tcW w:w="2160" w:type="dxa"/>
          </w:tcPr>
          <w:p w14:paraId="7B0FA62C" w14:textId="77777777" w:rsidR="00E70E20" w:rsidRPr="00E70E20" w:rsidRDefault="00E70E20" w:rsidP="00E70E20">
            <w:pPr>
              <w:jc w:val="center"/>
              <w:rPr>
                <w:sz w:val="20"/>
                <w:szCs w:val="20"/>
              </w:rPr>
            </w:pPr>
            <w:r w:rsidRPr="00E70E20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ભાગ</w:t>
            </w:r>
            <w:r w:rsidRPr="00E70E20">
              <w:rPr>
                <w:b/>
                <w:sz w:val="20"/>
                <w:szCs w:val="20"/>
              </w:rPr>
              <w:t xml:space="preserve"> </w:t>
            </w:r>
            <w:r w:rsidRPr="00E70E20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લેનાર</w:t>
            </w:r>
            <w:r w:rsidRPr="00E70E20">
              <w:rPr>
                <w:b/>
                <w:sz w:val="20"/>
                <w:szCs w:val="20"/>
              </w:rPr>
              <w:t xml:space="preserve"> </w:t>
            </w:r>
            <w:r w:rsidRPr="00E70E20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ધોરણો</w:t>
            </w:r>
          </w:p>
        </w:tc>
        <w:tc>
          <w:tcPr>
            <w:tcW w:w="2842" w:type="dxa"/>
          </w:tcPr>
          <w:p w14:paraId="2266D422" w14:textId="77777777" w:rsidR="00E70E20" w:rsidRPr="00E70E20" w:rsidRDefault="00E70E20" w:rsidP="00E70E20">
            <w:pPr>
              <w:jc w:val="center"/>
              <w:rPr>
                <w:sz w:val="20"/>
                <w:szCs w:val="20"/>
              </w:rPr>
            </w:pPr>
            <w:r w:rsidRPr="00E70E20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આયોજનનો</w:t>
            </w:r>
            <w:r w:rsidRPr="00E70E20">
              <w:rPr>
                <w:b/>
                <w:sz w:val="20"/>
                <w:szCs w:val="20"/>
              </w:rPr>
              <w:t xml:space="preserve"> </w:t>
            </w:r>
            <w:r w:rsidRPr="00E70E20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સમય</w:t>
            </w:r>
            <w:r w:rsidRPr="00E70E20">
              <w:rPr>
                <w:b/>
                <w:sz w:val="20"/>
                <w:szCs w:val="20"/>
              </w:rPr>
              <w:t xml:space="preserve"> / </w:t>
            </w:r>
            <w:r w:rsidRPr="00E70E20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મહિનો</w:t>
            </w:r>
          </w:p>
        </w:tc>
      </w:tr>
      <w:tr w:rsidR="00E70E20" w:rsidRPr="00E70E20" w14:paraId="2C1A2386" w14:textId="77777777" w:rsidTr="00E70E20">
        <w:tc>
          <w:tcPr>
            <w:tcW w:w="675" w:type="dxa"/>
          </w:tcPr>
          <w:p w14:paraId="2E1CC8A7" w14:textId="77777777" w:rsidR="00E70E20" w:rsidRPr="00E70E20" w:rsidRDefault="00E70E20" w:rsidP="00E70E20">
            <w:pPr>
              <w:jc w:val="center"/>
              <w:rPr>
                <w:sz w:val="20"/>
                <w:szCs w:val="20"/>
              </w:rPr>
            </w:pPr>
            <w:r w:rsidRPr="00E70E20">
              <w:rPr>
                <w:rFonts w:cs="Shruti"/>
                <w:sz w:val="20"/>
                <w:szCs w:val="20"/>
                <w:cs/>
                <w:lang w:bidi="gu-IN"/>
              </w:rPr>
              <w:t>૧</w:t>
            </w:r>
          </w:p>
        </w:tc>
        <w:tc>
          <w:tcPr>
            <w:tcW w:w="3645" w:type="dxa"/>
          </w:tcPr>
          <w:p w14:paraId="214A8D74" w14:textId="77777777" w:rsidR="00E70E20" w:rsidRPr="00E70E20" w:rsidRDefault="00E70E20" w:rsidP="00037DD9">
            <w:pPr>
              <w:rPr>
                <w:sz w:val="20"/>
                <w:szCs w:val="20"/>
              </w:rPr>
            </w:pPr>
            <w:r w:rsidRPr="00E70E20">
              <w:rPr>
                <w:rFonts w:cs="Shruti"/>
                <w:sz w:val="20"/>
                <w:szCs w:val="20"/>
                <w:cs/>
                <w:lang w:bidi="gu-IN"/>
              </w:rPr>
              <w:t>ચિત્રકળા</w:t>
            </w:r>
            <w:r w:rsidRPr="00E70E20">
              <w:rPr>
                <w:sz w:val="20"/>
                <w:szCs w:val="20"/>
              </w:rPr>
              <w:t xml:space="preserve"> </w:t>
            </w:r>
            <w:r w:rsidRPr="00E70E20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E70E20">
              <w:rPr>
                <w:sz w:val="20"/>
                <w:szCs w:val="20"/>
              </w:rPr>
              <w:t xml:space="preserve"> </w:t>
            </w:r>
            <w:r w:rsidRPr="00E70E20">
              <w:rPr>
                <w:rFonts w:cs="Shruti"/>
                <w:sz w:val="20"/>
                <w:szCs w:val="20"/>
                <w:cs/>
                <w:lang w:bidi="gu-IN"/>
              </w:rPr>
              <w:t>રંગપૂરણી</w:t>
            </w:r>
            <w:r w:rsidRPr="00E70E20">
              <w:rPr>
                <w:sz w:val="20"/>
                <w:szCs w:val="20"/>
              </w:rPr>
              <w:t xml:space="preserve"> </w:t>
            </w:r>
            <w:r w:rsidRPr="00E70E20">
              <w:rPr>
                <w:rFonts w:cs="Shruti"/>
                <w:sz w:val="20"/>
                <w:szCs w:val="20"/>
                <w:cs/>
                <w:lang w:bidi="gu-IN"/>
              </w:rPr>
              <w:t>સ્પર્ધા</w:t>
            </w:r>
          </w:p>
        </w:tc>
        <w:tc>
          <w:tcPr>
            <w:tcW w:w="2160" w:type="dxa"/>
          </w:tcPr>
          <w:p w14:paraId="44216C5D" w14:textId="77777777" w:rsidR="00E70E20" w:rsidRPr="00E70E20" w:rsidRDefault="00E70E20" w:rsidP="00037DD9">
            <w:pPr>
              <w:rPr>
                <w:sz w:val="20"/>
                <w:szCs w:val="20"/>
              </w:rPr>
            </w:pPr>
            <w:r w:rsidRPr="00E70E20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E70E20">
              <w:rPr>
                <w:sz w:val="20"/>
                <w:szCs w:val="20"/>
              </w:rPr>
              <w:t xml:space="preserve"> </w:t>
            </w:r>
            <w:r w:rsidRPr="00E70E20">
              <w:rPr>
                <w:rFonts w:cs="Shruti"/>
                <w:sz w:val="20"/>
                <w:szCs w:val="20"/>
                <w:cs/>
                <w:lang w:bidi="gu-IN"/>
              </w:rPr>
              <w:t>૧</w:t>
            </w:r>
            <w:r w:rsidRPr="00E70E20">
              <w:rPr>
                <w:sz w:val="20"/>
                <w:szCs w:val="20"/>
              </w:rPr>
              <w:t xml:space="preserve"> </w:t>
            </w:r>
            <w:r w:rsidRPr="00E70E20">
              <w:rPr>
                <w:rFonts w:cs="Shruti"/>
                <w:sz w:val="20"/>
                <w:szCs w:val="20"/>
                <w:cs/>
                <w:lang w:bidi="gu-IN"/>
              </w:rPr>
              <w:t>થી</w:t>
            </w:r>
            <w:r w:rsidRPr="00E70E20">
              <w:rPr>
                <w:sz w:val="20"/>
                <w:szCs w:val="20"/>
              </w:rPr>
              <w:t xml:space="preserve"> </w:t>
            </w:r>
            <w:r w:rsidRPr="00E70E20">
              <w:rPr>
                <w:rFonts w:cs="Shruti"/>
                <w:sz w:val="20"/>
                <w:szCs w:val="20"/>
                <w:cs/>
                <w:lang w:bidi="gu-IN"/>
              </w:rPr>
              <w:t>૮</w:t>
            </w:r>
          </w:p>
        </w:tc>
        <w:tc>
          <w:tcPr>
            <w:tcW w:w="2842" w:type="dxa"/>
          </w:tcPr>
          <w:p w14:paraId="514701BA" w14:textId="77777777" w:rsidR="00E70E20" w:rsidRPr="00E70E20" w:rsidRDefault="00E70E20" w:rsidP="00037DD9">
            <w:pPr>
              <w:rPr>
                <w:sz w:val="20"/>
                <w:szCs w:val="20"/>
              </w:rPr>
            </w:pPr>
            <w:r w:rsidRPr="00E70E20">
              <w:rPr>
                <w:rFonts w:cs="Shruti"/>
                <w:sz w:val="20"/>
                <w:szCs w:val="20"/>
                <w:cs/>
                <w:lang w:bidi="gu-IN"/>
              </w:rPr>
              <w:t>માસિક</w:t>
            </w:r>
            <w:r w:rsidRPr="00E70E20">
              <w:rPr>
                <w:sz w:val="20"/>
                <w:szCs w:val="20"/>
              </w:rPr>
              <w:t xml:space="preserve"> / </w:t>
            </w:r>
            <w:r w:rsidRPr="00E70E20">
              <w:rPr>
                <w:rFonts w:cs="Shruti"/>
                <w:sz w:val="20"/>
                <w:szCs w:val="20"/>
                <w:cs/>
                <w:lang w:bidi="gu-IN"/>
              </w:rPr>
              <w:t>સત્રાંત</w:t>
            </w:r>
          </w:p>
        </w:tc>
      </w:tr>
      <w:tr w:rsidR="00E70E20" w:rsidRPr="00E70E20" w14:paraId="3FB00523" w14:textId="77777777" w:rsidTr="00E70E20">
        <w:tc>
          <w:tcPr>
            <w:tcW w:w="675" w:type="dxa"/>
          </w:tcPr>
          <w:p w14:paraId="01D19530" w14:textId="77777777" w:rsidR="00E70E20" w:rsidRPr="00E70E20" w:rsidRDefault="00E70E20" w:rsidP="00E70E20">
            <w:pPr>
              <w:jc w:val="center"/>
              <w:rPr>
                <w:sz w:val="20"/>
                <w:szCs w:val="20"/>
              </w:rPr>
            </w:pPr>
            <w:r w:rsidRPr="00E70E20">
              <w:rPr>
                <w:rFonts w:cs="Shruti"/>
                <w:sz w:val="20"/>
                <w:szCs w:val="20"/>
                <w:cs/>
                <w:lang w:bidi="gu-IN"/>
              </w:rPr>
              <w:t>૨</w:t>
            </w:r>
          </w:p>
        </w:tc>
        <w:tc>
          <w:tcPr>
            <w:tcW w:w="3645" w:type="dxa"/>
          </w:tcPr>
          <w:p w14:paraId="60550D2E" w14:textId="77777777" w:rsidR="00E70E20" w:rsidRPr="00E70E20" w:rsidRDefault="00E70E20" w:rsidP="00037DD9">
            <w:pPr>
              <w:rPr>
                <w:sz w:val="20"/>
                <w:szCs w:val="20"/>
              </w:rPr>
            </w:pPr>
            <w:r w:rsidRPr="00E70E20">
              <w:rPr>
                <w:rFonts w:cs="Shruti"/>
                <w:sz w:val="20"/>
                <w:szCs w:val="20"/>
                <w:cs/>
                <w:lang w:bidi="gu-IN"/>
              </w:rPr>
              <w:t>કાગળ</w:t>
            </w:r>
            <w:r w:rsidRPr="00E70E20">
              <w:rPr>
                <w:sz w:val="20"/>
                <w:szCs w:val="20"/>
              </w:rPr>
              <w:t xml:space="preserve"> </w:t>
            </w:r>
            <w:r w:rsidRPr="00E70E20">
              <w:rPr>
                <w:rFonts w:cs="Shruti"/>
                <w:sz w:val="20"/>
                <w:szCs w:val="20"/>
                <w:cs/>
                <w:lang w:bidi="gu-IN"/>
              </w:rPr>
              <w:t>કામ</w:t>
            </w:r>
            <w:r w:rsidRPr="00E70E20">
              <w:rPr>
                <w:sz w:val="20"/>
                <w:szCs w:val="20"/>
              </w:rPr>
              <w:t xml:space="preserve"> </w:t>
            </w:r>
            <w:r w:rsidRPr="00E70E20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E70E20">
              <w:rPr>
                <w:sz w:val="20"/>
                <w:szCs w:val="20"/>
              </w:rPr>
              <w:t xml:space="preserve"> </w:t>
            </w:r>
            <w:r w:rsidRPr="00E70E20">
              <w:rPr>
                <w:rFonts w:cs="Shruti"/>
                <w:sz w:val="20"/>
                <w:szCs w:val="20"/>
                <w:cs/>
                <w:lang w:bidi="gu-IN"/>
              </w:rPr>
              <w:t>ઓરિગામી</w:t>
            </w:r>
            <w:r w:rsidRPr="00E70E20">
              <w:rPr>
                <w:sz w:val="20"/>
                <w:szCs w:val="20"/>
              </w:rPr>
              <w:t xml:space="preserve"> (Craft)</w:t>
            </w:r>
          </w:p>
        </w:tc>
        <w:tc>
          <w:tcPr>
            <w:tcW w:w="2160" w:type="dxa"/>
          </w:tcPr>
          <w:p w14:paraId="39E78723" w14:textId="77777777" w:rsidR="00E70E20" w:rsidRPr="00E70E20" w:rsidRDefault="00E70E20" w:rsidP="00037DD9">
            <w:pPr>
              <w:rPr>
                <w:sz w:val="20"/>
                <w:szCs w:val="20"/>
              </w:rPr>
            </w:pPr>
            <w:r w:rsidRPr="00E70E20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E70E20">
              <w:rPr>
                <w:sz w:val="20"/>
                <w:szCs w:val="20"/>
              </w:rPr>
              <w:t xml:space="preserve"> </w:t>
            </w:r>
            <w:r w:rsidRPr="00E70E20">
              <w:rPr>
                <w:rFonts w:cs="Shruti"/>
                <w:sz w:val="20"/>
                <w:szCs w:val="20"/>
                <w:cs/>
                <w:lang w:bidi="gu-IN"/>
              </w:rPr>
              <w:t>૩</w:t>
            </w:r>
            <w:r w:rsidRPr="00E70E20">
              <w:rPr>
                <w:sz w:val="20"/>
                <w:szCs w:val="20"/>
              </w:rPr>
              <w:t xml:space="preserve"> </w:t>
            </w:r>
            <w:r w:rsidRPr="00E70E20">
              <w:rPr>
                <w:rFonts w:cs="Shruti"/>
                <w:sz w:val="20"/>
                <w:szCs w:val="20"/>
                <w:cs/>
                <w:lang w:bidi="gu-IN"/>
              </w:rPr>
              <w:t>થી</w:t>
            </w:r>
            <w:r w:rsidRPr="00E70E20">
              <w:rPr>
                <w:sz w:val="20"/>
                <w:szCs w:val="20"/>
              </w:rPr>
              <w:t xml:space="preserve"> </w:t>
            </w:r>
            <w:r w:rsidRPr="00E70E20">
              <w:rPr>
                <w:rFonts w:cs="Shruti"/>
                <w:sz w:val="20"/>
                <w:szCs w:val="20"/>
                <w:cs/>
                <w:lang w:bidi="gu-IN"/>
              </w:rPr>
              <w:t>૫</w:t>
            </w:r>
          </w:p>
        </w:tc>
        <w:tc>
          <w:tcPr>
            <w:tcW w:w="2842" w:type="dxa"/>
          </w:tcPr>
          <w:p w14:paraId="02382A00" w14:textId="77777777" w:rsidR="00E70E20" w:rsidRPr="00E70E20" w:rsidRDefault="00E70E20" w:rsidP="00037DD9">
            <w:pPr>
              <w:rPr>
                <w:sz w:val="20"/>
                <w:szCs w:val="20"/>
              </w:rPr>
            </w:pPr>
            <w:r w:rsidRPr="00E70E20">
              <w:rPr>
                <w:rFonts w:cs="Shruti"/>
                <w:sz w:val="20"/>
                <w:szCs w:val="20"/>
                <w:cs/>
                <w:lang w:bidi="gu-IN"/>
              </w:rPr>
              <w:t>પક્ષિક</w:t>
            </w:r>
            <w:r w:rsidRPr="00E70E20">
              <w:rPr>
                <w:sz w:val="20"/>
                <w:szCs w:val="20"/>
              </w:rPr>
              <w:t xml:space="preserve"> </w:t>
            </w:r>
            <w:r w:rsidRPr="00E70E20">
              <w:rPr>
                <w:rFonts w:cs="Shruti"/>
                <w:sz w:val="20"/>
                <w:szCs w:val="20"/>
                <w:cs/>
                <w:lang w:bidi="gu-IN"/>
              </w:rPr>
              <w:t>પ્રવૃત્તિ</w:t>
            </w:r>
          </w:p>
        </w:tc>
      </w:tr>
      <w:tr w:rsidR="00E70E20" w:rsidRPr="00E70E20" w14:paraId="6E749CA5" w14:textId="77777777" w:rsidTr="00E70E20">
        <w:tc>
          <w:tcPr>
            <w:tcW w:w="675" w:type="dxa"/>
          </w:tcPr>
          <w:p w14:paraId="5EC1DFF7" w14:textId="77777777" w:rsidR="00E70E20" w:rsidRPr="00E70E20" w:rsidRDefault="00E70E20" w:rsidP="00E70E20">
            <w:pPr>
              <w:jc w:val="center"/>
              <w:rPr>
                <w:sz w:val="20"/>
                <w:szCs w:val="20"/>
              </w:rPr>
            </w:pPr>
            <w:r w:rsidRPr="00E70E20">
              <w:rPr>
                <w:rFonts w:cs="Shruti"/>
                <w:sz w:val="20"/>
                <w:szCs w:val="20"/>
                <w:cs/>
                <w:lang w:bidi="gu-IN"/>
              </w:rPr>
              <w:t>૩</w:t>
            </w:r>
          </w:p>
        </w:tc>
        <w:tc>
          <w:tcPr>
            <w:tcW w:w="3645" w:type="dxa"/>
          </w:tcPr>
          <w:p w14:paraId="4EB9E5D0" w14:textId="77777777" w:rsidR="00E70E20" w:rsidRPr="00E70E20" w:rsidRDefault="00E70E20" w:rsidP="00037DD9">
            <w:pPr>
              <w:rPr>
                <w:sz w:val="20"/>
                <w:szCs w:val="20"/>
              </w:rPr>
            </w:pPr>
            <w:r w:rsidRPr="00E70E20">
              <w:rPr>
                <w:rFonts w:cs="Shruti"/>
                <w:sz w:val="20"/>
                <w:szCs w:val="20"/>
                <w:cs/>
                <w:lang w:bidi="gu-IN"/>
              </w:rPr>
              <w:t>માટીકામ</w:t>
            </w:r>
            <w:r w:rsidRPr="00E70E20">
              <w:rPr>
                <w:sz w:val="20"/>
                <w:szCs w:val="20"/>
              </w:rPr>
              <w:t xml:space="preserve"> </w:t>
            </w:r>
            <w:r w:rsidRPr="00E70E20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E70E20">
              <w:rPr>
                <w:sz w:val="20"/>
                <w:szCs w:val="20"/>
              </w:rPr>
              <w:t xml:space="preserve"> </w:t>
            </w:r>
            <w:r w:rsidRPr="00E70E20">
              <w:rPr>
                <w:rFonts w:cs="Shruti"/>
                <w:sz w:val="20"/>
                <w:szCs w:val="20"/>
                <w:cs/>
                <w:lang w:bidi="gu-IN"/>
              </w:rPr>
              <w:t>સૃજનાત્મક</w:t>
            </w:r>
            <w:r w:rsidRPr="00E70E20">
              <w:rPr>
                <w:sz w:val="20"/>
                <w:szCs w:val="20"/>
              </w:rPr>
              <w:t xml:space="preserve"> </w:t>
            </w:r>
            <w:r w:rsidRPr="00E70E20">
              <w:rPr>
                <w:rFonts w:cs="Shruti"/>
                <w:sz w:val="20"/>
                <w:szCs w:val="20"/>
                <w:cs/>
                <w:lang w:bidi="gu-IN"/>
              </w:rPr>
              <w:t>કલાકૃતિ</w:t>
            </w:r>
          </w:p>
        </w:tc>
        <w:tc>
          <w:tcPr>
            <w:tcW w:w="2160" w:type="dxa"/>
          </w:tcPr>
          <w:p w14:paraId="4CB249A8" w14:textId="77777777" w:rsidR="00E70E20" w:rsidRPr="00E70E20" w:rsidRDefault="00E70E20" w:rsidP="00037DD9">
            <w:pPr>
              <w:rPr>
                <w:sz w:val="20"/>
                <w:szCs w:val="20"/>
              </w:rPr>
            </w:pPr>
            <w:r w:rsidRPr="00E70E20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E70E20">
              <w:rPr>
                <w:sz w:val="20"/>
                <w:szCs w:val="20"/>
              </w:rPr>
              <w:t xml:space="preserve"> </w:t>
            </w:r>
            <w:r w:rsidRPr="00E70E20">
              <w:rPr>
                <w:rFonts w:cs="Shruti"/>
                <w:sz w:val="20"/>
                <w:szCs w:val="20"/>
                <w:cs/>
                <w:lang w:bidi="gu-IN"/>
              </w:rPr>
              <w:t>૬</w:t>
            </w:r>
            <w:r w:rsidRPr="00E70E20">
              <w:rPr>
                <w:sz w:val="20"/>
                <w:szCs w:val="20"/>
              </w:rPr>
              <w:t xml:space="preserve"> </w:t>
            </w:r>
            <w:r w:rsidRPr="00E70E20">
              <w:rPr>
                <w:rFonts w:cs="Shruti"/>
                <w:sz w:val="20"/>
                <w:szCs w:val="20"/>
                <w:cs/>
                <w:lang w:bidi="gu-IN"/>
              </w:rPr>
              <w:t>થી</w:t>
            </w:r>
            <w:r w:rsidRPr="00E70E20">
              <w:rPr>
                <w:sz w:val="20"/>
                <w:szCs w:val="20"/>
              </w:rPr>
              <w:t xml:space="preserve"> </w:t>
            </w:r>
            <w:r w:rsidRPr="00E70E20">
              <w:rPr>
                <w:rFonts w:cs="Shruti"/>
                <w:sz w:val="20"/>
                <w:szCs w:val="20"/>
                <w:cs/>
                <w:lang w:bidi="gu-IN"/>
              </w:rPr>
              <w:t>૮</w:t>
            </w:r>
          </w:p>
        </w:tc>
        <w:tc>
          <w:tcPr>
            <w:tcW w:w="2842" w:type="dxa"/>
          </w:tcPr>
          <w:p w14:paraId="6EC09DDA" w14:textId="77777777" w:rsidR="00E70E20" w:rsidRPr="00E70E20" w:rsidRDefault="00E70E20" w:rsidP="00037DD9">
            <w:pPr>
              <w:rPr>
                <w:sz w:val="20"/>
                <w:szCs w:val="20"/>
              </w:rPr>
            </w:pPr>
            <w:r w:rsidRPr="00E70E20">
              <w:rPr>
                <w:rFonts w:cs="Shruti"/>
                <w:sz w:val="20"/>
                <w:szCs w:val="20"/>
                <w:cs/>
                <w:lang w:bidi="gu-IN"/>
              </w:rPr>
              <w:t>કલા</w:t>
            </w:r>
            <w:r w:rsidRPr="00E70E20">
              <w:rPr>
                <w:sz w:val="20"/>
                <w:szCs w:val="20"/>
              </w:rPr>
              <w:t xml:space="preserve"> </w:t>
            </w:r>
            <w:r w:rsidRPr="00E70E20">
              <w:rPr>
                <w:rFonts w:cs="Shruti"/>
                <w:sz w:val="20"/>
                <w:szCs w:val="20"/>
                <w:cs/>
                <w:lang w:bidi="gu-IN"/>
              </w:rPr>
              <w:t>ઉત્સવ</w:t>
            </w:r>
            <w:r w:rsidRPr="00E70E20">
              <w:rPr>
                <w:sz w:val="20"/>
                <w:szCs w:val="20"/>
              </w:rPr>
              <w:t xml:space="preserve"> </w:t>
            </w:r>
            <w:r w:rsidRPr="00E70E20">
              <w:rPr>
                <w:rFonts w:cs="Shruti"/>
                <w:sz w:val="20"/>
                <w:szCs w:val="20"/>
                <w:cs/>
                <w:lang w:bidi="gu-IN"/>
              </w:rPr>
              <w:t>દરમિયાન</w:t>
            </w:r>
          </w:p>
        </w:tc>
      </w:tr>
      <w:tr w:rsidR="00E70E20" w:rsidRPr="00E70E20" w14:paraId="41230509" w14:textId="77777777" w:rsidTr="00E70E20">
        <w:tc>
          <w:tcPr>
            <w:tcW w:w="675" w:type="dxa"/>
          </w:tcPr>
          <w:p w14:paraId="0AAA47E0" w14:textId="77777777" w:rsidR="00E70E20" w:rsidRPr="00E70E20" w:rsidRDefault="00E70E20" w:rsidP="00E70E20">
            <w:pPr>
              <w:jc w:val="center"/>
              <w:rPr>
                <w:sz w:val="20"/>
                <w:szCs w:val="20"/>
              </w:rPr>
            </w:pPr>
            <w:r w:rsidRPr="00E70E20">
              <w:rPr>
                <w:rFonts w:cs="Shruti"/>
                <w:sz w:val="20"/>
                <w:szCs w:val="20"/>
                <w:cs/>
                <w:lang w:bidi="gu-IN"/>
              </w:rPr>
              <w:t>૪</w:t>
            </w:r>
          </w:p>
        </w:tc>
        <w:tc>
          <w:tcPr>
            <w:tcW w:w="3645" w:type="dxa"/>
          </w:tcPr>
          <w:p w14:paraId="41941F70" w14:textId="77777777" w:rsidR="00E70E20" w:rsidRPr="00E70E20" w:rsidRDefault="00E70E20" w:rsidP="00037DD9">
            <w:pPr>
              <w:rPr>
                <w:sz w:val="20"/>
                <w:szCs w:val="20"/>
              </w:rPr>
            </w:pPr>
            <w:r w:rsidRPr="00E70E20">
              <w:rPr>
                <w:rFonts w:cs="Shruti"/>
                <w:sz w:val="20"/>
                <w:szCs w:val="20"/>
                <w:cs/>
                <w:lang w:bidi="gu-IN"/>
              </w:rPr>
              <w:t>દેશભક્તિ</w:t>
            </w:r>
            <w:r w:rsidRPr="00E70E20">
              <w:rPr>
                <w:sz w:val="20"/>
                <w:szCs w:val="20"/>
              </w:rPr>
              <w:t xml:space="preserve"> </w:t>
            </w:r>
            <w:r w:rsidRPr="00E70E20">
              <w:rPr>
                <w:rFonts w:cs="Shruti"/>
                <w:sz w:val="20"/>
                <w:szCs w:val="20"/>
                <w:cs/>
                <w:lang w:bidi="gu-IN"/>
              </w:rPr>
              <w:t>ગીત</w:t>
            </w:r>
            <w:r w:rsidRPr="00E70E20">
              <w:rPr>
                <w:sz w:val="20"/>
                <w:szCs w:val="20"/>
              </w:rPr>
              <w:t xml:space="preserve"> </w:t>
            </w:r>
            <w:r w:rsidRPr="00E70E20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E70E20">
              <w:rPr>
                <w:sz w:val="20"/>
                <w:szCs w:val="20"/>
              </w:rPr>
              <w:t xml:space="preserve"> </w:t>
            </w:r>
            <w:r w:rsidRPr="00E70E20">
              <w:rPr>
                <w:rFonts w:cs="Shruti"/>
                <w:sz w:val="20"/>
                <w:szCs w:val="20"/>
                <w:cs/>
                <w:lang w:bidi="gu-IN"/>
              </w:rPr>
              <w:t>સાંસ્કૃતિક</w:t>
            </w:r>
            <w:r w:rsidRPr="00E70E20">
              <w:rPr>
                <w:sz w:val="20"/>
                <w:szCs w:val="20"/>
              </w:rPr>
              <w:t xml:space="preserve"> </w:t>
            </w:r>
            <w:r w:rsidRPr="00E70E20">
              <w:rPr>
                <w:rFonts w:cs="Shruti"/>
                <w:sz w:val="20"/>
                <w:szCs w:val="20"/>
                <w:cs/>
                <w:lang w:bidi="gu-IN"/>
              </w:rPr>
              <w:t>નૃત્ય</w:t>
            </w:r>
          </w:p>
        </w:tc>
        <w:tc>
          <w:tcPr>
            <w:tcW w:w="2160" w:type="dxa"/>
          </w:tcPr>
          <w:p w14:paraId="6A86D4F7" w14:textId="77777777" w:rsidR="00E70E20" w:rsidRPr="00E70E20" w:rsidRDefault="00E70E20" w:rsidP="00037DD9">
            <w:pPr>
              <w:rPr>
                <w:sz w:val="20"/>
                <w:szCs w:val="20"/>
              </w:rPr>
            </w:pPr>
            <w:r w:rsidRPr="00E70E20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E70E20">
              <w:rPr>
                <w:sz w:val="20"/>
                <w:szCs w:val="20"/>
              </w:rPr>
              <w:t xml:space="preserve"> </w:t>
            </w:r>
            <w:r w:rsidRPr="00E70E20">
              <w:rPr>
                <w:rFonts w:cs="Shruti"/>
                <w:sz w:val="20"/>
                <w:szCs w:val="20"/>
                <w:cs/>
                <w:lang w:bidi="gu-IN"/>
              </w:rPr>
              <w:t>૧</w:t>
            </w:r>
            <w:r w:rsidRPr="00E70E20">
              <w:rPr>
                <w:sz w:val="20"/>
                <w:szCs w:val="20"/>
              </w:rPr>
              <w:t xml:space="preserve"> </w:t>
            </w:r>
            <w:r w:rsidRPr="00E70E20">
              <w:rPr>
                <w:rFonts w:cs="Shruti"/>
                <w:sz w:val="20"/>
                <w:szCs w:val="20"/>
                <w:cs/>
                <w:lang w:bidi="gu-IN"/>
              </w:rPr>
              <w:t>થી</w:t>
            </w:r>
            <w:r w:rsidRPr="00E70E20">
              <w:rPr>
                <w:sz w:val="20"/>
                <w:szCs w:val="20"/>
              </w:rPr>
              <w:t xml:space="preserve"> </w:t>
            </w:r>
            <w:r w:rsidRPr="00E70E20">
              <w:rPr>
                <w:rFonts w:cs="Shruti"/>
                <w:sz w:val="20"/>
                <w:szCs w:val="20"/>
                <w:cs/>
                <w:lang w:bidi="gu-IN"/>
              </w:rPr>
              <w:t>૮</w:t>
            </w:r>
          </w:p>
        </w:tc>
        <w:tc>
          <w:tcPr>
            <w:tcW w:w="2842" w:type="dxa"/>
          </w:tcPr>
          <w:p w14:paraId="51A4FA4C" w14:textId="77777777" w:rsidR="00E70E20" w:rsidRPr="00E70E20" w:rsidRDefault="00E70E20" w:rsidP="00037DD9">
            <w:pPr>
              <w:rPr>
                <w:sz w:val="20"/>
                <w:szCs w:val="20"/>
              </w:rPr>
            </w:pPr>
            <w:r w:rsidRPr="00E70E20">
              <w:rPr>
                <w:rFonts w:cs="Shruti"/>
                <w:sz w:val="20"/>
                <w:szCs w:val="20"/>
                <w:cs/>
                <w:lang w:bidi="gu-IN"/>
              </w:rPr>
              <w:t>રાષ્ટ્રીય</w:t>
            </w:r>
            <w:r w:rsidRPr="00E70E20">
              <w:rPr>
                <w:sz w:val="20"/>
                <w:szCs w:val="20"/>
              </w:rPr>
              <w:t xml:space="preserve"> </w:t>
            </w:r>
            <w:r w:rsidRPr="00E70E20">
              <w:rPr>
                <w:rFonts w:cs="Shruti"/>
                <w:sz w:val="20"/>
                <w:szCs w:val="20"/>
                <w:cs/>
                <w:lang w:bidi="gu-IN"/>
              </w:rPr>
              <w:t>પર્વ</w:t>
            </w:r>
            <w:r w:rsidRPr="00E70E20">
              <w:rPr>
                <w:sz w:val="20"/>
                <w:szCs w:val="20"/>
              </w:rPr>
              <w:t xml:space="preserve"> (</w:t>
            </w:r>
            <w:r w:rsidRPr="00E70E20">
              <w:rPr>
                <w:rFonts w:cs="Shruti"/>
                <w:sz w:val="20"/>
                <w:szCs w:val="20"/>
                <w:cs/>
                <w:lang w:bidi="gu-IN"/>
              </w:rPr>
              <w:t>૧૫</w:t>
            </w:r>
            <w:r w:rsidRPr="00E70E20">
              <w:rPr>
                <w:sz w:val="20"/>
                <w:szCs w:val="20"/>
              </w:rPr>
              <w:t xml:space="preserve"> </w:t>
            </w:r>
            <w:r w:rsidRPr="00E70E20">
              <w:rPr>
                <w:rFonts w:cs="Shruti"/>
                <w:sz w:val="20"/>
                <w:szCs w:val="20"/>
                <w:cs/>
                <w:lang w:bidi="gu-IN"/>
              </w:rPr>
              <w:t>ઓગસ્ટ</w:t>
            </w:r>
            <w:r w:rsidRPr="00E70E20">
              <w:rPr>
                <w:sz w:val="20"/>
                <w:szCs w:val="20"/>
              </w:rPr>
              <w:t xml:space="preserve"> / </w:t>
            </w:r>
            <w:r w:rsidRPr="00E70E20">
              <w:rPr>
                <w:rFonts w:cs="Shruti"/>
                <w:sz w:val="20"/>
                <w:szCs w:val="20"/>
                <w:cs/>
                <w:lang w:bidi="gu-IN"/>
              </w:rPr>
              <w:t>૨૬</w:t>
            </w:r>
            <w:r w:rsidRPr="00E70E20">
              <w:rPr>
                <w:sz w:val="20"/>
                <w:szCs w:val="20"/>
              </w:rPr>
              <w:t xml:space="preserve"> </w:t>
            </w:r>
            <w:r w:rsidRPr="00E70E20">
              <w:rPr>
                <w:rFonts w:cs="Shruti"/>
                <w:sz w:val="20"/>
                <w:szCs w:val="20"/>
                <w:cs/>
                <w:lang w:bidi="gu-IN"/>
              </w:rPr>
              <w:t>જાન્યુઆરી</w:t>
            </w:r>
            <w:r w:rsidRPr="00E70E20">
              <w:rPr>
                <w:sz w:val="20"/>
                <w:szCs w:val="20"/>
              </w:rPr>
              <w:t>)</w:t>
            </w:r>
          </w:p>
        </w:tc>
      </w:tr>
    </w:tbl>
    <w:p w14:paraId="7784F26C" w14:textId="77777777" w:rsidR="00E70E20" w:rsidRPr="00E70E20" w:rsidRDefault="00E70E20" w:rsidP="00E70E20">
      <w:pPr>
        <w:rPr>
          <w:sz w:val="20"/>
          <w:szCs w:val="20"/>
        </w:rPr>
      </w:pPr>
      <w:r w:rsidRPr="00E70E20">
        <w:rPr>
          <w:sz w:val="20"/>
          <w:szCs w:val="20"/>
        </w:rPr>
        <w:br/>
      </w:r>
      <w:r w:rsidRPr="00E70E20">
        <w:rPr>
          <w:rFonts w:cs="Shruti"/>
          <w:b/>
          <w:bCs/>
          <w:sz w:val="20"/>
          <w:szCs w:val="20"/>
          <w:cs/>
          <w:lang w:bidi="gu-IN"/>
        </w:rPr>
        <w:t>નિષ્કર્ષ</w:t>
      </w:r>
      <w:r w:rsidRPr="00E70E20">
        <w:rPr>
          <w:b/>
          <w:sz w:val="20"/>
          <w:szCs w:val="20"/>
        </w:rPr>
        <w:t xml:space="preserve">: </w:t>
      </w:r>
      <w:r w:rsidRPr="00E70E20">
        <w:rPr>
          <w:rFonts w:cs="Shruti"/>
          <w:b/>
          <w:bCs/>
          <w:sz w:val="20"/>
          <w:szCs w:val="20"/>
          <w:cs/>
          <w:lang w:bidi="gu-IN"/>
        </w:rPr>
        <w:t>કલા</w:t>
      </w:r>
      <w:r w:rsidRPr="00E70E20">
        <w:rPr>
          <w:b/>
          <w:sz w:val="20"/>
          <w:szCs w:val="20"/>
        </w:rPr>
        <w:t xml:space="preserve"> </w:t>
      </w:r>
      <w:r w:rsidRPr="00E70E20">
        <w:rPr>
          <w:rFonts w:cs="Shruti"/>
          <w:b/>
          <w:bCs/>
          <w:sz w:val="20"/>
          <w:szCs w:val="20"/>
          <w:cs/>
          <w:lang w:bidi="gu-IN"/>
        </w:rPr>
        <w:t>શિક્ષણની</w:t>
      </w:r>
      <w:r w:rsidRPr="00E70E20">
        <w:rPr>
          <w:b/>
          <w:sz w:val="20"/>
          <w:szCs w:val="20"/>
        </w:rPr>
        <w:t xml:space="preserve"> </w:t>
      </w:r>
      <w:r w:rsidRPr="00E70E20">
        <w:rPr>
          <w:rFonts w:cs="Shruti"/>
          <w:b/>
          <w:bCs/>
          <w:sz w:val="20"/>
          <w:szCs w:val="20"/>
          <w:cs/>
          <w:lang w:bidi="gu-IN"/>
        </w:rPr>
        <w:t>આ</w:t>
      </w:r>
      <w:r w:rsidRPr="00E70E20">
        <w:rPr>
          <w:b/>
          <w:sz w:val="20"/>
          <w:szCs w:val="20"/>
        </w:rPr>
        <w:t xml:space="preserve"> </w:t>
      </w:r>
      <w:r w:rsidRPr="00E70E20">
        <w:rPr>
          <w:rFonts w:cs="Shruti"/>
          <w:b/>
          <w:bCs/>
          <w:sz w:val="20"/>
          <w:szCs w:val="20"/>
          <w:cs/>
          <w:lang w:bidi="gu-IN"/>
        </w:rPr>
        <w:t>વિવિધ</w:t>
      </w:r>
      <w:r w:rsidRPr="00E70E20">
        <w:rPr>
          <w:b/>
          <w:sz w:val="20"/>
          <w:szCs w:val="20"/>
        </w:rPr>
        <w:t xml:space="preserve"> </w:t>
      </w:r>
      <w:r w:rsidRPr="00E70E20">
        <w:rPr>
          <w:rFonts w:cs="Shruti"/>
          <w:b/>
          <w:bCs/>
          <w:sz w:val="20"/>
          <w:szCs w:val="20"/>
          <w:cs/>
          <w:lang w:bidi="gu-IN"/>
        </w:rPr>
        <w:t>પ્રવૃત્તિઓ</w:t>
      </w:r>
      <w:r w:rsidRPr="00E70E20">
        <w:rPr>
          <w:b/>
          <w:sz w:val="20"/>
          <w:szCs w:val="20"/>
        </w:rPr>
        <w:t xml:space="preserve"> </w:t>
      </w:r>
      <w:r w:rsidRPr="00E70E20">
        <w:rPr>
          <w:rFonts w:cs="Shruti"/>
          <w:b/>
          <w:bCs/>
          <w:sz w:val="20"/>
          <w:szCs w:val="20"/>
          <w:cs/>
          <w:lang w:bidi="gu-IN"/>
        </w:rPr>
        <w:t>દ્વારા</w:t>
      </w:r>
      <w:r w:rsidRPr="00E70E20">
        <w:rPr>
          <w:b/>
          <w:sz w:val="20"/>
          <w:szCs w:val="20"/>
        </w:rPr>
        <w:t xml:space="preserve"> </w:t>
      </w:r>
      <w:r w:rsidRPr="00E70E20">
        <w:rPr>
          <w:rFonts w:cs="Shruti"/>
          <w:b/>
          <w:bCs/>
          <w:sz w:val="20"/>
          <w:szCs w:val="20"/>
          <w:cs/>
          <w:lang w:bidi="gu-IN"/>
        </w:rPr>
        <w:t>વિદ્યાર્થીઓની</w:t>
      </w:r>
      <w:r w:rsidRPr="00E70E20">
        <w:rPr>
          <w:b/>
          <w:sz w:val="20"/>
          <w:szCs w:val="20"/>
        </w:rPr>
        <w:t xml:space="preserve"> </w:t>
      </w:r>
      <w:r w:rsidRPr="00E70E20">
        <w:rPr>
          <w:rFonts w:cs="Shruti"/>
          <w:b/>
          <w:bCs/>
          <w:sz w:val="20"/>
          <w:szCs w:val="20"/>
          <w:cs/>
          <w:lang w:bidi="gu-IN"/>
        </w:rPr>
        <w:t>કલ્પનાશક્તિ</w:t>
      </w:r>
      <w:r w:rsidRPr="00E70E20">
        <w:rPr>
          <w:b/>
          <w:sz w:val="20"/>
          <w:szCs w:val="20"/>
        </w:rPr>
        <w:t xml:space="preserve"> </w:t>
      </w:r>
      <w:r w:rsidRPr="00E70E20">
        <w:rPr>
          <w:rFonts w:cs="Shruti"/>
          <w:b/>
          <w:bCs/>
          <w:sz w:val="20"/>
          <w:szCs w:val="20"/>
          <w:cs/>
          <w:lang w:bidi="gu-IN"/>
        </w:rPr>
        <w:t>અને</w:t>
      </w:r>
      <w:r w:rsidRPr="00E70E20">
        <w:rPr>
          <w:b/>
          <w:sz w:val="20"/>
          <w:szCs w:val="20"/>
        </w:rPr>
        <w:t xml:space="preserve"> </w:t>
      </w:r>
      <w:r w:rsidRPr="00E70E20">
        <w:rPr>
          <w:rFonts w:cs="Shruti"/>
          <w:b/>
          <w:bCs/>
          <w:sz w:val="20"/>
          <w:szCs w:val="20"/>
          <w:cs/>
          <w:lang w:bidi="gu-IN"/>
        </w:rPr>
        <w:t>સર્જનાત્મકતામાં</w:t>
      </w:r>
      <w:r w:rsidRPr="00E70E20">
        <w:rPr>
          <w:b/>
          <w:sz w:val="20"/>
          <w:szCs w:val="20"/>
        </w:rPr>
        <w:t xml:space="preserve"> </w:t>
      </w:r>
      <w:r w:rsidRPr="00E70E20">
        <w:rPr>
          <w:rFonts w:cs="Shruti"/>
          <w:b/>
          <w:bCs/>
          <w:sz w:val="20"/>
          <w:szCs w:val="20"/>
          <w:cs/>
          <w:lang w:bidi="gu-IN"/>
        </w:rPr>
        <w:t>મોટો</w:t>
      </w:r>
      <w:r w:rsidRPr="00E70E20">
        <w:rPr>
          <w:b/>
          <w:sz w:val="20"/>
          <w:szCs w:val="20"/>
        </w:rPr>
        <w:t xml:space="preserve"> </w:t>
      </w:r>
      <w:r w:rsidRPr="00E70E20">
        <w:rPr>
          <w:rFonts w:cs="Shruti"/>
          <w:b/>
          <w:bCs/>
          <w:sz w:val="20"/>
          <w:szCs w:val="20"/>
          <w:cs/>
          <w:lang w:bidi="gu-IN"/>
        </w:rPr>
        <w:t>વધારો</w:t>
      </w:r>
      <w:r w:rsidRPr="00E70E20">
        <w:rPr>
          <w:b/>
          <w:sz w:val="20"/>
          <w:szCs w:val="20"/>
        </w:rPr>
        <w:t xml:space="preserve"> </w:t>
      </w:r>
      <w:r w:rsidRPr="00E70E20">
        <w:rPr>
          <w:rFonts w:cs="Shruti"/>
          <w:b/>
          <w:bCs/>
          <w:sz w:val="20"/>
          <w:szCs w:val="20"/>
          <w:cs/>
          <w:lang w:bidi="gu-IN"/>
        </w:rPr>
        <w:t>થયો</w:t>
      </w:r>
      <w:r w:rsidRPr="00E70E20">
        <w:rPr>
          <w:b/>
          <w:sz w:val="20"/>
          <w:szCs w:val="20"/>
        </w:rPr>
        <w:t xml:space="preserve"> </w:t>
      </w:r>
      <w:r w:rsidRPr="00E70E20">
        <w:rPr>
          <w:rFonts w:cs="Shruti"/>
          <w:b/>
          <w:bCs/>
          <w:sz w:val="20"/>
          <w:szCs w:val="20"/>
          <w:cs/>
          <w:lang w:bidi="gu-IN"/>
        </w:rPr>
        <w:t>છે</w:t>
      </w:r>
      <w:r w:rsidRPr="00E70E20">
        <w:rPr>
          <w:b/>
          <w:sz w:val="20"/>
          <w:szCs w:val="20"/>
        </w:rPr>
        <w:t xml:space="preserve"> </w:t>
      </w:r>
      <w:r w:rsidRPr="00E70E20">
        <w:rPr>
          <w:rFonts w:cs="Shruti"/>
          <w:b/>
          <w:bCs/>
          <w:sz w:val="20"/>
          <w:szCs w:val="20"/>
          <w:cs/>
          <w:lang w:bidi="gu-IN"/>
        </w:rPr>
        <w:t>તથા</w:t>
      </w:r>
      <w:r w:rsidRPr="00E70E20">
        <w:rPr>
          <w:b/>
          <w:sz w:val="20"/>
          <w:szCs w:val="20"/>
        </w:rPr>
        <w:t xml:space="preserve"> </w:t>
      </w:r>
      <w:r w:rsidRPr="00E70E20">
        <w:rPr>
          <w:rFonts w:cs="Shruti"/>
          <w:b/>
          <w:bCs/>
          <w:sz w:val="20"/>
          <w:szCs w:val="20"/>
          <w:cs/>
          <w:lang w:bidi="gu-IN"/>
        </w:rPr>
        <w:t>પઠન</w:t>
      </w:r>
      <w:r w:rsidRPr="00E70E20">
        <w:rPr>
          <w:b/>
          <w:sz w:val="20"/>
          <w:szCs w:val="20"/>
        </w:rPr>
        <w:t>-</w:t>
      </w:r>
      <w:r w:rsidRPr="00E70E20">
        <w:rPr>
          <w:rFonts w:cs="Shruti"/>
          <w:b/>
          <w:bCs/>
          <w:sz w:val="20"/>
          <w:szCs w:val="20"/>
          <w:cs/>
          <w:lang w:bidi="gu-IN"/>
        </w:rPr>
        <w:t>પાઠનની</w:t>
      </w:r>
      <w:r w:rsidRPr="00E70E20">
        <w:rPr>
          <w:b/>
          <w:sz w:val="20"/>
          <w:szCs w:val="20"/>
        </w:rPr>
        <w:t xml:space="preserve"> </w:t>
      </w:r>
      <w:r w:rsidRPr="00E70E20">
        <w:rPr>
          <w:rFonts w:cs="Shruti"/>
          <w:b/>
          <w:bCs/>
          <w:sz w:val="20"/>
          <w:szCs w:val="20"/>
          <w:cs/>
          <w:lang w:bidi="gu-IN"/>
        </w:rPr>
        <w:t>સાથે</w:t>
      </w:r>
      <w:r w:rsidRPr="00E70E20">
        <w:rPr>
          <w:b/>
          <w:sz w:val="20"/>
          <w:szCs w:val="20"/>
        </w:rPr>
        <w:t xml:space="preserve"> </w:t>
      </w:r>
      <w:r w:rsidRPr="00E70E20">
        <w:rPr>
          <w:rFonts w:cs="Shruti"/>
          <w:b/>
          <w:bCs/>
          <w:sz w:val="20"/>
          <w:szCs w:val="20"/>
          <w:cs/>
          <w:lang w:bidi="gu-IN"/>
        </w:rPr>
        <w:t>કલા</w:t>
      </w:r>
      <w:r w:rsidRPr="00E70E20">
        <w:rPr>
          <w:b/>
          <w:sz w:val="20"/>
          <w:szCs w:val="20"/>
        </w:rPr>
        <w:t xml:space="preserve"> </w:t>
      </w:r>
      <w:r w:rsidRPr="00E70E20">
        <w:rPr>
          <w:rFonts w:cs="Shruti"/>
          <w:b/>
          <w:bCs/>
          <w:sz w:val="20"/>
          <w:szCs w:val="20"/>
          <w:cs/>
          <w:lang w:bidi="gu-IN"/>
        </w:rPr>
        <w:t>ક્ષેત્રે</w:t>
      </w:r>
      <w:r w:rsidRPr="00E70E20">
        <w:rPr>
          <w:b/>
          <w:sz w:val="20"/>
          <w:szCs w:val="20"/>
        </w:rPr>
        <w:t xml:space="preserve"> </w:t>
      </w:r>
      <w:r w:rsidRPr="00E70E20">
        <w:rPr>
          <w:rFonts w:cs="Shruti"/>
          <w:b/>
          <w:bCs/>
          <w:sz w:val="20"/>
          <w:szCs w:val="20"/>
          <w:cs/>
          <w:lang w:bidi="gu-IN"/>
        </w:rPr>
        <w:t>પણ</w:t>
      </w:r>
      <w:r w:rsidRPr="00E70E20">
        <w:rPr>
          <w:b/>
          <w:sz w:val="20"/>
          <w:szCs w:val="20"/>
        </w:rPr>
        <w:t xml:space="preserve"> </w:t>
      </w:r>
      <w:r w:rsidRPr="00E70E20">
        <w:rPr>
          <w:rFonts w:cs="Shruti"/>
          <w:b/>
          <w:bCs/>
          <w:sz w:val="20"/>
          <w:szCs w:val="20"/>
          <w:cs/>
          <w:lang w:bidi="gu-IN"/>
        </w:rPr>
        <w:t>વિદ્યાર્થીઓ</w:t>
      </w:r>
      <w:r w:rsidRPr="00E70E20">
        <w:rPr>
          <w:b/>
          <w:sz w:val="20"/>
          <w:szCs w:val="20"/>
        </w:rPr>
        <w:t xml:space="preserve"> </w:t>
      </w:r>
      <w:r w:rsidRPr="00E70E20">
        <w:rPr>
          <w:rFonts w:cs="Shruti"/>
          <w:b/>
          <w:bCs/>
          <w:sz w:val="20"/>
          <w:szCs w:val="20"/>
          <w:cs/>
          <w:lang w:bidi="gu-IN"/>
        </w:rPr>
        <w:t>ઉત્સાહપૂર્વક</w:t>
      </w:r>
      <w:r w:rsidRPr="00E70E20">
        <w:rPr>
          <w:b/>
          <w:sz w:val="20"/>
          <w:szCs w:val="20"/>
        </w:rPr>
        <w:t xml:space="preserve"> </w:t>
      </w:r>
      <w:r w:rsidRPr="00E70E20">
        <w:rPr>
          <w:rFonts w:cs="Shruti"/>
          <w:b/>
          <w:bCs/>
          <w:sz w:val="20"/>
          <w:szCs w:val="20"/>
          <w:cs/>
          <w:lang w:bidi="gu-IN"/>
        </w:rPr>
        <w:t>આગળ</w:t>
      </w:r>
      <w:r w:rsidRPr="00E70E20">
        <w:rPr>
          <w:b/>
          <w:sz w:val="20"/>
          <w:szCs w:val="20"/>
        </w:rPr>
        <w:t xml:space="preserve"> </w:t>
      </w:r>
      <w:r w:rsidRPr="00E70E20">
        <w:rPr>
          <w:rFonts w:cs="Shruti"/>
          <w:b/>
          <w:bCs/>
          <w:sz w:val="20"/>
          <w:szCs w:val="20"/>
          <w:cs/>
          <w:lang w:bidi="gu-IN"/>
        </w:rPr>
        <w:t>વધી</w:t>
      </w:r>
      <w:r w:rsidRPr="00E70E20">
        <w:rPr>
          <w:b/>
          <w:sz w:val="20"/>
          <w:szCs w:val="20"/>
        </w:rPr>
        <w:t xml:space="preserve"> </w:t>
      </w:r>
      <w:r w:rsidRPr="00E70E20">
        <w:rPr>
          <w:rFonts w:cs="Shruti"/>
          <w:b/>
          <w:bCs/>
          <w:sz w:val="20"/>
          <w:szCs w:val="20"/>
          <w:cs/>
          <w:lang w:bidi="gu-IN"/>
        </w:rPr>
        <w:t>રહ્યા</w:t>
      </w:r>
      <w:r w:rsidRPr="00E70E20">
        <w:rPr>
          <w:b/>
          <w:sz w:val="20"/>
          <w:szCs w:val="20"/>
        </w:rPr>
        <w:t xml:space="preserve"> </w:t>
      </w:r>
      <w:r w:rsidRPr="00E70E20">
        <w:rPr>
          <w:rFonts w:cs="Shruti"/>
          <w:b/>
          <w:bCs/>
          <w:sz w:val="20"/>
          <w:szCs w:val="20"/>
          <w:cs/>
          <w:lang w:bidi="gu-IN"/>
        </w:rPr>
        <w:t>છે</w:t>
      </w:r>
      <w:r w:rsidRPr="00E70E20">
        <w:rPr>
          <w:b/>
          <w:sz w:val="20"/>
          <w:szCs w:val="20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E70E20" w:rsidRPr="00E70E20" w14:paraId="3FBC0009" w14:textId="77777777" w:rsidTr="00037DD9">
        <w:tc>
          <w:tcPr>
            <w:tcW w:w="4320" w:type="dxa"/>
          </w:tcPr>
          <w:p w14:paraId="4255165D" w14:textId="77777777" w:rsidR="00E70E20" w:rsidRPr="00E70E20" w:rsidRDefault="00E70E20" w:rsidP="00E70E20">
            <w:pPr>
              <w:rPr>
                <w:sz w:val="20"/>
                <w:szCs w:val="20"/>
              </w:rPr>
            </w:pPr>
            <w:r w:rsidRPr="00E70E20">
              <w:rPr>
                <w:sz w:val="20"/>
                <w:szCs w:val="20"/>
              </w:rPr>
              <w:br/>
            </w:r>
            <w:r w:rsidRPr="00E70E20">
              <w:rPr>
                <w:rFonts w:cs="Shruti"/>
                <w:sz w:val="20"/>
                <w:szCs w:val="20"/>
                <w:cs/>
                <w:lang w:bidi="gu-IN"/>
              </w:rPr>
              <w:t>કલા</w:t>
            </w:r>
            <w:r w:rsidRPr="00E70E20">
              <w:rPr>
                <w:sz w:val="20"/>
                <w:szCs w:val="20"/>
              </w:rPr>
              <w:t xml:space="preserve"> </w:t>
            </w:r>
            <w:r w:rsidRPr="00E70E20">
              <w:rPr>
                <w:rFonts w:cs="Shruti"/>
                <w:sz w:val="20"/>
                <w:szCs w:val="20"/>
                <w:cs/>
                <w:lang w:bidi="gu-IN"/>
              </w:rPr>
              <w:t>શિક્ષક</w:t>
            </w:r>
            <w:r w:rsidRPr="00E70E20">
              <w:rPr>
                <w:sz w:val="20"/>
                <w:szCs w:val="20"/>
              </w:rPr>
              <w:t xml:space="preserve"> / </w:t>
            </w:r>
            <w:r w:rsidRPr="00E70E20">
              <w:rPr>
                <w:rFonts w:cs="Shruti"/>
                <w:sz w:val="20"/>
                <w:szCs w:val="20"/>
                <w:cs/>
                <w:lang w:bidi="gu-IN"/>
              </w:rPr>
              <w:t>સાંસ્કૃતિક</w:t>
            </w:r>
            <w:r w:rsidRPr="00E70E20">
              <w:rPr>
                <w:sz w:val="20"/>
                <w:szCs w:val="20"/>
              </w:rPr>
              <w:t xml:space="preserve"> </w:t>
            </w:r>
            <w:r w:rsidRPr="00E70E20">
              <w:rPr>
                <w:rFonts w:cs="Shruti"/>
                <w:sz w:val="20"/>
                <w:szCs w:val="20"/>
                <w:cs/>
                <w:lang w:bidi="gu-IN"/>
              </w:rPr>
              <w:t>ઇન્ચાર્જની</w:t>
            </w:r>
            <w:r w:rsidRPr="00E70E20">
              <w:rPr>
                <w:sz w:val="20"/>
                <w:szCs w:val="20"/>
              </w:rPr>
              <w:t xml:space="preserve"> </w:t>
            </w:r>
            <w:r w:rsidRPr="00E70E20">
              <w:rPr>
                <w:rFonts w:cs="Shruti"/>
                <w:sz w:val="20"/>
                <w:szCs w:val="20"/>
                <w:cs/>
                <w:lang w:bidi="gu-IN"/>
              </w:rPr>
              <w:t>સહી</w:t>
            </w:r>
            <w:r w:rsidRPr="00E70E20">
              <w:rPr>
                <w:sz w:val="20"/>
                <w:szCs w:val="20"/>
              </w:rPr>
              <w:br/>
            </w:r>
            <w:r w:rsidRPr="00E70E20">
              <w:rPr>
                <w:sz w:val="20"/>
                <w:szCs w:val="20"/>
              </w:rPr>
              <w:br/>
            </w:r>
          </w:p>
        </w:tc>
        <w:tc>
          <w:tcPr>
            <w:tcW w:w="4320" w:type="dxa"/>
          </w:tcPr>
          <w:p w14:paraId="5547D4D0" w14:textId="77777777" w:rsidR="00E70E20" w:rsidRPr="00E70E20" w:rsidRDefault="00E70E20" w:rsidP="00E70E20">
            <w:pPr>
              <w:jc w:val="right"/>
              <w:rPr>
                <w:sz w:val="20"/>
                <w:szCs w:val="20"/>
              </w:rPr>
            </w:pPr>
            <w:r w:rsidRPr="00E70E20">
              <w:rPr>
                <w:rFonts w:cs="Shruti"/>
                <w:sz w:val="20"/>
                <w:szCs w:val="20"/>
                <w:cs/>
                <w:lang w:bidi="gu-IN"/>
              </w:rPr>
              <w:t>આચાર્યશ્રીની</w:t>
            </w:r>
            <w:r w:rsidRPr="00E70E20">
              <w:rPr>
                <w:sz w:val="20"/>
                <w:szCs w:val="20"/>
              </w:rPr>
              <w:t xml:space="preserve"> </w:t>
            </w:r>
            <w:r w:rsidRPr="00E70E20">
              <w:rPr>
                <w:rFonts w:cs="Shruti"/>
                <w:sz w:val="20"/>
                <w:szCs w:val="20"/>
                <w:cs/>
                <w:lang w:bidi="gu-IN"/>
              </w:rPr>
              <w:t>સહી</w:t>
            </w:r>
            <w:r w:rsidRPr="00E70E20">
              <w:rPr>
                <w:sz w:val="20"/>
                <w:szCs w:val="20"/>
              </w:rPr>
              <w:t xml:space="preserve"> </w:t>
            </w:r>
            <w:r w:rsidRPr="00E70E20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E70E20">
              <w:rPr>
                <w:sz w:val="20"/>
                <w:szCs w:val="20"/>
              </w:rPr>
              <w:t xml:space="preserve"> </w:t>
            </w:r>
            <w:r w:rsidRPr="00E70E20">
              <w:rPr>
                <w:rFonts w:cs="Shruti"/>
                <w:sz w:val="20"/>
                <w:szCs w:val="20"/>
                <w:cs/>
                <w:lang w:bidi="gu-IN"/>
              </w:rPr>
              <w:t>સિક્કો</w:t>
            </w:r>
            <w:r w:rsidRPr="00E70E20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  <w:r w:rsidRPr="00E70E20">
              <w:rPr>
                <w:sz w:val="20"/>
                <w:szCs w:val="20"/>
              </w:rPr>
              <w:br/>
            </w:r>
          </w:p>
        </w:tc>
      </w:tr>
    </w:tbl>
    <w:p w14:paraId="2A5A3642" w14:textId="77777777" w:rsidR="00E70E20" w:rsidRDefault="00E70E20" w:rsidP="00E70E20">
      <w:pPr>
        <w:rPr>
          <w:rFonts w:cs="Shruti"/>
          <w:lang w:bidi="gu-IN"/>
        </w:rPr>
      </w:pPr>
    </w:p>
    <w:p w14:paraId="61E04569" w14:textId="77777777" w:rsidR="003A281E" w:rsidRDefault="003A281E" w:rsidP="00E70E20">
      <w:pPr>
        <w:rPr>
          <w:rFonts w:cs="Shruti"/>
          <w:lang w:bidi="gu-IN"/>
        </w:rPr>
      </w:pPr>
    </w:p>
    <w:p w14:paraId="06657926" w14:textId="50DE2D18" w:rsidR="002E5B96" w:rsidRDefault="002546D1" w:rsidP="00521B9B">
      <w:pPr>
        <w:spacing w:after="0" w:line="240" w:lineRule="auto"/>
        <w:rPr>
          <w:rFonts w:cs="Shruti"/>
          <w:b/>
          <w:u w:val="single"/>
          <w:lang w:val="en-IN" w:bidi="gu-IN"/>
        </w:rPr>
      </w:pPr>
      <w:r>
        <w:rPr>
          <w:rFonts w:cs="Shruti" w:hint="cs"/>
          <w:sz w:val="28"/>
          <w:szCs w:val="28"/>
          <w:u w:val="single"/>
          <w:cs/>
          <w:lang w:bidi="gu-IN"/>
        </w:rPr>
        <w:t>ઢાંકણ્રીયાવાસ પ્રાથમિક શાળા તા- લાખણી જિલ્લો - વાવ-થરાદ ડાયસ કોડ: 24021300207</w:t>
      </w:r>
    </w:p>
    <w:p w14:paraId="0A4701E2" w14:textId="77777777" w:rsidR="003A281E" w:rsidRDefault="003A281E" w:rsidP="003A281E">
      <w:pPr>
        <w:pStyle w:val="Heading1"/>
      </w:pPr>
      <w:r>
        <w:rPr>
          <w:rFonts w:cs="Shruti"/>
          <w:cs/>
          <w:lang w:bidi="gu-IN"/>
        </w:rPr>
        <w:t>શાળા</w:t>
      </w:r>
      <w:r>
        <w:t xml:space="preserve"> </w:t>
      </w:r>
      <w:r>
        <w:rPr>
          <w:rFonts w:cs="Shruti"/>
          <w:cs/>
          <w:lang w:bidi="gu-IN"/>
        </w:rPr>
        <w:t>દ્વારા</w:t>
      </w:r>
      <w:r>
        <w:t xml:space="preserve"> </w:t>
      </w:r>
      <w:r>
        <w:rPr>
          <w:rFonts w:cs="Shruti"/>
          <w:cs/>
          <w:lang w:bidi="gu-IN"/>
        </w:rPr>
        <w:t>યોજાયેલ</w:t>
      </w:r>
      <w:r>
        <w:t xml:space="preserve"> </w:t>
      </w:r>
      <w:r>
        <w:rPr>
          <w:rFonts w:cs="Shruti"/>
          <w:cs/>
          <w:lang w:bidi="gu-IN"/>
        </w:rPr>
        <w:t>યોગ</w:t>
      </w:r>
      <w:r>
        <w:t xml:space="preserve"> </w:t>
      </w:r>
      <w:r>
        <w:rPr>
          <w:rFonts w:cs="Shruti"/>
          <w:cs/>
          <w:lang w:bidi="gu-IN"/>
        </w:rPr>
        <w:t>પ્રવૃત્તિઓ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દૈનિક</w:t>
      </w:r>
      <w:r>
        <w:t xml:space="preserve"> </w:t>
      </w:r>
      <w:r>
        <w:rPr>
          <w:rFonts w:cs="Shruti"/>
          <w:cs/>
          <w:lang w:bidi="gu-IN"/>
        </w:rPr>
        <w:t>યોગાભ્યાસનો</w:t>
      </w:r>
      <w:r>
        <w:t xml:space="preserve"> </w:t>
      </w:r>
      <w:r>
        <w:rPr>
          <w:rFonts w:cs="Shruti"/>
          <w:cs/>
          <w:lang w:bidi="gu-IN"/>
        </w:rPr>
        <w:t>અહેવાલ</w:t>
      </w:r>
    </w:p>
    <w:p w14:paraId="611FEB47" w14:textId="4E571C97" w:rsidR="003A281E" w:rsidRPr="003A281E" w:rsidRDefault="003A281E" w:rsidP="003A281E">
      <w:pPr>
        <w:spacing w:after="0" w:line="240" w:lineRule="auto"/>
        <w:rPr>
          <w:rFonts w:cs="Shruti"/>
          <w:sz w:val="20"/>
          <w:szCs w:val="20"/>
          <w:lang w:bidi="gu-IN"/>
        </w:rPr>
      </w:pPr>
      <w:r w:rsidRPr="003A281E">
        <w:rPr>
          <w:rFonts w:cs="Shruti"/>
          <w:sz w:val="20"/>
          <w:szCs w:val="20"/>
          <w:cs/>
          <w:lang w:bidi="gu-IN"/>
        </w:rPr>
        <w:t>વિદ્યાર્થીઓની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શારીરિક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અને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માનસિક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સુખાકારી</w:t>
      </w:r>
      <w:r w:rsidRPr="003A281E">
        <w:rPr>
          <w:sz w:val="20"/>
          <w:szCs w:val="20"/>
        </w:rPr>
        <w:t xml:space="preserve"> (Physical and Mental Well-being) </w:t>
      </w:r>
      <w:r w:rsidRPr="003A281E">
        <w:rPr>
          <w:rFonts w:cs="Shruti"/>
          <w:sz w:val="20"/>
          <w:szCs w:val="20"/>
          <w:cs/>
          <w:lang w:bidi="gu-IN"/>
        </w:rPr>
        <w:t>માટે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યોગ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અને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ધ્યાનને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દૈનિક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જીવનમાં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અપનાવવા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અત્યંત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આવશ્યક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છે</w:t>
      </w:r>
      <w:r w:rsidRPr="003A281E">
        <w:rPr>
          <w:sz w:val="20"/>
          <w:szCs w:val="20"/>
        </w:rPr>
        <w:t xml:space="preserve">. </w:t>
      </w:r>
      <w:r w:rsidRPr="003A281E">
        <w:rPr>
          <w:rFonts w:cs="Shruti"/>
          <w:sz w:val="20"/>
          <w:szCs w:val="20"/>
          <w:cs/>
          <w:lang w:bidi="gu-IN"/>
        </w:rPr>
        <w:t>ગુણોત્સવ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૨</w:t>
      </w:r>
      <w:r w:rsidRPr="003A281E">
        <w:rPr>
          <w:sz w:val="20"/>
          <w:szCs w:val="20"/>
        </w:rPr>
        <w:t>.</w:t>
      </w:r>
      <w:r w:rsidRPr="003A281E">
        <w:rPr>
          <w:rFonts w:cs="Shruti"/>
          <w:sz w:val="20"/>
          <w:szCs w:val="20"/>
          <w:cs/>
          <w:lang w:bidi="gu-IN"/>
        </w:rPr>
        <w:t>૦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ના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માપદંડો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અને</w:t>
      </w:r>
      <w:r w:rsidRPr="003A281E">
        <w:rPr>
          <w:sz w:val="20"/>
          <w:szCs w:val="20"/>
        </w:rPr>
        <w:t xml:space="preserve"> "</w:t>
      </w:r>
      <w:r w:rsidRPr="003A281E">
        <w:rPr>
          <w:rFonts w:cs="Shruti"/>
          <w:sz w:val="20"/>
          <w:szCs w:val="20"/>
          <w:cs/>
          <w:lang w:bidi="gu-IN"/>
        </w:rPr>
        <w:t>અંતર્રાષ્ટ્રીય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યોગ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દિવસ</w:t>
      </w:r>
      <w:r w:rsidRPr="003A281E">
        <w:rPr>
          <w:sz w:val="20"/>
          <w:szCs w:val="20"/>
        </w:rPr>
        <w:t xml:space="preserve">" </w:t>
      </w:r>
      <w:r w:rsidRPr="003A281E">
        <w:rPr>
          <w:rFonts w:cs="Shruti"/>
          <w:sz w:val="20"/>
          <w:szCs w:val="20"/>
          <w:cs/>
          <w:lang w:bidi="gu-IN"/>
        </w:rPr>
        <w:t>ના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અનુસંધાનમાં</w:t>
      </w:r>
      <w:r w:rsidR="00AD7629" w:rsidRPr="00AD7629">
        <w:rPr>
          <w:rFonts w:cs="Shruti" w:hint="cs"/>
          <w:sz w:val="20"/>
          <w:szCs w:val="20"/>
          <w:cs/>
          <w:lang w:bidi="gu-IN"/>
        </w:rPr>
        <w:t xml:space="preserve"> </w:t>
      </w:r>
      <w:r w:rsidR="008E13CA">
        <w:rPr>
          <w:rFonts w:cs="Shruti" w:hint="cs"/>
          <w:sz w:val="20"/>
          <w:szCs w:val="20"/>
          <w:cs/>
          <w:lang w:bidi="gu-IN"/>
        </w:rPr>
        <w:t xml:space="preserve">ઢાંકણ્રીયાવાસ પ્રાથમિક શાળા 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દ્વારા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વિદ્યાર્થીઓમાં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યોગ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પ્રત્યે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જાગૃતિ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લાવવા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અને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નિયમિત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યોગાભ્યાસ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માટે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વિવિધ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પ્રવૃત્તિઓનું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આયોજન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કરવામાં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આવે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છે</w:t>
      </w:r>
      <w:r w:rsidRPr="003A281E">
        <w:rPr>
          <w:sz w:val="20"/>
          <w:szCs w:val="20"/>
        </w:rPr>
        <w:t xml:space="preserve">. </w:t>
      </w:r>
      <w:r w:rsidRPr="003A281E">
        <w:rPr>
          <w:rFonts w:cs="Shruti"/>
          <w:sz w:val="20"/>
          <w:szCs w:val="20"/>
          <w:cs/>
          <w:lang w:bidi="gu-IN"/>
        </w:rPr>
        <w:t>જેનો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અહેવાલ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નીચે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મુજબ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છે</w:t>
      </w:r>
      <w:r w:rsidRPr="003A281E">
        <w:rPr>
          <w:sz w:val="20"/>
          <w:szCs w:val="20"/>
        </w:rPr>
        <w:t>:</w:t>
      </w:r>
    </w:p>
    <w:p w14:paraId="2091FB21" w14:textId="77777777" w:rsidR="003A281E" w:rsidRPr="003A281E" w:rsidRDefault="003A281E" w:rsidP="003A281E">
      <w:pPr>
        <w:pStyle w:val="Heading2"/>
        <w:spacing w:line="240" w:lineRule="auto"/>
        <w:rPr>
          <w:sz w:val="20"/>
          <w:szCs w:val="20"/>
        </w:rPr>
      </w:pPr>
      <w:r w:rsidRPr="003A281E">
        <w:rPr>
          <w:rFonts w:cs="Shruti"/>
          <w:sz w:val="20"/>
          <w:szCs w:val="20"/>
          <w:cs/>
          <w:lang w:bidi="gu-IN"/>
        </w:rPr>
        <w:t>૧</w:t>
      </w:r>
      <w:r w:rsidRPr="003A281E">
        <w:rPr>
          <w:sz w:val="20"/>
          <w:szCs w:val="20"/>
        </w:rPr>
        <w:t xml:space="preserve">. </w:t>
      </w:r>
      <w:r w:rsidRPr="003A281E">
        <w:rPr>
          <w:rFonts w:cs="Shruti"/>
          <w:sz w:val="20"/>
          <w:szCs w:val="20"/>
          <w:cs/>
          <w:lang w:bidi="gu-IN"/>
        </w:rPr>
        <w:t>શાળામાં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યોગ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પ્રવૃત્તિઓનું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આયોજન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અને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અમલ</w:t>
      </w:r>
      <w:r w:rsidRPr="003A281E">
        <w:rPr>
          <w:sz w:val="20"/>
          <w:szCs w:val="20"/>
        </w:rPr>
        <w:t>:</w:t>
      </w:r>
    </w:p>
    <w:p w14:paraId="1B5BEFE4" w14:textId="77777777" w:rsidR="003A281E" w:rsidRPr="003A281E" w:rsidRDefault="003A281E" w:rsidP="003A281E">
      <w:pPr>
        <w:pStyle w:val="ListBullet"/>
        <w:spacing w:after="0" w:line="240" w:lineRule="auto"/>
        <w:rPr>
          <w:sz w:val="20"/>
          <w:szCs w:val="20"/>
        </w:rPr>
      </w:pPr>
      <w:r w:rsidRPr="003A281E">
        <w:rPr>
          <w:rFonts w:cs="Shruti"/>
          <w:sz w:val="20"/>
          <w:szCs w:val="20"/>
          <w:cs/>
          <w:lang w:bidi="gu-IN"/>
        </w:rPr>
        <w:t>દૈનિક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પ્રાર્થના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સભામાં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યોગ</w:t>
      </w:r>
      <w:r w:rsidRPr="003A281E">
        <w:rPr>
          <w:sz w:val="20"/>
          <w:szCs w:val="20"/>
        </w:rPr>
        <w:t>/</w:t>
      </w:r>
      <w:r w:rsidRPr="003A281E">
        <w:rPr>
          <w:rFonts w:cs="Shruti"/>
          <w:sz w:val="20"/>
          <w:szCs w:val="20"/>
          <w:cs/>
          <w:lang w:bidi="gu-IN"/>
        </w:rPr>
        <w:t>પ્રાણાયામ</w:t>
      </w:r>
      <w:r w:rsidRPr="003A281E">
        <w:rPr>
          <w:sz w:val="20"/>
          <w:szCs w:val="20"/>
        </w:rPr>
        <w:t xml:space="preserve">: </w:t>
      </w:r>
      <w:r w:rsidRPr="003A281E">
        <w:rPr>
          <w:rFonts w:cs="Shruti"/>
          <w:sz w:val="20"/>
          <w:szCs w:val="20"/>
          <w:cs/>
          <w:lang w:bidi="gu-IN"/>
        </w:rPr>
        <w:t>શાળાની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દૈનિક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પ્રાર્થના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સભા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દરમિયાન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૧૦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થી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૧૫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મિનિટ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માટે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તમામ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વિદ્યાર્થીઓ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અને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શિક્ષકો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દ્વારા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સૂર્યન</w:t>
      </w:r>
      <w:r w:rsidRPr="003A281E">
        <w:rPr>
          <w:rFonts w:cs="Mangal"/>
          <w:sz w:val="20"/>
          <w:szCs w:val="20"/>
          <w:cs/>
          <w:lang w:bidi="hi-IN"/>
        </w:rPr>
        <w:t>मस्कार</w:t>
      </w:r>
      <w:r w:rsidRPr="003A281E">
        <w:rPr>
          <w:sz w:val="20"/>
          <w:szCs w:val="20"/>
        </w:rPr>
        <w:t xml:space="preserve">, </w:t>
      </w:r>
      <w:r w:rsidRPr="003A281E">
        <w:rPr>
          <w:rFonts w:cs="Shruti"/>
          <w:sz w:val="20"/>
          <w:szCs w:val="20"/>
          <w:cs/>
          <w:lang w:bidi="gu-IN"/>
        </w:rPr>
        <w:t>પ્રાણાયામ</w:t>
      </w:r>
      <w:r w:rsidRPr="003A281E">
        <w:rPr>
          <w:sz w:val="20"/>
          <w:szCs w:val="20"/>
        </w:rPr>
        <w:t xml:space="preserve"> (</w:t>
      </w:r>
      <w:r w:rsidRPr="003A281E">
        <w:rPr>
          <w:rFonts w:cs="Shruti"/>
          <w:sz w:val="20"/>
          <w:szCs w:val="20"/>
          <w:cs/>
          <w:lang w:bidi="gu-IN"/>
        </w:rPr>
        <w:t>લોમ</w:t>
      </w:r>
      <w:r w:rsidRPr="003A281E">
        <w:rPr>
          <w:sz w:val="20"/>
          <w:szCs w:val="20"/>
        </w:rPr>
        <w:t>-</w:t>
      </w:r>
      <w:r w:rsidRPr="003A281E">
        <w:rPr>
          <w:rFonts w:cs="Shruti"/>
          <w:sz w:val="20"/>
          <w:szCs w:val="20"/>
          <w:cs/>
          <w:lang w:bidi="gu-IN"/>
        </w:rPr>
        <w:t>વિલોમ</w:t>
      </w:r>
      <w:r w:rsidRPr="003A281E">
        <w:rPr>
          <w:sz w:val="20"/>
          <w:szCs w:val="20"/>
        </w:rPr>
        <w:t xml:space="preserve">, </w:t>
      </w:r>
      <w:r w:rsidRPr="003A281E">
        <w:rPr>
          <w:rFonts w:cs="Shruti"/>
          <w:sz w:val="20"/>
          <w:szCs w:val="20"/>
          <w:cs/>
          <w:lang w:bidi="gu-IN"/>
        </w:rPr>
        <w:t>ભસ્્રિકા</w:t>
      </w:r>
      <w:r w:rsidRPr="003A281E">
        <w:rPr>
          <w:sz w:val="20"/>
          <w:szCs w:val="20"/>
        </w:rPr>
        <w:t xml:space="preserve">) </w:t>
      </w:r>
      <w:r w:rsidRPr="003A281E">
        <w:rPr>
          <w:rFonts w:cs="Shruti"/>
          <w:sz w:val="20"/>
          <w:szCs w:val="20"/>
          <w:cs/>
          <w:lang w:bidi="gu-IN"/>
        </w:rPr>
        <w:t>અને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ધ્યાનાભ્યાસ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કરાવવામાં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આવે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છે</w:t>
      </w:r>
      <w:r w:rsidRPr="003A281E">
        <w:rPr>
          <w:sz w:val="20"/>
          <w:szCs w:val="20"/>
        </w:rPr>
        <w:t>.</w:t>
      </w:r>
    </w:p>
    <w:p w14:paraId="310EBB92" w14:textId="77777777" w:rsidR="003A281E" w:rsidRPr="003A281E" w:rsidRDefault="003A281E" w:rsidP="003A281E">
      <w:pPr>
        <w:pStyle w:val="ListBullet"/>
        <w:spacing w:after="0" w:line="240" w:lineRule="auto"/>
        <w:rPr>
          <w:sz w:val="20"/>
          <w:szCs w:val="20"/>
        </w:rPr>
      </w:pPr>
      <w:r w:rsidRPr="003A281E">
        <w:rPr>
          <w:rFonts w:cs="Shruti"/>
          <w:sz w:val="20"/>
          <w:szCs w:val="20"/>
          <w:cs/>
          <w:lang w:bidi="gu-IN"/>
        </w:rPr>
        <w:t>અંતર્રાષ્ટ્રીય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યોગ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દિવસની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ઉજવણી</w:t>
      </w:r>
      <w:r w:rsidRPr="003A281E">
        <w:rPr>
          <w:sz w:val="20"/>
          <w:szCs w:val="20"/>
        </w:rPr>
        <w:t xml:space="preserve"> (</w:t>
      </w:r>
      <w:r w:rsidRPr="003A281E">
        <w:rPr>
          <w:rFonts w:cs="Shruti"/>
          <w:sz w:val="20"/>
          <w:szCs w:val="20"/>
          <w:cs/>
          <w:lang w:bidi="gu-IN"/>
        </w:rPr>
        <w:t>૨૧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જૂન</w:t>
      </w:r>
      <w:r w:rsidRPr="003A281E">
        <w:rPr>
          <w:sz w:val="20"/>
          <w:szCs w:val="20"/>
        </w:rPr>
        <w:t xml:space="preserve">): </w:t>
      </w:r>
      <w:r w:rsidRPr="003A281E">
        <w:rPr>
          <w:rFonts w:cs="Shruti"/>
          <w:sz w:val="20"/>
          <w:szCs w:val="20"/>
          <w:cs/>
          <w:lang w:bidi="gu-IN"/>
        </w:rPr>
        <w:t>દર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વર્ષે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૨૧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જૂનના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રોજ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શાળામાં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ભવ્ય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યોગ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શિબિરનું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આયોજન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કરવામાં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આવે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છે</w:t>
      </w:r>
      <w:r w:rsidRPr="003A281E">
        <w:rPr>
          <w:sz w:val="20"/>
          <w:szCs w:val="20"/>
        </w:rPr>
        <w:t xml:space="preserve">, </w:t>
      </w:r>
      <w:r w:rsidRPr="003A281E">
        <w:rPr>
          <w:rFonts w:cs="Shruti"/>
          <w:sz w:val="20"/>
          <w:szCs w:val="20"/>
          <w:cs/>
          <w:lang w:bidi="gu-IN"/>
        </w:rPr>
        <w:t>જેમાં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વિદ્યાર્થીઓ</w:t>
      </w:r>
      <w:r w:rsidRPr="003A281E">
        <w:rPr>
          <w:sz w:val="20"/>
          <w:szCs w:val="20"/>
        </w:rPr>
        <w:t xml:space="preserve">, </w:t>
      </w:r>
      <w:r w:rsidRPr="003A281E">
        <w:rPr>
          <w:rFonts w:cs="Shruti"/>
          <w:sz w:val="20"/>
          <w:szCs w:val="20"/>
          <w:cs/>
          <w:lang w:bidi="gu-IN"/>
        </w:rPr>
        <w:t>શિક્ષકો</w:t>
      </w:r>
      <w:r w:rsidRPr="003A281E">
        <w:rPr>
          <w:sz w:val="20"/>
          <w:szCs w:val="20"/>
        </w:rPr>
        <w:t xml:space="preserve">, SMC </w:t>
      </w:r>
      <w:r w:rsidRPr="003A281E">
        <w:rPr>
          <w:rFonts w:cs="Shruti"/>
          <w:sz w:val="20"/>
          <w:szCs w:val="20"/>
          <w:cs/>
          <w:lang w:bidi="gu-IN"/>
        </w:rPr>
        <w:t>સભ્યો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અને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વાલીઓ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ઉત્સાહપૂર્વક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ભાગ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લે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છે</w:t>
      </w:r>
      <w:r w:rsidRPr="003A281E">
        <w:rPr>
          <w:sz w:val="20"/>
          <w:szCs w:val="20"/>
        </w:rPr>
        <w:t>.</w:t>
      </w:r>
    </w:p>
    <w:p w14:paraId="1D3E9D4B" w14:textId="77777777" w:rsidR="003A281E" w:rsidRPr="003A281E" w:rsidRDefault="003A281E" w:rsidP="003A281E">
      <w:pPr>
        <w:pStyle w:val="ListBullet"/>
        <w:spacing w:after="0" w:line="240" w:lineRule="auto"/>
        <w:rPr>
          <w:sz w:val="20"/>
          <w:szCs w:val="20"/>
        </w:rPr>
      </w:pPr>
      <w:r w:rsidRPr="003A281E">
        <w:rPr>
          <w:rFonts w:cs="Shruti"/>
          <w:sz w:val="20"/>
          <w:szCs w:val="20"/>
          <w:cs/>
          <w:lang w:bidi="gu-IN"/>
        </w:rPr>
        <w:t>યોગ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તાલીમ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અને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મુદ્રાઓની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સમજ</w:t>
      </w:r>
      <w:r w:rsidRPr="003A281E">
        <w:rPr>
          <w:sz w:val="20"/>
          <w:szCs w:val="20"/>
        </w:rPr>
        <w:t xml:space="preserve">: </w:t>
      </w:r>
      <w:r w:rsidRPr="003A281E">
        <w:rPr>
          <w:rFonts w:cs="Shruti"/>
          <w:sz w:val="20"/>
          <w:szCs w:val="20"/>
          <w:cs/>
          <w:lang w:bidi="gu-IN"/>
        </w:rPr>
        <w:t>તજજ્ઞ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શિક્ષકો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દ્વારા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બાળકોને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વિવિધ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આસનો</w:t>
      </w:r>
      <w:r w:rsidRPr="003A281E">
        <w:rPr>
          <w:sz w:val="20"/>
          <w:szCs w:val="20"/>
        </w:rPr>
        <w:t xml:space="preserve"> (</w:t>
      </w:r>
      <w:r w:rsidRPr="003A281E">
        <w:rPr>
          <w:rFonts w:cs="Shruti"/>
          <w:sz w:val="20"/>
          <w:szCs w:val="20"/>
          <w:cs/>
          <w:lang w:bidi="gu-IN"/>
        </w:rPr>
        <w:t>જેમ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કે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તડાસણ</w:t>
      </w:r>
      <w:r w:rsidRPr="003A281E">
        <w:rPr>
          <w:sz w:val="20"/>
          <w:szCs w:val="20"/>
        </w:rPr>
        <w:t xml:space="preserve">, </w:t>
      </w:r>
      <w:r w:rsidRPr="003A281E">
        <w:rPr>
          <w:rFonts w:cs="Shruti"/>
          <w:sz w:val="20"/>
          <w:szCs w:val="20"/>
          <w:cs/>
          <w:lang w:bidi="gu-IN"/>
        </w:rPr>
        <w:t>વ્રજાસણ</w:t>
      </w:r>
      <w:r w:rsidRPr="003A281E">
        <w:rPr>
          <w:sz w:val="20"/>
          <w:szCs w:val="20"/>
        </w:rPr>
        <w:t xml:space="preserve">, </w:t>
      </w:r>
      <w:r w:rsidRPr="003A281E">
        <w:rPr>
          <w:rFonts w:cs="Shruti"/>
          <w:sz w:val="20"/>
          <w:szCs w:val="20"/>
          <w:cs/>
          <w:lang w:bidi="gu-IN"/>
        </w:rPr>
        <w:t>પદ્માસણ</w:t>
      </w:r>
      <w:r w:rsidRPr="003A281E">
        <w:rPr>
          <w:sz w:val="20"/>
          <w:szCs w:val="20"/>
        </w:rPr>
        <w:t xml:space="preserve">, </w:t>
      </w:r>
      <w:r w:rsidRPr="003A281E">
        <w:rPr>
          <w:rFonts w:cs="Shruti"/>
          <w:sz w:val="20"/>
          <w:szCs w:val="20"/>
          <w:cs/>
          <w:lang w:bidi="gu-IN"/>
        </w:rPr>
        <w:t>ભુજંગાસણ</w:t>
      </w:r>
      <w:r w:rsidRPr="003A281E">
        <w:rPr>
          <w:sz w:val="20"/>
          <w:szCs w:val="20"/>
        </w:rPr>
        <w:t xml:space="preserve">) </w:t>
      </w:r>
      <w:r w:rsidRPr="003A281E">
        <w:rPr>
          <w:rFonts w:cs="Shruti"/>
          <w:sz w:val="20"/>
          <w:szCs w:val="20"/>
          <w:cs/>
          <w:lang w:bidi="gu-IN"/>
        </w:rPr>
        <w:t>ના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લાભ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અને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સાચી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પદ્ધતિ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વિશે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માર્ગદર્શન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અપાય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છે</w:t>
      </w:r>
      <w:r w:rsidRPr="003A281E">
        <w:rPr>
          <w:sz w:val="20"/>
          <w:szCs w:val="20"/>
        </w:rPr>
        <w:t>.</w:t>
      </w:r>
    </w:p>
    <w:p w14:paraId="06250424" w14:textId="77777777" w:rsidR="003A281E" w:rsidRPr="003A281E" w:rsidRDefault="003A281E" w:rsidP="003A281E">
      <w:pPr>
        <w:pStyle w:val="Heading2"/>
        <w:spacing w:line="240" w:lineRule="auto"/>
        <w:rPr>
          <w:sz w:val="20"/>
          <w:szCs w:val="20"/>
        </w:rPr>
      </w:pPr>
      <w:r w:rsidRPr="003A281E">
        <w:rPr>
          <w:rFonts w:cs="Shruti"/>
          <w:sz w:val="20"/>
          <w:szCs w:val="20"/>
          <w:cs/>
          <w:lang w:bidi="gu-IN"/>
        </w:rPr>
        <w:t>૨</w:t>
      </w:r>
      <w:r w:rsidRPr="003A281E">
        <w:rPr>
          <w:sz w:val="20"/>
          <w:szCs w:val="20"/>
        </w:rPr>
        <w:t xml:space="preserve">. </w:t>
      </w:r>
      <w:r w:rsidRPr="003A281E">
        <w:rPr>
          <w:rFonts w:cs="Shruti"/>
          <w:sz w:val="20"/>
          <w:szCs w:val="20"/>
          <w:cs/>
          <w:lang w:bidi="gu-IN"/>
        </w:rPr>
        <w:t>યોગ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પ્રવૃત્તિઓનું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આયોજન</w:t>
      </w:r>
      <w:r w:rsidRPr="003A281E">
        <w:rPr>
          <w:sz w:val="20"/>
          <w:szCs w:val="20"/>
        </w:rPr>
        <w:t xml:space="preserve"> </w:t>
      </w:r>
      <w:r w:rsidRPr="003A281E">
        <w:rPr>
          <w:rFonts w:cs="Shruti"/>
          <w:sz w:val="20"/>
          <w:szCs w:val="20"/>
          <w:cs/>
          <w:lang w:bidi="gu-IN"/>
        </w:rPr>
        <w:t>પત્રક</w:t>
      </w:r>
      <w:r w:rsidRPr="003A281E">
        <w:rPr>
          <w:sz w:val="20"/>
          <w:szCs w:val="20"/>
        </w:rPr>
        <w:t>: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675"/>
        <w:gridCol w:w="3645"/>
        <w:gridCol w:w="2160"/>
        <w:gridCol w:w="2842"/>
      </w:tblGrid>
      <w:tr w:rsidR="003A281E" w:rsidRPr="003A281E" w14:paraId="393F5545" w14:textId="77777777" w:rsidTr="003A281E">
        <w:tc>
          <w:tcPr>
            <w:tcW w:w="675" w:type="dxa"/>
          </w:tcPr>
          <w:p w14:paraId="551C8DE7" w14:textId="77777777" w:rsidR="003A281E" w:rsidRPr="003A281E" w:rsidRDefault="003A281E" w:rsidP="003A281E">
            <w:pPr>
              <w:rPr>
                <w:sz w:val="20"/>
                <w:szCs w:val="20"/>
              </w:rPr>
            </w:pPr>
            <w:r w:rsidRPr="003A281E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ક્રમ</w:t>
            </w:r>
          </w:p>
        </w:tc>
        <w:tc>
          <w:tcPr>
            <w:tcW w:w="3645" w:type="dxa"/>
          </w:tcPr>
          <w:p w14:paraId="437CB2EE" w14:textId="77777777" w:rsidR="003A281E" w:rsidRPr="003A281E" w:rsidRDefault="003A281E" w:rsidP="003A281E">
            <w:pPr>
              <w:rPr>
                <w:sz w:val="20"/>
                <w:szCs w:val="20"/>
              </w:rPr>
            </w:pPr>
            <w:r w:rsidRPr="003A281E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યોગ</w:t>
            </w:r>
            <w:r w:rsidRPr="003A281E">
              <w:rPr>
                <w:b/>
                <w:sz w:val="20"/>
                <w:szCs w:val="20"/>
              </w:rPr>
              <w:t xml:space="preserve"> </w:t>
            </w:r>
            <w:r w:rsidRPr="003A281E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પ્રવૃત્તિ</w:t>
            </w:r>
            <w:r w:rsidRPr="003A281E">
              <w:rPr>
                <w:b/>
                <w:sz w:val="20"/>
                <w:szCs w:val="20"/>
              </w:rPr>
              <w:t xml:space="preserve"> / </w:t>
            </w:r>
            <w:r w:rsidRPr="003A281E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કાર્યક્રમ</w:t>
            </w:r>
          </w:p>
        </w:tc>
        <w:tc>
          <w:tcPr>
            <w:tcW w:w="2160" w:type="dxa"/>
          </w:tcPr>
          <w:p w14:paraId="21E93066" w14:textId="77777777" w:rsidR="003A281E" w:rsidRPr="003A281E" w:rsidRDefault="003A281E" w:rsidP="003A281E">
            <w:pPr>
              <w:rPr>
                <w:sz w:val="20"/>
                <w:szCs w:val="20"/>
              </w:rPr>
            </w:pPr>
            <w:r w:rsidRPr="003A281E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ભાગ</w:t>
            </w:r>
            <w:r w:rsidRPr="003A281E">
              <w:rPr>
                <w:b/>
                <w:sz w:val="20"/>
                <w:szCs w:val="20"/>
              </w:rPr>
              <w:t xml:space="preserve"> </w:t>
            </w:r>
            <w:r w:rsidRPr="003A281E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લેનાર</w:t>
            </w:r>
          </w:p>
        </w:tc>
        <w:tc>
          <w:tcPr>
            <w:tcW w:w="2842" w:type="dxa"/>
          </w:tcPr>
          <w:p w14:paraId="09F28E07" w14:textId="77777777" w:rsidR="003A281E" w:rsidRPr="003A281E" w:rsidRDefault="003A281E" w:rsidP="003A281E">
            <w:pPr>
              <w:rPr>
                <w:sz w:val="20"/>
                <w:szCs w:val="20"/>
              </w:rPr>
            </w:pPr>
            <w:r w:rsidRPr="003A281E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આયોજનનો</w:t>
            </w:r>
            <w:r w:rsidRPr="003A281E">
              <w:rPr>
                <w:b/>
                <w:sz w:val="20"/>
                <w:szCs w:val="20"/>
              </w:rPr>
              <w:t xml:space="preserve"> </w:t>
            </w:r>
            <w:r w:rsidRPr="003A281E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સમય</w:t>
            </w:r>
            <w:r w:rsidRPr="003A281E">
              <w:rPr>
                <w:b/>
                <w:sz w:val="20"/>
                <w:szCs w:val="20"/>
              </w:rPr>
              <w:t xml:space="preserve"> / </w:t>
            </w:r>
            <w:r w:rsidRPr="003A281E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આવૃત્તિ</w:t>
            </w:r>
          </w:p>
        </w:tc>
      </w:tr>
      <w:tr w:rsidR="003A281E" w:rsidRPr="003A281E" w14:paraId="4891BD92" w14:textId="77777777" w:rsidTr="003A281E">
        <w:tc>
          <w:tcPr>
            <w:tcW w:w="675" w:type="dxa"/>
          </w:tcPr>
          <w:p w14:paraId="4DB710C8" w14:textId="77777777" w:rsidR="003A281E" w:rsidRPr="003A281E" w:rsidRDefault="003A281E" w:rsidP="003A281E">
            <w:pPr>
              <w:rPr>
                <w:sz w:val="20"/>
                <w:szCs w:val="20"/>
              </w:rPr>
            </w:pPr>
            <w:r w:rsidRPr="003A281E">
              <w:rPr>
                <w:rFonts w:cs="Shruti"/>
                <w:sz w:val="20"/>
                <w:szCs w:val="20"/>
                <w:cs/>
                <w:lang w:bidi="gu-IN"/>
              </w:rPr>
              <w:t>૧</w:t>
            </w:r>
          </w:p>
        </w:tc>
        <w:tc>
          <w:tcPr>
            <w:tcW w:w="3645" w:type="dxa"/>
          </w:tcPr>
          <w:p w14:paraId="030BA4E6" w14:textId="77777777" w:rsidR="003A281E" w:rsidRPr="003A281E" w:rsidRDefault="003A281E" w:rsidP="003A281E">
            <w:pPr>
              <w:rPr>
                <w:sz w:val="20"/>
                <w:szCs w:val="20"/>
              </w:rPr>
            </w:pPr>
            <w:r w:rsidRPr="003A281E">
              <w:rPr>
                <w:rFonts w:cs="Shruti"/>
                <w:sz w:val="20"/>
                <w:szCs w:val="20"/>
                <w:cs/>
                <w:lang w:bidi="gu-IN"/>
              </w:rPr>
              <w:t>દૈનિક</w:t>
            </w:r>
            <w:r w:rsidRPr="003A281E">
              <w:rPr>
                <w:sz w:val="20"/>
                <w:szCs w:val="20"/>
              </w:rPr>
              <w:t xml:space="preserve"> </w:t>
            </w:r>
            <w:r w:rsidRPr="003A281E">
              <w:rPr>
                <w:rFonts w:cs="Shruti"/>
                <w:sz w:val="20"/>
                <w:szCs w:val="20"/>
                <w:cs/>
                <w:lang w:bidi="gu-IN"/>
              </w:rPr>
              <w:t>પ્રાર્થના</w:t>
            </w:r>
            <w:r w:rsidRPr="003A281E">
              <w:rPr>
                <w:sz w:val="20"/>
                <w:szCs w:val="20"/>
              </w:rPr>
              <w:t xml:space="preserve"> </w:t>
            </w:r>
            <w:r w:rsidRPr="003A281E">
              <w:rPr>
                <w:rFonts w:cs="Shruti"/>
                <w:sz w:val="20"/>
                <w:szCs w:val="20"/>
                <w:cs/>
                <w:lang w:bidi="gu-IN"/>
              </w:rPr>
              <w:t>સભામાં</w:t>
            </w:r>
            <w:r w:rsidRPr="003A281E">
              <w:rPr>
                <w:sz w:val="20"/>
                <w:szCs w:val="20"/>
              </w:rPr>
              <w:t xml:space="preserve"> </w:t>
            </w:r>
            <w:r w:rsidRPr="003A281E">
              <w:rPr>
                <w:rFonts w:cs="Shruti"/>
                <w:sz w:val="20"/>
                <w:szCs w:val="20"/>
                <w:cs/>
                <w:lang w:bidi="gu-IN"/>
              </w:rPr>
              <w:t>પ્રાણાયામ</w:t>
            </w:r>
            <w:r w:rsidRPr="003A281E">
              <w:rPr>
                <w:sz w:val="20"/>
                <w:szCs w:val="20"/>
              </w:rPr>
              <w:t xml:space="preserve"> </w:t>
            </w:r>
            <w:r w:rsidRPr="003A281E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3A281E">
              <w:rPr>
                <w:sz w:val="20"/>
                <w:szCs w:val="20"/>
              </w:rPr>
              <w:t xml:space="preserve"> </w:t>
            </w:r>
            <w:r w:rsidRPr="003A281E">
              <w:rPr>
                <w:rFonts w:cs="Shruti"/>
                <w:sz w:val="20"/>
                <w:szCs w:val="20"/>
                <w:cs/>
                <w:lang w:bidi="gu-IN"/>
              </w:rPr>
              <w:t>આસનો</w:t>
            </w:r>
          </w:p>
        </w:tc>
        <w:tc>
          <w:tcPr>
            <w:tcW w:w="2160" w:type="dxa"/>
          </w:tcPr>
          <w:p w14:paraId="70C1AFAB" w14:textId="77777777" w:rsidR="003A281E" w:rsidRPr="003A281E" w:rsidRDefault="003A281E" w:rsidP="003A281E">
            <w:pPr>
              <w:rPr>
                <w:sz w:val="20"/>
                <w:szCs w:val="20"/>
              </w:rPr>
            </w:pPr>
            <w:r w:rsidRPr="003A281E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3A281E">
              <w:rPr>
                <w:sz w:val="20"/>
                <w:szCs w:val="20"/>
              </w:rPr>
              <w:t xml:space="preserve"> </w:t>
            </w:r>
            <w:r w:rsidRPr="003A281E">
              <w:rPr>
                <w:rFonts w:cs="Shruti"/>
                <w:sz w:val="20"/>
                <w:szCs w:val="20"/>
                <w:cs/>
                <w:lang w:bidi="gu-IN"/>
              </w:rPr>
              <w:t>૧</w:t>
            </w:r>
            <w:r w:rsidRPr="003A281E">
              <w:rPr>
                <w:sz w:val="20"/>
                <w:szCs w:val="20"/>
              </w:rPr>
              <w:t xml:space="preserve"> </w:t>
            </w:r>
            <w:r w:rsidRPr="003A281E">
              <w:rPr>
                <w:rFonts w:cs="Shruti"/>
                <w:sz w:val="20"/>
                <w:szCs w:val="20"/>
                <w:cs/>
                <w:lang w:bidi="gu-IN"/>
              </w:rPr>
              <w:t>થી</w:t>
            </w:r>
            <w:r w:rsidRPr="003A281E">
              <w:rPr>
                <w:sz w:val="20"/>
                <w:szCs w:val="20"/>
              </w:rPr>
              <w:t xml:space="preserve"> </w:t>
            </w:r>
            <w:r w:rsidRPr="003A281E">
              <w:rPr>
                <w:rFonts w:cs="Shruti"/>
                <w:sz w:val="20"/>
                <w:szCs w:val="20"/>
                <w:cs/>
                <w:lang w:bidi="gu-IN"/>
              </w:rPr>
              <w:t>૮</w:t>
            </w:r>
            <w:r w:rsidRPr="003A281E">
              <w:rPr>
                <w:sz w:val="20"/>
                <w:szCs w:val="20"/>
              </w:rPr>
              <w:t xml:space="preserve"> </w:t>
            </w:r>
            <w:r w:rsidRPr="003A281E">
              <w:rPr>
                <w:rFonts w:cs="Shruti"/>
                <w:sz w:val="20"/>
                <w:szCs w:val="20"/>
                <w:cs/>
                <w:lang w:bidi="gu-IN"/>
              </w:rPr>
              <w:t>ના</w:t>
            </w:r>
            <w:r w:rsidRPr="003A281E">
              <w:rPr>
                <w:sz w:val="20"/>
                <w:szCs w:val="20"/>
              </w:rPr>
              <w:t xml:space="preserve"> </w:t>
            </w:r>
            <w:r w:rsidRPr="003A281E">
              <w:rPr>
                <w:rFonts w:cs="Shruti"/>
                <w:sz w:val="20"/>
                <w:szCs w:val="20"/>
                <w:cs/>
                <w:lang w:bidi="gu-IN"/>
              </w:rPr>
              <w:t>વિદ્યાર્થીઓ</w:t>
            </w:r>
          </w:p>
        </w:tc>
        <w:tc>
          <w:tcPr>
            <w:tcW w:w="2842" w:type="dxa"/>
          </w:tcPr>
          <w:p w14:paraId="517D2217" w14:textId="77777777" w:rsidR="003A281E" w:rsidRPr="003A281E" w:rsidRDefault="003A281E" w:rsidP="003A281E">
            <w:pPr>
              <w:rPr>
                <w:sz w:val="20"/>
                <w:szCs w:val="20"/>
              </w:rPr>
            </w:pPr>
            <w:r w:rsidRPr="003A281E">
              <w:rPr>
                <w:rFonts w:cs="Shruti"/>
                <w:sz w:val="20"/>
                <w:szCs w:val="20"/>
                <w:cs/>
                <w:lang w:bidi="gu-IN"/>
              </w:rPr>
              <w:t>રોજ</w:t>
            </w:r>
            <w:r w:rsidRPr="003A281E">
              <w:rPr>
                <w:sz w:val="20"/>
                <w:szCs w:val="20"/>
              </w:rPr>
              <w:t xml:space="preserve"> </w:t>
            </w:r>
            <w:r w:rsidRPr="003A281E">
              <w:rPr>
                <w:rFonts w:cs="Shruti"/>
                <w:sz w:val="20"/>
                <w:szCs w:val="20"/>
                <w:cs/>
                <w:lang w:bidi="gu-IN"/>
              </w:rPr>
              <w:t>સવારે</w:t>
            </w:r>
            <w:r w:rsidRPr="003A281E">
              <w:rPr>
                <w:sz w:val="20"/>
                <w:szCs w:val="20"/>
              </w:rPr>
              <w:t xml:space="preserve"> </w:t>
            </w:r>
            <w:r w:rsidRPr="003A281E">
              <w:rPr>
                <w:rFonts w:cs="Shruti"/>
                <w:sz w:val="20"/>
                <w:szCs w:val="20"/>
                <w:cs/>
                <w:lang w:bidi="gu-IN"/>
              </w:rPr>
              <w:t>પ્રાર્થના</w:t>
            </w:r>
            <w:r w:rsidRPr="003A281E">
              <w:rPr>
                <w:sz w:val="20"/>
                <w:szCs w:val="20"/>
              </w:rPr>
              <w:t xml:space="preserve"> </w:t>
            </w:r>
            <w:r w:rsidRPr="003A281E">
              <w:rPr>
                <w:rFonts w:cs="Shruti"/>
                <w:sz w:val="20"/>
                <w:szCs w:val="20"/>
                <w:cs/>
                <w:lang w:bidi="gu-IN"/>
              </w:rPr>
              <w:t>સમયે</w:t>
            </w:r>
          </w:p>
        </w:tc>
      </w:tr>
      <w:tr w:rsidR="003A281E" w:rsidRPr="003A281E" w14:paraId="66DD141A" w14:textId="77777777" w:rsidTr="003A281E">
        <w:tc>
          <w:tcPr>
            <w:tcW w:w="675" w:type="dxa"/>
          </w:tcPr>
          <w:p w14:paraId="1A22757D" w14:textId="77777777" w:rsidR="003A281E" w:rsidRPr="003A281E" w:rsidRDefault="003A281E" w:rsidP="003A281E">
            <w:pPr>
              <w:rPr>
                <w:sz w:val="20"/>
                <w:szCs w:val="20"/>
              </w:rPr>
            </w:pPr>
            <w:r w:rsidRPr="003A281E">
              <w:rPr>
                <w:rFonts w:cs="Shruti"/>
                <w:sz w:val="20"/>
                <w:szCs w:val="20"/>
                <w:cs/>
                <w:lang w:bidi="gu-IN"/>
              </w:rPr>
              <w:t>૨</w:t>
            </w:r>
          </w:p>
        </w:tc>
        <w:tc>
          <w:tcPr>
            <w:tcW w:w="3645" w:type="dxa"/>
          </w:tcPr>
          <w:p w14:paraId="37020205" w14:textId="77777777" w:rsidR="003A281E" w:rsidRPr="003A281E" w:rsidRDefault="003A281E" w:rsidP="003A281E">
            <w:pPr>
              <w:rPr>
                <w:sz w:val="20"/>
                <w:szCs w:val="20"/>
              </w:rPr>
            </w:pPr>
            <w:r w:rsidRPr="003A281E">
              <w:rPr>
                <w:rFonts w:cs="Shruti"/>
                <w:sz w:val="20"/>
                <w:szCs w:val="20"/>
                <w:cs/>
                <w:lang w:bidi="gu-IN"/>
              </w:rPr>
              <w:t>અંતર્રાષ્ટ્રીય</w:t>
            </w:r>
            <w:r w:rsidRPr="003A281E">
              <w:rPr>
                <w:sz w:val="20"/>
                <w:szCs w:val="20"/>
              </w:rPr>
              <w:t xml:space="preserve"> </w:t>
            </w:r>
            <w:r w:rsidRPr="003A281E">
              <w:rPr>
                <w:rFonts w:cs="Shruti"/>
                <w:sz w:val="20"/>
                <w:szCs w:val="20"/>
                <w:cs/>
                <w:lang w:bidi="gu-IN"/>
              </w:rPr>
              <w:t>યોગ</w:t>
            </w:r>
            <w:r w:rsidRPr="003A281E">
              <w:rPr>
                <w:sz w:val="20"/>
                <w:szCs w:val="20"/>
              </w:rPr>
              <w:t xml:space="preserve"> </w:t>
            </w:r>
            <w:r w:rsidRPr="003A281E">
              <w:rPr>
                <w:rFonts w:cs="Shruti"/>
                <w:sz w:val="20"/>
                <w:szCs w:val="20"/>
                <w:cs/>
                <w:lang w:bidi="gu-IN"/>
              </w:rPr>
              <w:t>દિવસ</w:t>
            </w:r>
            <w:r w:rsidRPr="003A281E">
              <w:rPr>
                <w:sz w:val="20"/>
                <w:szCs w:val="20"/>
              </w:rPr>
              <w:t xml:space="preserve"> (Yoga Sangam) </w:t>
            </w:r>
            <w:r w:rsidRPr="003A281E">
              <w:rPr>
                <w:rFonts w:cs="Shruti"/>
                <w:sz w:val="20"/>
                <w:szCs w:val="20"/>
                <w:cs/>
                <w:lang w:bidi="gu-IN"/>
              </w:rPr>
              <w:t>ઉજવણી</w:t>
            </w:r>
          </w:p>
        </w:tc>
        <w:tc>
          <w:tcPr>
            <w:tcW w:w="2160" w:type="dxa"/>
          </w:tcPr>
          <w:p w14:paraId="631449D7" w14:textId="77777777" w:rsidR="003A281E" w:rsidRPr="003A281E" w:rsidRDefault="003A281E" w:rsidP="003A281E">
            <w:pPr>
              <w:rPr>
                <w:sz w:val="20"/>
                <w:szCs w:val="20"/>
              </w:rPr>
            </w:pPr>
            <w:r w:rsidRPr="003A281E">
              <w:rPr>
                <w:rFonts w:cs="Shruti"/>
                <w:sz w:val="20"/>
                <w:szCs w:val="20"/>
                <w:cs/>
                <w:lang w:bidi="gu-IN"/>
              </w:rPr>
              <w:t>વિદ્યાર્થીઓ</w:t>
            </w:r>
            <w:r w:rsidRPr="003A281E">
              <w:rPr>
                <w:sz w:val="20"/>
                <w:szCs w:val="20"/>
              </w:rPr>
              <w:t xml:space="preserve">, </w:t>
            </w:r>
            <w:r w:rsidRPr="003A281E">
              <w:rPr>
                <w:rFonts w:cs="Shruti"/>
                <w:sz w:val="20"/>
                <w:szCs w:val="20"/>
                <w:cs/>
                <w:lang w:bidi="gu-IN"/>
              </w:rPr>
              <w:t>શિક્ષકો</w:t>
            </w:r>
            <w:r w:rsidRPr="003A281E">
              <w:rPr>
                <w:sz w:val="20"/>
                <w:szCs w:val="20"/>
              </w:rPr>
              <w:t xml:space="preserve"> </w:t>
            </w:r>
            <w:r w:rsidRPr="003A281E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3A281E">
              <w:rPr>
                <w:sz w:val="20"/>
                <w:szCs w:val="20"/>
              </w:rPr>
              <w:t xml:space="preserve"> </w:t>
            </w:r>
            <w:r w:rsidRPr="003A281E">
              <w:rPr>
                <w:rFonts w:cs="Shruti"/>
                <w:sz w:val="20"/>
                <w:szCs w:val="20"/>
                <w:cs/>
                <w:lang w:bidi="gu-IN"/>
              </w:rPr>
              <w:t>વાલીઓ</w:t>
            </w:r>
          </w:p>
        </w:tc>
        <w:tc>
          <w:tcPr>
            <w:tcW w:w="2842" w:type="dxa"/>
          </w:tcPr>
          <w:p w14:paraId="1C6196A6" w14:textId="77777777" w:rsidR="003A281E" w:rsidRPr="003A281E" w:rsidRDefault="003A281E" w:rsidP="003A281E">
            <w:pPr>
              <w:rPr>
                <w:sz w:val="20"/>
                <w:szCs w:val="20"/>
              </w:rPr>
            </w:pPr>
            <w:r w:rsidRPr="003A281E">
              <w:rPr>
                <w:rFonts w:cs="Shruti"/>
                <w:sz w:val="20"/>
                <w:szCs w:val="20"/>
                <w:cs/>
                <w:lang w:bidi="gu-IN"/>
              </w:rPr>
              <w:t>૨૧</w:t>
            </w:r>
            <w:r w:rsidRPr="003A281E">
              <w:rPr>
                <w:sz w:val="20"/>
                <w:szCs w:val="20"/>
              </w:rPr>
              <w:t xml:space="preserve"> </w:t>
            </w:r>
            <w:r w:rsidRPr="003A281E">
              <w:rPr>
                <w:rFonts w:cs="Shruti"/>
                <w:sz w:val="20"/>
                <w:szCs w:val="20"/>
                <w:cs/>
                <w:lang w:bidi="gu-IN"/>
              </w:rPr>
              <w:t>જૂન</w:t>
            </w:r>
          </w:p>
        </w:tc>
      </w:tr>
      <w:tr w:rsidR="003A281E" w:rsidRPr="003A281E" w14:paraId="1366656A" w14:textId="77777777" w:rsidTr="003A281E">
        <w:tc>
          <w:tcPr>
            <w:tcW w:w="675" w:type="dxa"/>
          </w:tcPr>
          <w:p w14:paraId="4A591352" w14:textId="77777777" w:rsidR="003A281E" w:rsidRPr="003A281E" w:rsidRDefault="003A281E" w:rsidP="003A281E">
            <w:pPr>
              <w:rPr>
                <w:sz w:val="20"/>
                <w:szCs w:val="20"/>
              </w:rPr>
            </w:pPr>
            <w:r w:rsidRPr="003A281E">
              <w:rPr>
                <w:rFonts w:cs="Shruti"/>
                <w:sz w:val="20"/>
                <w:szCs w:val="20"/>
                <w:cs/>
                <w:lang w:bidi="gu-IN"/>
              </w:rPr>
              <w:t>૩</w:t>
            </w:r>
          </w:p>
        </w:tc>
        <w:tc>
          <w:tcPr>
            <w:tcW w:w="3645" w:type="dxa"/>
          </w:tcPr>
          <w:p w14:paraId="5646FD84" w14:textId="77777777" w:rsidR="003A281E" w:rsidRPr="003A281E" w:rsidRDefault="003A281E" w:rsidP="003A281E">
            <w:pPr>
              <w:rPr>
                <w:sz w:val="20"/>
                <w:szCs w:val="20"/>
              </w:rPr>
            </w:pPr>
            <w:r w:rsidRPr="003A281E">
              <w:rPr>
                <w:rFonts w:cs="Shruti"/>
                <w:sz w:val="20"/>
                <w:szCs w:val="20"/>
                <w:cs/>
                <w:lang w:bidi="gu-IN"/>
              </w:rPr>
              <w:t>વિશેષ</w:t>
            </w:r>
            <w:r w:rsidRPr="003A281E">
              <w:rPr>
                <w:sz w:val="20"/>
                <w:szCs w:val="20"/>
              </w:rPr>
              <w:t xml:space="preserve"> </w:t>
            </w:r>
            <w:r w:rsidRPr="003A281E">
              <w:rPr>
                <w:rFonts w:cs="Shruti"/>
                <w:sz w:val="20"/>
                <w:szCs w:val="20"/>
                <w:cs/>
                <w:lang w:bidi="gu-IN"/>
              </w:rPr>
              <w:t>યોગ</w:t>
            </w:r>
            <w:r w:rsidRPr="003A281E">
              <w:rPr>
                <w:sz w:val="20"/>
                <w:szCs w:val="20"/>
              </w:rPr>
              <w:t xml:space="preserve"> </w:t>
            </w:r>
            <w:r w:rsidRPr="003A281E">
              <w:rPr>
                <w:rFonts w:cs="Shruti"/>
                <w:sz w:val="20"/>
                <w:szCs w:val="20"/>
                <w:cs/>
                <w:lang w:bidi="gu-IN"/>
              </w:rPr>
              <w:t>તાલીમ</w:t>
            </w:r>
            <w:r w:rsidRPr="003A281E">
              <w:rPr>
                <w:sz w:val="20"/>
                <w:szCs w:val="20"/>
              </w:rPr>
              <w:t xml:space="preserve"> </w:t>
            </w:r>
            <w:r w:rsidRPr="003A281E">
              <w:rPr>
                <w:rFonts w:cs="Shruti"/>
                <w:sz w:val="20"/>
                <w:szCs w:val="20"/>
                <w:cs/>
                <w:lang w:bidi="gu-IN"/>
              </w:rPr>
              <w:t>શિબિર</w:t>
            </w:r>
          </w:p>
        </w:tc>
        <w:tc>
          <w:tcPr>
            <w:tcW w:w="2160" w:type="dxa"/>
          </w:tcPr>
          <w:p w14:paraId="7C788ACA" w14:textId="77777777" w:rsidR="003A281E" w:rsidRPr="003A281E" w:rsidRDefault="003A281E" w:rsidP="003A281E">
            <w:pPr>
              <w:rPr>
                <w:sz w:val="20"/>
                <w:szCs w:val="20"/>
              </w:rPr>
            </w:pPr>
            <w:r w:rsidRPr="003A281E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3A281E">
              <w:rPr>
                <w:sz w:val="20"/>
                <w:szCs w:val="20"/>
              </w:rPr>
              <w:t xml:space="preserve"> </w:t>
            </w:r>
            <w:r w:rsidRPr="003A281E">
              <w:rPr>
                <w:rFonts w:cs="Shruti"/>
                <w:sz w:val="20"/>
                <w:szCs w:val="20"/>
                <w:cs/>
                <w:lang w:bidi="gu-IN"/>
              </w:rPr>
              <w:t>૬</w:t>
            </w:r>
            <w:r w:rsidRPr="003A281E">
              <w:rPr>
                <w:sz w:val="20"/>
                <w:szCs w:val="20"/>
              </w:rPr>
              <w:t xml:space="preserve"> </w:t>
            </w:r>
            <w:r w:rsidRPr="003A281E">
              <w:rPr>
                <w:rFonts w:cs="Shruti"/>
                <w:sz w:val="20"/>
                <w:szCs w:val="20"/>
                <w:cs/>
                <w:lang w:bidi="gu-IN"/>
              </w:rPr>
              <w:t>થી</w:t>
            </w:r>
            <w:r w:rsidRPr="003A281E">
              <w:rPr>
                <w:sz w:val="20"/>
                <w:szCs w:val="20"/>
              </w:rPr>
              <w:t xml:space="preserve"> </w:t>
            </w:r>
            <w:r w:rsidRPr="003A281E">
              <w:rPr>
                <w:rFonts w:cs="Shruti"/>
                <w:sz w:val="20"/>
                <w:szCs w:val="20"/>
                <w:cs/>
                <w:lang w:bidi="gu-IN"/>
              </w:rPr>
              <w:t>૮</w:t>
            </w:r>
            <w:r w:rsidRPr="003A281E">
              <w:rPr>
                <w:sz w:val="20"/>
                <w:szCs w:val="20"/>
              </w:rPr>
              <w:t xml:space="preserve"> </w:t>
            </w:r>
            <w:r w:rsidRPr="003A281E">
              <w:rPr>
                <w:rFonts w:cs="Shruti"/>
                <w:sz w:val="20"/>
                <w:szCs w:val="20"/>
                <w:cs/>
                <w:lang w:bidi="gu-IN"/>
              </w:rPr>
              <w:t>ના</w:t>
            </w:r>
            <w:r w:rsidRPr="003A281E">
              <w:rPr>
                <w:sz w:val="20"/>
                <w:szCs w:val="20"/>
              </w:rPr>
              <w:t xml:space="preserve"> </w:t>
            </w:r>
            <w:r w:rsidRPr="003A281E">
              <w:rPr>
                <w:rFonts w:cs="Shruti"/>
                <w:sz w:val="20"/>
                <w:szCs w:val="20"/>
                <w:cs/>
                <w:lang w:bidi="gu-IN"/>
              </w:rPr>
              <w:t>વિદ્યાર્થીઓ</w:t>
            </w:r>
          </w:p>
        </w:tc>
        <w:tc>
          <w:tcPr>
            <w:tcW w:w="2842" w:type="dxa"/>
          </w:tcPr>
          <w:p w14:paraId="37715F6B" w14:textId="77777777" w:rsidR="003A281E" w:rsidRPr="003A281E" w:rsidRDefault="003A281E" w:rsidP="003A281E">
            <w:pPr>
              <w:rPr>
                <w:sz w:val="20"/>
                <w:szCs w:val="20"/>
              </w:rPr>
            </w:pPr>
            <w:r w:rsidRPr="003A281E">
              <w:rPr>
                <w:rFonts w:cs="Shruti"/>
                <w:sz w:val="20"/>
                <w:szCs w:val="20"/>
                <w:cs/>
                <w:lang w:bidi="gu-IN"/>
              </w:rPr>
              <w:t>ત્રિમાસિક</w:t>
            </w:r>
            <w:r w:rsidRPr="003A281E">
              <w:rPr>
                <w:sz w:val="20"/>
                <w:szCs w:val="20"/>
              </w:rPr>
              <w:t xml:space="preserve"> </w:t>
            </w:r>
            <w:r w:rsidRPr="003A281E">
              <w:rPr>
                <w:rFonts w:cs="Shruti"/>
                <w:sz w:val="20"/>
                <w:szCs w:val="20"/>
                <w:cs/>
                <w:lang w:bidi="gu-IN"/>
              </w:rPr>
              <w:t>ધોરણે</w:t>
            </w:r>
          </w:p>
        </w:tc>
      </w:tr>
      <w:tr w:rsidR="003A281E" w:rsidRPr="003A281E" w14:paraId="3BF4BADF" w14:textId="77777777" w:rsidTr="003A281E">
        <w:tc>
          <w:tcPr>
            <w:tcW w:w="675" w:type="dxa"/>
          </w:tcPr>
          <w:p w14:paraId="5A4D494E" w14:textId="77777777" w:rsidR="003A281E" w:rsidRPr="003A281E" w:rsidRDefault="003A281E" w:rsidP="003A281E">
            <w:pPr>
              <w:rPr>
                <w:sz w:val="20"/>
                <w:szCs w:val="20"/>
              </w:rPr>
            </w:pPr>
            <w:r w:rsidRPr="003A281E">
              <w:rPr>
                <w:rFonts w:cs="Shruti"/>
                <w:sz w:val="20"/>
                <w:szCs w:val="20"/>
                <w:cs/>
                <w:lang w:bidi="gu-IN"/>
              </w:rPr>
              <w:t>૪</w:t>
            </w:r>
          </w:p>
        </w:tc>
        <w:tc>
          <w:tcPr>
            <w:tcW w:w="3645" w:type="dxa"/>
          </w:tcPr>
          <w:p w14:paraId="62021F35" w14:textId="77777777" w:rsidR="003A281E" w:rsidRPr="003A281E" w:rsidRDefault="003A281E" w:rsidP="003A281E">
            <w:pPr>
              <w:rPr>
                <w:sz w:val="20"/>
                <w:szCs w:val="20"/>
              </w:rPr>
            </w:pPr>
            <w:r w:rsidRPr="003A281E">
              <w:rPr>
                <w:rFonts w:cs="Shruti"/>
                <w:sz w:val="20"/>
                <w:szCs w:val="20"/>
                <w:cs/>
                <w:lang w:bidi="gu-IN"/>
              </w:rPr>
              <w:t>શાળા</w:t>
            </w:r>
            <w:r w:rsidRPr="003A281E">
              <w:rPr>
                <w:sz w:val="20"/>
                <w:szCs w:val="20"/>
              </w:rPr>
              <w:t xml:space="preserve"> </w:t>
            </w:r>
            <w:r w:rsidRPr="003A281E">
              <w:rPr>
                <w:rFonts w:cs="Shruti"/>
                <w:sz w:val="20"/>
                <w:szCs w:val="20"/>
                <w:cs/>
                <w:lang w:bidi="gu-IN"/>
              </w:rPr>
              <w:t>કક્ષાની</w:t>
            </w:r>
            <w:r w:rsidRPr="003A281E">
              <w:rPr>
                <w:sz w:val="20"/>
                <w:szCs w:val="20"/>
              </w:rPr>
              <w:t xml:space="preserve"> </w:t>
            </w:r>
            <w:r w:rsidRPr="003A281E">
              <w:rPr>
                <w:rFonts w:cs="Shruti"/>
                <w:sz w:val="20"/>
                <w:szCs w:val="20"/>
                <w:cs/>
                <w:lang w:bidi="gu-IN"/>
              </w:rPr>
              <w:t>યોગાસન</w:t>
            </w:r>
            <w:r w:rsidRPr="003A281E">
              <w:rPr>
                <w:sz w:val="20"/>
                <w:szCs w:val="20"/>
              </w:rPr>
              <w:t xml:space="preserve"> </w:t>
            </w:r>
            <w:r w:rsidRPr="003A281E">
              <w:rPr>
                <w:rFonts w:cs="Shruti"/>
                <w:sz w:val="20"/>
                <w:szCs w:val="20"/>
                <w:cs/>
                <w:lang w:bidi="gu-IN"/>
              </w:rPr>
              <w:t>સ્પર્ધા</w:t>
            </w:r>
          </w:p>
        </w:tc>
        <w:tc>
          <w:tcPr>
            <w:tcW w:w="2160" w:type="dxa"/>
          </w:tcPr>
          <w:p w14:paraId="06742759" w14:textId="77777777" w:rsidR="003A281E" w:rsidRPr="003A281E" w:rsidRDefault="003A281E" w:rsidP="003A281E">
            <w:pPr>
              <w:rPr>
                <w:sz w:val="20"/>
                <w:szCs w:val="20"/>
              </w:rPr>
            </w:pPr>
            <w:r w:rsidRPr="003A281E">
              <w:rPr>
                <w:rFonts w:cs="Shruti"/>
                <w:sz w:val="20"/>
                <w:szCs w:val="20"/>
                <w:cs/>
                <w:lang w:bidi="gu-IN"/>
              </w:rPr>
              <w:t>સમસ્ત</w:t>
            </w:r>
            <w:r w:rsidRPr="003A281E">
              <w:rPr>
                <w:sz w:val="20"/>
                <w:szCs w:val="20"/>
              </w:rPr>
              <w:t xml:space="preserve"> </w:t>
            </w:r>
            <w:r w:rsidRPr="003A281E">
              <w:rPr>
                <w:rFonts w:cs="Shruti"/>
                <w:sz w:val="20"/>
                <w:szCs w:val="20"/>
                <w:cs/>
                <w:lang w:bidi="gu-IN"/>
              </w:rPr>
              <w:t>વિદ્યાર્થીઓ</w:t>
            </w:r>
          </w:p>
        </w:tc>
        <w:tc>
          <w:tcPr>
            <w:tcW w:w="2842" w:type="dxa"/>
          </w:tcPr>
          <w:p w14:paraId="311634CF" w14:textId="77777777" w:rsidR="003A281E" w:rsidRPr="003A281E" w:rsidRDefault="003A281E" w:rsidP="003A281E">
            <w:pPr>
              <w:rPr>
                <w:sz w:val="20"/>
                <w:szCs w:val="20"/>
              </w:rPr>
            </w:pPr>
            <w:r w:rsidRPr="003A281E">
              <w:rPr>
                <w:rFonts w:cs="Shruti"/>
                <w:sz w:val="20"/>
                <w:szCs w:val="20"/>
                <w:cs/>
                <w:lang w:bidi="gu-IN"/>
              </w:rPr>
              <w:t>વાર્ષિક</w:t>
            </w:r>
            <w:r w:rsidRPr="003A281E">
              <w:rPr>
                <w:sz w:val="20"/>
                <w:szCs w:val="20"/>
              </w:rPr>
              <w:t xml:space="preserve"> </w:t>
            </w:r>
            <w:r w:rsidRPr="003A281E">
              <w:rPr>
                <w:rFonts w:cs="Shruti"/>
                <w:sz w:val="20"/>
                <w:szCs w:val="20"/>
                <w:cs/>
                <w:lang w:bidi="gu-IN"/>
              </w:rPr>
              <w:t>ઉત્સવ</w:t>
            </w:r>
            <w:r w:rsidRPr="003A281E">
              <w:rPr>
                <w:sz w:val="20"/>
                <w:szCs w:val="20"/>
              </w:rPr>
              <w:t xml:space="preserve"> </w:t>
            </w:r>
            <w:r w:rsidRPr="003A281E">
              <w:rPr>
                <w:rFonts w:cs="Shruti"/>
                <w:sz w:val="20"/>
                <w:szCs w:val="20"/>
                <w:cs/>
                <w:lang w:bidi="gu-IN"/>
              </w:rPr>
              <w:t>દરમિયાન</w:t>
            </w:r>
          </w:p>
        </w:tc>
      </w:tr>
    </w:tbl>
    <w:p w14:paraId="36B1D667" w14:textId="77777777" w:rsidR="003A281E" w:rsidRPr="003A281E" w:rsidRDefault="003A281E" w:rsidP="003A281E">
      <w:pPr>
        <w:spacing w:after="0" w:line="240" w:lineRule="auto"/>
        <w:rPr>
          <w:sz w:val="20"/>
          <w:szCs w:val="20"/>
        </w:rPr>
      </w:pPr>
      <w:r w:rsidRPr="003A281E">
        <w:rPr>
          <w:sz w:val="20"/>
          <w:szCs w:val="20"/>
        </w:rPr>
        <w:br/>
      </w:r>
    </w:p>
    <w:p w14:paraId="5F7AFBA4" w14:textId="77777777" w:rsidR="003A281E" w:rsidRPr="003A281E" w:rsidRDefault="003A281E" w:rsidP="003A281E">
      <w:pPr>
        <w:spacing w:after="0" w:line="240" w:lineRule="auto"/>
        <w:rPr>
          <w:sz w:val="20"/>
          <w:szCs w:val="20"/>
        </w:rPr>
      </w:pPr>
      <w:r w:rsidRPr="003A281E">
        <w:rPr>
          <w:rFonts w:cs="Shruti"/>
          <w:b/>
          <w:bCs/>
          <w:sz w:val="20"/>
          <w:szCs w:val="20"/>
          <w:cs/>
          <w:lang w:bidi="gu-IN"/>
        </w:rPr>
        <w:t>નિષ્કર્ષ</w:t>
      </w:r>
      <w:r w:rsidRPr="003A281E">
        <w:rPr>
          <w:b/>
          <w:sz w:val="20"/>
          <w:szCs w:val="20"/>
        </w:rPr>
        <w:t xml:space="preserve">: </w:t>
      </w:r>
      <w:r w:rsidRPr="003A281E">
        <w:rPr>
          <w:rFonts w:cs="Shruti"/>
          <w:b/>
          <w:bCs/>
          <w:sz w:val="20"/>
          <w:szCs w:val="20"/>
          <w:cs/>
          <w:lang w:bidi="gu-IN"/>
        </w:rPr>
        <w:t>નિયમિત</w:t>
      </w:r>
      <w:r w:rsidRPr="003A281E">
        <w:rPr>
          <w:b/>
          <w:sz w:val="20"/>
          <w:szCs w:val="20"/>
        </w:rPr>
        <w:t xml:space="preserve"> </w:t>
      </w:r>
      <w:r w:rsidRPr="003A281E">
        <w:rPr>
          <w:rFonts w:cs="Shruti"/>
          <w:b/>
          <w:bCs/>
          <w:sz w:val="20"/>
          <w:szCs w:val="20"/>
          <w:cs/>
          <w:lang w:bidi="gu-IN"/>
        </w:rPr>
        <w:t>યોગ</w:t>
      </w:r>
      <w:r w:rsidRPr="003A281E">
        <w:rPr>
          <w:b/>
          <w:sz w:val="20"/>
          <w:szCs w:val="20"/>
        </w:rPr>
        <w:t xml:space="preserve"> </w:t>
      </w:r>
      <w:r w:rsidRPr="003A281E">
        <w:rPr>
          <w:rFonts w:cs="Shruti"/>
          <w:b/>
          <w:bCs/>
          <w:sz w:val="20"/>
          <w:szCs w:val="20"/>
          <w:cs/>
          <w:lang w:bidi="gu-IN"/>
        </w:rPr>
        <w:t>પ્રવૃત્તિઓના</w:t>
      </w:r>
      <w:r w:rsidRPr="003A281E">
        <w:rPr>
          <w:b/>
          <w:sz w:val="20"/>
          <w:szCs w:val="20"/>
        </w:rPr>
        <w:t xml:space="preserve"> </w:t>
      </w:r>
      <w:r w:rsidRPr="003A281E">
        <w:rPr>
          <w:rFonts w:cs="Shruti"/>
          <w:b/>
          <w:bCs/>
          <w:sz w:val="20"/>
          <w:szCs w:val="20"/>
          <w:cs/>
          <w:lang w:bidi="gu-IN"/>
        </w:rPr>
        <w:t>કારણે</w:t>
      </w:r>
      <w:r w:rsidRPr="003A281E">
        <w:rPr>
          <w:b/>
          <w:sz w:val="20"/>
          <w:szCs w:val="20"/>
        </w:rPr>
        <w:t xml:space="preserve"> </w:t>
      </w:r>
      <w:r w:rsidRPr="003A281E">
        <w:rPr>
          <w:rFonts w:cs="Shruti"/>
          <w:b/>
          <w:bCs/>
          <w:sz w:val="20"/>
          <w:szCs w:val="20"/>
          <w:cs/>
          <w:lang w:bidi="gu-IN"/>
        </w:rPr>
        <w:t>વિદ્યાર્થીઓની</w:t>
      </w:r>
      <w:r w:rsidRPr="003A281E">
        <w:rPr>
          <w:b/>
          <w:sz w:val="20"/>
          <w:szCs w:val="20"/>
        </w:rPr>
        <w:t xml:space="preserve"> </w:t>
      </w:r>
      <w:r w:rsidRPr="003A281E">
        <w:rPr>
          <w:rFonts w:cs="Shruti"/>
          <w:b/>
          <w:bCs/>
          <w:sz w:val="20"/>
          <w:szCs w:val="20"/>
          <w:cs/>
          <w:lang w:bidi="gu-IN"/>
        </w:rPr>
        <w:t>એકાગ્રતા</w:t>
      </w:r>
      <w:r w:rsidRPr="003A281E">
        <w:rPr>
          <w:b/>
          <w:sz w:val="20"/>
          <w:szCs w:val="20"/>
        </w:rPr>
        <w:t xml:space="preserve"> </w:t>
      </w:r>
      <w:r w:rsidRPr="003A281E">
        <w:rPr>
          <w:rFonts w:cs="Shruti"/>
          <w:b/>
          <w:bCs/>
          <w:sz w:val="20"/>
          <w:szCs w:val="20"/>
          <w:cs/>
          <w:lang w:bidi="gu-IN"/>
        </w:rPr>
        <w:t>શક્તિમાં</w:t>
      </w:r>
      <w:r w:rsidRPr="003A281E">
        <w:rPr>
          <w:b/>
          <w:sz w:val="20"/>
          <w:szCs w:val="20"/>
        </w:rPr>
        <w:t xml:space="preserve"> </w:t>
      </w:r>
      <w:r w:rsidRPr="003A281E">
        <w:rPr>
          <w:rFonts w:cs="Shruti"/>
          <w:b/>
          <w:bCs/>
          <w:sz w:val="20"/>
          <w:szCs w:val="20"/>
          <w:cs/>
          <w:lang w:bidi="gu-IN"/>
        </w:rPr>
        <w:t>વધારો</w:t>
      </w:r>
      <w:r w:rsidRPr="003A281E">
        <w:rPr>
          <w:b/>
          <w:sz w:val="20"/>
          <w:szCs w:val="20"/>
        </w:rPr>
        <w:t xml:space="preserve"> </w:t>
      </w:r>
      <w:r w:rsidRPr="003A281E">
        <w:rPr>
          <w:rFonts w:cs="Shruti"/>
          <w:b/>
          <w:bCs/>
          <w:sz w:val="20"/>
          <w:szCs w:val="20"/>
          <w:cs/>
          <w:lang w:bidi="gu-IN"/>
        </w:rPr>
        <w:t>થયો</w:t>
      </w:r>
      <w:r w:rsidRPr="003A281E">
        <w:rPr>
          <w:b/>
          <w:sz w:val="20"/>
          <w:szCs w:val="20"/>
        </w:rPr>
        <w:t xml:space="preserve"> </w:t>
      </w:r>
      <w:r w:rsidRPr="003A281E">
        <w:rPr>
          <w:rFonts w:cs="Shruti"/>
          <w:b/>
          <w:bCs/>
          <w:sz w:val="20"/>
          <w:szCs w:val="20"/>
          <w:cs/>
          <w:lang w:bidi="gu-IN"/>
        </w:rPr>
        <w:t>છે</w:t>
      </w:r>
      <w:r w:rsidRPr="003A281E">
        <w:rPr>
          <w:b/>
          <w:sz w:val="20"/>
          <w:szCs w:val="20"/>
        </w:rPr>
        <w:t xml:space="preserve">, </w:t>
      </w:r>
      <w:r w:rsidRPr="003A281E">
        <w:rPr>
          <w:rFonts w:cs="Shruti"/>
          <w:b/>
          <w:bCs/>
          <w:sz w:val="20"/>
          <w:szCs w:val="20"/>
          <w:cs/>
          <w:lang w:bidi="gu-IN"/>
        </w:rPr>
        <w:t>તબિયત</w:t>
      </w:r>
      <w:r w:rsidRPr="003A281E">
        <w:rPr>
          <w:b/>
          <w:sz w:val="20"/>
          <w:szCs w:val="20"/>
        </w:rPr>
        <w:t xml:space="preserve"> </w:t>
      </w:r>
      <w:r w:rsidRPr="003A281E">
        <w:rPr>
          <w:rFonts w:cs="Shruti"/>
          <w:b/>
          <w:bCs/>
          <w:sz w:val="20"/>
          <w:szCs w:val="20"/>
          <w:cs/>
          <w:lang w:bidi="gu-IN"/>
        </w:rPr>
        <w:t>તંદુરસ્ત</w:t>
      </w:r>
      <w:r w:rsidRPr="003A281E">
        <w:rPr>
          <w:b/>
          <w:sz w:val="20"/>
          <w:szCs w:val="20"/>
        </w:rPr>
        <w:t xml:space="preserve"> </w:t>
      </w:r>
      <w:r w:rsidRPr="003A281E">
        <w:rPr>
          <w:rFonts w:cs="Shruti"/>
          <w:b/>
          <w:bCs/>
          <w:sz w:val="20"/>
          <w:szCs w:val="20"/>
          <w:cs/>
          <w:lang w:bidi="gu-IN"/>
        </w:rPr>
        <w:t>રહે</w:t>
      </w:r>
      <w:r w:rsidRPr="003A281E">
        <w:rPr>
          <w:b/>
          <w:sz w:val="20"/>
          <w:szCs w:val="20"/>
        </w:rPr>
        <w:t xml:space="preserve"> </w:t>
      </w:r>
      <w:r w:rsidRPr="003A281E">
        <w:rPr>
          <w:rFonts w:cs="Shruti"/>
          <w:b/>
          <w:bCs/>
          <w:sz w:val="20"/>
          <w:szCs w:val="20"/>
          <w:cs/>
          <w:lang w:bidi="gu-IN"/>
        </w:rPr>
        <w:t>છે</w:t>
      </w:r>
      <w:r w:rsidRPr="003A281E">
        <w:rPr>
          <w:b/>
          <w:sz w:val="20"/>
          <w:szCs w:val="20"/>
        </w:rPr>
        <w:t xml:space="preserve"> </w:t>
      </w:r>
      <w:r w:rsidRPr="003A281E">
        <w:rPr>
          <w:rFonts w:cs="Shruti"/>
          <w:b/>
          <w:bCs/>
          <w:sz w:val="20"/>
          <w:szCs w:val="20"/>
          <w:cs/>
          <w:lang w:bidi="gu-IN"/>
        </w:rPr>
        <w:t>અને</w:t>
      </w:r>
      <w:r w:rsidRPr="003A281E">
        <w:rPr>
          <w:b/>
          <w:sz w:val="20"/>
          <w:szCs w:val="20"/>
        </w:rPr>
        <w:t xml:space="preserve"> </w:t>
      </w:r>
      <w:r w:rsidRPr="003A281E">
        <w:rPr>
          <w:rFonts w:cs="Shruti"/>
          <w:b/>
          <w:bCs/>
          <w:sz w:val="20"/>
          <w:szCs w:val="20"/>
          <w:cs/>
          <w:lang w:bidi="gu-IN"/>
        </w:rPr>
        <w:t>શાળાનું</w:t>
      </w:r>
      <w:r w:rsidRPr="003A281E">
        <w:rPr>
          <w:b/>
          <w:sz w:val="20"/>
          <w:szCs w:val="20"/>
        </w:rPr>
        <w:t xml:space="preserve"> </w:t>
      </w:r>
      <w:r w:rsidRPr="003A281E">
        <w:rPr>
          <w:rFonts w:cs="Shruti"/>
          <w:b/>
          <w:bCs/>
          <w:sz w:val="20"/>
          <w:szCs w:val="20"/>
          <w:cs/>
          <w:lang w:bidi="gu-IN"/>
        </w:rPr>
        <w:t>શૈક્ષણિક</w:t>
      </w:r>
      <w:r w:rsidRPr="003A281E">
        <w:rPr>
          <w:b/>
          <w:sz w:val="20"/>
          <w:szCs w:val="20"/>
        </w:rPr>
        <w:t xml:space="preserve"> </w:t>
      </w:r>
      <w:r w:rsidRPr="003A281E">
        <w:rPr>
          <w:rFonts w:cs="Shruti"/>
          <w:b/>
          <w:bCs/>
          <w:sz w:val="20"/>
          <w:szCs w:val="20"/>
          <w:cs/>
          <w:lang w:bidi="gu-IN"/>
        </w:rPr>
        <w:t>વાતાવરણ</w:t>
      </w:r>
      <w:r w:rsidRPr="003A281E">
        <w:rPr>
          <w:b/>
          <w:sz w:val="20"/>
          <w:szCs w:val="20"/>
        </w:rPr>
        <w:t xml:space="preserve"> </w:t>
      </w:r>
      <w:r w:rsidRPr="003A281E">
        <w:rPr>
          <w:rFonts w:cs="Shruti"/>
          <w:b/>
          <w:bCs/>
          <w:sz w:val="20"/>
          <w:szCs w:val="20"/>
          <w:cs/>
          <w:lang w:bidi="gu-IN"/>
        </w:rPr>
        <w:t>ઊર્જાવાન</w:t>
      </w:r>
      <w:r w:rsidRPr="003A281E">
        <w:rPr>
          <w:b/>
          <w:sz w:val="20"/>
          <w:szCs w:val="20"/>
        </w:rPr>
        <w:t xml:space="preserve"> </w:t>
      </w:r>
      <w:r w:rsidRPr="003A281E">
        <w:rPr>
          <w:rFonts w:cs="Shruti"/>
          <w:b/>
          <w:bCs/>
          <w:sz w:val="20"/>
          <w:szCs w:val="20"/>
          <w:cs/>
          <w:lang w:bidi="gu-IN"/>
        </w:rPr>
        <w:t>બન્યું</w:t>
      </w:r>
      <w:r w:rsidRPr="003A281E">
        <w:rPr>
          <w:b/>
          <w:sz w:val="20"/>
          <w:szCs w:val="20"/>
        </w:rPr>
        <w:t xml:space="preserve"> </w:t>
      </w:r>
      <w:r w:rsidRPr="003A281E">
        <w:rPr>
          <w:rFonts w:cs="Shruti"/>
          <w:b/>
          <w:bCs/>
          <w:sz w:val="20"/>
          <w:szCs w:val="20"/>
          <w:cs/>
          <w:lang w:bidi="gu-IN"/>
        </w:rPr>
        <w:t>છે</w:t>
      </w:r>
      <w:r w:rsidRPr="003A281E">
        <w:rPr>
          <w:b/>
          <w:sz w:val="20"/>
          <w:szCs w:val="20"/>
        </w:rPr>
        <w:t>.</w:t>
      </w:r>
    </w:p>
    <w:p w14:paraId="0C14B4B3" w14:textId="77777777" w:rsidR="003A281E" w:rsidRPr="003A281E" w:rsidRDefault="003A281E" w:rsidP="003A281E">
      <w:pPr>
        <w:spacing w:after="0" w:line="240" w:lineRule="auto"/>
        <w:rPr>
          <w:sz w:val="20"/>
          <w:szCs w:val="20"/>
        </w:rPr>
      </w:pPr>
      <w:r w:rsidRPr="003A281E">
        <w:rPr>
          <w:sz w:val="20"/>
          <w:szCs w:val="20"/>
        </w:rPr>
        <w:br/>
      </w:r>
      <w:r w:rsidRPr="003A281E">
        <w:rPr>
          <w:sz w:val="20"/>
          <w:szCs w:val="20"/>
        </w:rP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3A281E" w:rsidRPr="003A281E" w14:paraId="498E6363" w14:textId="77777777" w:rsidTr="003A281E">
        <w:tc>
          <w:tcPr>
            <w:tcW w:w="4320" w:type="dxa"/>
          </w:tcPr>
          <w:p w14:paraId="1164DCA5" w14:textId="77777777" w:rsidR="003A281E" w:rsidRPr="003A281E" w:rsidRDefault="003A281E" w:rsidP="003A281E">
            <w:pPr>
              <w:spacing w:after="0" w:line="240" w:lineRule="auto"/>
              <w:rPr>
                <w:sz w:val="20"/>
                <w:szCs w:val="20"/>
              </w:rPr>
            </w:pPr>
            <w:r w:rsidRPr="003A281E">
              <w:rPr>
                <w:rFonts w:cs="Shruti"/>
                <w:sz w:val="20"/>
                <w:szCs w:val="20"/>
                <w:cs/>
                <w:lang w:bidi="gu-IN"/>
              </w:rPr>
              <w:t>વ્યાયામ</w:t>
            </w:r>
            <w:r w:rsidRPr="003A281E">
              <w:rPr>
                <w:sz w:val="20"/>
                <w:szCs w:val="20"/>
              </w:rPr>
              <w:t xml:space="preserve"> / </w:t>
            </w:r>
            <w:r w:rsidRPr="003A281E">
              <w:rPr>
                <w:rFonts w:cs="Shruti"/>
                <w:sz w:val="20"/>
                <w:szCs w:val="20"/>
                <w:cs/>
                <w:lang w:bidi="gu-IN"/>
              </w:rPr>
              <w:t>યોગ</w:t>
            </w:r>
            <w:r w:rsidRPr="003A281E">
              <w:rPr>
                <w:sz w:val="20"/>
                <w:szCs w:val="20"/>
              </w:rPr>
              <w:t xml:space="preserve"> </w:t>
            </w:r>
            <w:r w:rsidRPr="003A281E">
              <w:rPr>
                <w:rFonts w:cs="Shruti"/>
                <w:sz w:val="20"/>
                <w:szCs w:val="20"/>
                <w:cs/>
                <w:lang w:bidi="gu-IN"/>
              </w:rPr>
              <w:t>ઇન્ચાર્જની</w:t>
            </w:r>
            <w:r w:rsidRPr="003A281E">
              <w:rPr>
                <w:sz w:val="20"/>
                <w:szCs w:val="20"/>
              </w:rPr>
              <w:t xml:space="preserve"> </w:t>
            </w:r>
            <w:r w:rsidRPr="003A281E">
              <w:rPr>
                <w:rFonts w:cs="Shruti"/>
                <w:sz w:val="20"/>
                <w:szCs w:val="20"/>
                <w:cs/>
                <w:lang w:bidi="gu-IN"/>
              </w:rPr>
              <w:t>સહી</w:t>
            </w:r>
            <w:r w:rsidRPr="003A281E">
              <w:rPr>
                <w:sz w:val="20"/>
                <w:szCs w:val="20"/>
              </w:rPr>
              <w:br/>
            </w:r>
            <w:r w:rsidRPr="003A281E">
              <w:rPr>
                <w:sz w:val="20"/>
                <w:szCs w:val="20"/>
              </w:rPr>
              <w:br/>
              <w:t>______________________</w:t>
            </w:r>
          </w:p>
        </w:tc>
        <w:tc>
          <w:tcPr>
            <w:tcW w:w="4320" w:type="dxa"/>
          </w:tcPr>
          <w:p w14:paraId="65716075" w14:textId="72AA9BA6" w:rsidR="003A281E" w:rsidRPr="00AD7629" w:rsidRDefault="003A281E" w:rsidP="003A281E">
            <w:pPr>
              <w:spacing w:after="0" w:line="240" w:lineRule="auto"/>
              <w:jc w:val="right"/>
              <w:rPr>
                <w:rFonts w:cs="Shruti"/>
                <w:sz w:val="20"/>
                <w:szCs w:val="20"/>
              </w:rPr>
            </w:pPr>
            <w:r w:rsidRPr="003A281E">
              <w:rPr>
                <w:rFonts w:cs="Shruti"/>
                <w:sz w:val="20"/>
                <w:szCs w:val="20"/>
                <w:cs/>
                <w:lang w:bidi="gu-IN"/>
              </w:rPr>
              <w:t>આચાર્યશ્રીની</w:t>
            </w:r>
            <w:r w:rsidRPr="003A281E">
              <w:rPr>
                <w:sz w:val="20"/>
                <w:szCs w:val="20"/>
              </w:rPr>
              <w:t xml:space="preserve"> </w:t>
            </w:r>
            <w:r w:rsidRPr="003A281E">
              <w:rPr>
                <w:rFonts w:cs="Shruti"/>
                <w:sz w:val="20"/>
                <w:szCs w:val="20"/>
                <w:cs/>
                <w:lang w:bidi="gu-IN"/>
              </w:rPr>
              <w:t>સહી</w:t>
            </w:r>
            <w:r w:rsidRPr="003A281E">
              <w:rPr>
                <w:sz w:val="20"/>
                <w:szCs w:val="20"/>
              </w:rPr>
              <w:t xml:space="preserve"> </w:t>
            </w:r>
            <w:r w:rsidRPr="003A281E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3A281E">
              <w:rPr>
                <w:sz w:val="20"/>
                <w:szCs w:val="20"/>
              </w:rPr>
              <w:t xml:space="preserve"> </w:t>
            </w:r>
            <w:r w:rsidRPr="003A281E">
              <w:rPr>
                <w:rFonts w:cs="Shruti"/>
                <w:sz w:val="20"/>
                <w:szCs w:val="20"/>
                <w:cs/>
                <w:lang w:bidi="gu-IN"/>
              </w:rPr>
              <w:t>સિક્કો</w:t>
            </w:r>
            <w:r w:rsidRPr="003A281E">
              <w:rPr>
                <w:sz w:val="20"/>
                <w:szCs w:val="20"/>
              </w:rPr>
              <w:br/>
              <w:t>______________________</w:t>
            </w:r>
            <w:r w:rsidRPr="003A281E">
              <w:rPr>
                <w:sz w:val="20"/>
                <w:szCs w:val="20"/>
              </w:rPr>
              <w:br/>
            </w:r>
            <w:r w:rsidRPr="003A281E">
              <w:rPr>
                <w:rFonts w:cs="Shruti"/>
                <w:sz w:val="20"/>
                <w:szCs w:val="20"/>
                <w:cs/>
                <w:lang w:bidi="gu-IN"/>
              </w:rPr>
              <w:t>સ્થળ</w:t>
            </w:r>
            <w:r w:rsidRPr="003A281E">
              <w:rPr>
                <w:sz w:val="20"/>
                <w:szCs w:val="20"/>
              </w:rPr>
              <w:t xml:space="preserve">: </w:t>
            </w:r>
            <w:r w:rsidR="008E13CA">
              <w:rPr>
                <w:rFonts w:cs="Shruti" w:hint="cs"/>
                <w:cs/>
                <w:lang w:bidi="gu-IN"/>
              </w:rPr>
              <w:t xml:space="preserve">ઢાંકણ્રીયાવાસ પ્રાથમિક શાળા </w:t>
            </w:r>
          </w:p>
        </w:tc>
      </w:tr>
    </w:tbl>
    <w:p w14:paraId="7687A29B" w14:textId="77777777" w:rsidR="003A281E" w:rsidRPr="003A281E" w:rsidRDefault="003A281E" w:rsidP="003A281E">
      <w:pPr>
        <w:spacing w:after="0" w:line="240" w:lineRule="auto"/>
        <w:rPr>
          <w:sz w:val="20"/>
          <w:szCs w:val="20"/>
        </w:rPr>
      </w:pPr>
    </w:p>
    <w:p w14:paraId="4C7605C0" w14:textId="77777777" w:rsidR="003A281E" w:rsidRPr="003A281E" w:rsidRDefault="003A281E" w:rsidP="003A281E">
      <w:pPr>
        <w:spacing w:after="0" w:line="240" w:lineRule="auto"/>
        <w:rPr>
          <w:rFonts w:cs="Shruti"/>
          <w:sz w:val="20"/>
          <w:szCs w:val="20"/>
          <w:lang w:bidi="gu-IN"/>
        </w:rPr>
      </w:pPr>
    </w:p>
    <w:p w14:paraId="66C770E3" w14:textId="77777777" w:rsidR="00E70E20" w:rsidRDefault="00E70E20" w:rsidP="003A281E">
      <w:pPr>
        <w:tabs>
          <w:tab w:val="left" w:pos="2835"/>
        </w:tabs>
        <w:spacing w:after="0" w:line="240" w:lineRule="auto"/>
        <w:jc w:val="center"/>
        <w:rPr>
          <w:rFonts w:cs="Shruti"/>
          <w:bCs/>
          <w:sz w:val="20"/>
          <w:szCs w:val="20"/>
          <w:u w:val="single"/>
          <w:lang w:bidi="gu-IN"/>
        </w:rPr>
      </w:pPr>
    </w:p>
    <w:p w14:paraId="0C42A203" w14:textId="77777777" w:rsidR="006E1176" w:rsidRDefault="006E1176" w:rsidP="003A281E">
      <w:pPr>
        <w:tabs>
          <w:tab w:val="left" w:pos="2835"/>
        </w:tabs>
        <w:spacing w:after="0" w:line="240" w:lineRule="auto"/>
        <w:jc w:val="center"/>
        <w:rPr>
          <w:rFonts w:cs="Shruti"/>
          <w:bCs/>
          <w:sz w:val="20"/>
          <w:szCs w:val="20"/>
          <w:u w:val="single"/>
          <w:lang w:bidi="gu-IN"/>
        </w:rPr>
      </w:pPr>
    </w:p>
    <w:p w14:paraId="734E15FE" w14:textId="77777777" w:rsidR="006E1176" w:rsidRDefault="006E1176" w:rsidP="003A281E">
      <w:pPr>
        <w:tabs>
          <w:tab w:val="left" w:pos="2835"/>
        </w:tabs>
        <w:spacing w:after="0" w:line="240" w:lineRule="auto"/>
        <w:jc w:val="center"/>
        <w:rPr>
          <w:rFonts w:cs="Shruti"/>
          <w:bCs/>
          <w:sz w:val="20"/>
          <w:szCs w:val="20"/>
          <w:u w:val="single"/>
          <w:lang w:bidi="gu-IN"/>
        </w:rPr>
      </w:pPr>
    </w:p>
    <w:p w14:paraId="49824ABE" w14:textId="77777777" w:rsidR="00162772" w:rsidRDefault="00162772" w:rsidP="0003495A">
      <w:pPr>
        <w:spacing w:after="0" w:line="240" w:lineRule="auto"/>
        <w:rPr>
          <w:rFonts w:cs="Shruti"/>
          <w:sz w:val="28"/>
          <w:szCs w:val="28"/>
          <w:u w:val="single"/>
          <w:lang w:bidi="gu-IN"/>
        </w:rPr>
      </w:pPr>
    </w:p>
    <w:p w14:paraId="3C0DF425" w14:textId="77777777" w:rsidR="00162772" w:rsidRDefault="00162772" w:rsidP="002E5B96">
      <w:pPr>
        <w:spacing w:after="0" w:line="240" w:lineRule="auto"/>
        <w:jc w:val="center"/>
        <w:rPr>
          <w:rFonts w:cs="Shruti"/>
          <w:sz w:val="28"/>
          <w:szCs w:val="28"/>
          <w:u w:val="single"/>
          <w:lang w:bidi="gu-IN"/>
        </w:rPr>
      </w:pPr>
    </w:p>
    <w:p w14:paraId="7DE55196" w14:textId="7AC8D213" w:rsidR="002E5B96" w:rsidRDefault="002546D1" w:rsidP="002E5B96">
      <w:pPr>
        <w:spacing w:after="0" w:line="240" w:lineRule="auto"/>
        <w:jc w:val="center"/>
        <w:rPr>
          <w:rFonts w:cs="Shruti"/>
          <w:b/>
          <w:u w:val="single"/>
          <w:lang w:val="en-IN" w:bidi="gu-IN"/>
        </w:rPr>
      </w:pPr>
      <w:r>
        <w:rPr>
          <w:rFonts w:cs="Shruti" w:hint="cs"/>
          <w:sz w:val="28"/>
          <w:szCs w:val="28"/>
          <w:u w:val="single"/>
          <w:cs/>
          <w:lang w:bidi="gu-IN"/>
        </w:rPr>
        <w:lastRenderedPageBreak/>
        <w:t>ઢાંકણ્રીયાવાસ પ્રાથમિક શાળા તા- લાખણી જિલ્લો - વાવ-થરાદ ડાયસ કોડ: 24021300207</w:t>
      </w:r>
    </w:p>
    <w:p w14:paraId="276D7287" w14:textId="77777777" w:rsidR="00037DD9" w:rsidRPr="00037DD9" w:rsidRDefault="00037DD9" w:rsidP="00037DD9">
      <w:pPr>
        <w:pStyle w:val="Heading1"/>
        <w:rPr>
          <w:rFonts w:cs="Shruti"/>
          <w:lang w:bidi="gu-IN"/>
        </w:rPr>
      </w:pPr>
      <w:r>
        <w:rPr>
          <w:rFonts w:cs="Shruti"/>
          <w:cs/>
          <w:lang w:bidi="gu-IN"/>
        </w:rPr>
        <w:t>શાળામાં</w:t>
      </w:r>
      <w:r>
        <w:t xml:space="preserve"> </w:t>
      </w:r>
      <w:r>
        <w:rPr>
          <w:rFonts w:cs="Shruti"/>
          <w:cs/>
          <w:lang w:bidi="gu-IN"/>
        </w:rPr>
        <w:t>યોજાતી</w:t>
      </w:r>
      <w:r>
        <w:t xml:space="preserve"> </w:t>
      </w:r>
      <w:r>
        <w:rPr>
          <w:rFonts w:cs="Shruti"/>
          <w:cs/>
          <w:lang w:bidi="gu-IN"/>
        </w:rPr>
        <w:t>પર્યાવરણલક્ષી</w:t>
      </w:r>
      <w:r>
        <w:t xml:space="preserve"> </w:t>
      </w:r>
      <w:r>
        <w:rPr>
          <w:rFonts w:cs="Shruti"/>
          <w:cs/>
          <w:lang w:bidi="gu-IN"/>
        </w:rPr>
        <w:t>પ્રવૃત્તિઓનો</w:t>
      </w:r>
      <w:r>
        <w:t xml:space="preserve"> </w:t>
      </w:r>
      <w:r>
        <w:rPr>
          <w:rFonts w:cs="Shruti"/>
          <w:cs/>
          <w:lang w:bidi="gu-IN"/>
        </w:rPr>
        <w:t>અહેવાલ</w:t>
      </w:r>
    </w:p>
    <w:p w14:paraId="2CCF7225" w14:textId="3948D72E" w:rsidR="00037DD9" w:rsidRPr="00037DD9" w:rsidRDefault="00037DD9" w:rsidP="00037DD9">
      <w:pPr>
        <w:spacing w:line="240" w:lineRule="auto"/>
        <w:rPr>
          <w:rFonts w:cs="Shruti"/>
          <w:sz w:val="20"/>
          <w:szCs w:val="20"/>
          <w:lang w:bidi="gu-IN"/>
        </w:rPr>
      </w:pPr>
      <w:r w:rsidRPr="00037DD9">
        <w:rPr>
          <w:rFonts w:cs="Shruti"/>
          <w:sz w:val="20"/>
          <w:szCs w:val="20"/>
          <w:cs/>
          <w:lang w:bidi="gu-IN"/>
        </w:rPr>
        <w:t>ગુણોત્સવ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૨</w:t>
      </w:r>
      <w:r w:rsidRPr="00037DD9">
        <w:rPr>
          <w:sz w:val="20"/>
          <w:szCs w:val="20"/>
        </w:rPr>
        <w:t>.</w:t>
      </w:r>
      <w:r w:rsidRPr="00037DD9">
        <w:rPr>
          <w:rFonts w:cs="Shruti"/>
          <w:sz w:val="20"/>
          <w:szCs w:val="20"/>
          <w:cs/>
          <w:lang w:bidi="gu-IN"/>
        </w:rPr>
        <w:t>૦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ના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માપદંડો</w:t>
      </w:r>
      <w:r w:rsidRPr="00037DD9">
        <w:rPr>
          <w:sz w:val="20"/>
          <w:szCs w:val="20"/>
        </w:rPr>
        <w:t>, "</w:t>
      </w:r>
      <w:r w:rsidRPr="00037DD9">
        <w:rPr>
          <w:rFonts w:cs="Shruti"/>
          <w:sz w:val="20"/>
          <w:szCs w:val="20"/>
          <w:cs/>
          <w:lang w:bidi="gu-IN"/>
        </w:rPr>
        <w:t>મિશન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લાઈફ</w:t>
      </w:r>
      <w:r w:rsidRPr="00037DD9">
        <w:rPr>
          <w:sz w:val="20"/>
          <w:szCs w:val="20"/>
        </w:rPr>
        <w:t xml:space="preserve">" (Mission </w:t>
      </w:r>
      <w:proofErr w:type="spellStart"/>
      <w:r w:rsidRPr="00037DD9">
        <w:rPr>
          <w:sz w:val="20"/>
          <w:szCs w:val="20"/>
        </w:rPr>
        <w:t>LiFE</w:t>
      </w:r>
      <w:proofErr w:type="spellEnd"/>
      <w:r w:rsidRPr="00037DD9">
        <w:rPr>
          <w:sz w:val="20"/>
          <w:szCs w:val="20"/>
        </w:rPr>
        <w:t xml:space="preserve">) </w:t>
      </w:r>
      <w:r w:rsidRPr="00037DD9">
        <w:rPr>
          <w:rFonts w:cs="Shruti"/>
          <w:sz w:val="20"/>
          <w:szCs w:val="20"/>
          <w:cs/>
          <w:lang w:bidi="gu-IN"/>
        </w:rPr>
        <w:t>અને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પર્યાવરણ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જાગૃતિ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અંતર્ગત</w:t>
      </w:r>
      <w:r w:rsidRPr="00037DD9">
        <w:rPr>
          <w:sz w:val="20"/>
          <w:szCs w:val="20"/>
        </w:rPr>
        <w:t xml:space="preserve"> </w:t>
      </w:r>
      <w:r w:rsidR="008E13CA">
        <w:rPr>
          <w:rFonts w:cs="Shruti" w:hint="cs"/>
          <w:sz w:val="20"/>
          <w:szCs w:val="20"/>
          <w:cs/>
          <w:lang w:bidi="gu-IN"/>
        </w:rPr>
        <w:t xml:space="preserve">ઢાંકણ્રીયાવાસ પ્રાથમિક શાળા </w:t>
      </w:r>
      <w:r w:rsidRPr="00037DD9">
        <w:rPr>
          <w:rFonts w:cs="Shruti"/>
          <w:sz w:val="20"/>
          <w:szCs w:val="20"/>
          <w:cs/>
          <w:lang w:bidi="gu-IN"/>
        </w:rPr>
        <w:t>માં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વિદ્યાર્થીઓમાં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કુદરતી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સંસાધનોની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જાળવણી</w:t>
      </w:r>
      <w:r w:rsidRPr="00037DD9">
        <w:rPr>
          <w:sz w:val="20"/>
          <w:szCs w:val="20"/>
        </w:rPr>
        <w:t xml:space="preserve">, </w:t>
      </w:r>
      <w:r w:rsidRPr="00037DD9">
        <w:rPr>
          <w:rFonts w:cs="Shruti"/>
          <w:sz w:val="20"/>
          <w:szCs w:val="20"/>
          <w:cs/>
          <w:lang w:bidi="gu-IN"/>
        </w:rPr>
        <w:t>વૃક્ષારોપણ</w:t>
      </w:r>
      <w:r w:rsidRPr="00037DD9">
        <w:rPr>
          <w:sz w:val="20"/>
          <w:szCs w:val="20"/>
        </w:rPr>
        <w:t xml:space="preserve">, </w:t>
      </w:r>
      <w:r w:rsidRPr="00037DD9">
        <w:rPr>
          <w:rFonts w:cs="Shruti"/>
          <w:sz w:val="20"/>
          <w:szCs w:val="20"/>
          <w:cs/>
          <w:lang w:bidi="gu-IN"/>
        </w:rPr>
        <w:t>સ્વચ્છતા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અને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પર્યાવરણ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પ્રત્યે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આદરની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ભાવના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વિકસાવવા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માટે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વિવિધ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પ્રવૃત્તિઓનું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આયોજન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કરવામાં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આવે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છે</w:t>
      </w:r>
      <w:r w:rsidRPr="00037DD9">
        <w:rPr>
          <w:sz w:val="20"/>
          <w:szCs w:val="20"/>
        </w:rPr>
        <w:t xml:space="preserve">. </w:t>
      </w:r>
      <w:r w:rsidRPr="00037DD9">
        <w:rPr>
          <w:rFonts w:cs="Shruti"/>
          <w:sz w:val="20"/>
          <w:szCs w:val="20"/>
          <w:cs/>
          <w:lang w:bidi="gu-IN"/>
        </w:rPr>
        <w:t>જેનો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વિગતવાર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અહેવાલ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નીચે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મુજબ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છે</w:t>
      </w:r>
      <w:r w:rsidRPr="00037DD9">
        <w:rPr>
          <w:sz w:val="20"/>
          <w:szCs w:val="20"/>
        </w:rPr>
        <w:t>:</w:t>
      </w:r>
    </w:p>
    <w:p w14:paraId="2D5ACBC3" w14:textId="77777777" w:rsidR="00037DD9" w:rsidRPr="00037DD9" w:rsidRDefault="00037DD9" w:rsidP="00037DD9">
      <w:pPr>
        <w:pStyle w:val="Heading2"/>
        <w:spacing w:line="240" w:lineRule="auto"/>
        <w:rPr>
          <w:sz w:val="20"/>
          <w:szCs w:val="20"/>
        </w:rPr>
      </w:pPr>
      <w:r w:rsidRPr="00037DD9">
        <w:rPr>
          <w:rFonts w:cs="Shruti"/>
          <w:sz w:val="20"/>
          <w:szCs w:val="20"/>
          <w:cs/>
          <w:lang w:bidi="gu-IN"/>
        </w:rPr>
        <w:t>૧</w:t>
      </w:r>
      <w:r w:rsidRPr="00037DD9">
        <w:rPr>
          <w:sz w:val="20"/>
          <w:szCs w:val="20"/>
        </w:rPr>
        <w:t xml:space="preserve">. </w:t>
      </w:r>
      <w:r w:rsidRPr="00037DD9">
        <w:rPr>
          <w:rFonts w:cs="Shruti"/>
          <w:sz w:val="20"/>
          <w:szCs w:val="20"/>
          <w:cs/>
          <w:lang w:bidi="gu-IN"/>
        </w:rPr>
        <w:t>પર્યાવરણલક્ષી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મુખ્ય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પ્રવૃત્તિઓ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અને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આયોજન</w:t>
      </w:r>
      <w:r w:rsidRPr="00037DD9">
        <w:rPr>
          <w:sz w:val="20"/>
          <w:szCs w:val="20"/>
        </w:rPr>
        <w:t>:</w:t>
      </w:r>
    </w:p>
    <w:p w14:paraId="0F47B4E9" w14:textId="77777777" w:rsidR="00037DD9" w:rsidRPr="00037DD9" w:rsidRDefault="00037DD9" w:rsidP="00037DD9">
      <w:pPr>
        <w:pStyle w:val="ListBullet"/>
        <w:spacing w:line="240" w:lineRule="auto"/>
        <w:rPr>
          <w:sz w:val="20"/>
          <w:szCs w:val="20"/>
        </w:rPr>
      </w:pPr>
      <w:r w:rsidRPr="00037DD9">
        <w:rPr>
          <w:rFonts w:cs="Shruti"/>
          <w:sz w:val="20"/>
          <w:szCs w:val="20"/>
          <w:cs/>
          <w:lang w:bidi="gu-IN"/>
        </w:rPr>
        <w:t>વૃક્ષારોપણ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અને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ઉછેર</w:t>
      </w:r>
      <w:r w:rsidRPr="00037DD9">
        <w:rPr>
          <w:sz w:val="20"/>
          <w:szCs w:val="20"/>
        </w:rPr>
        <w:t xml:space="preserve"> (Tree Plantation): </w:t>
      </w:r>
      <w:r w:rsidRPr="00037DD9">
        <w:rPr>
          <w:rFonts w:cs="Shruti"/>
          <w:sz w:val="20"/>
          <w:szCs w:val="20"/>
          <w:cs/>
          <w:lang w:bidi="gu-IN"/>
        </w:rPr>
        <w:t>શાળા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પરિસરમાં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અને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ગામના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ખુલ્લા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વિસ્તારોમાં</w:t>
      </w:r>
      <w:r w:rsidRPr="00037DD9">
        <w:rPr>
          <w:sz w:val="20"/>
          <w:szCs w:val="20"/>
        </w:rPr>
        <w:t xml:space="preserve"> "</w:t>
      </w:r>
      <w:r w:rsidRPr="00037DD9">
        <w:rPr>
          <w:rFonts w:cs="Shruti"/>
          <w:sz w:val="20"/>
          <w:szCs w:val="20"/>
          <w:cs/>
          <w:lang w:bidi="gu-IN"/>
        </w:rPr>
        <w:t>એક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પેડ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મા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કે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નામ</w:t>
      </w:r>
      <w:r w:rsidRPr="00037DD9">
        <w:rPr>
          <w:sz w:val="20"/>
          <w:szCs w:val="20"/>
        </w:rPr>
        <w:t xml:space="preserve">" </w:t>
      </w:r>
      <w:r w:rsidRPr="00037DD9">
        <w:rPr>
          <w:rFonts w:cs="Shruti"/>
          <w:sz w:val="20"/>
          <w:szCs w:val="20"/>
          <w:cs/>
          <w:lang w:bidi="gu-IN"/>
        </w:rPr>
        <w:t>અભિયાન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અંતર્ગત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તેમજ</w:t>
      </w:r>
      <w:r w:rsidRPr="00037DD9">
        <w:rPr>
          <w:sz w:val="20"/>
          <w:szCs w:val="20"/>
        </w:rPr>
        <w:t xml:space="preserve"> "</w:t>
      </w:r>
      <w:r w:rsidRPr="00037DD9">
        <w:rPr>
          <w:rFonts w:cs="Shruti"/>
          <w:sz w:val="20"/>
          <w:szCs w:val="20"/>
          <w:cs/>
          <w:lang w:bidi="gu-IN"/>
        </w:rPr>
        <w:t>વૃક્ષ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બચાવો</w:t>
      </w:r>
      <w:r w:rsidRPr="00037DD9">
        <w:rPr>
          <w:sz w:val="20"/>
          <w:szCs w:val="20"/>
        </w:rPr>
        <w:t xml:space="preserve">" </w:t>
      </w:r>
      <w:r w:rsidRPr="00037DD9">
        <w:rPr>
          <w:rFonts w:cs="Shruti"/>
          <w:sz w:val="20"/>
          <w:szCs w:val="20"/>
          <w:cs/>
          <w:lang w:bidi="gu-IN"/>
        </w:rPr>
        <w:t>અભિયાન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હેઠળ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વૃક્ષો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વાવવામાં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આવે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છે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અને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વિદ્યાર્થીઓ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દ્વારા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તેની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નિયમિત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માવજત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કરવામાં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આવે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છે</w:t>
      </w:r>
      <w:r w:rsidRPr="00037DD9">
        <w:rPr>
          <w:sz w:val="20"/>
          <w:szCs w:val="20"/>
        </w:rPr>
        <w:t>.</w:t>
      </w:r>
    </w:p>
    <w:p w14:paraId="4CF4038B" w14:textId="77777777" w:rsidR="00037DD9" w:rsidRPr="003C54F2" w:rsidRDefault="00037DD9" w:rsidP="003C54F2">
      <w:pPr>
        <w:pStyle w:val="ListBullet"/>
        <w:spacing w:line="240" w:lineRule="auto"/>
        <w:rPr>
          <w:sz w:val="20"/>
          <w:szCs w:val="20"/>
        </w:rPr>
      </w:pPr>
      <w:r w:rsidRPr="00037DD9">
        <w:rPr>
          <w:rFonts w:cs="Shruti"/>
          <w:sz w:val="20"/>
          <w:szCs w:val="20"/>
          <w:cs/>
          <w:lang w:bidi="gu-IN"/>
        </w:rPr>
        <w:t>ઇકો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ક્લબ</w:t>
      </w:r>
      <w:r w:rsidRPr="00037DD9">
        <w:rPr>
          <w:sz w:val="20"/>
          <w:szCs w:val="20"/>
        </w:rPr>
        <w:t xml:space="preserve"> (Eco Club) </w:t>
      </w:r>
      <w:r w:rsidRPr="00037DD9">
        <w:rPr>
          <w:rFonts w:cs="Shruti"/>
          <w:sz w:val="20"/>
          <w:szCs w:val="20"/>
          <w:cs/>
          <w:lang w:bidi="gu-IN"/>
        </w:rPr>
        <w:t>ની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પ્રવૃત્તિઓ</w:t>
      </w:r>
      <w:r w:rsidRPr="00037DD9">
        <w:rPr>
          <w:sz w:val="20"/>
          <w:szCs w:val="20"/>
        </w:rPr>
        <w:t xml:space="preserve">: </w:t>
      </w:r>
      <w:r w:rsidRPr="00037DD9">
        <w:rPr>
          <w:rFonts w:cs="Shruti"/>
          <w:sz w:val="20"/>
          <w:szCs w:val="20"/>
          <w:cs/>
          <w:lang w:bidi="gu-IN"/>
        </w:rPr>
        <w:t>શાળામાં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ઇકો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ક્લબની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રચના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કરવામાં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આવી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છે</w:t>
      </w:r>
      <w:r w:rsidRPr="00037DD9">
        <w:rPr>
          <w:sz w:val="20"/>
          <w:szCs w:val="20"/>
        </w:rPr>
        <w:t xml:space="preserve">, </w:t>
      </w:r>
      <w:r w:rsidRPr="00037DD9">
        <w:rPr>
          <w:rFonts w:cs="Shruti"/>
          <w:sz w:val="20"/>
          <w:szCs w:val="20"/>
          <w:cs/>
          <w:lang w:bidi="gu-IN"/>
        </w:rPr>
        <w:t>જે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દ્વારા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વિદ્યાર્થીઓને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પર્યાવરણ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સંરક્ષણ</w:t>
      </w:r>
      <w:r w:rsidRPr="00037DD9">
        <w:rPr>
          <w:sz w:val="20"/>
          <w:szCs w:val="20"/>
        </w:rPr>
        <w:t xml:space="preserve">, </w:t>
      </w:r>
      <w:r w:rsidRPr="00037DD9">
        <w:rPr>
          <w:rFonts w:cs="Shruti"/>
          <w:sz w:val="20"/>
          <w:szCs w:val="20"/>
          <w:cs/>
          <w:lang w:bidi="gu-IN"/>
        </w:rPr>
        <w:t>પાણીની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બચત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અને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વીજળી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બચાવવા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અંગે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માર્ગદર્શન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અપાય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છે</w:t>
      </w:r>
      <w:r w:rsidRPr="00037DD9">
        <w:rPr>
          <w:sz w:val="20"/>
          <w:szCs w:val="20"/>
        </w:rPr>
        <w:t>.</w:t>
      </w:r>
      <w:r w:rsidRPr="003C54F2">
        <w:rPr>
          <w:sz w:val="20"/>
          <w:szCs w:val="20"/>
        </w:rPr>
        <w:t>.</w:t>
      </w:r>
    </w:p>
    <w:p w14:paraId="4838CE7A" w14:textId="77777777" w:rsidR="00037DD9" w:rsidRPr="00037DD9" w:rsidRDefault="00037DD9" w:rsidP="00037DD9">
      <w:pPr>
        <w:pStyle w:val="ListBullet"/>
        <w:spacing w:line="240" w:lineRule="auto"/>
        <w:rPr>
          <w:sz w:val="20"/>
          <w:szCs w:val="20"/>
        </w:rPr>
      </w:pPr>
      <w:r w:rsidRPr="00037DD9">
        <w:rPr>
          <w:rFonts w:cs="Shruti"/>
          <w:sz w:val="20"/>
          <w:szCs w:val="20"/>
          <w:cs/>
          <w:lang w:bidi="gu-IN"/>
        </w:rPr>
        <w:t>પ્લાસ્ટિક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મુક્ત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અભિયાન</w:t>
      </w:r>
      <w:r w:rsidRPr="00037DD9">
        <w:rPr>
          <w:sz w:val="20"/>
          <w:szCs w:val="20"/>
        </w:rPr>
        <w:t xml:space="preserve">: </w:t>
      </w:r>
      <w:r w:rsidRPr="00037DD9">
        <w:rPr>
          <w:rFonts w:cs="Shruti"/>
          <w:sz w:val="20"/>
          <w:szCs w:val="20"/>
          <w:cs/>
          <w:lang w:bidi="gu-IN"/>
        </w:rPr>
        <w:t>શાળા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કેમ્પસમાં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સિંગલ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યુઝ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પ્લાસ્ટિક</w:t>
      </w:r>
      <w:r w:rsidRPr="00037DD9">
        <w:rPr>
          <w:sz w:val="20"/>
          <w:szCs w:val="20"/>
        </w:rPr>
        <w:t xml:space="preserve"> (Single-use plastic) </w:t>
      </w:r>
      <w:r w:rsidRPr="00037DD9">
        <w:rPr>
          <w:rFonts w:cs="Shruti"/>
          <w:sz w:val="20"/>
          <w:szCs w:val="20"/>
          <w:cs/>
          <w:lang w:bidi="gu-IN"/>
        </w:rPr>
        <w:t>ના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ઉપયોગ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પર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સંપૂર્ણ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પ્રતિબંધ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છે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અને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વિદ્યાર્થીઓને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કાપડની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થેલીઓ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વાપરવા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પ્રોત્સાહિત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કરાય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છે</w:t>
      </w:r>
      <w:r w:rsidRPr="00037DD9">
        <w:rPr>
          <w:sz w:val="20"/>
          <w:szCs w:val="20"/>
        </w:rPr>
        <w:t>.</w:t>
      </w:r>
    </w:p>
    <w:p w14:paraId="4655F623" w14:textId="77777777" w:rsidR="00037DD9" w:rsidRPr="00037DD9" w:rsidRDefault="00037DD9" w:rsidP="00037DD9">
      <w:pPr>
        <w:pStyle w:val="ListBullet"/>
        <w:spacing w:line="240" w:lineRule="auto"/>
        <w:rPr>
          <w:sz w:val="20"/>
          <w:szCs w:val="20"/>
        </w:rPr>
      </w:pPr>
      <w:r w:rsidRPr="00037DD9">
        <w:rPr>
          <w:rFonts w:cs="Shruti"/>
          <w:sz w:val="20"/>
          <w:szCs w:val="20"/>
          <w:cs/>
          <w:lang w:bidi="gu-IN"/>
        </w:rPr>
        <w:t>વિશેષ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દિવસોની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ઉજવણી</w:t>
      </w:r>
      <w:r w:rsidRPr="00037DD9">
        <w:rPr>
          <w:sz w:val="20"/>
          <w:szCs w:val="20"/>
        </w:rPr>
        <w:t xml:space="preserve">: </w:t>
      </w:r>
      <w:r w:rsidRPr="00037DD9">
        <w:rPr>
          <w:rFonts w:cs="Shruti"/>
          <w:sz w:val="20"/>
          <w:szCs w:val="20"/>
          <w:cs/>
          <w:lang w:bidi="gu-IN"/>
        </w:rPr>
        <w:t>વિશ્વ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પર્યાવરણ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દિવસ</w:t>
      </w:r>
      <w:r w:rsidRPr="00037DD9">
        <w:rPr>
          <w:sz w:val="20"/>
          <w:szCs w:val="20"/>
        </w:rPr>
        <w:t xml:space="preserve"> (</w:t>
      </w:r>
      <w:r w:rsidRPr="00037DD9">
        <w:rPr>
          <w:rFonts w:cs="Shruti"/>
          <w:sz w:val="20"/>
          <w:szCs w:val="20"/>
          <w:cs/>
          <w:lang w:bidi="gu-IN"/>
        </w:rPr>
        <w:t>૫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જૂન</w:t>
      </w:r>
      <w:r w:rsidRPr="00037DD9">
        <w:rPr>
          <w:sz w:val="20"/>
          <w:szCs w:val="20"/>
        </w:rPr>
        <w:t xml:space="preserve">), </w:t>
      </w:r>
      <w:r w:rsidRPr="00037DD9">
        <w:rPr>
          <w:rFonts w:cs="Shruti"/>
          <w:sz w:val="20"/>
          <w:szCs w:val="20"/>
          <w:cs/>
          <w:lang w:bidi="gu-IN"/>
        </w:rPr>
        <w:t>પૃથ્વી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દિવસ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અને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વન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મહોત્સવ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નિમિત્તે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ચિત્ર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સ્પર્ધા</w:t>
      </w:r>
      <w:r w:rsidRPr="00037DD9">
        <w:rPr>
          <w:sz w:val="20"/>
          <w:szCs w:val="20"/>
        </w:rPr>
        <w:t xml:space="preserve">, </w:t>
      </w:r>
      <w:r w:rsidRPr="00037DD9">
        <w:rPr>
          <w:rFonts w:cs="Shruti"/>
          <w:sz w:val="20"/>
          <w:szCs w:val="20"/>
          <w:cs/>
          <w:lang w:bidi="gu-IN"/>
        </w:rPr>
        <w:t>નિબંધ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સ્પર્ધા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અને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રેલીનું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આયોજન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થાય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છે</w:t>
      </w:r>
      <w:r w:rsidRPr="00037DD9">
        <w:rPr>
          <w:sz w:val="20"/>
          <w:szCs w:val="20"/>
        </w:rPr>
        <w:t>.</w:t>
      </w:r>
    </w:p>
    <w:p w14:paraId="6AD0720E" w14:textId="77777777" w:rsidR="00037DD9" w:rsidRPr="00037DD9" w:rsidRDefault="00037DD9" w:rsidP="00037DD9">
      <w:pPr>
        <w:pStyle w:val="Heading2"/>
        <w:spacing w:line="240" w:lineRule="auto"/>
        <w:rPr>
          <w:sz w:val="20"/>
          <w:szCs w:val="20"/>
        </w:rPr>
      </w:pPr>
      <w:r w:rsidRPr="00037DD9">
        <w:rPr>
          <w:rFonts w:cs="Shruti"/>
          <w:sz w:val="20"/>
          <w:szCs w:val="20"/>
          <w:cs/>
          <w:lang w:bidi="gu-IN"/>
        </w:rPr>
        <w:t>૨</w:t>
      </w:r>
      <w:r w:rsidRPr="00037DD9">
        <w:rPr>
          <w:sz w:val="20"/>
          <w:szCs w:val="20"/>
        </w:rPr>
        <w:t xml:space="preserve">. </w:t>
      </w:r>
      <w:r w:rsidRPr="00037DD9">
        <w:rPr>
          <w:rFonts w:cs="Shruti"/>
          <w:sz w:val="20"/>
          <w:szCs w:val="20"/>
          <w:cs/>
          <w:lang w:bidi="gu-IN"/>
        </w:rPr>
        <w:t>પર્યાવરણ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પ્રવૃત્તિઓનું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સંકલન</w:t>
      </w:r>
      <w:r w:rsidRPr="00037DD9">
        <w:rPr>
          <w:sz w:val="20"/>
          <w:szCs w:val="20"/>
        </w:rPr>
        <w:t xml:space="preserve"> </w:t>
      </w:r>
      <w:r w:rsidRPr="00037DD9">
        <w:rPr>
          <w:rFonts w:cs="Shruti"/>
          <w:sz w:val="20"/>
          <w:szCs w:val="20"/>
          <w:cs/>
          <w:lang w:bidi="gu-IN"/>
        </w:rPr>
        <w:t>પત્રક</w:t>
      </w:r>
      <w:r w:rsidRPr="00037DD9">
        <w:rPr>
          <w:sz w:val="20"/>
          <w:szCs w:val="20"/>
        </w:rPr>
        <w:t>:</w:t>
      </w: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675"/>
        <w:gridCol w:w="3645"/>
        <w:gridCol w:w="2160"/>
        <w:gridCol w:w="2984"/>
      </w:tblGrid>
      <w:tr w:rsidR="00037DD9" w:rsidRPr="00037DD9" w14:paraId="0894B03B" w14:textId="77777777" w:rsidTr="00037DD9">
        <w:tc>
          <w:tcPr>
            <w:tcW w:w="675" w:type="dxa"/>
          </w:tcPr>
          <w:p w14:paraId="59B47F04" w14:textId="77777777" w:rsidR="00037DD9" w:rsidRPr="00037DD9" w:rsidRDefault="00037DD9" w:rsidP="002C6EF1">
            <w:pPr>
              <w:jc w:val="center"/>
              <w:rPr>
                <w:sz w:val="20"/>
                <w:szCs w:val="20"/>
              </w:rPr>
            </w:pPr>
            <w:r w:rsidRPr="00037DD9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ક્રમ</w:t>
            </w:r>
          </w:p>
        </w:tc>
        <w:tc>
          <w:tcPr>
            <w:tcW w:w="3645" w:type="dxa"/>
          </w:tcPr>
          <w:p w14:paraId="7C79A713" w14:textId="77777777" w:rsidR="00037DD9" w:rsidRPr="00037DD9" w:rsidRDefault="00037DD9" w:rsidP="002C6EF1">
            <w:pPr>
              <w:jc w:val="center"/>
              <w:rPr>
                <w:sz w:val="20"/>
                <w:szCs w:val="20"/>
              </w:rPr>
            </w:pPr>
            <w:r w:rsidRPr="00037DD9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પર્યાવરણ</w:t>
            </w:r>
            <w:r w:rsidRPr="00037DD9">
              <w:rPr>
                <w:b/>
                <w:sz w:val="20"/>
                <w:szCs w:val="20"/>
              </w:rPr>
              <w:t xml:space="preserve"> </w:t>
            </w:r>
            <w:r w:rsidRPr="00037DD9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પ્રવૃત્તિ</w:t>
            </w:r>
            <w:r w:rsidRPr="00037DD9">
              <w:rPr>
                <w:b/>
                <w:sz w:val="20"/>
                <w:szCs w:val="20"/>
              </w:rPr>
              <w:t xml:space="preserve"> / </w:t>
            </w:r>
            <w:r w:rsidRPr="00037DD9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અભિયાન</w:t>
            </w:r>
          </w:p>
        </w:tc>
        <w:tc>
          <w:tcPr>
            <w:tcW w:w="2160" w:type="dxa"/>
          </w:tcPr>
          <w:p w14:paraId="620B6FF2" w14:textId="77777777" w:rsidR="00037DD9" w:rsidRPr="00037DD9" w:rsidRDefault="00037DD9" w:rsidP="002C6EF1">
            <w:pPr>
              <w:jc w:val="center"/>
              <w:rPr>
                <w:sz w:val="20"/>
                <w:szCs w:val="20"/>
              </w:rPr>
            </w:pPr>
            <w:r w:rsidRPr="00037DD9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ભાગ</w:t>
            </w:r>
            <w:r w:rsidRPr="00037DD9">
              <w:rPr>
                <w:b/>
                <w:sz w:val="20"/>
                <w:szCs w:val="20"/>
              </w:rPr>
              <w:t xml:space="preserve"> </w:t>
            </w:r>
            <w:r w:rsidRPr="00037DD9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લેનાર</w:t>
            </w:r>
          </w:p>
        </w:tc>
        <w:tc>
          <w:tcPr>
            <w:tcW w:w="2984" w:type="dxa"/>
          </w:tcPr>
          <w:p w14:paraId="6BD2946B" w14:textId="77777777" w:rsidR="00037DD9" w:rsidRPr="00037DD9" w:rsidRDefault="00037DD9" w:rsidP="002C6EF1">
            <w:pPr>
              <w:jc w:val="center"/>
              <w:rPr>
                <w:sz w:val="20"/>
                <w:szCs w:val="20"/>
              </w:rPr>
            </w:pPr>
            <w:r w:rsidRPr="00037DD9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આયોજનનો</w:t>
            </w:r>
            <w:r w:rsidRPr="00037DD9">
              <w:rPr>
                <w:b/>
                <w:sz w:val="20"/>
                <w:szCs w:val="20"/>
              </w:rPr>
              <w:t xml:space="preserve"> </w:t>
            </w:r>
            <w:r w:rsidRPr="00037DD9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સમય</w:t>
            </w:r>
            <w:r w:rsidRPr="00037DD9">
              <w:rPr>
                <w:b/>
                <w:sz w:val="20"/>
                <w:szCs w:val="20"/>
              </w:rPr>
              <w:t xml:space="preserve"> / </w:t>
            </w:r>
            <w:r w:rsidRPr="00037DD9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આવૃત્તિ</w:t>
            </w:r>
          </w:p>
        </w:tc>
      </w:tr>
      <w:tr w:rsidR="00037DD9" w:rsidRPr="00037DD9" w14:paraId="771BB338" w14:textId="77777777" w:rsidTr="00037DD9">
        <w:tc>
          <w:tcPr>
            <w:tcW w:w="675" w:type="dxa"/>
          </w:tcPr>
          <w:p w14:paraId="4B397584" w14:textId="77777777" w:rsidR="00037DD9" w:rsidRPr="00037DD9" w:rsidRDefault="00037DD9" w:rsidP="00037DD9">
            <w:pPr>
              <w:jc w:val="center"/>
              <w:rPr>
                <w:sz w:val="20"/>
                <w:szCs w:val="20"/>
              </w:rPr>
            </w:pPr>
            <w:r w:rsidRPr="00037DD9">
              <w:rPr>
                <w:rFonts w:cs="Shruti"/>
                <w:sz w:val="20"/>
                <w:szCs w:val="20"/>
                <w:cs/>
                <w:lang w:bidi="gu-IN"/>
              </w:rPr>
              <w:t>૧</w:t>
            </w:r>
          </w:p>
        </w:tc>
        <w:tc>
          <w:tcPr>
            <w:tcW w:w="3645" w:type="dxa"/>
          </w:tcPr>
          <w:p w14:paraId="765E17A0" w14:textId="77777777" w:rsidR="00037DD9" w:rsidRPr="00037DD9" w:rsidRDefault="00037DD9" w:rsidP="00037DD9">
            <w:pPr>
              <w:rPr>
                <w:sz w:val="20"/>
                <w:szCs w:val="20"/>
              </w:rPr>
            </w:pPr>
            <w:r w:rsidRPr="00037DD9">
              <w:rPr>
                <w:rFonts w:cs="Shruti"/>
                <w:sz w:val="20"/>
                <w:szCs w:val="20"/>
                <w:cs/>
                <w:lang w:bidi="gu-IN"/>
              </w:rPr>
              <w:t>વૃક્ષારોપણ</w:t>
            </w:r>
            <w:r w:rsidRPr="00037DD9">
              <w:rPr>
                <w:sz w:val="20"/>
                <w:szCs w:val="20"/>
              </w:rPr>
              <w:t xml:space="preserve"> </w:t>
            </w:r>
            <w:r w:rsidRPr="00037DD9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037DD9">
              <w:rPr>
                <w:sz w:val="20"/>
                <w:szCs w:val="20"/>
              </w:rPr>
              <w:t xml:space="preserve"> </w:t>
            </w:r>
            <w:r w:rsidRPr="00037DD9">
              <w:rPr>
                <w:rFonts w:cs="Shruti"/>
                <w:sz w:val="20"/>
                <w:szCs w:val="20"/>
                <w:cs/>
                <w:lang w:bidi="gu-IN"/>
              </w:rPr>
              <w:t>છોડની</w:t>
            </w:r>
            <w:r w:rsidRPr="00037DD9">
              <w:rPr>
                <w:sz w:val="20"/>
                <w:szCs w:val="20"/>
              </w:rPr>
              <w:t xml:space="preserve"> </w:t>
            </w:r>
            <w:r w:rsidRPr="00037DD9">
              <w:rPr>
                <w:rFonts w:cs="Shruti"/>
                <w:sz w:val="20"/>
                <w:szCs w:val="20"/>
                <w:cs/>
                <w:lang w:bidi="gu-IN"/>
              </w:rPr>
              <w:t>માવજત</w:t>
            </w:r>
          </w:p>
        </w:tc>
        <w:tc>
          <w:tcPr>
            <w:tcW w:w="2160" w:type="dxa"/>
          </w:tcPr>
          <w:p w14:paraId="12BD4AB1" w14:textId="77777777" w:rsidR="00037DD9" w:rsidRPr="00037DD9" w:rsidRDefault="00037DD9" w:rsidP="00037DD9">
            <w:pPr>
              <w:rPr>
                <w:sz w:val="20"/>
                <w:szCs w:val="20"/>
              </w:rPr>
            </w:pPr>
            <w:r w:rsidRPr="00037DD9">
              <w:rPr>
                <w:rFonts w:cs="Shruti"/>
                <w:sz w:val="20"/>
                <w:szCs w:val="20"/>
                <w:cs/>
                <w:lang w:bidi="gu-IN"/>
              </w:rPr>
              <w:t>સમસ્ત</w:t>
            </w:r>
            <w:r w:rsidRPr="00037DD9">
              <w:rPr>
                <w:sz w:val="20"/>
                <w:szCs w:val="20"/>
              </w:rPr>
              <w:t xml:space="preserve"> </w:t>
            </w:r>
            <w:r w:rsidRPr="00037DD9">
              <w:rPr>
                <w:rFonts w:cs="Shruti"/>
                <w:sz w:val="20"/>
                <w:szCs w:val="20"/>
                <w:cs/>
                <w:lang w:bidi="gu-IN"/>
              </w:rPr>
              <w:t>વિદ્યાર્થીઓ</w:t>
            </w:r>
            <w:r w:rsidRPr="00037DD9">
              <w:rPr>
                <w:sz w:val="20"/>
                <w:szCs w:val="20"/>
              </w:rPr>
              <w:t xml:space="preserve"> </w:t>
            </w:r>
            <w:r w:rsidRPr="00037DD9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037DD9">
              <w:rPr>
                <w:sz w:val="20"/>
                <w:szCs w:val="20"/>
              </w:rPr>
              <w:t xml:space="preserve"> </w:t>
            </w:r>
            <w:r w:rsidRPr="00037DD9">
              <w:rPr>
                <w:rFonts w:cs="Shruti"/>
                <w:sz w:val="20"/>
                <w:szCs w:val="20"/>
                <w:cs/>
                <w:lang w:bidi="gu-IN"/>
              </w:rPr>
              <w:t>ઇકો</w:t>
            </w:r>
            <w:r w:rsidRPr="00037DD9">
              <w:rPr>
                <w:sz w:val="20"/>
                <w:szCs w:val="20"/>
              </w:rPr>
              <w:t xml:space="preserve"> </w:t>
            </w:r>
            <w:r w:rsidRPr="00037DD9">
              <w:rPr>
                <w:rFonts w:cs="Shruti"/>
                <w:sz w:val="20"/>
                <w:szCs w:val="20"/>
                <w:cs/>
                <w:lang w:bidi="gu-IN"/>
              </w:rPr>
              <w:t>ક્લબ</w:t>
            </w:r>
          </w:p>
        </w:tc>
        <w:tc>
          <w:tcPr>
            <w:tcW w:w="2984" w:type="dxa"/>
          </w:tcPr>
          <w:p w14:paraId="02E71BA1" w14:textId="77777777" w:rsidR="00037DD9" w:rsidRPr="00037DD9" w:rsidRDefault="00037DD9" w:rsidP="00037DD9">
            <w:pPr>
              <w:rPr>
                <w:sz w:val="20"/>
                <w:szCs w:val="20"/>
              </w:rPr>
            </w:pPr>
            <w:r w:rsidRPr="00037DD9">
              <w:rPr>
                <w:rFonts w:cs="Shruti"/>
                <w:sz w:val="20"/>
                <w:szCs w:val="20"/>
                <w:cs/>
                <w:lang w:bidi="gu-IN"/>
              </w:rPr>
              <w:t>વન</w:t>
            </w:r>
            <w:r w:rsidRPr="00037DD9">
              <w:rPr>
                <w:sz w:val="20"/>
                <w:szCs w:val="20"/>
              </w:rPr>
              <w:t xml:space="preserve"> </w:t>
            </w:r>
            <w:r w:rsidRPr="00037DD9">
              <w:rPr>
                <w:rFonts w:cs="Shruti"/>
                <w:sz w:val="20"/>
                <w:szCs w:val="20"/>
                <w:cs/>
                <w:lang w:bidi="gu-IN"/>
              </w:rPr>
              <w:t>મહોત્સવ</w:t>
            </w:r>
            <w:r w:rsidRPr="00037DD9">
              <w:rPr>
                <w:sz w:val="20"/>
                <w:szCs w:val="20"/>
              </w:rPr>
              <w:t xml:space="preserve"> / </w:t>
            </w:r>
            <w:r w:rsidRPr="00037DD9">
              <w:rPr>
                <w:rFonts w:cs="Shruti"/>
                <w:sz w:val="20"/>
                <w:szCs w:val="20"/>
                <w:cs/>
                <w:lang w:bidi="gu-IN"/>
              </w:rPr>
              <w:t>ચોમાસા</w:t>
            </w:r>
            <w:r w:rsidRPr="00037DD9">
              <w:rPr>
                <w:sz w:val="20"/>
                <w:szCs w:val="20"/>
              </w:rPr>
              <w:t xml:space="preserve"> </w:t>
            </w:r>
            <w:r w:rsidRPr="00037DD9">
              <w:rPr>
                <w:rFonts w:cs="Shruti"/>
                <w:sz w:val="20"/>
                <w:szCs w:val="20"/>
                <w:cs/>
                <w:lang w:bidi="gu-IN"/>
              </w:rPr>
              <w:t>દરમિયાન</w:t>
            </w:r>
          </w:p>
        </w:tc>
      </w:tr>
      <w:tr w:rsidR="00037DD9" w:rsidRPr="00037DD9" w14:paraId="29FA8683" w14:textId="77777777" w:rsidTr="00037DD9">
        <w:tc>
          <w:tcPr>
            <w:tcW w:w="675" w:type="dxa"/>
          </w:tcPr>
          <w:p w14:paraId="7CB77356" w14:textId="77777777" w:rsidR="00037DD9" w:rsidRPr="00037DD9" w:rsidRDefault="00037DD9" w:rsidP="00037DD9">
            <w:pPr>
              <w:jc w:val="center"/>
              <w:rPr>
                <w:sz w:val="20"/>
                <w:szCs w:val="20"/>
              </w:rPr>
            </w:pPr>
            <w:r w:rsidRPr="00037DD9">
              <w:rPr>
                <w:rFonts w:cs="Shruti"/>
                <w:sz w:val="20"/>
                <w:szCs w:val="20"/>
                <w:cs/>
                <w:lang w:bidi="gu-IN"/>
              </w:rPr>
              <w:t>૨</w:t>
            </w:r>
          </w:p>
        </w:tc>
        <w:tc>
          <w:tcPr>
            <w:tcW w:w="3645" w:type="dxa"/>
          </w:tcPr>
          <w:p w14:paraId="24D0B516" w14:textId="77777777" w:rsidR="00037DD9" w:rsidRPr="00037DD9" w:rsidRDefault="00037DD9" w:rsidP="00037DD9">
            <w:pPr>
              <w:rPr>
                <w:sz w:val="20"/>
                <w:szCs w:val="20"/>
              </w:rPr>
            </w:pPr>
            <w:r w:rsidRPr="00037DD9">
              <w:rPr>
                <w:rFonts w:cs="Shruti"/>
                <w:sz w:val="20"/>
                <w:szCs w:val="20"/>
                <w:cs/>
                <w:lang w:bidi="gu-IN"/>
              </w:rPr>
              <w:t>પ્લાસ્ટિક</w:t>
            </w:r>
            <w:r w:rsidRPr="00037DD9">
              <w:rPr>
                <w:sz w:val="20"/>
                <w:szCs w:val="20"/>
              </w:rPr>
              <w:t xml:space="preserve"> </w:t>
            </w:r>
            <w:r w:rsidRPr="00037DD9">
              <w:rPr>
                <w:rFonts w:cs="Shruti"/>
                <w:sz w:val="20"/>
                <w:szCs w:val="20"/>
                <w:cs/>
                <w:lang w:bidi="gu-IN"/>
              </w:rPr>
              <w:t>મુક્ત</w:t>
            </w:r>
            <w:r w:rsidRPr="00037DD9">
              <w:rPr>
                <w:sz w:val="20"/>
                <w:szCs w:val="20"/>
              </w:rPr>
              <w:t xml:space="preserve"> </w:t>
            </w:r>
            <w:r w:rsidRPr="00037DD9">
              <w:rPr>
                <w:rFonts w:cs="Shruti"/>
                <w:sz w:val="20"/>
                <w:szCs w:val="20"/>
                <w:cs/>
                <w:lang w:bidi="gu-IN"/>
              </w:rPr>
              <w:t>કેમ્પસ</w:t>
            </w:r>
            <w:r w:rsidRPr="00037DD9">
              <w:rPr>
                <w:sz w:val="20"/>
                <w:szCs w:val="20"/>
              </w:rPr>
              <w:t xml:space="preserve"> </w:t>
            </w:r>
            <w:r w:rsidRPr="00037DD9">
              <w:rPr>
                <w:rFonts w:cs="Shruti"/>
                <w:sz w:val="20"/>
                <w:szCs w:val="20"/>
                <w:cs/>
                <w:lang w:bidi="gu-IN"/>
              </w:rPr>
              <w:t>જાગૃતિ</w:t>
            </w:r>
            <w:r w:rsidRPr="00037DD9">
              <w:rPr>
                <w:sz w:val="20"/>
                <w:szCs w:val="20"/>
              </w:rPr>
              <w:t xml:space="preserve"> </w:t>
            </w:r>
            <w:r w:rsidRPr="00037DD9">
              <w:rPr>
                <w:rFonts w:cs="Shruti"/>
                <w:sz w:val="20"/>
                <w:szCs w:val="20"/>
                <w:cs/>
                <w:lang w:bidi="gu-IN"/>
              </w:rPr>
              <w:t>અભિયાન</w:t>
            </w:r>
          </w:p>
        </w:tc>
        <w:tc>
          <w:tcPr>
            <w:tcW w:w="2160" w:type="dxa"/>
          </w:tcPr>
          <w:p w14:paraId="75BFD6CB" w14:textId="77777777" w:rsidR="00037DD9" w:rsidRPr="00037DD9" w:rsidRDefault="00037DD9" w:rsidP="00037DD9">
            <w:pPr>
              <w:rPr>
                <w:sz w:val="20"/>
                <w:szCs w:val="20"/>
              </w:rPr>
            </w:pPr>
            <w:r w:rsidRPr="00037DD9">
              <w:rPr>
                <w:rFonts w:cs="Shruti"/>
                <w:sz w:val="20"/>
                <w:szCs w:val="20"/>
                <w:cs/>
                <w:lang w:bidi="gu-IN"/>
              </w:rPr>
              <w:t>શાળાના</w:t>
            </w:r>
            <w:r w:rsidRPr="00037DD9">
              <w:rPr>
                <w:sz w:val="20"/>
                <w:szCs w:val="20"/>
              </w:rPr>
              <w:t xml:space="preserve"> </w:t>
            </w:r>
            <w:r w:rsidRPr="00037DD9">
              <w:rPr>
                <w:rFonts w:cs="Shruti"/>
                <w:sz w:val="20"/>
                <w:szCs w:val="20"/>
                <w:cs/>
                <w:lang w:bidi="gu-IN"/>
              </w:rPr>
              <w:t>વિદ્યાર્થીઓ</w:t>
            </w:r>
            <w:r w:rsidRPr="00037DD9">
              <w:rPr>
                <w:sz w:val="20"/>
                <w:szCs w:val="20"/>
              </w:rPr>
              <w:t xml:space="preserve"> </w:t>
            </w:r>
            <w:r w:rsidRPr="00037DD9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037DD9">
              <w:rPr>
                <w:sz w:val="20"/>
                <w:szCs w:val="20"/>
              </w:rPr>
              <w:t xml:space="preserve"> </w:t>
            </w:r>
            <w:r w:rsidRPr="00037DD9">
              <w:rPr>
                <w:rFonts w:cs="Shruti"/>
                <w:sz w:val="20"/>
                <w:szCs w:val="20"/>
                <w:cs/>
                <w:lang w:bidi="gu-IN"/>
              </w:rPr>
              <w:t>શિક્ષકો</w:t>
            </w:r>
          </w:p>
        </w:tc>
        <w:tc>
          <w:tcPr>
            <w:tcW w:w="2984" w:type="dxa"/>
          </w:tcPr>
          <w:p w14:paraId="5BA026BA" w14:textId="77777777" w:rsidR="00037DD9" w:rsidRPr="00037DD9" w:rsidRDefault="00037DD9" w:rsidP="00037DD9">
            <w:pPr>
              <w:rPr>
                <w:sz w:val="20"/>
                <w:szCs w:val="20"/>
              </w:rPr>
            </w:pPr>
            <w:r w:rsidRPr="00037DD9">
              <w:rPr>
                <w:rFonts w:cs="Shruti"/>
                <w:sz w:val="20"/>
                <w:szCs w:val="20"/>
                <w:cs/>
                <w:lang w:bidi="gu-IN"/>
              </w:rPr>
              <w:t>માસિક</w:t>
            </w:r>
            <w:r w:rsidRPr="00037DD9">
              <w:rPr>
                <w:sz w:val="20"/>
                <w:szCs w:val="20"/>
              </w:rPr>
              <w:t xml:space="preserve"> </w:t>
            </w:r>
            <w:r w:rsidRPr="00037DD9">
              <w:rPr>
                <w:rFonts w:cs="Shruti"/>
                <w:sz w:val="20"/>
                <w:szCs w:val="20"/>
                <w:cs/>
                <w:lang w:bidi="gu-IN"/>
              </w:rPr>
              <w:t>ધોરણે</w:t>
            </w:r>
          </w:p>
        </w:tc>
      </w:tr>
      <w:tr w:rsidR="00037DD9" w:rsidRPr="00037DD9" w14:paraId="034F4A57" w14:textId="77777777" w:rsidTr="00037DD9">
        <w:tc>
          <w:tcPr>
            <w:tcW w:w="675" w:type="dxa"/>
          </w:tcPr>
          <w:p w14:paraId="0B071A5F" w14:textId="77777777" w:rsidR="00037DD9" w:rsidRPr="00037DD9" w:rsidRDefault="00037DD9" w:rsidP="00037DD9">
            <w:pPr>
              <w:jc w:val="center"/>
              <w:rPr>
                <w:sz w:val="20"/>
                <w:szCs w:val="20"/>
              </w:rPr>
            </w:pPr>
            <w:r w:rsidRPr="00037DD9">
              <w:rPr>
                <w:rFonts w:cs="Shruti"/>
                <w:sz w:val="20"/>
                <w:szCs w:val="20"/>
                <w:cs/>
                <w:lang w:bidi="gu-IN"/>
              </w:rPr>
              <w:t>૩</w:t>
            </w:r>
          </w:p>
        </w:tc>
        <w:tc>
          <w:tcPr>
            <w:tcW w:w="3645" w:type="dxa"/>
          </w:tcPr>
          <w:p w14:paraId="2A8B6CA1" w14:textId="77777777" w:rsidR="00037DD9" w:rsidRPr="00037DD9" w:rsidRDefault="00037DD9" w:rsidP="00037DD9">
            <w:pPr>
              <w:rPr>
                <w:sz w:val="20"/>
                <w:szCs w:val="20"/>
              </w:rPr>
            </w:pPr>
            <w:r w:rsidRPr="00037DD9">
              <w:rPr>
                <w:rFonts w:cs="Shruti"/>
                <w:sz w:val="20"/>
                <w:szCs w:val="20"/>
                <w:cs/>
                <w:lang w:bidi="gu-IN"/>
              </w:rPr>
              <w:t>કમ્પોસ્ટ</w:t>
            </w:r>
            <w:r w:rsidRPr="00037DD9">
              <w:rPr>
                <w:sz w:val="20"/>
                <w:szCs w:val="20"/>
              </w:rPr>
              <w:t xml:space="preserve"> </w:t>
            </w:r>
            <w:r w:rsidRPr="00037DD9">
              <w:rPr>
                <w:rFonts w:cs="Shruti"/>
                <w:sz w:val="20"/>
                <w:szCs w:val="20"/>
                <w:cs/>
                <w:lang w:bidi="gu-IN"/>
              </w:rPr>
              <w:t>પીટ</w:t>
            </w:r>
            <w:r w:rsidRPr="00037DD9">
              <w:rPr>
                <w:sz w:val="20"/>
                <w:szCs w:val="20"/>
              </w:rPr>
              <w:t xml:space="preserve"> </w:t>
            </w:r>
            <w:r w:rsidRPr="00037DD9">
              <w:rPr>
                <w:rFonts w:cs="Shruti"/>
                <w:sz w:val="20"/>
                <w:szCs w:val="20"/>
                <w:cs/>
                <w:lang w:bidi="gu-IN"/>
              </w:rPr>
              <w:t>દ્વારા</w:t>
            </w:r>
            <w:r w:rsidRPr="00037DD9">
              <w:rPr>
                <w:sz w:val="20"/>
                <w:szCs w:val="20"/>
              </w:rPr>
              <w:t xml:space="preserve"> </w:t>
            </w:r>
            <w:r w:rsidRPr="00037DD9">
              <w:rPr>
                <w:rFonts w:cs="Shruti"/>
                <w:sz w:val="20"/>
                <w:szCs w:val="20"/>
                <w:cs/>
                <w:lang w:bidi="gu-IN"/>
              </w:rPr>
              <w:t>ખાતર</w:t>
            </w:r>
            <w:r w:rsidRPr="00037DD9">
              <w:rPr>
                <w:sz w:val="20"/>
                <w:szCs w:val="20"/>
              </w:rPr>
              <w:t xml:space="preserve"> </w:t>
            </w:r>
            <w:r w:rsidRPr="00037DD9">
              <w:rPr>
                <w:rFonts w:cs="Shruti"/>
                <w:sz w:val="20"/>
                <w:szCs w:val="20"/>
                <w:cs/>
                <w:lang w:bidi="gu-IN"/>
              </w:rPr>
              <w:t>નિર્માણ</w:t>
            </w:r>
          </w:p>
        </w:tc>
        <w:tc>
          <w:tcPr>
            <w:tcW w:w="2160" w:type="dxa"/>
          </w:tcPr>
          <w:p w14:paraId="41D32638" w14:textId="77777777" w:rsidR="00037DD9" w:rsidRPr="00037DD9" w:rsidRDefault="00037DD9" w:rsidP="00037DD9">
            <w:pPr>
              <w:rPr>
                <w:sz w:val="20"/>
                <w:szCs w:val="20"/>
              </w:rPr>
            </w:pPr>
            <w:r w:rsidRPr="00037DD9">
              <w:rPr>
                <w:rFonts w:cs="Shruti"/>
                <w:sz w:val="20"/>
                <w:szCs w:val="20"/>
                <w:cs/>
                <w:lang w:bidi="gu-IN"/>
              </w:rPr>
              <w:t>ઇકો</w:t>
            </w:r>
            <w:r w:rsidRPr="00037DD9">
              <w:rPr>
                <w:sz w:val="20"/>
                <w:szCs w:val="20"/>
              </w:rPr>
              <w:t xml:space="preserve"> </w:t>
            </w:r>
            <w:r w:rsidRPr="00037DD9">
              <w:rPr>
                <w:rFonts w:cs="Shruti"/>
                <w:sz w:val="20"/>
                <w:szCs w:val="20"/>
                <w:cs/>
                <w:lang w:bidi="gu-IN"/>
              </w:rPr>
              <w:t>ક્લબના</w:t>
            </w:r>
            <w:r w:rsidRPr="00037DD9">
              <w:rPr>
                <w:sz w:val="20"/>
                <w:szCs w:val="20"/>
              </w:rPr>
              <w:t xml:space="preserve"> </w:t>
            </w:r>
            <w:r w:rsidRPr="00037DD9">
              <w:rPr>
                <w:rFonts w:cs="Shruti"/>
                <w:sz w:val="20"/>
                <w:szCs w:val="20"/>
                <w:cs/>
                <w:lang w:bidi="gu-IN"/>
              </w:rPr>
              <w:t>વિદ્યાર્થીઓ</w:t>
            </w:r>
          </w:p>
        </w:tc>
        <w:tc>
          <w:tcPr>
            <w:tcW w:w="2984" w:type="dxa"/>
          </w:tcPr>
          <w:p w14:paraId="5C6E01FE" w14:textId="77777777" w:rsidR="00037DD9" w:rsidRPr="00037DD9" w:rsidRDefault="00037DD9" w:rsidP="00037DD9">
            <w:pPr>
              <w:rPr>
                <w:sz w:val="20"/>
                <w:szCs w:val="20"/>
              </w:rPr>
            </w:pPr>
            <w:r w:rsidRPr="00037DD9">
              <w:rPr>
                <w:rFonts w:cs="Shruti"/>
                <w:sz w:val="20"/>
                <w:szCs w:val="20"/>
                <w:cs/>
                <w:lang w:bidi="gu-IN"/>
              </w:rPr>
              <w:t>સતત</w:t>
            </w:r>
            <w:r w:rsidRPr="00037DD9">
              <w:rPr>
                <w:sz w:val="20"/>
                <w:szCs w:val="20"/>
              </w:rPr>
              <w:t xml:space="preserve"> </w:t>
            </w:r>
            <w:r w:rsidRPr="00037DD9">
              <w:rPr>
                <w:rFonts w:cs="Shruti"/>
                <w:sz w:val="20"/>
                <w:szCs w:val="20"/>
                <w:cs/>
                <w:lang w:bidi="gu-IN"/>
              </w:rPr>
              <w:t>ચાલુ</w:t>
            </w:r>
            <w:r w:rsidRPr="00037DD9">
              <w:rPr>
                <w:sz w:val="20"/>
                <w:szCs w:val="20"/>
              </w:rPr>
              <w:t xml:space="preserve"> </w:t>
            </w:r>
            <w:r w:rsidRPr="00037DD9">
              <w:rPr>
                <w:rFonts w:cs="Shruti"/>
                <w:sz w:val="20"/>
                <w:szCs w:val="20"/>
                <w:cs/>
                <w:lang w:bidi="gu-IN"/>
              </w:rPr>
              <w:t>પ્રવૃત્તિ</w:t>
            </w:r>
          </w:p>
        </w:tc>
      </w:tr>
      <w:tr w:rsidR="00037DD9" w:rsidRPr="00037DD9" w14:paraId="404E5043" w14:textId="77777777" w:rsidTr="00037DD9">
        <w:tc>
          <w:tcPr>
            <w:tcW w:w="675" w:type="dxa"/>
          </w:tcPr>
          <w:p w14:paraId="13E38FA6" w14:textId="77777777" w:rsidR="00037DD9" w:rsidRPr="00037DD9" w:rsidRDefault="00037DD9" w:rsidP="00037DD9">
            <w:pPr>
              <w:jc w:val="center"/>
              <w:rPr>
                <w:sz w:val="20"/>
                <w:szCs w:val="20"/>
              </w:rPr>
            </w:pPr>
            <w:r w:rsidRPr="00037DD9">
              <w:rPr>
                <w:rFonts w:cs="Shruti"/>
                <w:sz w:val="20"/>
                <w:szCs w:val="20"/>
                <w:cs/>
                <w:lang w:bidi="gu-IN"/>
              </w:rPr>
              <w:t>૪</w:t>
            </w:r>
          </w:p>
        </w:tc>
        <w:tc>
          <w:tcPr>
            <w:tcW w:w="3645" w:type="dxa"/>
          </w:tcPr>
          <w:p w14:paraId="1C0A94F2" w14:textId="77777777" w:rsidR="00037DD9" w:rsidRPr="00037DD9" w:rsidRDefault="00037DD9" w:rsidP="00037DD9">
            <w:pPr>
              <w:rPr>
                <w:sz w:val="20"/>
                <w:szCs w:val="20"/>
              </w:rPr>
            </w:pPr>
            <w:r w:rsidRPr="00037DD9">
              <w:rPr>
                <w:rFonts w:cs="Shruti"/>
                <w:sz w:val="20"/>
                <w:szCs w:val="20"/>
                <w:cs/>
                <w:lang w:bidi="gu-IN"/>
              </w:rPr>
              <w:t>વિશ્વ</w:t>
            </w:r>
            <w:r w:rsidRPr="00037DD9">
              <w:rPr>
                <w:sz w:val="20"/>
                <w:szCs w:val="20"/>
              </w:rPr>
              <w:t xml:space="preserve"> </w:t>
            </w:r>
            <w:r w:rsidRPr="00037DD9">
              <w:rPr>
                <w:rFonts w:cs="Shruti"/>
                <w:sz w:val="20"/>
                <w:szCs w:val="20"/>
                <w:cs/>
                <w:lang w:bidi="gu-IN"/>
              </w:rPr>
              <w:t>પર્યાવરણ</w:t>
            </w:r>
            <w:r w:rsidRPr="00037DD9">
              <w:rPr>
                <w:sz w:val="20"/>
                <w:szCs w:val="20"/>
              </w:rPr>
              <w:t xml:space="preserve"> </w:t>
            </w:r>
            <w:r w:rsidRPr="00037DD9">
              <w:rPr>
                <w:rFonts w:cs="Shruti"/>
                <w:sz w:val="20"/>
                <w:szCs w:val="20"/>
                <w:cs/>
                <w:lang w:bidi="gu-IN"/>
              </w:rPr>
              <w:t>દિવસ</w:t>
            </w:r>
            <w:r w:rsidRPr="00037DD9">
              <w:rPr>
                <w:sz w:val="20"/>
                <w:szCs w:val="20"/>
              </w:rPr>
              <w:t xml:space="preserve"> </w:t>
            </w:r>
            <w:r w:rsidRPr="00037DD9">
              <w:rPr>
                <w:rFonts w:cs="Shruti"/>
                <w:sz w:val="20"/>
                <w:szCs w:val="20"/>
                <w:cs/>
                <w:lang w:bidi="gu-IN"/>
              </w:rPr>
              <w:t>ઉજવણી</w:t>
            </w:r>
            <w:r w:rsidRPr="00037DD9">
              <w:rPr>
                <w:sz w:val="20"/>
                <w:szCs w:val="20"/>
              </w:rPr>
              <w:t xml:space="preserve"> (</w:t>
            </w:r>
            <w:r w:rsidRPr="00037DD9">
              <w:rPr>
                <w:rFonts w:cs="Shruti"/>
                <w:sz w:val="20"/>
                <w:szCs w:val="20"/>
                <w:cs/>
                <w:lang w:bidi="gu-IN"/>
              </w:rPr>
              <w:t>ચિત્ર</w:t>
            </w:r>
            <w:r w:rsidRPr="00037DD9">
              <w:rPr>
                <w:sz w:val="20"/>
                <w:szCs w:val="20"/>
              </w:rPr>
              <w:t>/</w:t>
            </w:r>
            <w:r w:rsidRPr="00037DD9">
              <w:rPr>
                <w:rFonts w:cs="Shruti"/>
                <w:sz w:val="20"/>
                <w:szCs w:val="20"/>
                <w:cs/>
                <w:lang w:bidi="gu-IN"/>
              </w:rPr>
              <w:t>નિબંધ</w:t>
            </w:r>
            <w:r w:rsidRPr="00037DD9">
              <w:rPr>
                <w:sz w:val="20"/>
                <w:szCs w:val="20"/>
              </w:rPr>
              <w:t>)</w:t>
            </w:r>
          </w:p>
        </w:tc>
        <w:tc>
          <w:tcPr>
            <w:tcW w:w="2160" w:type="dxa"/>
          </w:tcPr>
          <w:p w14:paraId="5D00D6E3" w14:textId="77777777" w:rsidR="00037DD9" w:rsidRPr="00037DD9" w:rsidRDefault="00037DD9" w:rsidP="00037DD9">
            <w:pPr>
              <w:rPr>
                <w:sz w:val="20"/>
                <w:szCs w:val="20"/>
              </w:rPr>
            </w:pPr>
            <w:r w:rsidRPr="00037DD9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037DD9">
              <w:rPr>
                <w:sz w:val="20"/>
                <w:szCs w:val="20"/>
              </w:rPr>
              <w:t xml:space="preserve"> </w:t>
            </w:r>
            <w:r w:rsidRPr="00037DD9">
              <w:rPr>
                <w:rFonts w:cs="Shruti"/>
                <w:sz w:val="20"/>
                <w:szCs w:val="20"/>
                <w:cs/>
                <w:lang w:bidi="gu-IN"/>
              </w:rPr>
              <w:t>૧</w:t>
            </w:r>
            <w:r w:rsidRPr="00037DD9">
              <w:rPr>
                <w:sz w:val="20"/>
                <w:szCs w:val="20"/>
              </w:rPr>
              <w:t xml:space="preserve"> </w:t>
            </w:r>
            <w:r w:rsidRPr="00037DD9">
              <w:rPr>
                <w:rFonts w:cs="Shruti"/>
                <w:sz w:val="20"/>
                <w:szCs w:val="20"/>
                <w:cs/>
                <w:lang w:bidi="gu-IN"/>
              </w:rPr>
              <w:t>થી</w:t>
            </w:r>
            <w:r w:rsidRPr="00037DD9">
              <w:rPr>
                <w:sz w:val="20"/>
                <w:szCs w:val="20"/>
              </w:rPr>
              <w:t xml:space="preserve"> </w:t>
            </w:r>
            <w:r w:rsidRPr="00037DD9">
              <w:rPr>
                <w:rFonts w:cs="Shruti"/>
                <w:sz w:val="20"/>
                <w:szCs w:val="20"/>
                <w:cs/>
                <w:lang w:bidi="gu-IN"/>
              </w:rPr>
              <w:t>૮</w:t>
            </w:r>
          </w:p>
        </w:tc>
        <w:tc>
          <w:tcPr>
            <w:tcW w:w="2984" w:type="dxa"/>
          </w:tcPr>
          <w:p w14:paraId="0440AD8B" w14:textId="77777777" w:rsidR="00037DD9" w:rsidRPr="00037DD9" w:rsidRDefault="00037DD9" w:rsidP="00037DD9">
            <w:pPr>
              <w:rPr>
                <w:sz w:val="20"/>
                <w:szCs w:val="20"/>
              </w:rPr>
            </w:pPr>
            <w:r w:rsidRPr="00037DD9">
              <w:rPr>
                <w:rFonts w:cs="Shruti"/>
                <w:sz w:val="20"/>
                <w:szCs w:val="20"/>
                <w:cs/>
                <w:lang w:bidi="gu-IN"/>
              </w:rPr>
              <w:t>૫</w:t>
            </w:r>
            <w:r w:rsidRPr="00037DD9">
              <w:rPr>
                <w:sz w:val="20"/>
                <w:szCs w:val="20"/>
              </w:rPr>
              <w:t xml:space="preserve"> </w:t>
            </w:r>
            <w:r w:rsidRPr="00037DD9">
              <w:rPr>
                <w:rFonts w:cs="Shruti"/>
                <w:sz w:val="20"/>
                <w:szCs w:val="20"/>
                <w:cs/>
                <w:lang w:bidi="gu-IN"/>
              </w:rPr>
              <w:t>જૂન</w:t>
            </w:r>
          </w:p>
        </w:tc>
      </w:tr>
    </w:tbl>
    <w:p w14:paraId="1769FEF9" w14:textId="77777777" w:rsidR="00037DD9" w:rsidRPr="00037DD9" w:rsidRDefault="00037DD9" w:rsidP="00037DD9">
      <w:pPr>
        <w:spacing w:line="240" w:lineRule="auto"/>
        <w:rPr>
          <w:rFonts w:cs="Shruti"/>
          <w:sz w:val="20"/>
          <w:szCs w:val="20"/>
          <w:lang w:bidi="gu-IN"/>
        </w:rPr>
      </w:pPr>
    </w:p>
    <w:p w14:paraId="586747C2" w14:textId="77777777" w:rsidR="00037DD9" w:rsidRPr="00037DD9" w:rsidRDefault="00037DD9" w:rsidP="00037DD9">
      <w:pPr>
        <w:spacing w:line="240" w:lineRule="auto"/>
        <w:rPr>
          <w:rFonts w:cs="Shruti"/>
          <w:sz w:val="20"/>
          <w:szCs w:val="20"/>
          <w:cs/>
          <w:lang w:bidi="gu-IN"/>
        </w:rPr>
      </w:pPr>
      <w:r w:rsidRPr="00037DD9">
        <w:rPr>
          <w:rFonts w:cs="Shruti"/>
          <w:b/>
          <w:bCs/>
          <w:sz w:val="20"/>
          <w:szCs w:val="20"/>
          <w:cs/>
          <w:lang w:bidi="gu-IN"/>
        </w:rPr>
        <w:t>નિષ્કર્ષ</w:t>
      </w:r>
      <w:r w:rsidRPr="00037DD9">
        <w:rPr>
          <w:b/>
          <w:sz w:val="20"/>
          <w:szCs w:val="20"/>
        </w:rPr>
        <w:t xml:space="preserve">: </w:t>
      </w:r>
      <w:r w:rsidRPr="00037DD9">
        <w:rPr>
          <w:rFonts w:cs="Shruti"/>
          <w:b/>
          <w:bCs/>
          <w:sz w:val="20"/>
          <w:szCs w:val="20"/>
          <w:cs/>
          <w:lang w:bidi="gu-IN"/>
        </w:rPr>
        <w:t>આ</w:t>
      </w:r>
      <w:r w:rsidRPr="00037DD9">
        <w:rPr>
          <w:b/>
          <w:sz w:val="20"/>
          <w:szCs w:val="20"/>
        </w:rPr>
        <w:t xml:space="preserve"> </w:t>
      </w:r>
      <w:r w:rsidRPr="00037DD9">
        <w:rPr>
          <w:rFonts w:cs="Shruti"/>
          <w:b/>
          <w:bCs/>
          <w:sz w:val="20"/>
          <w:szCs w:val="20"/>
          <w:cs/>
          <w:lang w:bidi="gu-IN"/>
        </w:rPr>
        <w:t>પર્યાવરણલક્ષી</w:t>
      </w:r>
      <w:r w:rsidRPr="00037DD9">
        <w:rPr>
          <w:b/>
          <w:sz w:val="20"/>
          <w:szCs w:val="20"/>
        </w:rPr>
        <w:t xml:space="preserve"> </w:t>
      </w:r>
      <w:r w:rsidRPr="00037DD9">
        <w:rPr>
          <w:rFonts w:cs="Shruti"/>
          <w:b/>
          <w:bCs/>
          <w:sz w:val="20"/>
          <w:szCs w:val="20"/>
          <w:cs/>
          <w:lang w:bidi="gu-IN"/>
        </w:rPr>
        <w:t>પ્રવૃત્તિઓના</w:t>
      </w:r>
      <w:r w:rsidRPr="00037DD9">
        <w:rPr>
          <w:b/>
          <w:sz w:val="20"/>
          <w:szCs w:val="20"/>
        </w:rPr>
        <w:t xml:space="preserve"> </w:t>
      </w:r>
      <w:r w:rsidRPr="00037DD9">
        <w:rPr>
          <w:rFonts w:cs="Shruti"/>
          <w:b/>
          <w:bCs/>
          <w:sz w:val="20"/>
          <w:szCs w:val="20"/>
          <w:cs/>
          <w:lang w:bidi="gu-IN"/>
        </w:rPr>
        <w:t>કારણે</w:t>
      </w:r>
      <w:r w:rsidRPr="00037DD9">
        <w:rPr>
          <w:b/>
          <w:sz w:val="20"/>
          <w:szCs w:val="20"/>
        </w:rPr>
        <w:t xml:space="preserve"> </w:t>
      </w:r>
      <w:r w:rsidRPr="00037DD9">
        <w:rPr>
          <w:rFonts w:cs="Shruti"/>
          <w:b/>
          <w:bCs/>
          <w:sz w:val="20"/>
          <w:szCs w:val="20"/>
          <w:cs/>
          <w:lang w:bidi="gu-IN"/>
        </w:rPr>
        <w:t>વિદ્યાર્થીઓમાં</w:t>
      </w:r>
      <w:r w:rsidRPr="00037DD9">
        <w:rPr>
          <w:b/>
          <w:sz w:val="20"/>
          <w:szCs w:val="20"/>
        </w:rPr>
        <w:t xml:space="preserve"> </w:t>
      </w:r>
      <w:r w:rsidRPr="00037DD9">
        <w:rPr>
          <w:rFonts w:cs="Shruti"/>
          <w:b/>
          <w:bCs/>
          <w:sz w:val="20"/>
          <w:szCs w:val="20"/>
          <w:cs/>
          <w:lang w:bidi="gu-IN"/>
        </w:rPr>
        <w:t>પ્રકૃતિ</w:t>
      </w:r>
      <w:r w:rsidRPr="00037DD9">
        <w:rPr>
          <w:b/>
          <w:sz w:val="20"/>
          <w:szCs w:val="20"/>
        </w:rPr>
        <w:t xml:space="preserve"> </w:t>
      </w:r>
      <w:r w:rsidRPr="00037DD9">
        <w:rPr>
          <w:rFonts w:cs="Shruti"/>
          <w:b/>
          <w:bCs/>
          <w:sz w:val="20"/>
          <w:szCs w:val="20"/>
          <w:cs/>
          <w:lang w:bidi="gu-IN"/>
        </w:rPr>
        <w:t>પ્રત્યે</w:t>
      </w:r>
      <w:r w:rsidRPr="00037DD9">
        <w:rPr>
          <w:b/>
          <w:sz w:val="20"/>
          <w:szCs w:val="20"/>
        </w:rPr>
        <w:t xml:space="preserve"> </w:t>
      </w:r>
      <w:r w:rsidRPr="00037DD9">
        <w:rPr>
          <w:rFonts w:cs="Shruti"/>
          <w:b/>
          <w:bCs/>
          <w:sz w:val="20"/>
          <w:szCs w:val="20"/>
          <w:cs/>
          <w:lang w:bidi="gu-IN"/>
        </w:rPr>
        <w:t>પ્રેમ</w:t>
      </w:r>
      <w:r w:rsidRPr="00037DD9">
        <w:rPr>
          <w:b/>
          <w:sz w:val="20"/>
          <w:szCs w:val="20"/>
        </w:rPr>
        <w:t xml:space="preserve"> </w:t>
      </w:r>
      <w:r w:rsidRPr="00037DD9">
        <w:rPr>
          <w:rFonts w:cs="Shruti"/>
          <w:b/>
          <w:bCs/>
          <w:sz w:val="20"/>
          <w:szCs w:val="20"/>
          <w:cs/>
          <w:lang w:bidi="gu-IN"/>
        </w:rPr>
        <w:t>અને</w:t>
      </w:r>
      <w:r w:rsidRPr="00037DD9">
        <w:rPr>
          <w:b/>
          <w:sz w:val="20"/>
          <w:szCs w:val="20"/>
        </w:rPr>
        <w:t xml:space="preserve"> </w:t>
      </w:r>
      <w:r w:rsidRPr="00037DD9">
        <w:rPr>
          <w:rFonts w:cs="Shruti"/>
          <w:b/>
          <w:bCs/>
          <w:sz w:val="20"/>
          <w:szCs w:val="20"/>
          <w:cs/>
          <w:lang w:bidi="gu-IN"/>
        </w:rPr>
        <w:t>જવાબદારીની</w:t>
      </w:r>
      <w:r w:rsidRPr="00037DD9">
        <w:rPr>
          <w:b/>
          <w:sz w:val="20"/>
          <w:szCs w:val="20"/>
        </w:rPr>
        <w:t xml:space="preserve"> </w:t>
      </w:r>
      <w:r w:rsidRPr="00037DD9">
        <w:rPr>
          <w:rFonts w:cs="Shruti"/>
          <w:b/>
          <w:bCs/>
          <w:sz w:val="20"/>
          <w:szCs w:val="20"/>
          <w:cs/>
          <w:lang w:bidi="gu-IN"/>
        </w:rPr>
        <w:t>ભાવના</w:t>
      </w:r>
      <w:r w:rsidRPr="00037DD9">
        <w:rPr>
          <w:b/>
          <w:sz w:val="20"/>
          <w:szCs w:val="20"/>
        </w:rPr>
        <w:t xml:space="preserve"> </w:t>
      </w:r>
      <w:r w:rsidRPr="00037DD9">
        <w:rPr>
          <w:rFonts w:cs="Shruti"/>
          <w:b/>
          <w:bCs/>
          <w:sz w:val="20"/>
          <w:szCs w:val="20"/>
          <w:cs/>
          <w:lang w:bidi="gu-IN"/>
        </w:rPr>
        <w:t>વિકસી</w:t>
      </w:r>
      <w:r w:rsidRPr="00037DD9">
        <w:rPr>
          <w:b/>
          <w:sz w:val="20"/>
          <w:szCs w:val="20"/>
        </w:rPr>
        <w:t xml:space="preserve"> </w:t>
      </w:r>
      <w:r w:rsidRPr="00037DD9">
        <w:rPr>
          <w:rFonts w:cs="Shruti"/>
          <w:b/>
          <w:bCs/>
          <w:sz w:val="20"/>
          <w:szCs w:val="20"/>
          <w:cs/>
          <w:lang w:bidi="gu-IN"/>
        </w:rPr>
        <w:t>છે</w:t>
      </w:r>
      <w:r w:rsidRPr="00037DD9">
        <w:rPr>
          <w:b/>
          <w:sz w:val="20"/>
          <w:szCs w:val="20"/>
        </w:rPr>
        <w:t xml:space="preserve">, </w:t>
      </w:r>
      <w:r w:rsidRPr="00037DD9">
        <w:rPr>
          <w:rFonts w:cs="Shruti"/>
          <w:b/>
          <w:bCs/>
          <w:sz w:val="20"/>
          <w:szCs w:val="20"/>
          <w:cs/>
          <w:lang w:bidi="gu-IN"/>
        </w:rPr>
        <w:t>તેમજ</w:t>
      </w:r>
      <w:r w:rsidRPr="00037DD9">
        <w:rPr>
          <w:b/>
          <w:sz w:val="20"/>
          <w:szCs w:val="20"/>
        </w:rPr>
        <w:t xml:space="preserve"> </w:t>
      </w:r>
      <w:r w:rsidRPr="00037DD9">
        <w:rPr>
          <w:rFonts w:cs="Shruti"/>
          <w:b/>
          <w:bCs/>
          <w:sz w:val="20"/>
          <w:szCs w:val="20"/>
          <w:cs/>
          <w:lang w:bidi="gu-IN"/>
        </w:rPr>
        <w:t>શાળા</w:t>
      </w:r>
      <w:r w:rsidRPr="00037DD9">
        <w:rPr>
          <w:b/>
          <w:sz w:val="20"/>
          <w:szCs w:val="20"/>
        </w:rPr>
        <w:t xml:space="preserve"> </w:t>
      </w:r>
      <w:r w:rsidRPr="00037DD9">
        <w:rPr>
          <w:rFonts w:cs="Shruti"/>
          <w:b/>
          <w:bCs/>
          <w:sz w:val="20"/>
          <w:szCs w:val="20"/>
          <w:cs/>
          <w:lang w:bidi="gu-IN"/>
        </w:rPr>
        <w:t>પરિસર</w:t>
      </w:r>
      <w:r w:rsidRPr="00037DD9">
        <w:rPr>
          <w:b/>
          <w:sz w:val="20"/>
          <w:szCs w:val="20"/>
        </w:rPr>
        <w:t xml:space="preserve"> </w:t>
      </w:r>
      <w:r w:rsidRPr="00037DD9">
        <w:rPr>
          <w:rFonts w:cs="Shruti"/>
          <w:b/>
          <w:bCs/>
          <w:sz w:val="20"/>
          <w:szCs w:val="20"/>
          <w:cs/>
          <w:lang w:bidi="gu-IN"/>
        </w:rPr>
        <w:t>હરિયાળું</w:t>
      </w:r>
      <w:r w:rsidRPr="00037DD9">
        <w:rPr>
          <w:b/>
          <w:sz w:val="20"/>
          <w:szCs w:val="20"/>
        </w:rPr>
        <w:t xml:space="preserve"> </w:t>
      </w:r>
      <w:r w:rsidRPr="00037DD9">
        <w:rPr>
          <w:rFonts w:cs="Shruti"/>
          <w:b/>
          <w:bCs/>
          <w:sz w:val="20"/>
          <w:szCs w:val="20"/>
          <w:cs/>
          <w:lang w:bidi="gu-IN"/>
        </w:rPr>
        <w:t>અને</w:t>
      </w:r>
      <w:r w:rsidRPr="00037DD9">
        <w:rPr>
          <w:b/>
          <w:sz w:val="20"/>
          <w:szCs w:val="20"/>
        </w:rPr>
        <w:t xml:space="preserve"> </w:t>
      </w:r>
      <w:r w:rsidRPr="00037DD9">
        <w:rPr>
          <w:rFonts w:cs="Shruti"/>
          <w:b/>
          <w:bCs/>
          <w:sz w:val="20"/>
          <w:szCs w:val="20"/>
          <w:cs/>
          <w:lang w:bidi="gu-IN"/>
        </w:rPr>
        <w:t>સ્વચ્છ</w:t>
      </w:r>
      <w:r w:rsidRPr="00037DD9">
        <w:rPr>
          <w:b/>
          <w:sz w:val="20"/>
          <w:szCs w:val="20"/>
        </w:rPr>
        <w:t xml:space="preserve"> </w:t>
      </w:r>
      <w:r w:rsidRPr="00037DD9">
        <w:rPr>
          <w:rFonts w:cs="Shruti"/>
          <w:b/>
          <w:bCs/>
          <w:sz w:val="20"/>
          <w:szCs w:val="20"/>
          <w:cs/>
          <w:lang w:bidi="gu-IN"/>
        </w:rPr>
        <w:t>બન્યું</w:t>
      </w:r>
      <w:r w:rsidRPr="00037DD9">
        <w:rPr>
          <w:b/>
          <w:sz w:val="20"/>
          <w:szCs w:val="20"/>
        </w:rPr>
        <w:t xml:space="preserve"> </w:t>
      </w:r>
      <w:r w:rsidRPr="00037DD9">
        <w:rPr>
          <w:rFonts w:cs="Shruti"/>
          <w:b/>
          <w:bCs/>
          <w:sz w:val="20"/>
          <w:szCs w:val="20"/>
          <w:cs/>
          <w:lang w:bidi="gu-IN"/>
        </w:rPr>
        <w:t>છે</w:t>
      </w:r>
      <w:r w:rsidRPr="00037DD9">
        <w:rPr>
          <w:b/>
          <w:sz w:val="20"/>
          <w:szCs w:val="20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037DD9" w:rsidRPr="00037DD9" w14:paraId="064C4F64" w14:textId="77777777" w:rsidTr="00037DD9">
        <w:tc>
          <w:tcPr>
            <w:tcW w:w="4320" w:type="dxa"/>
          </w:tcPr>
          <w:p w14:paraId="0D38CB40" w14:textId="77777777" w:rsidR="00037DD9" w:rsidRPr="00037DD9" w:rsidRDefault="00037DD9" w:rsidP="00037DD9">
            <w:pPr>
              <w:spacing w:line="240" w:lineRule="auto"/>
              <w:rPr>
                <w:sz w:val="20"/>
                <w:szCs w:val="20"/>
              </w:rPr>
            </w:pPr>
            <w:r w:rsidRPr="00037DD9">
              <w:rPr>
                <w:rFonts w:cs="Shruti"/>
                <w:sz w:val="20"/>
                <w:szCs w:val="20"/>
                <w:cs/>
                <w:lang w:bidi="gu-IN"/>
              </w:rPr>
              <w:t>ઇકો</w:t>
            </w:r>
            <w:r w:rsidRPr="00037DD9">
              <w:rPr>
                <w:sz w:val="20"/>
                <w:szCs w:val="20"/>
              </w:rPr>
              <w:t xml:space="preserve"> </w:t>
            </w:r>
            <w:r w:rsidRPr="00037DD9">
              <w:rPr>
                <w:rFonts w:cs="Shruti"/>
                <w:sz w:val="20"/>
                <w:szCs w:val="20"/>
                <w:cs/>
                <w:lang w:bidi="gu-IN"/>
              </w:rPr>
              <w:t>ક્લબ</w:t>
            </w:r>
            <w:r w:rsidRPr="00037DD9">
              <w:rPr>
                <w:sz w:val="20"/>
                <w:szCs w:val="20"/>
              </w:rPr>
              <w:t xml:space="preserve"> </w:t>
            </w:r>
            <w:r w:rsidRPr="00037DD9">
              <w:rPr>
                <w:rFonts w:cs="Shruti"/>
                <w:sz w:val="20"/>
                <w:szCs w:val="20"/>
                <w:cs/>
                <w:lang w:bidi="gu-IN"/>
              </w:rPr>
              <w:t>ઇન્ચાર્જની</w:t>
            </w:r>
            <w:r w:rsidRPr="00037DD9">
              <w:rPr>
                <w:sz w:val="20"/>
                <w:szCs w:val="20"/>
              </w:rPr>
              <w:t xml:space="preserve"> </w:t>
            </w:r>
            <w:r w:rsidRPr="00037DD9">
              <w:rPr>
                <w:rFonts w:cs="Shruti"/>
                <w:sz w:val="20"/>
                <w:szCs w:val="20"/>
                <w:cs/>
                <w:lang w:bidi="gu-IN"/>
              </w:rPr>
              <w:t>સહી</w:t>
            </w:r>
            <w:r w:rsidRPr="00037DD9">
              <w:rPr>
                <w:sz w:val="20"/>
                <w:szCs w:val="20"/>
              </w:rPr>
              <w:br/>
            </w:r>
            <w:r w:rsidRPr="00037DD9">
              <w:rPr>
                <w:sz w:val="20"/>
                <w:szCs w:val="20"/>
              </w:rPr>
              <w:br/>
            </w:r>
          </w:p>
        </w:tc>
        <w:tc>
          <w:tcPr>
            <w:tcW w:w="4320" w:type="dxa"/>
          </w:tcPr>
          <w:p w14:paraId="56DA0DB2" w14:textId="77777777" w:rsidR="00037DD9" w:rsidRPr="00037DD9" w:rsidRDefault="00037DD9" w:rsidP="00037DD9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037DD9">
              <w:rPr>
                <w:rFonts w:cs="Shruti"/>
                <w:sz w:val="20"/>
                <w:szCs w:val="20"/>
                <w:cs/>
                <w:lang w:bidi="gu-IN"/>
              </w:rPr>
              <w:t>આચાર્યશ્રીની</w:t>
            </w:r>
            <w:r w:rsidRPr="00037DD9">
              <w:rPr>
                <w:sz w:val="20"/>
                <w:szCs w:val="20"/>
              </w:rPr>
              <w:t xml:space="preserve"> </w:t>
            </w:r>
            <w:r w:rsidRPr="00037DD9">
              <w:rPr>
                <w:rFonts w:cs="Shruti"/>
                <w:sz w:val="20"/>
                <w:szCs w:val="20"/>
                <w:cs/>
                <w:lang w:bidi="gu-IN"/>
              </w:rPr>
              <w:t>સહી</w:t>
            </w:r>
            <w:r w:rsidRPr="00037DD9">
              <w:rPr>
                <w:sz w:val="20"/>
                <w:szCs w:val="20"/>
              </w:rPr>
              <w:t xml:space="preserve"> </w:t>
            </w:r>
            <w:r w:rsidRPr="00037DD9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037DD9">
              <w:rPr>
                <w:sz w:val="20"/>
                <w:szCs w:val="20"/>
              </w:rPr>
              <w:t xml:space="preserve"> </w:t>
            </w:r>
            <w:r w:rsidRPr="00037DD9">
              <w:rPr>
                <w:rFonts w:cs="Shruti"/>
                <w:sz w:val="20"/>
                <w:szCs w:val="20"/>
                <w:cs/>
                <w:lang w:bidi="gu-IN"/>
              </w:rPr>
              <w:t>સિક્કો</w:t>
            </w:r>
            <w:r w:rsidRPr="00037DD9">
              <w:rPr>
                <w:sz w:val="20"/>
                <w:szCs w:val="20"/>
              </w:rPr>
              <w:br/>
            </w:r>
            <w:r w:rsidRPr="00037DD9">
              <w:rPr>
                <w:sz w:val="20"/>
                <w:szCs w:val="20"/>
              </w:rPr>
              <w:br/>
            </w:r>
            <w:r w:rsidRPr="00037DD9">
              <w:rPr>
                <w:sz w:val="20"/>
                <w:szCs w:val="20"/>
              </w:rPr>
              <w:br/>
            </w:r>
          </w:p>
        </w:tc>
      </w:tr>
    </w:tbl>
    <w:p w14:paraId="388E6E1E" w14:textId="77777777" w:rsidR="00037DD9" w:rsidRPr="00037DD9" w:rsidRDefault="00037DD9" w:rsidP="00037DD9">
      <w:pPr>
        <w:spacing w:line="240" w:lineRule="auto"/>
        <w:rPr>
          <w:sz w:val="20"/>
          <w:szCs w:val="20"/>
        </w:rPr>
      </w:pPr>
    </w:p>
    <w:p w14:paraId="4B2356FB" w14:textId="77777777" w:rsidR="006E1176" w:rsidRDefault="006E1176" w:rsidP="00037DD9">
      <w:pPr>
        <w:tabs>
          <w:tab w:val="left" w:pos="2835"/>
        </w:tabs>
        <w:spacing w:after="0" w:line="240" w:lineRule="auto"/>
        <w:jc w:val="center"/>
        <w:rPr>
          <w:rFonts w:cs="Shruti"/>
          <w:bCs/>
          <w:sz w:val="20"/>
          <w:szCs w:val="20"/>
          <w:u w:val="single"/>
          <w:lang w:bidi="gu-IN"/>
        </w:rPr>
      </w:pPr>
    </w:p>
    <w:p w14:paraId="25CCAC1C" w14:textId="77777777" w:rsidR="00FA3BEF" w:rsidRDefault="00FA3BEF" w:rsidP="00037DD9">
      <w:pPr>
        <w:tabs>
          <w:tab w:val="left" w:pos="2835"/>
        </w:tabs>
        <w:spacing w:after="0" w:line="240" w:lineRule="auto"/>
        <w:jc w:val="center"/>
        <w:rPr>
          <w:rFonts w:cs="Shruti"/>
          <w:bCs/>
          <w:sz w:val="20"/>
          <w:szCs w:val="20"/>
          <w:u w:val="single"/>
          <w:lang w:bidi="gu-IN"/>
        </w:rPr>
      </w:pPr>
    </w:p>
    <w:p w14:paraId="37F3683E" w14:textId="77777777" w:rsidR="00FA3BEF" w:rsidRDefault="00FA3BEF" w:rsidP="00037DD9">
      <w:pPr>
        <w:tabs>
          <w:tab w:val="left" w:pos="2835"/>
        </w:tabs>
        <w:spacing w:after="0" w:line="240" w:lineRule="auto"/>
        <w:jc w:val="center"/>
        <w:rPr>
          <w:rFonts w:cs="Shruti"/>
          <w:bCs/>
          <w:sz w:val="20"/>
          <w:szCs w:val="20"/>
          <w:u w:val="single"/>
          <w:lang w:bidi="gu-IN"/>
        </w:rPr>
      </w:pPr>
    </w:p>
    <w:p w14:paraId="0FF2E399" w14:textId="77777777" w:rsidR="00FA3BEF" w:rsidRDefault="00FA3BEF" w:rsidP="00037DD9">
      <w:pPr>
        <w:tabs>
          <w:tab w:val="left" w:pos="2835"/>
        </w:tabs>
        <w:spacing w:after="0" w:line="240" w:lineRule="auto"/>
        <w:jc w:val="center"/>
        <w:rPr>
          <w:rFonts w:cs="Shruti"/>
          <w:bCs/>
          <w:sz w:val="20"/>
          <w:szCs w:val="20"/>
          <w:u w:val="single"/>
          <w:lang w:bidi="gu-IN"/>
        </w:rPr>
      </w:pPr>
    </w:p>
    <w:p w14:paraId="74122C96" w14:textId="77777777" w:rsidR="00FA3BEF" w:rsidRDefault="00FA3BEF" w:rsidP="00037DD9">
      <w:pPr>
        <w:tabs>
          <w:tab w:val="left" w:pos="2835"/>
        </w:tabs>
        <w:spacing w:after="0" w:line="240" w:lineRule="auto"/>
        <w:jc w:val="center"/>
        <w:rPr>
          <w:rFonts w:cs="Shruti"/>
          <w:bCs/>
          <w:sz w:val="20"/>
          <w:szCs w:val="20"/>
          <w:u w:val="single"/>
          <w:lang w:bidi="gu-IN"/>
        </w:rPr>
      </w:pPr>
    </w:p>
    <w:p w14:paraId="784565AF" w14:textId="77777777" w:rsidR="00FA3BEF" w:rsidRDefault="00FA3BEF" w:rsidP="00037DD9">
      <w:pPr>
        <w:tabs>
          <w:tab w:val="left" w:pos="2835"/>
        </w:tabs>
        <w:spacing w:after="0" w:line="240" w:lineRule="auto"/>
        <w:jc w:val="center"/>
        <w:rPr>
          <w:rFonts w:cs="Shruti"/>
          <w:bCs/>
          <w:sz w:val="20"/>
          <w:szCs w:val="20"/>
          <w:u w:val="single"/>
          <w:lang w:bidi="gu-IN"/>
        </w:rPr>
      </w:pPr>
    </w:p>
    <w:p w14:paraId="6177DCD4" w14:textId="20473102" w:rsidR="002E5B96" w:rsidRDefault="002546D1" w:rsidP="00521B9B">
      <w:pPr>
        <w:spacing w:after="0" w:line="240" w:lineRule="auto"/>
        <w:rPr>
          <w:rFonts w:cs="Shruti"/>
          <w:b/>
          <w:u w:val="single"/>
          <w:lang w:val="en-IN" w:bidi="gu-IN"/>
        </w:rPr>
      </w:pPr>
      <w:r>
        <w:rPr>
          <w:rFonts w:cs="Shruti" w:hint="cs"/>
          <w:sz w:val="28"/>
          <w:szCs w:val="28"/>
          <w:u w:val="single"/>
          <w:cs/>
          <w:lang w:bidi="gu-IN"/>
        </w:rPr>
        <w:lastRenderedPageBreak/>
        <w:t>ઢાંકણ્રીયાવાસ પ્રાથમિક શાળા તા- લાખણી જિલ્લો - વાવ-થરાદ ડાયસ કોડ: 24021300207</w:t>
      </w:r>
    </w:p>
    <w:p w14:paraId="30B34526" w14:textId="77777777" w:rsidR="00FA3BEF" w:rsidRPr="00FA3BEF" w:rsidRDefault="00FA3BEF" w:rsidP="00FA3BEF">
      <w:pPr>
        <w:pStyle w:val="Heading1"/>
      </w:pPr>
      <w:r>
        <w:rPr>
          <w:rFonts w:cs="Shruti"/>
          <w:cs/>
          <w:lang w:bidi="gu-IN"/>
        </w:rPr>
        <w:t>રાષ્ટ્રીય</w:t>
      </w:r>
      <w:r>
        <w:t xml:space="preserve">, </w:t>
      </w:r>
      <w:r>
        <w:rPr>
          <w:rFonts w:cs="Shruti"/>
          <w:cs/>
          <w:lang w:bidi="gu-IN"/>
        </w:rPr>
        <w:t>સાંસ્કૃતિક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દિનવિશેષ</w:t>
      </w:r>
      <w:r>
        <w:t xml:space="preserve"> </w:t>
      </w:r>
      <w:r>
        <w:rPr>
          <w:rFonts w:cs="Shruti"/>
          <w:cs/>
          <w:lang w:bidi="gu-IN"/>
        </w:rPr>
        <w:t>કાર્યક્રમો</w:t>
      </w:r>
      <w:r>
        <w:t>-</w:t>
      </w:r>
      <w:r>
        <w:rPr>
          <w:rFonts w:cs="Shruti"/>
          <w:cs/>
          <w:lang w:bidi="gu-IN"/>
        </w:rPr>
        <w:t>પ્રવૃત્તિઓ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વિદ્યાર્થીઓની</w:t>
      </w:r>
      <w:r>
        <w:t xml:space="preserve"> </w:t>
      </w:r>
      <w:r>
        <w:rPr>
          <w:rFonts w:cs="Shruti"/>
          <w:cs/>
          <w:lang w:bidi="gu-IN"/>
        </w:rPr>
        <w:t>ભાગીદારીનો</w:t>
      </w:r>
      <w:r>
        <w:t xml:space="preserve"> </w:t>
      </w:r>
      <w:r>
        <w:rPr>
          <w:rFonts w:cs="Shruti"/>
          <w:cs/>
          <w:lang w:bidi="gu-IN"/>
        </w:rPr>
        <w:t>અહેવાલ</w:t>
      </w:r>
    </w:p>
    <w:p w14:paraId="68708C3B" w14:textId="77777777" w:rsidR="00FA3BEF" w:rsidRPr="00FA3BEF" w:rsidRDefault="00FA3BEF" w:rsidP="00FA3BEF">
      <w:pPr>
        <w:pStyle w:val="Heading2"/>
        <w:spacing w:line="240" w:lineRule="auto"/>
        <w:rPr>
          <w:sz w:val="20"/>
          <w:szCs w:val="20"/>
        </w:rPr>
      </w:pPr>
      <w:r w:rsidRPr="00FA3BEF">
        <w:rPr>
          <w:rFonts w:cs="Shruti"/>
          <w:sz w:val="20"/>
          <w:szCs w:val="20"/>
          <w:cs/>
          <w:lang w:bidi="gu-IN"/>
        </w:rPr>
        <w:t>૧</w:t>
      </w:r>
      <w:r w:rsidRPr="00FA3BEF">
        <w:rPr>
          <w:sz w:val="20"/>
          <w:szCs w:val="20"/>
        </w:rPr>
        <w:t xml:space="preserve">. </w:t>
      </w:r>
      <w:r w:rsidRPr="00FA3BEF">
        <w:rPr>
          <w:rFonts w:cs="Shruti"/>
          <w:sz w:val="20"/>
          <w:szCs w:val="20"/>
          <w:cs/>
          <w:lang w:bidi="gu-IN"/>
        </w:rPr>
        <w:t>રાષ્ટ્રીય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પર્વો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અને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ઉત્સવોની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ઉજવણી</w:t>
      </w:r>
      <w:r w:rsidRPr="00FA3BEF">
        <w:rPr>
          <w:sz w:val="20"/>
          <w:szCs w:val="20"/>
        </w:rPr>
        <w:t>:</w:t>
      </w:r>
    </w:p>
    <w:p w14:paraId="40C0B3F0" w14:textId="77777777" w:rsidR="00FA3BEF" w:rsidRPr="00FA3BEF" w:rsidRDefault="00FA3BEF" w:rsidP="00FA3BEF">
      <w:pPr>
        <w:pStyle w:val="ListBullet"/>
        <w:spacing w:after="0" w:line="240" w:lineRule="auto"/>
        <w:rPr>
          <w:sz w:val="20"/>
          <w:szCs w:val="20"/>
        </w:rPr>
      </w:pPr>
      <w:r w:rsidRPr="00FA3BEF">
        <w:rPr>
          <w:rFonts w:cs="Shruti"/>
          <w:sz w:val="20"/>
          <w:szCs w:val="20"/>
          <w:cs/>
          <w:lang w:bidi="gu-IN"/>
        </w:rPr>
        <w:t>૧૫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મી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ઓગસ્ટ</w:t>
      </w:r>
      <w:r w:rsidRPr="00FA3BEF">
        <w:rPr>
          <w:sz w:val="20"/>
          <w:szCs w:val="20"/>
        </w:rPr>
        <w:t xml:space="preserve"> (</w:t>
      </w:r>
      <w:r w:rsidRPr="00FA3BEF">
        <w:rPr>
          <w:rFonts w:cs="Shruti"/>
          <w:sz w:val="20"/>
          <w:szCs w:val="20"/>
          <w:cs/>
          <w:lang w:bidi="gu-IN"/>
        </w:rPr>
        <w:t>સ્વાતંત્ર્ય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દિન</w:t>
      </w:r>
      <w:r w:rsidRPr="00FA3BEF">
        <w:rPr>
          <w:sz w:val="20"/>
          <w:szCs w:val="20"/>
        </w:rPr>
        <w:t xml:space="preserve">): </w:t>
      </w:r>
      <w:r w:rsidRPr="00FA3BEF">
        <w:rPr>
          <w:rFonts w:cs="Shruti"/>
          <w:sz w:val="20"/>
          <w:szCs w:val="20"/>
          <w:cs/>
          <w:lang w:bidi="gu-IN"/>
        </w:rPr>
        <w:t>શાળામાં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રાષ્ટ્રધ્વજ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વંદન</w:t>
      </w:r>
      <w:r w:rsidRPr="00FA3BEF">
        <w:rPr>
          <w:sz w:val="20"/>
          <w:szCs w:val="20"/>
        </w:rPr>
        <w:t xml:space="preserve">, </w:t>
      </w:r>
      <w:r w:rsidRPr="00FA3BEF">
        <w:rPr>
          <w:rFonts w:cs="Shruti"/>
          <w:sz w:val="20"/>
          <w:szCs w:val="20"/>
          <w:cs/>
          <w:lang w:bidi="gu-IN"/>
        </w:rPr>
        <w:t>દેશભક્તિ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ગીતો</w:t>
      </w:r>
      <w:r w:rsidRPr="00FA3BEF">
        <w:rPr>
          <w:sz w:val="20"/>
          <w:szCs w:val="20"/>
        </w:rPr>
        <w:t xml:space="preserve">, </w:t>
      </w:r>
      <w:r w:rsidRPr="00FA3BEF">
        <w:rPr>
          <w:rFonts w:cs="Shruti"/>
          <w:sz w:val="20"/>
          <w:szCs w:val="20"/>
          <w:cs/>
          <w:lang w:bidi="gu-IN"/>
        </w:rPr>
        <w:t>વક્તૃત્વ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સ્પર્ધા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અને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પિરામિડ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નિર્માણ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જેવા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દેશભક્તિના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કાર્યક્રમો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યોજાય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છે</w:t>
      </w:r>
      <w:r w:rsidRPr="00FA3BEF">
        <w:rPr>
          <w:sz w:val="20"/>
          <w:szCs w:val="20"/>
        </w:rPr>
        <w:t xml:space="preserve">, </w:t>
      </w:r>
      <w:r w:rsidRPr="00FA3BEF">
        <w:rPr>
          <w:rFonts w:cs="Shruti"/>
          <w:sz w:val="20"/>
          <w:szCs w:val="20"/>
          <w:cs/>
          <w:lang w:bidi="gu-IN"/>
        </w:rPr>
        <w:t>જેમાં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તમામ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વિદ્યાર્થીઓ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ઉત્સાહભેર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ભાગ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લે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છે</w:t>
      </w:r>
      <w:r w:rsidRPr="00FA3BEF">
        <w:rPr>
          <w:sz w:val="20"/>
          <w:szCs w:val="20"/>
        </w:rPr>
        <w:t>.</w:t>
      </w:r>
    </w:p>
    <w:p w14:paraId="3BC3C55F" w14:textId="77777777" w:rsidR="00FA3BEF" w:rsidRPr="00FA3BEF" w:rsidRDefault="00FA3BEF" w:rsidP="00FA3BEF">
      <w:pPr>
        <w:pStyle w:val="ListBullet"/>
        <w:spacing w:after="0" w:line="240" w:lineRule="auto"/>
        <w:rPr>
          <w:sz w:val="20"/>
          <w:szCs w:val="20"/>
        </w:rPr>
      </w:pPr>
      <w:r w:rsidRPr="00FA3BEF">
        <w:rPr>
          <w:rFonts w:cs="Shruti"/>
          <w:sz w:val="20"/>
          <w:szCs w:val="20"/>
          <w:cs/>
          <w:lang w:bidi="gu-IN"/>
        </w:rPr>
        <w:t>૨૬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મી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જાન્યુઆરી</w:t>
      </w:r>
      <w:r w:rsidRPr="00FA3BEF">
        <w:rPr>
          <w:sz w:val="20"/>
          <w:szCs w:val="20"/>
        </w:rPr>
        <w:t xml:space="preserve"> (</w:t>
      </w:r>
      <w:r w:rsidRPr="00FA3BEF">
        <w:rPr>
          <w:rFonts w:cs="Shruti"/>
          <w:sz w:val="20"/>
          <w:szCs w:val="20"/>
          <w:cs/>
          <w:lang w:bidi="gu-IN"/>
        </w:rPr>
        <w:t>પ્રજાસત્તાક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દિન</w:t>
      </w:r>
      <w:r w:rsidRPr="00FA3BEF">
        <w:rPr>
          <w:sz w:val="20"/>
          <w:szCs w:val="20"/>
        </w:rPr>
        <w:t xml:space="preserve">): </w:t>
      </w:r>
      <w:r w:rsidRPr="00FA3BEF">
        <w:rPr>
          <w:rFonts w:cs="Shruti"/>
          <w:sz w:val="20"/>
          <w:szCs w:val="20"/>
          <w:cs/>
          <w:lang w:bidi="gu-IN"/>
        </w:rPr>
        <w:t>સંવિધાન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અને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રાષ્ટ્રીય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મહાપુરુષોની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યાદમાં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પ્રભાતફેરી</w:t>
      </w:r>
      <w:r w:rsidRPr="00FA3BEF">
        <w:rPr>
          <w:sz w:val="20"/>
          <w:szCs w:val="20"/>
        </w:rPr>
        <w:t xml:space="preserve">, </w:t>
      </w:r>
      <w:r w:rsidRPr="00FA3BEF">
        <w:rPr>
          <w:rFonts w:cs="Shruti"/>
          <w:sz w:val="20"/>
          <w:szCs w:val="20"/>
          <w:cs/>
          <w:lang w:bidi="gu-IN"/>
        </w:rPr>
        <w:t>દેશભક્તિના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નાટકો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અને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પરેડનું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આયોજન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થાય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છે</w:t>
      </w:r>
      <w:r w:rsidRPr="00FA3BEF">
        <w:rPr>
          <w:sz w:val="20"/>
          <w:szCs w:val="20"/>
        </w:rPr>
        <w:t>.</w:t>
      </w:r>
    </w:p>
    <w:p w14:paraId="6077966A" w14:textId="77777777" w:rsidR="00FA3BEF" w:rsidRPr="00FA3BEF" w:rsidRDefault="00FA3BEF" w:rsidP="00FA3BEF">
      <w:pPr>
        <w:pStyle w:val="ListBullet"/>
        <w:spacing w:after="0" w:line="240" w:lineRule="auto"/>
        <w:rPr>
          <w:sz w:val="20"/>
          <w:szCs w:val="20"/>
        </w:rPr>
      </w:pPr>
      <w:r w:rsidRPr="00FA3BEF">
        <w:rPr>
          <w:rFonts w:cs="Shruti"/>
          <w:sz w:val="20"/>
          <w:szCs w:val="20"/>
          <w:cs/>
          <w:lang w:bidi="gu-IN"/>
        </w:rPr>
        <w:t>૨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ઓક્ટોબર</w:t>
      </w:r>
      <w:r w:rsidRPr="00FA3BEF">
        <w:rPr>
          <w:sz w:val="20"/>
          <w:szCs w:val="20"/>
        </w:rPr>
        <w:t xml:space="preserve"> (</w:t>
      </w:r>
      <w:r w:rsidRPr="00FA3BEF">
        <w:rPr>
          <w:rFonts w:cs="Shruti"/>
          <w:sz w:val="20"/>
          <w:szCs w:val="20"/>
          <w:cs/>
          <w:lang w:bidi="gu-IN"/>
        </w:rPr>
        <w:t>ગાંધી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જયંતિ</w:t>
      </w:r>
      <w:r w:rsidRPr="00FA3BEF">
        <w:rPr>
          <w:sz w:val="20"/>
          <w:szCs w:val="20"/>
        </w:rPr>
        <w:t xml:space="preserve"> / </w:t>
      </w:r>
      <w:r w:rsidRPr="00FA3BEF">
        <w:rPr>
          <w:rFonts w:cs="Shruti"/>
          <w:sz w:val="20"/>
          <w:szCs w:val="20"/>
          <w:cs/>
          <w:lang w:bidi="gu-IN"/>
        </w:rPr>
        <w:t>સ્વચ્છતા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અભિયાન</w:t>
      </w:r>
      <w:r w:rsidRPr="00FA3BEF">
        <w:rPr>
          <w:sz w:val="20"/>
          <w:szCs w:val="20"/>
        </w:rPr>
        <w:t xml:space="preserve">): </w:t>
      </w:r>
      <w:r w:rsidRPr="00FA3BEF">
        <w:rPr>
          <w:rFonts w:cs="Shruti"/>
          <w:sz w:val="20"/>
          <w:szCs w:val="20"/>
          <w:cs/>
          <w:lang w:bidi="gu-IN"/>
        </w:rPr>
        <w:t>મહાત્મા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ગાંધી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અને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લાલ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બહાદુર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શાસ્ત્રીજીની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જન્મજયંતિ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નિમિત્તે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શાળા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કેમ્પસમાં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સફાઈ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અભિયાન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અને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સર્વધર્મ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પ્રાર્થના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સભા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યોજાય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છે</w:t>
      </w:r>
      <w:r w:rsidRPr="00FA3BEF">
        <w:rPr>
          <w:sz w:val="20"/>
          <w:szCs w:val="20"/>
        </w:rPr>
        <w:t>.</w:t>
      </w:r>
    </w:p>
    <w:p w14:paraId="66D25698" w14:textId="77777777" w:rsidR="00FA3BEF" w:rsidRPr="00FA3BEF" w:rsidRDefault="00FA3BEF" w:rsidP="00FA3BEF">
      <w:pPr>
        <w:pStyle w:val="Heading2"/>
        <w:spacing w:line="240" w:lineRule="auto"/>
        <w:rPr>
          <w:sz w:val="20"/>
          <w:szCs w:val="20"/>
        </w:rPr>
      </w:pPr>
      <w:r w:rsidRPr="00FA3BEF">
        <w:rPr>
          <w:rFonts w:cs="Shruti"/>
          <w:sz w:val="20"/>
          <w:szCs w:val="20"/>
          <w:cs/>
          <w:lang w:bidi="gu-IN"/>
        </w:rPr>
        <w:t>૨</w:t>
      </w:r>
      <w:r w:rsidRPr="00FA3BEF">
        <w:rPr>
          <w:sz w:val="20"/>
          <w:szCs w:val="20"/>
        </w:rPr>
        <w:t xml:space="preserve">. </w:t>
      </w:r>
      <w:r w:rsidRPr="00FA3BEF">
        <w:rPr>
          <w:rFonts w:cs="Shruti"/>
          <w:sz w:val="20"/>
          <w:szCs w:val="20"/>
          <w:cs/>
          <w:lang w:bidi="gu-IN"/>
        </w:rPr>
        <w:t>સાંસ્કૃતિક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અને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દિનવિશેષ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પ્રવૃત્તિઓ</w:t>
      </w:r>
      <w:r w:rsidRPr="00FA3BEF">
        <w:rPr>
          <w:sz w:val="20"/>
          <w:szCs w:val="20"/>
        </w:rPr>
        <w:t>:</w:t>
      </w:r>
    </w:p>
    <w:p w14:paraId="2E50E940" w14:textId="77777777" w:rsidR="00FA3BEF" w:rsidRPr="00FA3BEF" w:rsidRDefault="00FA3BEF" w:rsidP="00FA3BEF">
      <w:pPr>
        <w:pStyle w:val="ListBullet"/>
        <w:spacing w:after="0" w:line="240" w:lineRule="auto"/>
        <w:rPr>
          <w:sz w:val="18"/>
          <w:szCs w:val="18"/>
        </w:rPr>
      </w:pPr>
      <w:r w:rsidRPr="00FA3BEF">
        <w:rPr>
          <w:rFonts w:cs="Shruti"/>
          <w:sz w:val="18"/>
          <w:szCs w:val="18"/>
          <w:cs/>
          <w:lang w:bidi="gu-IN"/>
        </w:rPr>
        <w:t>શાળા</w:t>
      </w:r>
      <w:r w:rsidRPr="00FA3BEF">
        <w:rPr>
          <w:sz w:val="18"/>
          <w:szCs w:val="18"/>
        </w:rPr>
        <w:t xml:space="preserve"> </w:t>
      </w:r>
      <w:r w:rsidRPr="00FA3BEF">
        <w:rPr>
          <w:rFonts w:cs="Shruti"/>
          <w:sz w:val="18"/>
          <w:szCs w:val="18"/>
          <w:cs/>
          <w:lang w:bidi="gu-IN"/>
        </w:rPr>
        <w:t>પ્રવેશોત્સવ</w:t>
      </w:r>
      <w:r w:rsidRPr="00FA3BEF">
        <w:rPr>
          <w:sz w:val="18"/>
          <w:szCs w:val="18"/>
        </w:rPr>
        <w:t xml:space="preserve"> </w:t>
      </w:r>
      <w:r w:rsidRPr="00FA3BEF">
        <w:rPr>
          <w:rFonts w:cs="Shruti"/>
          <w:sz w:val="18"/>
          <w:szCs w:val="18"/>
          <w:cs/>
          <w:lang w:bidi="gu-IN"/>
        </w:rPr>
        <w:t>અને</w:t>
      </w:r>
      <w:r w:rsidRPr="00FA3BEF">
        <w:rPr>
          <w:sz w:val="18"/>
          <w:szCs w:val="18"/>
        </w:rPr>
        <w:t xml:space="preserve"> </w:t>
      </w:r>
      <w:r w:rsidRPr="00FA3BEF">
        <w:rPr>
          <w:rFonts w:cs="Shruti"/>
          <w:sz w:val="18"/>
          <w:szCs w:val="18"/>
          <w:cs/>
          <w:lang w:bidi="gu-IN"/>
        </w:rPr>
        <w:t>કન્યા</w:t>
      </w:r>
      <w:r w:rsidRPr="00FA3BEF">
        <w:rPr>
          <w:sz w:val="18"/>
          <w:szCs w:val="18"/>
        </w:rPr>
        <w:t xml:space="preserve"> </w:t>
      </w:r>
      <w:r w:rsidRPr="00FA3BEF">
        <w:rPr>
          <w:rFonts w:cs="Shruti"/>
          <w:sz w:val="18"/>
          <w:szCs w:val="18"/>
          <w:cs/>
          <w:lang w:bidi="gu-IN"/>
        </w:rPr>
        <w:t>કેળવણી</w:t>
      </w:r>
      <w:r w:rsidRPr="00FA3BEF">
        <w:rPr>
          <w:sz w:val="18"/>
          <w:szCs w:val="18"/>
        </w:rPr>
        <w:t xml:space="preserve"> </w:t>
      </w:r>
      <w:r w:rsidRPr="00FA3BEF">
        <w:rPr>
          <w:rFonts w:cs="Shruti"/>
          <w:sz w:val="18"/>
          <w:szCs w:val="18"/>
          <w:cs/>
          <w:lang w:bidi="gu-IN"/>
        </w:rPr>
        <w:t>મહોત્સવ</w:t>
      </w:r>
      <w:r w:rsidRPr="00FA3BEF">
        <w:rPr>
          <w:sz w:val="18"/>
          <w:szCs w:val="18"/>
        </w:rPr>
        <w:t xml:space="preserve">: </w:t>
      </w:r>
      <w:r w:rsidRPr="00FA3BEF">
        <w:rPr>
          <w:rFonts w:cs="Shruti"/>
          <w:sz w:val="18"/>
          <w:szCs w:val="18"/>
          <w:cs/>
          <w:lang w:bidi="gu-IN"/>
        </w:rPr>
        <w:t>નવા</w:t>
      </w:r>
      <w:r w:rsidRPr="00FA3BEF">
        <w:rPr>
          <w:sz w:val="18"/>
          <w:szCs w:val="18"/>
        </w:rPr>
        <w:t xml:space="preserve"> </w:t>
      </w:r>
      <w:r w:rsidRPr="00FA3BEF">
        <w:rPr>
          <w:rFonts w:cs="Shruti"/>
          <w:sz w:val="18"/>
          <w:szCs w:val="18"/>
          <w:cs/>
          <w:lang w:bidi="gu-IN"/>
        </w:rPr>
        <w:t>શૈક્ષણિક</w:t>
      </w:r>
      <w:r w:rsidRPr="00FA3BEF">
        <w:rPr>
          <w:sz w:val="18"/>
          <w:szCs w:val="18"/>
        </w:rPr>
        <w:t xml:space="preserve"> </w:t>
      </w:r>
      <w:r w:rsidRPr="00FA3BEF">
        <w:rPr>
          <w:rFonts w:cs="Shruti"/>
          <w:sz w:val="18"/>
          <w:szCs w:val="18"/>
          <w:cs/>
          <w:lang w:bidi="gu-IN"/>
        </w:rPr>
        <w:t>સત્રના</w:t>
      </w:r>
      <w:r w:rsidRPr="00FA3BEF">
        <w:rPr>
          <w:sz w:val="18"/>
          <w:szCs w:val="18"/>
        </w:rPr>
        <w:t xml:space="preserve"> </w:t>
      </w:r>
      <w:r w:rsidRPr="00FA3BEF">
        <w:rPr>
          <w:rFonts w:cs="Shruti"/>
          <w:sz w:val="18"/>
          <w:szCs w:val="18"/>
          <w:cs/>
          <w:lang w:bidi="gu-IN"/>
        </w:rPr>
        <w:t>પ્રારંભે</w:t>
      </w:r>
      <w:r w:rsidRPr="00FA3BEF">
        <w:rPr>
          <w:sz w:val="18"/>
          <w:szCs w:val="18"/>
        </w:rPr>
        <w:t xml:space="preserve"> </w:t>
      </w:r>
      <w:r w:rsidRPr="00FA3BEF">
        <w:rPr>
          <w:rFonts w:cs="Shruti"/>
          <w:sz w:val="18"/>
          <w:szCs w:val="18"/>
          <w:cs/>
          <w:lang w:bidi="gu-IN"/>
        </w:rPr>
        <w:t>બાળકોનું</w:t>
      </w:r>
      <w:r w:rsidRPr="00FA3BEF">
        <w:rPr>
          <w:sz w:val="18"/>
          <w:szCs w:val="18"/>
        </w:rPr>
        <w:t xml:space="preserve"> </w:t>
      </w:r>
      <w:r w:rsidRPr="00FA3BEF">
        <w:rPr>
          <w:rFonts w:cs="Shruti"/>
          <w:sz w:val="18"/>
          <w:szCs w:val="18"/>
          <w:cs/>
          <w:lang w:bidi="gu-IN"/>
        </w:rPr>
        <w:t>સ્વાગત</w:t>
      </w:r>
      <w:r w:rsidRPr="00FA3BEF">
        <w:rPr>
          <w:sz w:val="18"/>
          <w:szCs w:val="18"/>
        </w:rPr>
        <w:t xml:space="preserve"> </w:t>
      </w:r>
      <w:r w:rsidRPr="00FA3BEF">
        <w:rPr>
          <w:rFonts w:cs="Shruti"/>
          <w:sz w:val="18"/>
          <w:szCs w:val="18"/>
          <w:cs/>
          <w:lang w:bidi="gu-IN"/>
        </w:rPr>
        <w:t>અને</w:t>
      </w:r>
      <w:r w:rsidRPr="00FA3BEF">
        <w:rPr>
          <w:sz w:val="18"/>
          <w:szCs w:val="18"/>
        </w:rPr>
        <w:t xml:space="preserve"> </w:t>
      </w:r>
      <w:r w:rsidRPr="00FA3BEF">
        <w:rPr>
          <w:rFonts w:cs="Shruti"/>
          <w:sz w:val="18"/>
          <w:szCs w:val="18"/>
          <w:cs/>
          <w:lang w:bidi="gu-IN"/>
        </w:rPr>
        <w:t>નામાંકન</w:t>
      </w:r>
      <w:r w:rsidRPr="00FA3BEF">
        <w:rPr>
          <w:sz w:val="18"/>
          <w:szCs w:val="18"/>
        </w:rPr>
        <w:t xml:space="preserve"> </w:t>
      </w:r>
      <w:r w:rsidRPr="00FA3BEF">
        <w:rPr>
          <w:rFonts w:cs="Shruti"/>
          <w:sz w:val="18"/>
          <w:szCs w:val="18"/>
          <w:cs/>
          <w:lang w:bidi="gu-IN"/>
        </w:rPr>
        <w:t>વધારવા</w:t>
      </w:r>
      <w:r w:rsidRPr="00FA3BEF">
        <w:rPr>
          <w:sz w:val="18"/>
          <w:szCs w:val="18"/>
        </w:rPr>
        <w:t xml:space="preserve"> </w:t>
      </w:r>
      <w:r w:rsidRPr="00FA3BEF">
        <w:rPr>
          <w:rFonts w:cs="Shruti"/>
          <w:sz w:val="18"/>
          <w:szCs w:val="18"/>
          <w:cs/>
          <w:lang w:bidi="gu-IN"/>
        </w:rPr>
        <w:t>માટે</w:t>
      </w:r>
      <w:r w:rsidRPr="00FA3BEF">
        <w:rPr>
          <w:sz w:val="18"/>
          <w:szCs w:val="18"/>
        </w:rPr>
        <w:t xml:space="preserve"> </w:t>
      </w:r>
      <w:r w:rsidRPr="00FA3BEF">
        <w:rPr>
          <w:rFonts w:cs="Shruti"/>
          <w:sz w:val="18"/>
          <w:szCs w:val="18"/>
          <w:cs/>
          <w:lang w:bidi="gu-IN"/>
        </w:rPr>
        <w:t>વિશેષ</w:t>
      </w:r>
      <w:r w:rsidRPr="00FA3BEF">
        <w:rPr>
          <w:sz w:val="18"/>
          <w:szCs w:val="18"/>
        </w:rPr>
        <w:t xml:space="preserve"> </w:t>
      </w:r>
      <w:r w:rsidRPr="00FA3BEF">
        <w:rPr>
          <w:rFonts w:cs="Shruti"/>
          <w:sz w:val="18"/>
          <w:szCs w:val="18"/>
          <w:cs/>
          <w:lang w:bidi="gu-IN"/>
        </w:rPr>
        <w:t>સાંસ્કૃતિક</w:t>
      </w:r>
      <w:r w:rsidRPr="00FA3BEF">
        <w:rPr>
          <w:sz w:val="18"/>
          <w:szCs w:val="18"/>
        </w:rPr>
        <w:t xml:space="preserve"> </w:t>
      </w:r>
      <w:r w:rsidRPr="00FA3BEF">
        <w:rPr>
          <w:rFonts w:cs="Shruti"/>
          <w:sz w:val="18"/>
          <w:szCs w:val="18"/>
          <w:cs/>
          <w:lang w:bidi="gu-IN"/>
        </w:rPr>
        <w:t>કાર્યક્રમો</w:t>
      </w:r>
      <w:r w:rsidRPr="00FA3BEF">
        <w:rPr>
          <w:sz w:val="18"/>
          <w:szCs w:val="18"/>
        </w:rPr>
        <w:t xml:space="preserve"> </w:t>
      </w:r>
      <w:r w:rsidRPr="00FA3BEF">
        <w:rPr>
          <w:rFonts w:cs="Shruti"/>
          <w:sz w:val="18"/>
          <w:szCs w:val="18"/>
          <w:cs/>
          <w:lang w:bidi="gu-IN"/>
        </w:rPr>
        <w:t>યોજાય</w:t>
      </w:r>
      <w:r w:rsidRPr="00FA3BEF">
        <w:rPr>
          <w:sz w:val="18"/>
          <w:szCs w:val="18"/>
        </w:rPr>
        <w:t xml:space="preserve"> </w:t>
      </w:r>
      <w:r w:rsidRPr="00FA3BEF">
        <w:rPr>
          <w:rFonts w:cs="Shruti"/>
          <w:sz w:val="18"/>
          <w:szCs w:val="18"/>
          <w:cs/>
          <w:lang w:bidi="gu-IN"/>
        </w:rPr>
        <w:t>છે</w:t>
      </w:r>
      <w:r w:rsidRPr="00FA3BEF">
        <w:rPr>
          <w:sz w:val="18"/>
          <w:szCs w:val="18"/>
        </w:rPr>
        <w:t>.</w:t>
      </w:r>
    </w:p>
    <w:p w14:paraId="71110288" w14:textId="741548B8" w:rsidR="00FA3BEF" w:rsidRPr="00FA3BEF" w:rsidRDefault="00FA3BEF" w:rsidP="00FA3BEF">
      <w:pPr>
        <w:pStyle w:val="ListBullet"/>
        <w:spacing w:after="0" w:line="240" w:lineRule="auto"/>
        <w:rPr>
          <w:sz w:val="18"/>
          <w:szCs w:val="18"/>
        </w:rPr>
      </w:pPr>
      <w:r w:rsidRPr="00FA3BEF">
        <w:rPr>
          <w:rFonts w:cs="Shruti"/>
          <w:sz w:val="18"/>
          <w:szCs w:val="18"/>
          <w:cs/>
          <w:lang w:bidi="gu-IN"/>
        </w:rPr>
        <w:t>શિક્ષક</w:t>
      </w:r>
      <w:r w:rsidRPr="00FA3BEF">
        <w:rPr>
          <w:sz w:val="18"/>
          <w:szCs w:val="18"/>
        </w:rPr>
        <w:t xml:space="preserve"> </w:t>
      </w:r>
      <w:r w:rsidRPr="00FA3BEF">
        <w:rPr>
          <w:rFonts w:cs="Shruti"/>
          <w:sz w:val="18"/>
          <w:szCs w:val="18"/>
          <w:cs/>
          <w:lang w:bidi="gu-IN"/>
        </w:rPr>
        <w:t>દિન</w:t>
      </w:r>
      <w:r w:rsidRPr="00FA3BEF">
        <w:rPr>
          <w:sz w:val="18"/>
          <w:szCs w:val="18"/>
        </w:rPr>
        <w:t xml:space="preserve"> (</w:t>
      </w:r>
      <w:r w:rsidRPr="00FA3BEF">
        <w:rPr>
          <w:rFonts w:cs="Shruti"/>
          <w:sz w:val="18"/>
          <w:szCs w:val="18"/>
          <w:cs/>
          <w:lang w:bidi="gu-IN"/>
        </w:rPr>
        <w:t>૫</w:t>
      </w:r>
      <w:r w:rsidRPr="00FA3BEF">
        <w:rPr>
          <w:sz w:val="18"/>
          <w:szCs w:val="18"/>
        </w:rPr>
        <w:t xml:space="preserve"> </w:t>
      </w:r>
      <w:r w:rsidRPr="00FA3BEF">
        <w:rPr>
          <w:rFonts w:cs="Shruti"/>
          <w:sz w:val="18"/>
          <w:szCs w:val="18"/>
          <w:cs/>
          <w:lang w:bidi="gu-IN"/>
        </w:rPr>
        <w:t>સપ્ટેમ્બર</w:t>
      </w:r>
      <w:r w:rsidRPr="00FA3BEF">
        <w:rPr>
          <w:sz w:val="18"/>
          <w:szCs w:val="18"/>
        </w:rPr>
        <w:t xml:space="preserve">): </w:t>
      </w:r>
      <w:r w:rsidRPr="00FA3BEF">
        <w:rPr>
          <w:rFonts w:cs="Shruti"/>
          <w:sz w:val="18"/>
          <w:szCs w:val="18"/>
          <w:cs/>
          <w:lang w:bidi="gu-IN"/>
        </w:rPr>
        <w:t>ડૉ</w:t>
      </w:r>
      <w:r w:rsidRPr="00FA3BEF">
        <w:rPr>
          <w:sz w:val="18"/>
          <w:szCs w:val="18"/>
        </w:rPr>
        <w:t xml:space="preserve">. </w:t>
      </w:r>
      <w:r w:rsidRPr="00FA3BEF">
        <w:rPr>
          <w:rFonts w:cs="Shruti"/>
          <w:sz w:val="18"/>
          <w:szCs w:val="18"/>
          <w:cs/>
          <w:lang w:bidi="gu-IN"/>
        </w:rPr>
        <w:t>સર્વેપલ્લી</w:t>
      </w:r>
      <w:r w:rsidRPr="00FA3BEF">
        <w:rPr>
          <w:sz w:val="18"/>
          <w:szCs w:val="18"/>
        </w:rPr>
        <w:t xml:space="preserve"> </w:t>
      </w:r>
      <w:r w:rsidRPr="00FA3BEF">
        <w:rPr>
          <w:rFonts w:cs="Shruti"/>
          <w:sz w:val="18"/>
          <w:szCs w:val="18"/>
          <w:cs/>
          <w:lang w:bidi="gu-IN"/>
        </w:rPr>
        <w:t>રાધા</w:t>
      </w:r>
      <w:r w:rsidR="00AD7629">
        <w:rPr>
          <w:rFonts w:cs="Shruti" w:hint="cs"/>
          <w:sz w:val="18"/>
          <w:szCs w:val="18"/>
          <w:cs/>
          <w:lang w:bidi="gu-IN"/>
        </w:rPr>
        <w:t xml:space="preserve">કૃષ્ણ </w:t>
      </w:r>
      <w:r w:rsidRPr="00FA3BEF">
        <w:rPr>
          <w:rFonts w:cs="Shruti"/>
          <w:sz w:val="18"/>
          <w:szCs w:val="18"/>
          <w:cs/>
          <w:lang w:bidi="gu-IN"/>
        </w:rPr>
        <w:t>ની</w:t>
      </w:r>
      <w:r w:rsidRPr="00FA3BEF">
        <w:rPr>
          <w:sz w:val="18"/>
          <w:szCs w:val="18"/>
        </w:rPr>
        <w:t xml:space="preserve"> </w:t>
      </w:r>
      <w:r w:rsidRPr="00FA3BEF">
        <w:rPr>
          <w:rFonts w:cs="Shruti"/>
          <w:sz w:val="18"/>
          <w:szCs w:val="18"/>
          <w:cs/>
          <w:lang w:bidi="gu-IN"/>
        </w:rPr>
        <w:t>યાદમાં</w:t>
      </w:r>
      <w:r w:rsidRPr="00FA3BEF">
        <w:rPr>
          <w:sz w:val="18"/>
          <w:szCs w:val="18"/>
        </w:rPr>
        <w:t xml:space="preserve"> </w:t>
      </w:r>
      <w:r w:rsidRPr="00FA3BEF">
        <w:rPr>
          <w:rFonts w:cs="Shruti"/>
          <w:sz w:val="18"/>
          <w:szCs w:val="18"/>
          <w:cs/>
          <w:lang w:bidi="gu-IN"/>
        </w:rPr>
        <w:t>વિદ્યાર્થીઓ</w:t>
      </w:r>
      <w:r w:rsidRPr="00FA3BEF">
        <w:rPr>
          <w:sz w:val="18"/>
          <w:szCs w:val="18"/>
        </w:rPr>
        <w:t xml:space="preserve"> </w:t>
      </w:r>
      <w:r w:rsidRPr="00FA3BEF">
        <w:rPr>
          <w:rFonts w:cs="Shruti"/>
          <w:sz w:val="18"/>
          <w:szCs w:val="18"/>
          <w:cs/>
          <w:lang w:bidi="gu-IN"/>
        </w:rPr>
        <w:t>દ્વારા</w:t>
      </w:r>
      <w:r w:rsidRPr="00FA3BEF">
        <w:rPr>
          <w:sz w:val="18"/>
          <w:szCs w:val="18"/>
        </w:rPr>
        <w:t xml:space="preserve"> "</w:t>
      </w:r>
      <w:r w:rsidRPr="00FA3BEF">
        <w:rPr>
          <w:rFonts w:cs="Shruti"/>
          <w:sz w:val="18"/>
          <w:szCs w:val="18"/>
          <w:cs/>
          <w:lang w:bidi="gu-IN"/>
        </w:rPr>
        <w:t>સ્વ</w:t>
      </w:r>
      <w:r w:rsidRPr="00FA3BEF">
        <w:rPr>
          <w:sz w:val="18"/>
          <w:szCs w:val="18"/>
        </w:rPr>
        <w:t>-</w:t>
      </w:r>
      <w:r w:rsidR="00AD7629" w:rsidRPr="00AD7629">
        <w:rPr>
          <w:rFonts w:cs="Shruti"/>
          <w:sz w:val="18"/>
          <w:szCs w:val="18"/>
          <w:cs/>
          <w:lang w:bidi="gu-IN"/>
        </w:rPr>
        <w:t xml:space="preserve"> </w:t>
      </w:r>
      <w:r w:rsidR="00AD7629" w:rsidRPr="00FA3BEF">
        <w:rPr>
          <w:rFonts w:cs="Shruti"/>
          <w:sz w:val="18"/>
          <w:szCs w:val="18"/>
          <w:cs/>
          <w:lang w:bidi="gu-IN"/>
        </w:rPr>
        <w:t>શિક્ષક</w:t>
      </w:r>
      <w:r w:rsidRPr="00FA3BEF">
        <w:rPr>
          <w:sz w:val="18"/>
          <w:szCs w:val="18"/>
        </w:rPr>
        <w:t xml:space="preserve"> </w:t>
      </w:r>
      <w:r w:rsidRPr="00FA3BEF">
        <w:rPr>
          <w:rFonts w:cs="Shruti"/>
          <w:sz w:val="18"/>
          <w:szCs w:val="18"/>
          <w:cs/>
          <w:lang w:bidi="gu-IN"/>
        </w:rPr>
        <w:t>દિન</w:t>
      </w:r>
      <w:r w:rsidRPr="00FA3BEF">
        <w:rPr>
          <w:sz w:val="18"/>
          <w:szCs w:val="18"/>
        </w:rPr>
        <w:t xml:space="preserve">" </w:t>
      </w:r>
      <w:r w:rsidRPr="00FA3BEF">
        <w:rPr>
          <w:rFonts w:cs="Shruti"/>
          <w:sz w:val="18"/>
          <w:szCs w:val="18"/>
          <w:cs/>
          <w:lang w:bidi="gu-IN"/>
        </w:rPr>
        <w:t>તરીકે</w:t>
      </w:r>
      <w:r w:rsidRPr="00FA3BEF">
        <w:rPr>
          <w:sz w:val="18"/>
          <w:szCs w:val="18"/>
        </w:rPr>
        <w:t xml:space="preserve"> </w:t>
      </w:r>
      <w:r w:rsidRPr="00FA3BEF">
        <w:rPr>
          <w:rFonts w:cs="Shruti"/>
          <w:sz w:val="18"/>
          <w:szCs w:val="18"/>
          <w:cs/>
          <w:lang w:bidi="gu-IN"/>
        </w:rPr>
        <w:t>ઉજવણી</w:t>
      </w:r>
      <w:r w:rsidRPr="00FA3BEF">
        <w:rPr>
          <w:sz w:val="18"/>
          <w:szCs w:val="18"/>
        </w:rPr>
        <w:t xml:space="preserve"> </w:t>
      </w:r>
      <w:r w:rsidRPr="00FA3BEF">
        <w:rPr>
          <w:rFonts w:cs="Shruti"/>
          <w:sz w:val="18"/>
          <w:szCs w:val="18"/>
          <w:cs/>
          <w:lang w:bidi="gu-IN"/>
        </w:rPr>
        <w:t>કરી</w:t>
      </w:r>
      <w:r w:rsidRPr="00FA3BEF">
        <w:rPr>
          <w:sz w:val="18"/>
          <w:szCs w:val="18"/>
        </w:rPr>
        <w:t xml:space="preserve"> </w:t>
      </w:r>
      <w:r w:rsidRPr="00FA3BEF">
        <w:rPr>
          <w:rFonts w:cs="Shruti"/>
          <w:sz w:val="18"/>
          <w:szCs w:val="18"/>
          <w:cs/>
          <w:lang w:bidi="gu-IN"/>
        </w:rPr>
        <w:t>શિક્ષકો</w:t>
      </w:r>
      <w:r w:rsidRPr="00FA3BEF">
        <w:rPr>
          <w:sz w:val="18"/>
          <w:szCs w:val="18"/>
        </w:rPr>
        <w:t xml:space="preserve"> </w:t>
      </w:r>
      <w:r w:rsidRPr="00FA3BEF">
        <w:rPr>
          <w:rFonts w:cs="Shruti"/>
          <w:sz w:val="18"/>
          <w:szCs w:val="18"/>
          <w:cs/>
          <w:lang w:bidi="gu-IN"/>
        </w:rPr>
        <w:t>પ્રત્યે</w:t>
      </w:r>
      <w:r w:rsidRPr="00FA3BEF">
        <w:rPr>
          <w:sz w:val="18"/>
          <w:szCs w:val="18"/>
        </w:rPr>
        <w:t xml:space="preserve"> </w:t>
      </w:r>
      <w:r w:rsidRPr="00FA3BEF">
        <w:rPr>
          <w:rFonts w:cs="Shruti"/>
          <w:sz w:val="18"/>
          <w:szCs w:val="18"/>
          <w:cs/>
          <w:lang w:bidi="gu-IN"/>
        </w:rPr>
        <w:t>આદર</w:t>
      </w:r>
      <w:r w:rsidRPr="00FA3BEF">
        <w:rPr>
          <w:sz w:val="18"/>
          <w:szCs w:val="18"/>
        </w:rPr>
        <w:t xml:space="preserve"> </w:t>
      </w:r>
      <w:r w:rsidRPr="00FA3BEF">
        <w:rPr>
          <w:rFonts w:cs="Shruti"/>
          <w:sz w:val="18"/>
          <w:szCs w:val="18"/>
          <w:cs/>
          <w:lang w:bidi="gu-IN"/>
        </w:rPr>
        <w:t>વ્યક્ત</w:t>
      </w:r>
      <w:r w:rsidRPr="00FA3BEF">
        <w:rPr>
          <w:sz w:val="18"/>
          <w:szCs w:val="18"/>
        </w:rPr>
        <w:t xml:space="preserve"> </w:t>
      </w:r>
      <w:r w:rsidRPr="00FA3BEF">
        <w:rPr>
          <w:rFonts w:cs="Shruti"/>
          <w:sz w:val="18"/>
          <w:szCs w:val="18"/>
          <w:cs/>
          <w:lang w:bidi="gu-IN"/>
        </w:rPr>
        <w:t>કરાય</w:t>
      </w:r>
      <w:r w:rsidRPr="00FA3BEF">
        <w:rPr>
          <w:sz w:val="18"/>
          <w:szCs w:val="18"/>
        </w:rPr>
        <w:t xml:space="preserve"> </w:t>
      </w:r>
      <w:r w:rsidRPr="00FA3BEF">
        <w:rPr>
          <w:rFonts w:cs="Shruti"/>
          <w:sz w:val="18"/>
          <w:szCs w:val="18"/>
          <w:cs/>
          <w:lang w:bidi="gu-IN"/>
        </w:rPr>
        <w:t>છે</w:t>
      </w:r>
      <w:r w:rsidRPr="00FA3BEF">
        <w:rPr>
          <w:sz w:val="18"/>
          <w:szCs w:val="18"/>
        </w:rPr>
        <w:t>.</w:t>
      </w:r>
    </w:p>
    <w:p w14:paraId="349B03C8" w14:textId="77777777" w:rsidR="00FA3BEF" w:rsidRPr="00FA3BEF" w:rsidRDefault="00FA3BEF" w:rsidP="00FA3BEF">
      <w:pPr>
        <w:pStyle w:val="ListBullet"/>
        <w:spacing w:after="0" w:line="240" w:lineRule="auto"/>
        <w:rPr>
          <w:sz w:val="18"/>
          <w:szCs w:val="18"/>
        </w:rPr>
      </w:pPr>
      <w:r w:rsidRPr="00FA3BEF">
        <w:rPr>
          <w:rFonts w:cs="Shruti"/>
          <w:sz w:val="18"/>
          <w:szCs w:val="18"/>
          <w:cs/>
          <w:lang w:bidi="gu-IN"/>
        </w:rPr>
        <w:t>ગુજરાત</w:t>
      </w:r>
      <w:r w:rsidRPr="00FA3BEF">
        <w:rPr>
          <w:sz w:val="18"/>
          <w:szCs w:val="18"/>
        </w:rPr>
        <w:t xml:space="preserve"> </w:t>
      </w:r>
      <w:r w:rsidRPr="00FA3BEF">
        <w:rPr>
          <w:rFonts w:cs="Shruti"/>
          <w:sz w:val="18"/>
          <w:szCs w:val="18"/>
          <w:cs/>
          <w:lang w:bidi="gu-IN"/>
        </w:rPr>
        <w:t>સ્થાપના</w:t>
      </w:r>
      <w:r w:rsidRPr="00FA3BEF">
        <w:rPr>
          <w:sz w:val="18"/>
          <w:szCs w:val="18"/>
        </w:rPr>
        <w:t xml:space="preserve"> </w:t>
      </w:r>
      <w:r w:rsidRPr="00FA3BEF">
        <w:rPr>
          <w:rFonts w:cs="Shruti"/>
          <w:sz w:val="18"/>
          <w:szCs w:val="18"/>
          <w:cs/>
          <w:lang w:bidi="gu-IN"/>
        </w:rPr>
        <w:t>દિન</w:t>
      </w:r>
      <w:r w:rsidRPr="00FA3BEF">
        <w:rPr>
          <w:sz w:val="18"/>
          <w:szCs w:val="18"/>
        </w:rPr>
        <w:t xml:space="preserve"> / </w:t>
      </w:r>
      <w:r w:rsidRPr="00FA3BEF">
        <w:rPr>
          <w:rFonts w:cs="Shruti"/>
          <w:sz w:val="18"/>
          <w:szCs w:val="18"/>
          <w:cs/>
          <w:lang w:bidi="gu-IN"/>
        </w:rPr>
        <w:t>કલા</w:t>
      </w:r>
      <w:r w:rsidRPr="00FA3BEF">
        <w:rPr>
          <w:sz w:val="18"/>
          <w:szCs w:val="18"/>
        </w:rPr>
        <w:t xml:space="preserve"> </w:t>
      </w:r>
      <w:r w:rsidRPr="00FA3BEF">
        <w:rPr>
          <w:rFonts w:cs="Shruti"/>
          <w:sz w:val="18"/>
          <w:szCs w:val="18"/>
          <w:cs/>
          <w:lang w:bidi="gu-IN"/>
        </w:rPr>
        <w:t>ઉત્સવ</w:t>
      </w:r>
      <w:r w:rsidRPr="00FA3BEF">
        <w:rPr>
          <w:sz w:val="18"/>
          <w:szCs w:val="18"/>
        </w:rPr>
        <w:t xml:space="preserve">: </w:t>
      </w:r>
      <w:r w:rsidRPr="00FA3BEF">
        <w:rPr>
          <w:rFonts w:cs="Shruti"/>
          <w:sz w:val="18"/>
          <w:szCs w:val="18"/>
          <w:cs/>
          <w:lang w:bidi="gu-IN"/>
        </w:rPr>
        <w:t>રાજ્યની</w:t>
      </w:r>
      <w:r w:rsidRPr="00FA3BEF">
        <w:rPr>
          <w:sz w:val="18"/>
          <w:szCs w:val="18"/>
        </w:rPr>
        <w:t xml:space="preserve"> </w:t>
      </w:r>
      <w:r w:rsidRPr="00FA3BEF">
        <w:rPr>
          <w:rFonts w:cs="Shruti"/>
          <w:sz w:val="18"/>
          <w:szCs w:val="18"/>
          <w:cs/>
          <w:lang w:bidi="gu-IN"/>
        </w:rPr>
        <w:t>સંસ્કૃતિ</w:t>
      </w:r>
      <w:r w:rsidRPr="00FA3BEF">
        <w:rPr>
          <w:sz w:val="18"/>
          <w:szCs w:val="18"/>
        </w:rPr>
        <w:t xml:space="preserve">, </w:t>
      </w:r>
      <w:r w:rsidRPr="00FA3BEF">
        <w:rPr>
          <w:rFonts w:cs="Shruti"/>
          <w:sz w:val="18"/>
          <w:szCs w:val="18"/>
          <w:cs/>
          <w:lang w:bidi="gu-IN"/>
        </w:rPr>
        <w:t>ગરબા</w:t>
      </w:r>
      <w:r w:rsidRPr="00FA3BEF">
        <w:rPr>
          <w:sz w:val="18"/>
          <w:szCs w:val="18"/>
        </w:rPr>
        <w:t xml:space="preserve">, </w:t>
      </w:r>
      <w:r w:rsidRPr="00FA3BEF">
        <w:rPr>
          <w:rFonts w:cs="Shruti"/>
          <w:sz w:val="18"/>
          <w:szCs w:val="18"/>
          <w:cs/>
          <w:lang w:bidi="gu-IN"/>
        </w:rPr>
        <w:t>લોકગીતો</w:t>
      </w:r>
      <w:r w:rsidRPr="00FA3BEF">
        <w:rPr>
          <w:sz w:val="18"/>
          <w:szCs w:val="18"/>
        </w:rPr>
        <w:t xml:space="preserve"> </w:t>
      </w:r>
      <w:r w:rsidRPr="00FA3BEF">
        <w:rPr>
          <w:rFonts w:cs="Shruti"/>
          <w:sz w:val="18"/>
          <w:szCs w:val="18"/>
          <w:cs/>
          <w:lang w:bidi="gu-IN"/>
        </w:rPr>
        <w:t>અને</w:t>
      </w:r>
      <w:r w:rsidRPr="00FA3BEF">
        <w:rPr>
          <w:sz w:val="18"/>
          <w:szCs w:val="18"/>
        </w:rPr>
        <w:t xml:space="preserve"> </w:t>
      </w:r>
      <w:r w:rsidRPr="00FA3BEF">
        <w:rPr>
          <w:rFonts w:cs="Shruti"/>
          <w:sz w:val="18"/>
          <w:szCs w:val="18"/>
          <w:cs/>
          <w:lang w:bidi="gu-IN"/>
        </w:rPr>
        <w:t>વેશભૂષા</w:t>
      </w:r>
      <w:r w:rsidRPr="00FA3BEF">
        <w:rPr>
          <w:sz w:val="18"/>
          <w:szCs w:val="18"/>
        </w:rPr>
        <w:t xml:space="preserve"> </w:t>
      </w:r>
      <w:r w:rsidRPr="00FA3BEF">
        <w:rPr>
          <w:rFonts w:cs="Shruti"/>
          <w:sz w:val="18"/>
          <w:szCs w:val="18"/>
          <w:cs/>
          <w:lang w:bidi="gu-IN"/>
        </w:rPr>
        <w:t>સ્પર્ધાઓ</w:t>
      </w:r>
      <w:r w:rsidRPr="00FA3BEF">
        <w:rPr>
          <w:sz w:val="18"/>
          <w:szCs w:val="18"/>
        </w:rPr>
        <w:t xml:space="preserve"> </w:t>
      </w:r>
      <w:r w:rsidRPr="00FA3BEF">
        <w:rPr>
          <w:rFonts w:cs="Shruti"/>
          <w:sz w:val="18"/>
          <w:szCs w:val="18"/>
          <w:cs/>
          <w:lang w:bidi="gu-IN"/>
        </w:rPr>
        <w:t>દ્વારા</w:t>
      </w:r>
      <w:r w:rsidRPr="00FA3BEF">
        <w:rPr>
          <w:sz w:val="18"/>
          <w:szCs w:val="18"/>
        </w:rPr>
        <w:t xml:space="preserve"> </w:t>
      </w:r>
      <w:r w:rsidRPr="00FA3BEF">
        <w:rPr>
          <w:rFonts w:cs="Shruti"/>
          <w:sz w:val="18"/>
          <w:szCs w:val="18"/>
          <w:cs/>
          <w:lang w:bidi="gu-IN"/>
        </w:rPr>
        <w:t>વિદ્યાર્થીઓમાં</w:t>
      </w:r>
      <w:r w:rsidRPr="00FA3BEF">
        <w:rPr>
          <w:sz w:val="18"/>
          <w:szCs w:val="18"/>
        </w:rPr>
        <w:t xml:space="preserve"> </w:t>
      </w:r>
      <w:r w:rsidRPr="00FA3BEF">
        <w:rPr>
          <w:rFonts w:cs="Shruti"/>
          <w:sz w:val="18"/>
          <w:szCs w:val="18"/>
          <w:cs/>
          <w:lang w:bidi="gu-IN"/>
        </w:rPr>
        <w:t>લોકસાહિત્ય</w:t>
      </w:r>
      <w:r w:rsidRPr="00FA3BEF">
        <w:rPr>
          <w:sz w:val="18"/>
          <w:szCs w:val="18"/>
        </w:rPr>
        <w:t xml:space="preserve"> </w:t>
      </w:r>
      <w:r w:rsidRPr="00FA3BEF">
        <w:rPr>
          <w:rFonts w:cs="Shruti"/>
          <w:sz w:val="18"/>
          <w:szCs w:val="18"/>
          <w:cs/>
          <w:lang w:bidi="gu-IN"/>
        </w:rPr>
        <w:t>પ્રત્યે</w:t>
      </w:r>
      <w:r w:rsidRPr="00FA3BEF">
        <w:rPr>
          <w:sz w:val="18"/>
          <w:szCs w:val="18"/>
        </w:rPr>
        <w:t xml:space="preserve"> </w:t>
      </w:r>
      <w:r w:rsidRPr="00FA3BEF">
        <w:rPr>
          <w:rFonts w:cs="Shruti"/>
          <w:sz w:val="18"/>
          <w:szCs w:val="18"/>
          <w:cs/>
          <w:lang w:bidi="gu-IN"/>
        </w:rPr>
        <w:t>રૂચિ</w:t>
      </w:r>
      <w:r w:rsidRPr="00FA3BEF">
        <w:rPr>
          <w:sz w:val="18"/>
          <w:szCs w:val="18"/>
        </w:rPr>
        <w:t xml:space="preserve"> </w:t>
      </w:r>
      <w:r w:rsidRPr="00FA3BEF">
        <w:rPr>
          <w:rFonts w:cs="Shruti"/>
          <w:sz w:val="18"/>
          <w:szCs w:val="18"/>
          <w:cs/>
          <w:lang w:bidi="gu-IN"/>
        </w:rPr>
        <w:t>કેળવાય</w:t>
      </w:r>
      <w:r w:rsidRPr="00FA3BEF">
        <w:rPr>
          <w:sz w:val="18"/>
          <w:szCs w:val="18"/>
        </w:rPr>
        <w:t xml:space="preserve"> </w:t>
      </w:r>
      <w:r w:rsidRPr="00FA3BEF">
        <w:rPr>
          <w:rFonts w:cs="Shruti"/>
          <w:sz w:val="18"/>
          <w:szCs w:val="18"/>
          <w:cs/>
          <w:lang w:bidi="gu-IN"/>
        </w:rPr>
        <w:t>છે</w:t>
      </w:r>
      <w:r w:rsidRPr="00FA3BEF">
        <w:rPr>
          <w:sz w:val="18"/>
          <w:szCs w:val="18"/>
        </w:rPr>
        <w:t>.</w:t>
      </w:r>
    </w:p>
    <w:p w14:paraId="39ECEA8C" w14:textId="77777777" w:rsidR="00FA3BEF" w:rsidRPr="00FA3BEF" w:rsidRDefault="00FA3BEF" w:rsidP="00FA3BEF">
      <w:pPr>
        <w:pStyle w:val="ListBullet"/>
        <w:spacing w:after="0" w:line="240" w:lineRule="auto"/>
        <w:rPr>
          <w:sz w:val="18"/>
          <w:szCs w:val="18"/>
        </w:rPr>
      </w:pPr>
      <w:r w:rsidRPr="00FA3BEF">
        <w:rPr>
          <w:rFonts w:cs="Shruti"/>
          <w:sz w:val="18"/>
          <w:szCs w:val="18"/>
          <w:cs/>
          <w:lang w:bidi="gu-IN"/>
        </w:rPr>
        <w:t>બાળ</w:t>
      </w:r>
      <w:r w:rsidRPr="00FA3BEF">
        <w:rPr>
          <w:sz w:val="18"/>
          <w:szCs w:val="18"/>
        </w:rPr>
        <w:t xml:space="preserve"> </w:t>
      </w:r>
      <w:r w:rsidRPr="00FA3BEF">
        <w:rPr>
          <w:rFonts w:cs="Shruti"/>
          <w:sz w:val="18"/>
          <w:szCs w:val="18"/>
          <w:cs/>
          <w:lang w:bidi="gu-IN"/>
        </w:rPr>
        <w:t>દિવસ</w:t>
      </w:r>
      <w:r w:rsidRPr="00FA3BEF">
        <w:rPr>
          <w:sz w:val="18"/>
          <w:szCs w:val="18"/>
        </w:rPr>
        <w:t xml:space="preserve"> (</w:t>
      </w:r>
      <w:r w:rsidRPr="00FA3BEF">
        <w:rPr>
          <w:rFonts w:cs="Shruti"/>
          <w:sz w:val="18"/>
          <w:szCs w:val="18"/>
          <w:cs/>
          <w:lang w:bidi="gu-IN"/>
        </w:rPr>
        <w:t>૧૪</w:t>
      </w:r>
      <w:r w:rsidRPr="00FA3BEF">
        <w:rPr>
          <w:sz w:val="18"/>
          <w:szCs w:val="18"/>
        </w:rPr>
        <w:t xml:space="preserve"> </w:t>
      </w:r>
      <w:r w:rsidRPr="00FA3BEF">
        <w:rPr>
          <w:rFonts w:cs="Shruti"/>
          <w:sz w:val="18"/>
          <w:szCs w:val="18"/>
          <w:cs/>
          <w:lang w:bidi="gu-IN"/>
        </w:rPr>
        <w:t>નવેમ્બર</w:t>
      </w:r>
      <w:r w:rsidRPr="00FA3BEF">
        <w:rPr>
          <w:sz w:val="18"/>
          <w:szCs w:val="18"/>
        </w:rPr>
        <w:t xml:space="preserve">): </w:t>
      </w:r>
      <w:r w:rsidRPr="00FA3BEF">
        <w:rPr>
          <w:rFonts w:cs="Shruti"/>
          <w:sz w:val="18"/>
          <w:szCs w:val="18"/>
          <w:cs/>
          <w:lang w:bidi="gu-IN"/>
        </w:rPr>
        <w:t>પંડિત</w:t>
      </w:r>
      <w:r w:rsidRPr="00FA3BEF">
        <w:rPr>
          <w:sz w:val="18"/>
          <w:szCs w:val="18"/>
        </w:rPr>
        <w:t xml:space="preserve"> </w:t>
      </w:r>
      <w:r w:rsidRPr="00FA3BEF">
        <w:rPr>
          <w:rFonts w:cs="Shruti"/>
          <w:sz w:val="18"/>
          <w:szCs w:val="18"/>
          <w:cs/>
          <w:lang w:bidi="gu-IN"/>
        </w:rPr>
        <w:t>જવાહરલાલ</w:t>
      </w:r>
      <w:r w:rsidRPr="00FA3BEF">
        <w:rPr>
          <w:sz w:val="18"/>
          <w:szCs w:val="18"/>
        </w:rPr>
        <w:t xml:space="preserve"> </w:t>
      </w:r>
      <w:r w:rsidRPr="00FA3BEF">
        <w:rPr>
          <w:rFonts w:cs="Shruti"/>
          <w:sz w:val="18"/>
          <w:szCs w:val="18"/>
          <w:cs/>
          <w:lang w:bidi="gu-IN"/>
        </w:rPr>
        <w:t>નેહરુના</w:t>
      </w:r>
      <w:r w:rsidRPr="00FA3BEF">
        <w:rPr>
          <w:sz w:val="18"/>
          <w:szCs w:val="18"/>
        </w:rPr>
        <w:t xml:space="preserve"> </w:t>
      </w:r>
      <w:r w:rsidRPr="00FA3BEF">
        <w:rPr>
          <w:rFonts w:cs="Shruti"/>
          <w:sz w:val="18"/>
          <w:szCs w:val="18"/>
          <w:cs/>
          <w:lang w:bidi="gu-IN"/>
        </w:rPr>
        <w:t>જન્મદિન</w:t>
      </w:r>
      <w:r w:rsidRPr="00FA3BEF">
        <w:rPr>
          <w:sz w:val="18"/>
          <w:szCs w:val="18"/>
        </w:rPr>
        <w:t xml:space="preserve"> </w:t>
      </w:r>
      <w:r w:rsidRPr="00FA3BEF">
        <w:rPr>
          <w:rFonts w:cs="Shruti"/>
          <w:sz w:val="18"/>
          <w:szCs w:val="18"/>
          <w:cs/>
          <w:lang w:bidi="gu-IN"/>
        </w:rPr>
        <w:t>નિમિત્તે</w:t>
      </w:r>
      <w:r w:rsidRPr="00FA3BEF">
        <w:rPr>
          <w:sz w:val="18"/>
          <w:szCs w:val="18"/>
        </w:rPr>
        <w:t xml:space="preserve"> </w:t>
      </w:r>
      <w:r w:rsidRPr="00FA3BEF">
        <w:rPr>
          <w:rFonts w:cs="Shruti"/>
          <w:sz w:val="18"/>
          <w:szCs w:val="18"/>
          <w:cs/>
          <w:lang w:bidi="gu-IN"/>
        </w:rPr>
        <w:t>રમતગમત</w:t>
      </w:r>
      <w:r w:rsidRPr="00FA3BEF">
        <w:rPr>
          <w:sz w:val="18"/>
          <w:szCs w:val="18"/>
        </w:rPr>
        <w:t xml:space="preserve">, </w:t>
      </w:r>
      <w:r w:rsidRPr="00FA3BEF">
        <w:rPr>
          <w:rFonts w:cs="Shruti"/>
          <w:sz w:val="18"/>
          <w:szCs w:val="18"/>
          <w:cs/>
          <w:lang w:bidi="gu-IN"/>
        </w:rPr>
        <w:t>ક્વિઝ</w:t>
      </w:r>
      <w:r w:rsidRPr="00FA3BEF">
        <w:rPr>
          <w:sz w:val="18"/>
          <w:szCs w:val="18"/>
        </w:rPr>
        <w:t xml:space="preserve"> </w:t>
      </w:r>
      <w:r w:rsidRPr="00FA3BEF">
        <w:rPr>
          <w:rFonts w:cs="Shruti"/>
          <w:sz w:val="18"/>
          <w:szCs w:val="18"/>
          <w:cs/>
          <w:lang w:bidi="gu-IN"/>
        </w:rPr>
        <w:t>અને</w:t>
      </w:r>
      <w:r w:rsidRPr="00FA3BEF">
        <w:rPr>
          <w:sz w:val="18"/>
          <w:szCs w:val="18"/>
        </w:rPr>
        <w:t xml:space="preserve"> </w:t>
      </w:r>
      <w:r w:rsidRPr="00FA3BEF">
        <w:rPr>
          <w:rFonts w:cs="Shruti"/>
          <w:sz w:val="18"/>
          <w:szCs w:val="18"/>
          <w:cs/>
          <w:lang w:bidi="gu-IN"/>
        </w:rPr>
        <w:t>મનોરંજક</w:t>
      </w:r>
      <w:r w:rsidRPr="00FA3BEF">
        <w:rPr>
          <w:sz w:val="18"/>
          <w:szCs w:val="18"/>
        </w:rPr>
        <w:t xml:space="preserve"> </w:t>
      </w:r>
      <w:r w:rsidRPr="00FA3BEF">
        <w:rPr>
          <w:rFonts w:cs="Shruti"/>
          <w:sz w:val="18"/>
          <w:szCs w:val="18"/>
          <w:cs/>
          <w:lang w:bidi="gu-IN"/>
        </w:rPr>
        <w:t>પ્રવૃત્તિઓનું</w:t>
      </w:r>
      <w:r w:rsidRPr="00FA3BEF">
        <w:rPr>
          <w:sz w:val="18"/>
          <w:szCs w:val="18"/>
        </w:rPr>
        <w:t xml:space="preserve"> </w:t>
      </w:r>
      <w:r w:rsidRPr="00FA3BEF">
        <w:rPr>
          <w:rFonts w:cs="Shruti"/>
          <w:sz w:val="18"/>
          <w:szCs w:val="18"/>
          <w:cs/>
          <w:lang w:bidi="gu-IN"/>
        </w:rPr>
        <w:t>આયોજન</w:t>
      </w:r>
      <w:r w:rsidRPr="00FA3BEF">
        <w:rPr>
          <w:sz w:val="18"/>
          <w:szCs w:val="18"/>
        </w:rPr>
        <w:t xml:space="preserve"> </w:t>
      </w:r>
      <w:r w:rsidRPr="00FA3BEF">
        <w:rPr>
          <w:rFonts w:cs="Shruti"/>
          <w:sz w:val="18"/>
          <w:szCs w:val="18"/>
          <w:cs/>
          <w:lang w:bidi="gu-IN"/>
        </w:rPr>
        <w:t>થાય</w:t>
      </w:r>
      <w:r w:rsidRPr="00FA3BEF">
        <w:rPr>
          <w:sz w:val="18"/>
          <w:szCs w:val="18"/>
        </w:rPr>
        <w:t xml:space="preserve"> </w:t>
      </w:r>
      <w:r w:rsidRPr="00FA3BEF">
        <w:rPr>
          <w:rFonts w:cs="Shruti"/>
          <w:sz w:val="18"/>
          <w:szCs w:val="18"/>
          <w:cs/>
          <w:lang w:bidi="gu-IN"/>
        </w:rPr>
        <w:t>છે</w:t>
      </w:r>
      <w:r w:rsidRPr="00FA3BEF">
        <w:rPr>
          <w:sz w:val="18"/>
          <w:szCs w:val="18"/>
        </w:rPr>
        <w:t>.</w:t>
      </w:r>
    </w:p>
    <w:p w14:paraId="50EEBCFF" w14:textId="77777777" w:rsidR="00FA3BEF" w:rsidRPr="00FA3BEF" w:rsidRDefault="00FA3BEF" w:rsidP="00FA3BEF">
      <w:pPr>
        <w:pStyle w:val="Heading2"/>
        <w:spacing w:line="240" w:lineRule="auto"/>
        <w:rPr>
          <w:sz w:val="20"/>
          <w:szCs w:val="20"/>
        </w:rPr>
      </w:pPr>
      <w:r w:rsidRPr="00FA3BEF">
        <w:rPr>
          <w:rFonts w:cs="Shruti"/>
          <w:sz w:val="20"/>
          <w:szCs w:val="20"/>
          <w:cs/>
          <w:lang w:bidi="gu-IN"/>
        </w:rPr>
        <w:t>૩</w:t>
      </w:r>
      <w:r w:rsidRPr="00FA3BEF">
        <w:rPr>
          <w:sz w:val="20"/>
          <w:szCs w:val="20"/>
        </w:rPr>
        <w:t xml:space="preserve">. </w:t>
      </w:r>
      <w:r w:rsidRPr="00FA3BEF">
        <w:rPr>
          <w:rFonts w:cs="Shruti"/>
          <w:sz w:val="20"/>
          <w:szCs w:val="20"/>
          <w:cs/>
          <w:lang w:bidi="gu-IN"/>
        </w:rPr>
        <w:t>કાર્યક્રમો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અને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વિદ્યાર્થીઓની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ભાગીદારીનું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સંકલન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પત્રક</w:t>
      </w:r>
      <w:r w:rsidRPr="00FA3BEF">
        <w:rPr>
          <w:sz w:val="20"/>
          <w:szCs w:val="20"/>
        </w:rPr>
        <w:t>:</w:t>
      </w:r>
    </w:p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534"/>
        <w:gridCol w:w="3786"/>
        <w:gridCol w:w="2160"/>
        <w:gridCol w:w="3267"/>
      </w:tblGrid>
      <w:tr w:rsidR="00FA3BEF" w:rsidRPr="00FA3BEF" w14:paraId="6C575BBD" w14:textId="77777777" w:rsidTr="00FA3BEF">
        <w:tc>
          <w:tcPr>
            <w:tcW w:w="534" w:type="dxa"/>
          </w:tcPr>
          <w:p w14:paraId="71D56F0E" w14:textId="77777777" w:rsidR="00FA3BEF" w:rsidRPr="00FA3BEF" w:rsidRDefault="00FA3BEF" w:rsidP="00FA3BEF">
            <w:pPr>
              <w:rPr>
                <w:sz w:val="20"/>
                <w:szCs w:val="20"/>
              </w:rPr>
            </w:pPr>
            <w:r w:rsidRPr="00FA3BEF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ક્રમ</w:t>
            </w:r>
          </w:p>
        </w:tc>
        <w:tc>
          <w:tcPr>
            <w:tcW w:w="3786" w:type="dxa"/>
          </w:tcPr>
          <w:p w14:paraId="241265EC" w14:textId="77777777" w:rsidR="00FA3BEF" w:rsidRPr="00FA3BEF" w:rsidRDefault="00FA3BEF" w:rsidP="00FA3BEF">
            <w:pPr>
              <w:rPr>
                <w:sz w:val="20"/>
                <w:szCs w:val="20"/>
              </w:rPr>
            </w:pPr>
            <w:r w:rsidRPr="00FA3BEF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કાર્યક્રમ</w:t>
            </w:r>
            <w:r w:rsidRPr="00FA3BEF">
              <w:rPr>
                <w:b/>
                <w:sz w:val="20"/>
                <w:szCs w:val="20"/>
              </w:rPr>
              <w:t xml:space="preserve"> / </w:t>
            </w:r>
            <w:r w:rsidRPr="00FA3BEF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તહેવારનું</w:t>
            </w:r>
            <w:r w:rsidRPr="00FA3BEF">
              <w:rPr>
                <w:b/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નામ</w:t>
            </w:r>
          </w:p>
        </w:tc>
        <w:tc>
          <w:tcPr>
            <w:tcW w:w="2160" w:type="dxa"/>
          </w:tcPr>
          <w:p w14:paraId="70DCCFB2" w14:textId="77777777" w:rsidR="00FA3BEF" w:rsidRPr="00FA3BEF" w:rsidRDefault="00FA3BEF" w:rsidP="00FA3BEF">
            <w:pPr>
              <w:rPr>
                <w:sz w:val="20"/>
                <w:szCs w:val="20"/>
              </w:rPr>
            </w:pPr>
            <w:r w:rsidRPr="00FA3BEF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ઉજવણીની</w:t>
            </w:r>
            <w:r w:rsidRPr="00FA3BEF">
              <w:rPr>
                <w:b/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તારીખ</w:t>
            </w:r>
          </w:p>
        </w:tc>
        <w:tc>
          <w:tcPr>
            <w:tcW w:w="3267" w:type="dxa"/>
          </w:tcPr>
          <w:p w14:paraId="6218CC02" w14:textId="77777777" w:rsidR="00FA3BEF" w:rsidRPr="00FA3BEF" w:rsidRDefault="00FA3BEF" w:rsidP="00FA3BEF">
            <w:pPr>
              <w:rPr>
                <w:sz w:val="20"/>
                <w:szCs w:val="20"/>
              </w:rPr>
            </w:pPr>
            <w:r w:rsidRPr="00FA3BEF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વિદ્યાર્થીઓની</w:t>
            </w:r>
            <w:r w:rsidRPr="00FA3BEF">
              <w:rPr>
                <w:b/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ભાગીદારી</w:t>
            </w:r>
            <w:r w:rsidRPr="00FA3BEF">
              <w:rPr>
                <w:b/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અને</w:t>
            </w:r>
            <w:r w:rsidRPr="00FA3BEF">
              <w:rPr>
                <w:b/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પ્રવૃત્તિ</w:t>
            </w:r>
          </w:p>
        </w:tc>
      </w:tr>
      <w:tr w:rsidR="00FA3BEF" w:rsidRPr="00FA3BEF" w14:paraId="49ABEC1A" w14:textId="77777777" w:rsidTr="00FA3BEF">
        <w:tc>
          <w:tcPr>
            <w:tcW w:w="534" w:type="dxa"/>
          </w:tcPr>
          <w:p w14:paraId="6E675AE4" w14:textId="77777777" w:rsidR="00FA3BEF" w:rsidRPr="00FA3BEF" w:rsidRDefault="00FA3BEF" w:rsidP="00FA3BEF">
            <w:pPr>
              <w:rPr>
                <w:sz w:val="20"/>
                <w:szCs w:val="20"/>
              </w:rPr>
            </w:pP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૧</w:t>
            </w:r>
          </w:p>
        </w:tc>
        <w:tc>
          <w:tcPr>
            <w:tcW w:w="3786" w:type="dxa"/>
          </w:tcPr>
          <w:p w14:paraId="0E16D923" w14:textId="77777777" w:rsidR="00FA3BEF" w:rsidRPr="00FA3BEF" w:rsidRDefault="00FA3BEF" w:rsidP="00FA3BEF">
            <w:pPr>
              <w:rPr>
                <w:sz w:val="20"/>
                <w:szCs w:val="20"/>
              </w:rPr>
            </w:pP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સ્વાતંત્ર્ય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દિન</w:t>
            </w:r>
            <w:r w:rsidRPr="00FA3BEF">
              <w:rPr>
                <w:sz w:val="20"/>
                <w:szCs w:val="20"/>
              </w:rPr>
              <w:t xml:space="preserve"> (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૧૫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ઓગસ્ટ</w:t>
            </w:r>
            <w:r w:rsidRPr="00FA3BEF">
              <w:rPr>
                <w:sz w:val="20"/>
                <w:szCs w:val="20"/>
              </w:rPr>
              <w:t>)</w:t>
            </w:r>
          </w:p>
        </w:tc>
        <w:tc>
          <w:tcPr>
            <w:tcW w:w="2160" w:type="dxa"/>
          </w:tcPr>
          <w:p w14:paraId="1D94D461" w14:textId="77777777" w:rsidR="00FA3BEF" w:rsidRPr="00FA3BEF" w:rsidRDefault="00FA3BEF" w:rsidP="00FA3BEF">
            <w:pPr>
              <w:rPr>
                <w:sz w:val="20"/>
                <w:szCs w:val="20"/>
              </w:rPr>
            </w:pP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૧૫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ઓગસ્ટ</w:t>
            </w:r>
          </w:p>
        </w:tc>
        <w:tc>
          <w:tcPr>
            <w:tcW w:w="3267" w:type="dxa"/>
          </w:tcPr>
          <w:p w14:paraId="71A45DB5" w14:textId="77777777" w:rsidR="00FA3BEF" w:rsidRPr="00FA3BEF" w:rsidRDefault="00FA3BEF" w:rsidP="00FA3BEF">
            <w:pPr>
              <w:rPr>
                <w:sz w:val="20"/>
                <w:szCs w:val="20"/>
              </w:rPr>
            </w:pP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ધ્વજવંદન</w:t>
            </w:r>
            <w:r w:rsidRPr="00FA3BEF">
              <w:rPr>
                <w:sz w:val="20"/>
                <w:szCs w:val="20"/>
              </w:rPr>
              <w:t xml:space="preserve">,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દેશભક્તિ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ગીત</w:t>
            </w:r>
            <w:r w:rsidRPr="00FA3BEF">
              <w:rPr>
                <w:sz w:val="20"/>
                <w:szCs w:val="20"/>
              </w:rPr>
              <w:t xml:space="preserve">,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વક્તૃત્વ</w:t>
            </w:r>
            <w:r w:rsidRPr="00FA3BEF">
              <w:rPr>
                <w:sz w:val="20"/>
                <w:szCs w:val="20"/>
              </w:rPr>
              <w:t xml:space="preserve"> (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૧૦૦</w:t>
            </w:r>
            <w:r w:rsidRPr="00FA3BEF">
              <w:rPr>
                <w:sz w:val="20"/>
                <w:szCs w:val="20"/>
              </w:rPr>
              <w:t xml:space="preserve">%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ભાગીદારી</w:t>
            </w:r>
            <w:r w:rsidRPr="00FA3BEF">
              <w:rPr>
                <w:sz w:val="20"/>
                <w:szCs w:val="20"/>
              </w:rPr>
              <w:t>)</w:t>
            </w:r>
          </w:p>
        </w:tc>
      </w:tr>
      <w:tr w:rsidR="00FA3BEF" w:rsidRPr="00FA3BEF" w14:paraId="43845D43" w14:textId="77777777" w:rsidTr="00FA3BEF">
        <w:tc>
          <w:tcPr>
            <w:tcW w:w="534" w:type="dxa"/>
          </w:tcPr>
          <w:p w14:paraId="638D8B51" w14:textId="77777777" w:rsidR="00FA3BEF" w:rsidRPr="00FA3BEF" w:rsidRDefault="00FA3BEF" w:rsidP="00FA3BEF">
            <w:pPr>
              <w:rPr>
                <w:sz w:val="20"/>
                <w:szCs w:val="20"/>
              </w:rPr>
            </w:pP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૨</w:t>
            </w:r>
          </w:p>
        </w:tc>
        <w:tc>
          <w:tcPr>
            <w:tcW w:w="3786" w:type="dxa"/>
          </w:tcPr>
          <w:p w14:paraId="48269584" w14:textId="77777777" w:rsidR="00FA3BEF" w:rsidRPr="00FA3BEF" w:rsidRDefault="00FA3BEF" w:rsidP="00FA3BEF">
            <w:pPr>
              <w:rPr>
                <w:sz w:val="20"/>
                <w:szCs w:val="20"/>
              </w:rPr>
            </w:pP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શિક્ષક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દિન</w:t>
            </w:r>
          </w:p>
        </w:tc>
        <w:tc>
          <w:tcPr>
            <w:tcW w:w="2160" w:type="dxa"/>
          </w:tcPr>
          <w:p w14:paraId="0B42C2CC" w14:textId="77777777" w:rsidR="00FA3BEF" w:rsidRPr="00FA3BEF" w:rsidRDefault="00FA3BEF" w:rsidP="00FA3BEF">
            <w:pPr>
              <w:rPr>
                <w:sz w:val="20"/>
                <w:szCs w:val="20"/>
              </w:rPr>
            </w:pP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૫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સપ્ટેમ્બર</w:t>
            </w:r>
          </w:p>
        </w:tc>
        <w:tc>
          <w:tcPr>
            <w:tcW w:w="3267" w:type="dxa"/>
          </w:tcPr>
          <w:p w14:paraId="1B37B76C" w14:textId="77777777" w:rsidR="00FA3BEF" w:rsidRPr="00FA3BEF" w:rsidRDefault="00FA3BEF" w:rsidP="00FA3BEF">
            <w:pPr>
              <w:rPr>
                <w:sz w:val="20"/>
                <w:szCs w:val="20"/>
              </w:rPr>
            </w:pP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વિદ્યાર્થીઓ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દ્વારા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શિક્ષણ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કાર્ય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સાંસ્કૃતિક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રજૂઆત</w:t>
            </w:r>
          </w:p>
        </w:tc>
      </w:tr>
      <w:tr w:rsidR="00FA3BEF" w:rsidRPr="00FA3BEF" w14:paraId="490C8CCD" w14:textId="77777777" w:rsidTr="00FA3BEF">
        <w:tc>
          <w:tcPr>
            <w:tcW w:w="534" w:type="dxa"/>
          </w:tcPr>
          <w:p w14:paraId="47FAA191" w14:textId="77777777" w:rsidR="00FA3BEF" w:rsidRPr="00FA3BEF" w:rsidRDefault="00FA3BEF" w:rsidP="00FA3BEF">
            <w:pPr>
              <w:rPr>
                <w:sz w:val="20"/>
                <w:szCs w:val="20"/>
              </w:rPr>
            </w:pP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૩</w:t>
            </w:r>
          </w:p>
        </w:tc>
        <w:tc>
          <w:tcPr>
            <w:tcW w:w="3786" w:type="dxa"/>
          </w:tcPr>
          <w:p w14:paraId="7515036D" w14:textId="77777777" w:rsidR="00FA3BEF" w:rsidRPr="00FA3BEF" w:rsidRDefault="00FA3BEF" w:rsidP="00FA3BEF">
            <w:pPr>
              <w:rPr>
                <w:sz w:val="20"/>
                <w:szCs w:val="20"/>
              </w:rPr>
            </w:pP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ગાંધી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જયંતિ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સ્વચ્છતા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અભિયાન</w:t>
            </w:r>
          </w:p>
        </w:tc>
        <w:tc>
          <w:tcPr>
            <w:tcW w:w="2160" w:type="dxa"/>
          </w:tcPr>
          <w:p w14:paraId="42315EF0" w14:textId="77777777" w:rsidR="00FA3BEF" w:rsidRPr="00FA3BEF" w:rsidRDefault="00FA3BEF" w:rsidP="00FA3BEF">
            <w:pPr>
              <w:rPr>
                <w:sz w:val="20"/>
                <w:szCs w:val="20"/>
              </w:rPr>
            </w:pP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૨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ઓક્ટોબર</w:t>
            </w:r>
          </w:p>
        </w:tc>
        <w:tc>
          <w:tcPr>
            <w:tcW w:w="3267" w:type="dxa"/>
          </w:tcPr>
          <w:p w14:paraId="7B13FE37" w14:textId="77777777" w:rsidR="00FA3BEF" w:rsidRPr="00FA3BEF" w:rsidRDefault="00FA3BEF" w:rsidP="00FA3BEF">
            <w:pPr>
              <w:rPr>
                <w:sz w:val="20"/>
                <w:szCs w:val="20"/>
              </w:rPr>
            </w:pP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શાળા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સફાઈ</w:t>
            </w:r>
            <w:r w:rsidRPr="00FA3BEF">
              <w:rPr>
                <w:sz w:val="20"/>
                <w:szCs w:val="20"/>
              </w:rPr>
              <w:t xml:space="preserve">,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પ્રભાતફેરી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નિબંધ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સ્પર્ધા</w:t>
            </w:r>
          </w:p>
        </w:tc>
      </w:tr>
      <w:tr w:rsidR="00FA3BEF" w:rsidRPr="00FA3BEF" w14:paraId="0AE1BAA7" w14:textId="77777777" w:rsidTr="00FA3BEF">
        <w:tc>
          <w:tcPr>
            <w:tcW w:w="534" w:type="dxa"/>
          </w:tcPr>
          <w:p w14:paraId="01826207" w14:textId="77777777" w:rsidR="00FA3BEF" w:rsidRPr="00FA3BEF" w:rsidRDefault="00FA3BEF" w:rsidP="00FA3BEF">
            <w:pPr>
              <w:rPr>
                <w:sz w:val="20"/>
                <w:szCs w:val="20"/>
              </w:rPr>
            </w:pP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૪</w:t>
            </w:r>
          </w:p>
        </w:tc>
        <w:tc>
          <w:tcPr>
            <w:tcW w:w="3786" w:type="dxa"/>
          </w:tcPr>
          <w:p w14:paraId="01F759F3" w14:textId="77777777" w:rsidR="00FA3BEF" w:rsidRPr="00FA3BEF" w:rsidRDefault="00FA3BEF" w:rsidP="00FA3BEF">
            <w:pPr>
              <w:rPr>
                <w:sz w:val="20"/>
                <w:szCs w:val="20"/>
              </w:rPr>
            </w:pP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બાળ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દિવસ</w:t>
            </w:r>
          </w:p>
        </w:tc>
        <w:tc>
          <w:tcPr>
            <w:tcW w:w="2160" w:type="dxa"/>
          </w:tcPr>
          <w:p w14:paraId="0942639F" w14:textId="77777777" w:rsidR="00FA3BEF" w:rsidRPr="00FA3BEF" w:rsidRDefault="00FA3BEF" w:rsidP="00FA3BEF">
            <w:pPr>
              <w:rPr>
                <w:sz w:val="20"/>
                <w:szCs w:val="20"/>
              </w:rPr>
            </w:pP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૧૪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નવેમ્બર</w:t>
            </w:r>
          </w:p>
        </w:tc>
        <w:tc>
          <w:tcPr>
            <w:tcW w:w="3267" w:type="dxa"/>
          </w:tcPr>
          <w:p w14:paraId="52F48D68" w14:textId="77777777" w:rsidR="00FA3BEF" w:rsidRPr="00FA3BEF" w:rsidRDefault="00FA3BEF" w:rsidP="00FA3BEF">
            <w:pPr>
              <w:rPr>
                <w:sz w:val="20"/>
                <w:szCs w:val="20"/>
              </w:rPr>
            </w:pP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રમતગમત</w:t>
            </w:r>
            <w:r w:rsidRPr="00FA3BEF">
              <w:rPr>
                <w:sz w:val="20"/>
                <w:szCs w:val="20"/>
              </w:rPr>
              <w:t xml:space="preserve">,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ક્વિઝ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મનોરંજક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પ્રવૃત્તિઓ</w:t>
            </w:r>
          </w:p>
        </w:tc>
      </w:tr>
      <w:tr w:rsidR="00FA3BEF" w:rsidRPr="00FA3BEF" w14:paraId="6F765CA4" w14:textId="77777777" w:rsidTr="00FA3BEF">
        <w:tc>
          <w:tcPr>
            <w:tcW w:w="534" w:type="dxa"/>
          </w:tcPr>
          <w:p w14:paraId="10C25A4F" w14:textId="77777777" w:rsidR="00FA3BEF" w:rsidRPr="00FA3BEF" w:rsidRDefault="00FA3BEF" w:rsidP="00FA3BEF">
            <w:pPr>
              <w:rPr>
                <w:sz w:val="20"/>
                <w:szCs w:val="20"/>
              </w:rPr>
            </w:pP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૫</w:t>
            </w:r>
          </w:p>
        </w:tc>
        <w:tc>
          <w:tcPr>
            <w:tcW w:w="3786" w:type="dxa"/>
          </w:tcPr>
          <w:p w14:paraId="0B0F40AD" w14:textId="77777777" w:rsidR="00FA3BEF" w:rsidRPr="00FA3BEF" w:rsidRDefault="00FA3BEF" w:rsidP="00FA3BEF">
            <w:pPr>
              <w:rPr>
                <w:sz w:val="20"/>
                <w:szCs w:val="20"/>
              </w:rPr>
            </w:pP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વાર્ષિકોત્સવ</w:t>
            </w:r>
            <w:r w:rsidRPr="00FA3BEF">
              <w:rPr>
                <w:sz w:val="20"/>
                <w:szCs w:val="20"/>
              </w:rPr>
              <w:t xml:space="preserve"> /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કલા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ઉત્સવ</w:t>
            </w:r>
          </w:p>
        </w:tc>
        <w:tc>
          <w:tcPr>
            <w:tcW w:w="2160" w:type="dxa"/>
          </w:tcPr>
          <w:p w14:paraId="6330D442" w14:textId="77777777" w:rsidR="00FA3BEF" w:rsidRPr="00FA3BEF" w:rsidRDefault="00FA3BEF" w:rsidP="00FA3BEF">
            <w:pPr>
              <w:rPr>
                <w:sz w:val="20"/>
                <w:szCs w:val="20"/>
              </w:rPr>
            </w:pP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વાર્ષિક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સત્ર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દરમિયાન</w:t>
            </w:r>
          </w:p>
        </w:tc>
        <w:tc>
          <w:tcPr>
            <w:tcW w:w="3267" w:type="dxa"/>
          </w:tcPr>
          <w:p w14:paraId="634BD6A5" w14:textId="77777777" w:rsidR="00FA3BEF" w:rsidRPr="00FA3BEF" w:rsidRDefault="00FA3BEF" w:rsidP="00FA3BEF">
            <w:pPr>
              <w:rPr>
                <w:sz w:val="20"/>
                <w:szCs w:val="20"/>
              </w:rPr>
            </w:pP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નાટક</w:t>
            </w:r>
            <w:r w:rsidRPr="00FA3BEF">
              <w:rPr>
                <w:sz w:val="20"/>
                <w:szCs w:val="20"/>
              </w:rPr>
              <w:t xml:space="preserve">,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નૃત્ય</w:t>
            </w:r>
            <w:r w:rsidRPr="00FA3BEF">
              <w:rPr>
                <w:sz w:val="20"/>
                <w:szCs w:val="20"/>
              </w:rPr>
              <w:t xml:space="preserve">,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ગરબા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હસ્તકળા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પ્રદર્શન</w:t>
            </w:r>
          </w:p>
        </w:tc>
      </w:tr>
    </w:tbl>
    <w:p w14:paraId="2ACD0494" w14:textId="77777777" w:rsidR="00FA3BEF" w:rsidRPr="00FA3BEF" w:rsidRDefault="00FA3BEF" w:rsidP="00FA3BEF">
      <w:pPr>
        <w:spacing w:after="0" w:line="240" w:lineRule="auto"/>
        <w:rPr>
          <w:sz w:val="20"/>
          <w:szCs w:val="20"/>
        </w:rPr>
      </w:pPr>
      <w:r w:rsidRPr="00FA3BEF">
        <w:rPr>
          <w:rFonts w:cs="Shruti"/>
          <w:b/>
          <w:bCs/>
          <w:sz w:val="20"/>
          <w:szCs w:val="20"/>
          <w:cs/>
          <w:lang w:bidi="gu-IN"/>
        </w:rPr>
        <w:t>નિષ્કર્ષ</w:t>
      </w:r>
      <w:r w:rsidRPr="00FA3BEF">
        <w:rPr>
          <w:b/>
          <w:sz w:val="20"/>
          <w:szCs w:val="20"/>
        </w:rPr>
        <w:t xml:space="preserve">: </w:t>
      </w:r>
      <w:r w:rsidRPr="00FA3BEF">
        <w:rPr>
          <w:rFonts w:cs="Shruti"/>
          <w:b/>
          <w:bCs/>
          <w:sz w:val="20"/>
          <w:szCs w:val="20"/>
          <w:cs/>
          <w:lang w:bidi="gu-IN"/>
        </w:rPr>
        <w:t>રાષ્ટ્રીય</w:t>
      </w:r>
      <w:r w:rsidRPr="00FA3BEF">
        <w:rPr>
          <w:b/>
          <w:sz w:val="20"/>
          <w:szCs w:val="20"/>
        </w:rPr>
        <w:t xml:space="preserve"> </w:t>
      </w:r>
      <w:r w:rsidRPr="00FA3BEF">
        <w:rPr>
          <w:rFonts w:cs="Shruti"/>
          <w:b/>
          <w:bCs/>
          <w:sz w:val="20"/>
          <w:szCs w:val="20"/>
          <w:cs/>
          <w:lang w:bidi="gu-IN"/>
        </w:rPr>
        <w:t>અને</w:t>
      </w:r>
      <w:r w:rsidRPr="00FA3BEF">
        <w:rPr>
          <w:b/>
          <w:sz w:val="20"/>
          <w:szCs w:val="20"/>
        </w:rPr>
        <w:t xml:space="preserve"> </w:t>
      </w:r>
      <w:r w:rsidRPr="00FA3BEF">
        <w:rPr>
          <w:rFonts w:cs="Shruti"/>
          <w:b/>
          <w:bCs/>
          <w:sz w:val="20"/>
          <w:szCs w:val="20"/>
          <w:cs/>
          <w:lang w:bidi="gu-IN"/>
        </w:rPr>
        <w:t>સાંસ્કૃતિક</w:t>
      </w:r>
      <w:r w:rsidRPr="00FA3BEF">
        <w:rPr>
          <w:b/>
          <w:sz w:val="20"/>
          <w:szCs w:val="20"/>
        </w:rPr>
        <w:t xml:space="preserve"> </w:t>
      </w:r>
      <w:r w:rsidRPr="00FA3BEF">
        <w:rPr>
          <w:rFonts w:cs="Shruti"/>
          <w:b/>
          <w:bCs/>
          <w:sz w:val="20"/>
          <w:szCs w:val="20"/>
          <w:cs/>
          <w:lang w:bidi="gu-IN"/>
        </w:rPr>
        <w:t>પ્રવૃત્તિઓમાં</w:t>
      </w:r>
      <w:r w:rsidRPr="00FA3BEF">
        <w:rPr>
          <w:b/>
          <w:sz w:val="20"/>
          <w:szCs w:val="20"/>
        </w:rPr>
        <w:t xml:space="preserve"> </w:t>
      </w:r>
      <w:r w:rsidRPr="00FA3BEF">
        <w:rPr>
          <w:rFonts w:cs="Shruti"/>
          <w:b/>
          <w:bCs/>
          <w:sz w:val="20"/>
          <w:szCs w:val="20"/>
          <w:cs/>
          <w:lang w:bidi="gu-IN"/>
        </w:rPr>
        <w:t>વિદ્યાર્થીઓની</w:t>
      </w:r>
      <w:r w:rsidRPr="00FA3BEF">
        <w:rPr>
          <w:b/>
          <w:sz w:val="20"/>
          <w:szCs w:val="20"/>
        </w:rPr>
        <w:t xml:space="preserve"> </w:t>
      </w:r>
      <w:r w:rsidRPr="00FA3BEF">
        <w:rPr>
          <w:rFonts w:cs="Shruti"/>
          <w:b/>
          <w:bCs/>
          <w:sz w:val="20"/>
          <w:szCs w:val="20"/>
          <w:cs/>
          <w:lang w:bidi="gu-IN"/>
        </w:rPr>
        <w:t>આ</w:t>
      </w:r>
      <w:r w:rsidRPr="00FA3BEF">
        <w:rPr>
          <w:b/>
          <w:sz w:val="20"/>
          <w:szCs w:val="20"/>
        </w:rPr>
        <w:t xml:space="preserve"> </w:t>
      </w:r>
      <w:r w:rsidRPr="00FA3BEF">
        <w:rPr>
          <w:rFonts w:cs="Shruti"/>
          <w:b/>
          <w:bCs/>
          <w:sz w:val="20"/>
          <w:szCs w:val="20"/>
          <w:cs/>
          <w:lang w:bidi="gu-IN"/>
        </w:rPr>
        <w:t>સક્રિય</w:t>
      </w:r>
      <w:r w:rsidRPr="00FA3BEF">
        <w:rPr>
          <w:b/>
          <w:sz w:val="20"/>
          <w:szCs w:val="20"/>
        </w:rPr>
        <w:t xml:space="preserve"> </w:t>
      </w:r>
      <w:r w:rsidRPr="00FA3BEF">
        <w:rPr>
          <w:rFonts w:cs="Shruti"/>
          <w:b/>
          <w:bCs/>
          <w:sz w:val="20"/>
          <w:szCs w:val="20"/>
          <w:cs/>
          <w:lang w:bidi="gu-IN"/>
        </w:rPr>
        <w:t>ભાગીદારીના</w:t>
      </w:r>
      <w:r w:rsidRPr="00FA3BEF">
        <w:rPr>
          <w:b/>
          <w:sz w:val="20"/>
          <w:szCs w:val="20"/>
        </w:rPr>
        <w:t xml:space="preserve"> </w:t>
      </w:r>
      <w:r w:rsidRPr="00FA3BEF">
        <w:rPr>
          <w:rFonts w:cs="Shruti"/>
          <w:b/>
          <w:bCs/>
          <w:sz w:val="20"/>
          <w:szCs w:val="20"/>
          <w:cs/>
          <w:lang w:bidi="gu-IN"/>
        </w:rPr>
        <w:t>કારણે</w:t>
      </w:r>
      <w:r w:rsidRPr="00FA3BEF">
        <w:rPr>
          <w:b/>
          <w:sz w:val="20"/>
          <w:szCs w:val="20"/>
        </w:rPr>
        <w:t xml:space="preserve"> </w:t>
      </w:r>
      <w:r w:rsidRPr="00FA3BEF">
        <w:rPr>
          <w:rFonts w:cs="Shruti"/>
          <w:b/>
          <w:bCs/>
          <w:sz w:val="20"/>
          <w:szCs w:val="20"/>
          <w:cs/>
          <w:lang w:bidi="gu-IN"/>
        </w:rPr>
        <w:t>તેમનામાં</w:t>
      </w:r>
      <w:r w:rsidRPr="00FA3BEF">
        <w:rPr>
          <w:b/>
          <w:sz w:val="20"/>
          <w:szCs w:val="20"/>
        </w:rPr>
        <w:t xml:space="preserve"> </w:t>
      </w:r>
      <w:r w:rsidRPr="00FA3BEF">
        <w:rPr>
          <w:rFonts w:cs="Shruti"/>
          <w:b/>
          <w:bCs/>
          <w:sz w:val="20"/>
          <w:szCs w:val="20"/>
          <w:cs/>
          <w:lang w:bidi="gu-IN"/>
        </w:rPr>
        <w:t>રાષ્ટ્રપ્રેમ</w:t>
      </w:r>
      <w:r w:rsidRPr="00FA3BEF">
        <w:rPr>
          <w:b/>
          <w:sz w:val="20"/>
          <w:szCs w:val="20"/>
        </w:rPr>
        <w:t xml:space="preserve">, </w:t>
      </w:r>
      <w:r w:rsidRPr="00FA3BEF">
        <w:rPr>
          <w:rFonts w:cs="Shruti"/>
          <w:b/>
          <w:bCs/>
          <w:sz w:val="20"/>
          <w:szCs w:val="20"/>
          <w:cs/>
          <w:lang w:bidi="gu-IN"/>
        </w:rPr>
        <w:t>શિસ્ત</w:t>
      </w:r>
      <w:r w:rsidRPr="00FA3BEF">
        <w:rPr>
          <w:b/>
          <w:sz w:val="20"/>
          <w:szCs w:val="20"/>
        </w:rPr>
        <w:t xml:space="preserve">, </w:t>
      </w:r>
      <w:r w:rsidRPr="00FA3BEF">
        <w:rPr>
          <w:rFonts w:cs="Shruti"/>
          <w:b/>
          <w:bCs/>
          <w:sz w:val="20"/>
          <w:szCs w:val="20"/>
          <w:cs/>
          <w:lang w:bidi="gu-IN"/>
        </w:rPr>
        <w:t>સામાજિક</w:t>
      </w:r>
      <w:r w:rsidRPr="00FA3BEF">
        <w:rPr>
          <w:b/>
          <w:sz w:val="20"/>
          <w:szCs w:val="20"/>
        </w:rPr>
        <w:t xml:space="preserve"> </w:t>
      </w:r>
      <w:r w:rsidRPr="00FA3BEF">
        <w:rPr>
          <w:rFonts w:cs="Shruti"/>
          <w:b/>
          <w:bCs/>
          <w:sz w:val="20"/>
          <w:szCs w:val="20"/>
          <w:cs/>
          <w:lang w:bidi="gu-IN"/>
        </w:rPr>
        <w:t>સદભાવ</w:t>
      </w:r>
      <w:r w:rsidRPr="00FA3BEF">
        <w:rPr>
          <w:b/>
          <w:sz w:val="20"/>
          <w:szCs w:val="20"/>
        </w:rPr>
        <w:t xml:space="preserve"> </w:t>
      </w:r>
      <w:r w:rsidRPr="00FA3BEF">
        <w:rPr>
          <w:rFonts w:cs="Shruti"/>
          <w:b/>
          <w:bCs/>
          <w:sz w:val="20"/>
          <w:szCs w:val="20"/>
          <w:cs/>
          <w:lang w:bidi="gu-IN"/>
        </w:rPr>
        <w:t>અને</w:t>
      </w:r>
      <w:r w:rsidRPr="00FA3BEF">
        <w:rPr>
          <w:b/>
          <w:sz w:val="20"/>
          <w:szCs w:val="20"/>
        </w:rPr>
        <w:t xml:space="preserve"> </w:t>
      </w:r>
      <w:r w:rsidRPr="00FA3BEF">
        <w:rPr>
          <w:rFonts w:cs="Shruti"/>
          <w:b/>
          <w:bCs/>
          <w:sz w:val="20"/>
          <w:szCs w:val="20"/>
          <w:cs/>
          <w:lang w:bidi="gu-IN"/>
        </w:rPr>
        <w:t>નેતૃત્વ</w:t>
      </w:r>
      <w:r w:rsidRPr="00FA3BEF">
        <w:rPr>
          <w:b/>
          <w:sz w:val="20"/>
          <w:szCs w:val="20"/>
        </w:rPr>
        <w:t xml:space="preserve"> </w:t>
      </w:r>
      <w:r w:rsidRPr="00FA3BEF">
        <w:rPr>
          <w:rFonts w:cs="Shruti"/>
          <w:b/>
          <w:bCs/>
          <w:sz w:val="20"/>
          <w:szCs w:val="20"/>
          <w:cs/>
          <w:lang w:bidi="gu-IN"/>
        </w:rPr>
        <w:t>ગુણોનો</w:t>
      </w:r>
      <w:r w:rsidRPr="00FA3BEF">
        <w:rPr>
          <w:b/>
          <w:sz w:val="20"/>
          <w:szCs w:val="20"/>
        </w:rPr>
        <w:t xml:space="preserve"> </w:t>
      </w:r>
      <w:r w:rsidRPr="00FA3BEF">
        <w:rPr>
          <w:rFonts w:cs="Shruti"/>
          <w:b/>
          <w:bCs/>
          <w:sz w:val="20"/>
          <w:szCs w:val="20"/>
          <w:cs/>
          <w:lang w:bidi="gu-IN"/>
        </w:rPr>
        <w:t>ઉત્તમ</w:t>
      </w:r>
      <w:r w:rsidRPr="00FA3BEF">
        <w:rPr>
          <w:b/>
          <w:sz w:val="20"/>
          <w:szCs w:val="20"/>
        </w:rPr>
        <w:t xml:space="preserve"> </w:t>
      </w:r>
      <w:r w:rsidRPr="00FA3BEF">
        <w:rPr>
          <w:rFonts w:cs="Shruti"/>
          <w:b/>
          <w:bCs/>
          <w:sz w:val="20"/>
          <w:szCs w:val="20"/>
          <w:cs/>
          <w:lang w:bidi="gu-IN"/>
        </w:rPr>
        <w:t>વિકાસ</w:t>
      </w:r>
      <w:r w:rsidRPr="00FA3BEF">
        <w:rPr>
          <w:b/>
          <w:sz w:val="20"/>
          <w:szCs w:val="20"/>
        </w:rPr>
        <w:t xml:space="preserve"> </w:t>
      </w:r>
      <w:r w:rsidRPr="00FA3BEF">
        <w:rPr>
          <w:rFonts w:cs="Shruti"/>
          <w:b/>
          <w:bCs/>
          <w:sz w:val="20"/>
          <w:szCs w:val="20"/>
          <w:cs/>
          <w:lang w:bidi="gu-IN"/>
        </w:rPr>
        <w:t>થયો</w:t>
      </w:r>
      <w:r w:rsidRPr="00FA3BEF">
        <w:rPr>
          <w:b/>
          <w:sz w:val="20"/>
          <w:szCs w:val="20"/>
        </w:rPr>
        <w:t xml:space="preserve"> </w:t>
      </w:r>
      <w:r w:rsidRPr="00FA3BEF">
        <w:rPr>
          <w:rFonts w:cs="Shruti"/>
          <w:b/>
          <w:bCs/>
          <w:sz w:val="20"/>
          <w:szCs w:val="20"/>
          <w:cs/>
          <w:lang w:bidi="gu-IN"/>
        </w:rPr>
        <w:t>છે</w:t>
      </w:r>
      <w:r w:rsidRPr="00FA3BEF">
        <w:rPr>
          <w:b/>
          <w:sz w:val="20"/>
          <w:szCs w:val="20"/>
        </w:rPr>
        <w:t>.</w:t>
      </w:r>
      <w:r w:rsidRPr="00FA3BEF">
        <w:rPr>
          <w:sz w:val="20"/>
          <w:szCs w:val="20"/>
        </w:rP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FA3BEF" w:rsidRPr="00FA3BEF" w14:paraId="4734F160" w14:textId="77777777" w:rsidTr="002B042A">
        <w:tc>
          <w:tcPr>
            <w:tcW w:w="4320" w:type="dxa"/>
          </w:tcPr>
          <w:p w14:paraId="16356521" w14:textId="77777777" w:rsidR="00FA3BEF" w:rsidRPr="00FA3BEF" w:rsidRDefault="00FA3BEF" w:rsidP="00FA3BEF">
            <w:pPr>
              <w:spacing w:after="0" w:line="240" w:lineRule="auto"/>
              <w:rPr>
                <w:sz w:val="20"/>
                <w:szCs w:val="20"/>
              </w:rPr>
            </w:pP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સાંસ્કૃતિક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પ્રવૃત્તિ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ઇન્ચાર્જની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સહી</w:t>
            </w:r>
            <w:r w:rsidRPr="00FA3BEF">
              <w:rPr>
                <w:sz w:val="20"/>
                <w:szCs w:val="20"/>
              </w:rPr>
              <w:br/>
            </w:r>
            <w:r w:rsidRPr="00FA3BEF">
              <w:rPr>
                <w:sz w:val="20"/>
                <w:szCs w:val="20"/>
              </w:rPr>
              <w:br/>
              <w:t>______________________</w:t>
            </w:r>
          </w:p>
        </w:tc>
        <w:tc>
          <w:tcPr>
            <w:tcW w:w="4320" w:type="dxa"/>
          </w:tcPr>
          <w:p w14:paraId="197561C8" w14:textId="77777777" w:rsidR="00FA3BEF" w:rsidRPr="00FA3BEF" w:rsidRDefault="00FA3BEF" w:rsidP="00FA3BEF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આચાર્યશ્રીની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સહી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સિક્કો</w:t>
            </w:r>
            <w:r w:rsidRPr="00FA3BEF">
              <w:rPr>
                <w:sz w:val="20"/>
                <w:szCs w:val="20"/>
              </w:rPr>
              <w:br/>
            </w:r>
            <w:r w:rsidRPr="00FA3BEF">
              <w:rPr>
                <w:sz w:val="20"/>
                <w:szCs w:val="20"/>
              </w:rPr>
              <w:br/>
            </w:r>
          </w:p>
        </w:tc>
      </w:tr>
    </w:tbl>
    <w:p w14:paraId="2D6F5F5A" w14:textId="77777777" w:rsidR="00162772" w:rsidRDefault="00162772" w:rsidP="006A36B0">
      <w:pPr>
        <w:spacing w:after="0" w:line="240" w:lineRule="auto"/>
        <w:rPr>
          <w:rFonts w:cs="Shruti"/>
          <w:sz w:val="28"/>
          <w:szCs w:val="28"/>
          <w:u w:val="single"/>
          <w:lang w:bidi="gu-IN"/>
        </w:rPr>
      </w:pPr>
    </w:p>
    <w:p w14:paraId="44F9A73A" w14:textId="577D8069" w:rsidR="002E5B96" w:rsidRDefault="002546D1" w:rsidP="00521B9B">
      <w:pPr>
        <w:spacing w:after="0" w:line="240" w:lineRule="auto"/>
        <w:rPr>
          <w:rFonts w:cs="Shruti"/>
          <w:b/>
          <w:u w:val="single"/>
          <w:lang w:val="en-IN" w:bidi="gu-IN"/>
        </w:rPr>
      </w:pPr>
      <w:r>
        <w:rPr>
          <w:rFonts w:cs="Shruti" w:hint="cs"/>
          <w:sz w:val="28"/>
          <w:szCs w:val="28"/>
          <w:u w:val="single"/>
          <w:cs/>
          <w:lang w:bidi="gu-IN"/>
        </w:rPr>
        <w:lastRenderedPageBreak/>
        <w:t>ઢાંકણ્રીયાવાસ પ્રાથમિક શાળા તા- લાખણી જિલ્લો - વાવ-થરાદ ડાયસ કોડ: 24021300207</w:t>
      </w:r>
    </w:p>
    <w:p w14:paraId="4AAFDC0B" w14:textId="4E5F9C3D" w:rsidR="00FA3BEF" w:rsidRPr="00FA3BEF" w:rsidRDefault="00FA3BEF" w:rsidP="00FA3BEF">
      <w:pPr>
        <w:tabs>
          <w:tab w:val="left" w:pos="2835"/>
        </w:tabs>
        <w:spacing w:line="240" w:lineRule="auto"/>
        <w:rPr>
          <w:rFonts w:cs="Shruti"/>
          <w:b/>
          <w:u w:val="single"/>
          <w:lang w:bidi="gu-IN"/>
        </w:rPr>
      </w:pPr>
      <w:r>
        <w:rPr>
          <w:b/>
        </w:rPr>
        <w:br/>
      </w:r>
    </w:p>
    <w:p w14:paraId="57998130" w14:textId="77777777" w:rsidR="00FA3BEF" w:rsidRDefault="00FA3BEF" w:rsidP="00FA3BEF">
      <w:pPr>
        <w:pStyle w:val="Heading1"/>
      </w:pPr>
      <w:r>
        <w:rPr>
          <w:rFonts w:cs="Shruti"/>
          <w:cs/>
          <w:lang w:bidi="gu-IN"/>
        </w:rPr>
        <w:t>શાળામાં</w:t>
      </w:r>
      <w:r>
        <w:t xml:space="preserve"> </w:t>
      </w:r>
      <w:r>
        <w:rPr>
          <w:rFonts w:cs="Shruti"/>
          <w:cs/>
          <w:lang w:bidi="gu-IN"/>
        </w:rPr>
        <w:t>થતી</w:t>
      </w:r>
      <w:r>
        <w:t xml:space="preserve"> </w:t>
      </w:r>
      <w:r>
        <w:rPr>
          <w:rFonts w:cs="Shruti"/>
          <w:cs/>
          <w:lang w:bidi="gu-IN"/>
        </w:rPr>
        <w:t>મૂલ્યલક્ષી</w:t>
      </w:r>
      <w:r>
        <w:t xml:space="preserve"> </w:t>
      </w:r>
      <w:r>
        <w:rPr>
          <w:rFonts w:cs="Shruti"/>
          <w:cs/>
          <w:lang w:bidi="gu-IN"/>
        </w:rPr>
        <w:t>પ્રવૃત્તિઓનો</w:t>
      </w:r>
      <w:r>
        <w:t xml:space="preserve"> </w:t>
      </w:r>
      <w:r>
        <w:rPr>
          <w:rFonts w:cs="Shruti"/>
          <w:cs/>
          <w:lang w:bidi="gu-IN"/>
        </w:rPr>
        <w:t>અહેવાલ</w:t>
      </w:r>
      <w:r>
        <w:t xml:space="preserve"> (Value Education Report)</w:t>
      </w:r>
    </w:p>
    <w:p w14:paraId="36FDFD8F" w14:textId="08A770D2" w:rsidR="00FA3BEF" w:rsidRPr="00FA3BEF" w:rsidRDefault="00FA3BEF" w:rsidP="00FA3BEF">
      <w:pPr>
        <w:spacing w:line="240" w:lineRule="auto"/>
        <w:rPr>
          <w:rFonts w:cs="Shruti"/>
          <w:sz w:val="20"/>
          <w:szCs w:val="20"/>
          <w:lang w:bidi="gu-IN"/>
        </w:rPr>
      </w:pPr>
      <w:r w:rsidRPr="00FA3BEF">
        <w:rPr>
          <w:rFonts w:cs="Shruti"/>
          <w:sz w:val="20"/>
          <w:szCs w:val="20"/>
          <w:cs/>
          <w:lang w:bidi="gu-IN"/>
        </w:rPr>
        <w:t>ગુણોત્સવ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૨</w:t>
      </w:r>
      <w:r w:rsidRPr="00FA3BEF">
        <w:rPr>
          <w:sz w:val="20"/>
          <w:szCs w:val="20"/>
        </w:rPr>
        <w:t>.</w:t>
      </w:r>
      <w:r w:rsidRPr="00FA3BEF">
        <w:rPr>
          <w:rFonts w:cs="Shruti"/>
          <w:sz w:val="20"/>
          <w:szCs w:val="20"/>
          <w:cs/>
          <w:lang w:bidi="gu-IN"/>
        </w:rPr>
        <w:t>૦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ના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માપદંડો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અને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રાષ્ટ્રીય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શિક્ષણ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નીતિ</w:t>
      </w:r>
      <w:r w:rsidRPr="00FA3BEF">
        <w:rPr>
          <w:sz w:val="20"/>
          <w:szCs w:val="20"/>
        </w:rPr>
        <w:t xml:space="preserve"> (NEP-2020) </w:t>
      </w:r>
      <w:r w:rsidRPr="00FA3BEF">
        <w:rPr>
          <w:rFonts w:cs="Shruti"/>
          <w:sz w:val="20"/>
          <w:szCs w:val="20"/>
          <w:cs/>
          <w:lang w:bidi="gu-IN"/>
        </w:rPr>
        <w:t>અંતર્ગત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વિદ્યાર્થીઓમાં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નૈતિક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મૂલ્યો</w:t>
      </w:r>
      <w:r w:rsidRPr="00FA3BEF">
        <w:rPr>
          <w:sz w:val="20"/>
          <w:szCs w:val="20"/>
        </w:rPr>
        <w:t xml:space="preserve">, </w:t>
      </w:r>
      <w:r w:rsidRPr="00FA3BEF">
        <w:rPr>
          <w:rFonts w:cs="Shruti"/>
          <w:sz w:val="20"/>
          <w:szCs w:val="20"/>
          <w:cs/>
          <w:lang w:bidi="gu-IN"/>
        </w:rPr>
        <w:t>સંસ્કારો</w:t>
      </w:r>
      <w:r w:rsidRPr="00FA3BEF">
        <w:rPr>
          <w:sz w:val="20"/>
          <w:szCs w:val="20"/>
        </w:rPr>
        <w:t xml:space="preserve">, </w:t>
      </w:r>
      <w:r w:rsidRPr="00FA3BEF">
        <w:rPr>
          <w:rFonts w:cs="Shruti"/>
          <w:sz w:val="20"/>
          <w:szCs w:val="20"/>
          <w:cs/>
          <w:lang w:bidi="gu-IN"/>
        </w:rPr>
        <w:t>સામાજિક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જવાબદારી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અને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માનવીય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ગુણોનો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વિકાસ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કરવા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માટે</w:t>
      </w:r>
      <w:r w:rsidR="00AD7629" w:rsidRPr="00FA3BEF">
        <w:rPr>
          <w:sz w:val="20"/>
          <w:szCs w:val="20"/>
        </w:rPr>
        <w:t xml:space="preserve"> </w:t>
      </w:r>
      <w:r w:rsidR="008E13CA">
        <w:rPr>
          <w:rFonts w:cs="Shruti" w:hint="cs"/>
          <w:sz w:val="18"/>
          <w:szCs w:val="18"/>
          <w:cs/>
          <w:lang w:bidi="gu-IN"/>
        </w:rPr>
        <w:t xml:space="preserve">ઢાંકણ્રીયાવાસ પ્રાથમિક શાળા </w:t>
      </w:r>
      <w:r w:rsidRPr="00FA3BEF">
        <w:rPr>
          <w:rFonts w:cs="Shruti"/>
          <w:sz w:val="20"/>
          <w:szCs w:val="20"/>
          <w:cs/>
          <w:lang w:bidi="gu-IN"/>
        </w:rPr>
        <w:t>માં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વિવિધ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મૂલ્યલક્ષી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પ્રવૃત્તિઓનું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આયોજન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કરવામાં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આવે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છે</w:t>
      </w:r>
      <w:r w:rsidRPr="00FA3BEF">
        <w:rPr>
          <w:sz w:val="20"/>
          <w:szCs w:val="20"/>
        </w:rPr>
        <w:t xml:space="preserve">. </w:t>
      </w:r>
      <w:r w:rsidRPr="00FA3BEF">
        <w:rPr>
          <w:rFonts w:cs="Shruti"/>
          <w:sz w:val="20"/>
          <w:szCs w:val="20"/>
          <w:cs/>
          <w:lang w:bidi="gu-IN"/>
        </w:rPr>
        <w:t>વિદ્યાર્થીઓ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માત્ર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પુસ્તકીય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જ્ઞાન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પૂરતા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મર્યાદિત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ન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રહેતા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સારા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નાગરિક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બને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તે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હેતુથી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હાથ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ધરાયેલી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પ્રવૃત્તિઓનો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અહેવાલ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નીચે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મુજબ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છે</w:t>
      </w:r>
      <w:r w:rsidRPr="00FA3BEF">
        <w:rPr>
          <w:sz w:val="20"/>
          <w:szCs w:val="20"/>
        </w:rPr>
        <w:t>:</w:t>
      </w:r>
    </w:p>
    <w:p w14:paraId="48F518BC" w14:textId="77777777" w:rsidR="00FA3BEF" w:rsidRPr="00FA3BEF" w:rsidRDefault="00FA3BEF" w:rsidP="00FA3BEF">
      <w:pPr>
        <w:pStyle w:val="Heading2"/>
        <w:spacing w:line="240" w:lineRule="auto"/>
        <w:rPr>
          <w:sz w:val="20"/>
          <w:szCs w:val="20"/>
        </w:rPr>
      </w:pPr>
      <w:r w:rsidRPr="00FA3BEF">
        <w:rPr>
          <w:rFonts w:cs="Shruti"/>
          <w:sz w:val="20"/>
          <w:szCs w:val="20"/>
          <w:cs/>
          <w:lang w:bidi="gu-IN"/>
        </w:rPr>
        <w:t>૧</w:t>
      </w:r>
      <w:r w:rsidRPr="00FA3BEF">
        <w:rPr>
          <w:sz w:val="20"/>
          <w:szCs w:val="20"/>
        </w:rPr>
        <w:t xml:space="preserve">. </w:t>
      </w:r>
      <w:r w:rsidRPr="00FA3BEF">
        <w:rPr>
          <w:rFonts w:cs="Shruti"/>
          <w:sz w:val="20"/>
          <w:szCs w:val="20"/>
          <w:cs/>
          <w:lang w:bidi="gu-IN"/>
        </w:rPr>
        <w:t>શાળામાં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યોજાતી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મુખ્ય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મૂલ્યલક્ષી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પ્રવૃત્તિઓ</w:t>
      </w:r>
      <w:r w:rsidRPr="00FA3BEF">
        <w:rPr>
          <w:sz w:val="20"/>
          <w:szCs w:val="20"/>
        </w:rPr>
        <w:t>:</w:t>
      </w:r>
    </w:p>
    <w:p w14:paraId="7DC2D091" w14:textId="77777777" w:rsidR="00FA3BEF" w:rsidRPr="00FA3BEF" w:rsidRDefault="00FA3BEF" w:rsidP="00FA3BEF">
      <w:pPr>
        <w:pStyle w:val="ListBullet"/>
        <w:spacing w:line="240" w:lineRule="auto"/>
        <w:rPr>
          <w:sz w:val="20"/>
          <w:szCs w:val="20"/>
        </w:rPr>
      </w:pPr>
      <w:r w:rsidRPr="00FA3BEF">
        <w:rPr>
          <w:rFonts w:cs="Shruti"/>
          <w:sz w:val="20"/>
          <w:szCs w:val="20"/>
          <w:cs/>
          <w:lang w:bidi="gu-IN"/>
        </w:rPr>
        <w:t>દૈનિક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પ્રાર્થના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સભા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અને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સદવિચારો</w:t>
      </w:r>
      <w:r w:rsidRPr="00FA3BEF">
        <w:rPr>
          <w:sz w:val="20"/>
          <w:szCs w:val="20"/>
        </w:rPr>
        <w:t xml:space="preserve">: </w:t>
      </w:r>
      <w:r w:rsidRPr="00FA3BEF">
        <w:rPr>
          <w:rFonts w:cs="Shruti"/>
          <w:sz w:val="20"/>
          <w:szCs w:val="20"/>
          <w:cs/>
          <w:lang w:bidi="gu-IN"/>
        </w:rPr>
        <w:t>શાળાની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દૈનિક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પ્રાર્થના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સભા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દરમિયાન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પ્રાર્થના</w:t>
      </w:r>
      <w:r w:rsidRPr="00FA3BEF">
        <w:rPr>
          <w:sz w:val="20"/>
          <w:szCs w:val="20"/>
        </w:rPr>
        <w:t xml:space="preserve">, </w:t>
      </w:r>
      <w:r w:rsidRPr="00FA3BEF">
        <w:rPr>
          <w:rFonts w:cs="Shruti"/>
          <w:sz w:val="20"/>
          <w:szCs w:val="20"/>
          <w:cs/>
          <w:lang w:bidi="gu-IN"/>
        </w:rPr>
        <w:t>રાષ્ટ્રગીત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ઉપરાંત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વિદ્યાર્થીઓ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દ્વારા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રોજ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એક</w:t>
      </w:r>
      <w:r w:rsidRPr="00FA3BEF">
        <w:rPr>
          <w:sz w:val="20"/>
          <w:szCs w:val="20"/>
        </w:rPr>
        <w:t xml:space="preserve"> "</w:t>
      </w:r>
      <w:r w:rsidRPr="00FA3BEF">
        <w:rPr>
          <w:rFonts w:cs="Shruti"/>
          <w:sz w:val="20"/>
          <w:szCs w:val="20"/>
          <w:cs/>
          <w:lang w:bidi="gu-IN"/>
        </w:rPr>
        <w:t>સદવિચાર</w:t>
      </w:r>
      <w:r w:rsidRPr="00FA3BEF">
        <w:rPr>
          <w:sz w:val="20"/>
          <w:szCs w:val="20"/>
        </w:rPr>
        <w:t xml:space="preserve">" (Moral Thought) </w:t>
      </w:r>
      <w:r w:rsidRPr="00FA3BEF">
        <w:rPr>
          <w:rFonts w:cs="Shruti"/>
          <w:sz w:val="20"/>
          <w:szCs w:val="20"/>
          <w:cs/>
          <w:lang w:bidi="gu-IN"/>
        </w:rPr>
        <w:t>રજૂ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કરવામાં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આવે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છે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અને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શિક્ષકો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દ્વારા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તેના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પર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ટૂંકું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માર્ગદર્શન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અપાય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છે</w:t>
      </w:r>
      <w:r w:rsidRPr="00FA3BEF">
        <w:rPr>
          <w:sz w:val="20"/>
          <w:szCs w:val="20"/>
        </w:rPr>
        <w:t>.</w:t>
      </w:r>
    </w:p>
    <w:p w14:paraId="35C83693" w14:textId="77777777" w:rsidR="00FA3BEF" w:rsidRPr="00FA3BEF" w:rsidRDefault="00FA3BEF" w:rsidP="00FA3BEF">
      <w:pPr>
        <w:pStyle w:val="ListBullet"/>
        <w:spacing w:line="240" w:lineRule="auto"/>
        <w:rPr>
          <w:sz w:val="20"/>
          <w:szCs w:val="20"/>
        </w:rPr>
      </w:pPr>
      <w:r w:rsidRPr="00FA3BEF">
        <w:rPr>
          <w:rFonts w:cs="Shruti"/>
          <w:sz w:val="20"/>
          <w:szCs w:val="20"/>
          <w:cs/>
          <w:lang w:bidi="gu-IN"/>
        </w:rPr>
        <w:t>નૈતિક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મૂલ્યો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અને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શિસ્ત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શિક્ષણ</w:t>
      </w:r>
      <w:r w:rsidRPr="00FA3BEF">
        <w:rPr>
          <w:sz w:val="20"/>
          <w:szCs w:val="20"/>
        </w:rPr>
        <w:t xml:space="preserve">: </w:t>
      </w:r>
      <w:r w:rsidRPr="00FA3BEF">
        <w:rPr>
          <w:rFonts w:cs="Shruti"/>
          <w:sz w:val="20"/>
          <w:szCs w:val="20"/>
          <w:cs/>
          <w:lang w:bidi="gu-IN"/>
        </w:rPr>
        <w:t>વડીલોનો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આદર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કરવો</w:t>
      </w:r>
      <w:r w:rsidRPr="00FA3BEF">
        <w:rPr>
          <w:sz w:val="20"/>
          <w:szCs w:val="20"/>
        </w:rPr>
        <w:t xml:space="preserve">, </w:t>
      </w:r>
      <w:r w:rsidRPr="00FA3BEF">
        <w:rPr>
          <w:rFonts w:cs="Shruti"/>
          <w:sz w:val="20"/>
          <w:szCs w:val="20"/>
          <w:cs/>
          <w:lang w:bidi="gu-IN"/>
        </w:rPr>
        <w:t>સત્ય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બોલવું</w:t>
      </w:r>
      <w:r w:rsidRPr="00FA3BEF">
        <w:rPr>
          <w:sz w:val="20"/>
          <w:szCs w:val="20"/>
        </w:rPr>
        <w:t xml:space="preserve">, </w:t>
      </w:r>
      <w:r w:rsidRPr="00FA3BEF">
        <w:rPr>
          <w:rFonts w:cs="Shruti"/>
          <w:sz w:val="20"/>
          <w:szCs w:val="20"/>
          <w:cs/>
          <w:lang w:bidi="gu-IN"/>
        </w:rPr>
        <w:t>સમયની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પાબંદી</w:t>
      </w:r>
      <w:r w:rsidRPr="00FA3BEF">
        <w:rPr>
          <w:sz w:val="20"/>
          <w:szCs w:val="20"/>
        </w:rPr>
        <w:t xml:space="preserve">, </w:t>
      </w:r>
      <w:r w:rsidRPr="00FA3BEF">
        <w:rPr>
          <w:rFonts w:cs="Shruti"/>
          <w:sz w:val="20"/>
          <w:szCs w:val="20"/>
          <w:cs/>
          <w:lang w:bidi="gu-IN"/>
        </w:rPr>
        <w:t>સહકારની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ભાવના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અને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પ્રામાણિકતા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જેવા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ગુણો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બાળપણથી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જ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કેળવાય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તે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માટે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વિશેષ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સત્રો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ગોઠવવામાં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આવે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છે</w:t>
      </w:r>
      <w:r w:rsidRPr="00FA3BEF">
        <w:rPr>
          <w:sz w:val="20"/>
          <w:szCs w:val="20"/>
        </w:rPr>
        <w:t>.</w:t>
      </w:r>
    </w:p>
    <w:p w14:paraId="5CE26E75" w14:textId="77777777" w:rsidR="00FA3BEF" w:rsidRPr="00FA3BEF" w:rsidRDefault="00FA3BEF" w:rsidP="00FA3BEF">
      <w:pPr>
        <w:pStyle w:val="ListBullet"/>
        <w:spacing w:line="240" w:lineRule="auto"/>
        <w:rPr>
          <w:sz w:val="20"/>
          <w:szCs w:val="20"/>
        </w:rPr>
      </w:pPr>
      <w:r w:rsidRPr="00FA3BEF">
        <w:rPr>
          <w:rFonts w:cs="Shruti"/>
          <w:sz w:val="20"/>
          <w:szCs w:val="20"/>
          <w:cs/>
          <w:lang w:bidi="gu-IN"/>
        </w:rPr>
        <w:t>મહાપુરુષોની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જન્મજયંતિની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ઉજવણી</w:t>
      </w:r>
      <w:r w:rsidRPr="00FA3BEF">
        <w:rPr>
          <w:sz w:val="20"/>
          <w:szCs w:val="20"/>
        </w:rPr>
        <w:t xml:space="preserve">: </w:t>
      </w:r>
      <w:r w:rsidRPr="00FA3BEF">
        <w:rPr>
          <w:rFonts w:cs="Shruti"/>
          <w:sz w:val="20"/>
          <w:szCs w:val="20"/>
          <w:cs/>
          <w:lang w:bidi="gu-IN"/>
        </w:rPr>
        <w:t>ગાંધી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જયંતિ</w:t>
      </w:r>
      <w:r w:rsidRPr="00FA3BEF">
        <w:rPr>
          <w:sz w:val="20"/>
          <w:szCs w:val="20"/>
        </w:rPr>
        <w:t xml:space="preserve">, </w:t>
      </w:r>
      <w:r w:rsidRPr="00FA3BEF">
        <w:rPr>
          <w:rFonts w:cs="Shruti"/>
          <w:sz w:val="20"/>
          <w:szCs w:val="20"/>
          <w:cs/>
          <w:lang w:bidi="gu-IN"/>
        </w:rPr>
        <w:t>સ્વામી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વિવેકાનંદજી</w:t>
      </w:r>
      <w:r w:rsidRPr="00FA3BEF">
        <w:rPr>
          <w:sz w:val="20"/>
          <w:szCs w:val="20"/>
        </w:rPr>
        <w:t xml:space="preserve"> (</w:t>
      </w:r>
      <w:r w:rsidRPr="00FA3BEF">
        <w:rPr>
          <w:rFonts w:cs="Shruti"/>
          <w:sz w:val="20"/>
          <w:szCs w:val="20"/>
          <w:cs/>
          <w:lang w:bidi="gu-IN"/>
        </w:rPr>
        <w:t>રાષ્ટ્રીય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યુવા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દિવસ</w:t>
      </w:r>
      <w:r w:rsidRPr="00FA3BEF">
        <w:rPr>
          <w:sz w:val="20"/>
          <w:szCs w:val="20"/>
        </w:rPr>
        <w:t xml:space="preserve">), </w:t>
      </w:r>
      <w:r w:rsidRPr="00FA3BEF">
        <w:rPr>
          <w:rFonts w:cs="Shruti"/>
          <w:sz w:val="20"/>
          <w:szCs w:val="20"/>
          <w:cs/>
          <w:lang w:bidi="gu-IN"/>
        </w:rPr>
        <w:t>ડૉ</w:t>
      </w:r>
      <w:r w:rsidRPr="00FA3BEF">
        <w:rPr>
          <w:sz w:val="20"/>
          <w:szCs w:val="20"/>
        </w:rPr>
        <w:t xml:space="preserve">. </w:t>
      </w:r>
      <w:r w:rsidRPr="00FA3BEF">
        <w:rPr>
          <w:rFonts w:cs="Shruti"/>
          <w:sz w:val="20"/>
          <w:szCs w:val="20"/>
          <w:cs/>
          <w:lang w:bidi="gu-IN"/>
        </w:rPr>
        <w:t>રાધાકૃષ્ણન</w:t>
      </w:r>
      <w:r w:rsidRPr="00FA3BEF">
        <w:rPr>
          <w:sz w:val="20"/>
          <w:szCs w:val="20"/>
        </w:rPr>
        <w:t xml:space="preserve">, </w:t>
      </w:r>
      <w:r w:rsidRPr="00FA3BEF">
        <w:rPr>
          <w:rFonts w:cs="Shruti"/>
          <w:sz w:val="20"/>
          <w:szCs w:val="20"/>
          <w:cs/>
          <w:lang w:bidi="gu-IN"/>
        </w:rPr>
        <w:t>સરદાર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પટેલ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અને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ડૉ</w:t>
      </w:r>
      <w:r w:rsidRPr="00FA3BEF">
        <w:rPr>
          <w:sz w:val="20"/>
          <w:szCs w:val="20"/>
        </w:rPr>
        <w:t xml:space="preserve">. </w:t>
      </w:r>
      <w:r w:rsidRPr="00FA3BEF">
        <w:rPr>
          <w:rFonts w:cs="Shruti"/>
          <w:sz w:val="20"/>
          <w:szCs w:val="20"/>
          <w:cs/>
          <w:lang w:bidi="gu-IN"/>
        </w:rPr>
        <w:t>બાબાસાહેબ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આંબેડકર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જેવા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મહાપુરુષોના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જીવનચરિત્ર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અને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વિચારોથી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વિદ્યાર્થીઓને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માહિતગાર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કરવામાં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આવે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છે</w:t>
      </w:r>
      <w:r w:rsidRPr="00FA3BEF">
        <w:rPr>
          <w:sz w:val="20"/>
          <w:szCs w:val="20"/>
        </w:rPr>
        <w:t>.</w:t>
      </w:r>
    </w:p>
    <w:p w14:paraId="75B45C29" w14:textId="77777777" w:rsidR="00FA3BEF" w:rsidRPr="00FA3BEF" w:rsidRDefault="00FA3BEF" w:rsidP="00FA3BEF">
      <w:pPr>
        <w:pStyle w:val="ListBullet"/>
        <w:spacing w:line="240" w:lineRule="auto"/>
        <w:rPr>
          <w:sz w:val="20"/>
          <w:szCs w:val="20"/>
        </w:rPr>
      </w:pPr>
      <w:r w:rsidRPr="00FA3BEF">
        <w:rPr>
          <w:rFonts w:cs="Shruti"/>
          <w:sz w:val="20"/>
          <w:szCs w:val="20"/>
          <w:cs/>
          <w:lang w:bidi="gu-IN"/>
        </w:rPr>
        <w:t>સામાજિક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અને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પરોપકાર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પ્રવૃત્તિઓ</w:t>
      </w:r>
      <w:r w:rsidRPr="00FA3BEF">
        <w:rPr>
          <w:sz w:val="20"/>
          <w:szCs w:val="20"/>
        </w:rPr>
        <w:t xml:space="preserve">: </w:t>
      </w:r>
      <w:r w:rsidRPr="00FA3BEF">
        <w:rPr>
          <w:rFonts w:cs="Shruti"/>
          <w:sz w:val="20"/>
          <w:szCs w:val="20"/>
          <w:cs/>
          <w:lang w:bidi="gu-IN"/>
        </w:rPr>
        <w:t>વિદ્યાર્થીઓમાં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વહેંચીને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ખાવાની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ભાવના</w:t>
      </w:r>
      <w:r w:rsidRPr="00FA3BEF">
        <w:rPr>
          <w:sz w:val="20"/>
          <w:szCs w:val="20"/>
        </w:rPr>
        <w:t xml:space="preserve"> (Sharing is Caring), </w:t>
      </w:r>
      <w:r w:rsidRPr="00FA3BEF">
        <w:rPr>
          <w:rFonts w:cs="Shruti"/>
          <w:sz w:val="20"/>
          <w:szCs w:val="20"/>
          <w:cs/>
          <w:lang w:bidi="gu-IN"/>
        </w:rPr>
        <w:t>ગરીબ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અને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જરૂરિયાતમંદો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પ્રત્યે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સહાનુભૂતિ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તથા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પર્યાવરણ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અને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પ્રાણીઓ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પ્રત્યે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દયાભાવ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રાખવાની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શીખ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આપવામાં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આવે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છે</w:t>
      </w:r>
      <w:r w:rsidRPr="00FA3BEF">
        <w:rPr>
          <w:sz w:val="20"/>
          <w:szCs w:val="20"/>
        </w:rPr>
        <w:t>.</w:t>
      </w:r>
    </w:p>
    <w:p w14:paraId="2340930C" w14:textId="77777777" w:rsidR="00FA3BEF" w:rsidRPr="00FA3BEF" w:rsidRDefault="00FA3BEF" w:rsidP="00FA3BEF">
      <w:pPr>
        <w:pStyle w:val="ListBullet"/>
        <w:spacing w:line="240" w:lineRule="auto"/>
        <w:rPr>
          <w:sz w:val="20"/>
          <w:szCs w:val="20"/>
        </w:rPr>
      </w:pPr>
      <w:r w:rsidRPr="00FA3BEF">
        <w:rPr>
          <w:rFonts w:cs="Shruti"/>
          <w:sz w:val="20"/>
          <w:szCs w:val="20"/>
          <w:cs/>
          <w:lang w:bidi="gu-IN"/>
        </w:rPr>
        <w:t>બાળ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સસંદ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અને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લોકશાહી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મૂલ્યો</w:t>
      </w:r>
      <w:r w:rsidRPr="00FA3BEF">
        <w:rPr>
          <w:sz w:val="20"/>
          <w:szCs w:val="20"/>
        </w:rPr>
        <w:t xml:space="preserve">: </w:t>
      </w:r>
      <w:r w:rsidRPr="00FA3BEF">
        <w:rPr>
          <w:rFonts w:cs="Shruti"/>
          <w:sz w:val="20"/>
          <w:szCs w:val="20"/>
          <w:cs/>
          <w:lang w:bidi="gu-IN"/>
        </w:rPr>
        <w:t>શાળામાં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બાળ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સંસદની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રચના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દ્વારા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વિદ્યાર્થીઓમાં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નેતૃત્વ</w:t>
      </w:r>
      <w:r w:rsidRPr="00FA3BEF">
        <w:rPr>
          <w:sz w:val="20"/>
          <w:szCs w:val="20"/>
        </w:rPr>
        <w:t xml:space="preserve">, </w:t>
      </w:r>
      <w:r w:rsidRPr="00FA3BEF">
        <w:rPr>
          <w:rFonts w:cs="Shruti"/>
          <w:sz w:val="20"/>
          <w:szCs w:val="20"/>
          <w:cs/>
          <w:lang w:bidi="gu-IN"/>
        </w:rPr>
        <w:t>જવાબદારી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અને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પારદર્શિતા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જેવા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લોકશાહી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મૂલ્યોનો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વિકાસ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કરવામાં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આવે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છે</w:t>
      </w:r>
      <w:r w:rsidRPr="00FA3BEF">
        <w:rPr>
          <w:sz w:val="20"/>
          <w:szCs w:val="20"/>
        </w:rPr>
        <w:t>.</w:t>
      </w:r>
    </w:p>
    <w:p w14:paraId="7F55FA76" w14:textId="77777777" w:rsidR="00FA3BEF" w:rsidRPr="00FA3BEF" w:rsidRDefault="00FA3BEF" w:rsidP="00FA3BEF">
      <w:pPr>
        <w:pStyle w:val="Heading2"/>
        <w:spacing w:line="240" w:lineRule="auto"/>
        <w:rPr>
          <w:sz w:val="20"/>
          <w:szCs w:val="20"/>
        </w:rPr>
      </w:pPr>
      <w:r w:rsidRPr="00FA3BEF">
        <w:rPr>
          <w:rFonts w:cs="Shruti"/>
          <w:sz w:val="20"/>
          <w:szCs w:val="20"/>
          <w:cs/>
          <w:lang w:bidi="gu-IN"/>
        </w:rPr>
        <w:t>૨</w:t>
      </w:r>
      <w:r w:rsidRPr="00FA3BEF">
        <w:rPr>
          <w:sz w:val="20"/>
          <w:szCs w:val="20"/>
        </w:rPr>
        <w:t xml:space="preserve">. </w:t>
      </w:r>
      <w:r w:rsidRPr="00FA3BEF">
        <w:rPr>
          <w:rFonts w:cs="Shruti"/>
          <w:sz w:val="20"/>
          <w:szCs w:val="20"/>
          <w:cs/>
          <w:lang w:bidi="gu-IN"/>
        </w:rPr>
        <w:t>મૂલ્યલક્ષી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પ્રવૃત્તિઓનું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સંકલન</w:t>
      </w:r>
      <w:r w:rsidRPr="00FA3BEF">
        <w:rPr>
          <w:sz w:val="20"/>
          <w:szCs w:val="20"/>
        </w:rPr>
        <w:t xml:space="preserve"> </w:t>
      </w:r>
      <w:r w:rsidRPr="00FA3BEF">
        <w:rPr>
          <w:rFonts w:cs="Shruti"/>
          <w:sz w:val="20"/>
          <w:szCs w:val="20"/>
          <w:cs/>
          <w:lang w:bidi="gu-IN"/>
        </w:rPr>
        <w:t>પત્રક</w:t>
      </w:r>
      <w:r w:rsidRPr="00FA3BEF">
        <w:rPr>
          <w:sz w:val="20"/>
          <w:szCs w:val="20"/>
        </w:rPr>
        <w:t>: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534"/>
        <w:gridCol w:w="3786"/>
        <w:gridCol w:w="2160"/>
        <w:gridCol w:w="2842"/>
      </w:tblGrid>
      <w:tr w:rsidR="00FA3BEF" w:rsidRPr="00FA3BEF" w14:paraId="298A0A5A" w14:textId="77777777" w:rsidTr="00FA3BEF">
        <w:tc>
          <w:tcPr>
            <w:tcW w:w="534" w:type="dxa"/>
          </w:tcPr>
          <w:p w14:paraId="20768F88" w14:textId="77777777" w:rsidR="00FA3BEF" w:rsidRPr="00FA3BEF" w:rsidRDefault="00FA3BEF" w:rsidP="00FA3BEF">
            <w:pPr>
              <w:rPr>
                <w:sz w:val="20"/>
                <w:szCs w:val="20"/>
              </w:rPr>
            </w:pPr>
            <w:r w:rsidRPr="00FA3BEF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ક્રમ</w:t>
            </w:r>
          </w:p>
        </w:tc>
        <w:tc>
          <w:tcPr>
            <w:tcW w:w="3786" w:type="dxa"/>
          </w:tcPr>
          <w:p w14:paraId="7F6D283F" w14:textId="77777777" w:rsidR="00FA3BEF" w:rsidRPr="00FA3BEF" w:rsidRDefault="00FA3BEF" w:rsidP="00FA3BEF">
            <w:pPr>
              <w:rPr>
                <w:sz w:val="20"/>
                <w:szCs w:val="20"/>
              </w:rPr>
            </w:pPr>
            <w:r w:rsidRPr="00FA3BEF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મૂલ્યલક્ષી</w:t>
            </w:r>
            <w:r w:rsidRPr="00FA3BEF">
              <w:rPr>
                <w:b/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પ્રવૃત્તિ</w:t>
            </w:r>
            <w:r w:rsidRPr="00FA3BEF">
              <w:rPr>
                <w:b/>
                <w:sz w:val="20"/>
                <w:szCs w:val="20"/>
              </w:rPr>
              <w:t xml:space="preserve"> / </w:t>
            </w:r>
            <w:r w:rsidRPr="00FA3BEF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કાર્યક્રમ</w:t>
            </w:r>
          </w:p>
        </w:tc>
        <w:tc>
          <w:tcPr>
            <w:tcW w:w="2160" w:type="dxa"/>
          </w:tcPr>
          <w:p w14:paraId="19AE02E8" w14:textId="77777777" w:rsidR="00FA3BEF" w:rsidRPr="00FA3BEF" w:rsidRDefault="00FA3BEF" w:rsidP="00FA3BEF">
            <w:pPr>
              <w:rPr>
                <w:sz w:val="20"/>
                <w:szCs w:val="20"/>
              </w:rPr>
            </w:pPr>
            <w:r w:rsidRPr="00FA3BEF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લક્ષિત</w:t>
            </w:r>
            <w:r w:rsidRPr="00FA3BEF">
              <w:rPr>
                <w:b/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ધોરણ</w:t>
            </w:r>
          </w:p>
        </w:tc>
        <w:tc>
          <w:tcPr>
            <w:tcW w:w="2842" w:type="dxa"/>
          </w:tcPr>
          <w:p w14:paraId="43B2483C" w14:textId="77777777" w:rsidR="00FA3BEF" w:rsidRPr="00FA3BEF" w:rsidRDefault="00FA3BEF" w:rsidP="00FA3BEF">
            <w:pPr>
              <w:rPr>
                <w:sz w:val="20"/>
                <w:szCs w:val="20"/>
              </w:rPr>
            </w:pPr>
            <w:r w:rsidRPr="00FA3BEF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આયોજનનો</w:t>
            </w:r>
            <w:r w:rsidRPr="00FA3BEF">
              <w:rPr>
                <w:b/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સમય</w:t>
            </w:r>
            <w:r w:rsidRPr="00FA3BEF">
              <w:rPr>
                <w:b/>
                <w:sz w:val="20"/>
                <w:szCs w:val="20"/>
              </w:rPr>
              <w:t xml:space="preserve"> / </w:t>
            </w:r>
            <w:r w:rsidRPr="00FA3BEF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આવૃત્તિ</w:t>
            </w:r>
          </w:p>
        </w:tc>
      </w:tr>
      <w:tr w:rsidR="00FA3BEF" w:rsidRPr="00FA3BEF" w14:paraId="3EC2B287" w14:textId="77777777" w:rsidTr="00FA3BEF">
        <w:tc>
          <w:tcPr>
            <w:tcW w:w="534" w:type="dxa"/>
          </w:tcPr>
          <w:p w14:paraId="2FBBEF65" w14:textId="77777777" w:rsidR="00FA3BEF" w:rsidRPr="00FA3BEF" w:rsidRDefault="00FA3BEF" w:rsidP="00FA3BEF">
            <w:pPr>
              <w:rPr>
                <w:sz w:val="20"/>
                <w:szCs w:val="20"/>
              </w:rPr>
            </w:pP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૧</w:t>
            </w:r>
          </w:p>
        </w:tc>
        <w:tc>
          <w:tcPr>
            <w:tcW w:w="3786" w:type="dxa"/>
          </w:tcPr>
          <w:p w14:paraId="57DBC138" w14:textId="77777777" w:rsidR="00FA3BEF" w:rsidRPr="00FA3BEF" w:rsidRDefault="00FA3BEF" w:rsidP="00FA3BEF">
            <w:pPr>
              <w:rPr>
                <w:sz w:val="20"/>
                <w:szCs w:val="20"/>
              </w:rPr>
            </w:pP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દૈનિક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પ્રાર્થના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સભા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સદવિચાર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વાચન</w:t>
            </w:r>
          </w:p>
        </w:tc>
        <w:tc>
          <w:tcPr>
            <w:tcW w:w="2160" w:type="dxa"/>
          </w:tcPr>
          <w:p w14:paraId="24905EC8" w14:textId="77777777" w:rsidR="00FA3BEF" w:rsidRPr="00FA3BEF" w:rsidRDefault="00FA3BEF" w:rsidP="00FA3BEF">
            <w:pPr>
              <w:rPr>
                <w:sz w:val="20"/>
                <w:szCs w:val="20"/>
              </w:rPr>
            </w:pP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૧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થી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૮</w:t>
            </w:r>
          </w:p>
        </w:tc>
        <w:tc>
          <w:tcPr>
            <w:tcW w:w="2842" w:type="dxa"/>
          </w:tcPr>
          <w:p w14:paraId="5190E58A" w14:textId="77777777" w:rsidR="00FA3BEF" w:rsidRPr="00FA3BEF" w:rsidRDefault="00FA3BEF" w:rsidP="00FA3BEF">
            <w:pPr>
              <w:rPr>
                <w:sz w:val="20"/>
                <w:szCs w:val="20"/>
              </w:rPr>
            </w:pP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રોજ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શૈક્ષણિક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દિવસની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શરૂઆતમાં</w:t>
            </w:r>
          </w:p>
        </w:tc>
      </w:tr>
      <w:tr w:rsidR="00FA3BEF" w:rsidRPr="00FA3BEF" w14:paraId="175B9593" w14:textId="77777777" w:rsidTr="00FA3BEF">
        <w:tc>
          <w:tcPr>
            <w:tcW w:w="534" w:type="dxa"/>
          </w:tcPr>
          <w:p w14:paraId="4E47C540" w14:textId="77777777" w:rsidR="00FA3BEF" w:rsidRPr="00FA3BEF" w:rsidRDefault="00FA3BEF" w:rsidP="00FA3BEF">
            <w:pPr>
              <w:rPr>
                <w:sz w:val="20"/>
                <w:szCs w:val="20"/>
              </w:rPr>
            </w:pP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૨</w:t>
            </w:r>
          </w:p>
        </w:tc>
        <w:tc>
          <w:tcPr>
            <w:tcW w:w="3786" w:type="dxa"/>
          </w:tcPr>
          <w:p w14:paraId="32670AC8" w14:textId="77777777" w:rsidR="00FA3BEF" w:rsidRPr="00FA3BEF" w:rsidRDefault="00FA3BEF" w:rsidP="00FA3BEF">
            <w:pPr>
              <w:rPr>
                <w:sz w:val="20"/>
                <w:szCs w:val="20"/>
              </w:rPr>
            </w:pP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મહાપુરુષોની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જયંતિ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પ્રેરણા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સત્રો</w:t>
            </w:r>
          </w:p>
        </w:tc>
        <w:tc>
          <w:tcPr>
            <w:tcW w:w="2160" w:type="dxa"/>
          </w:tcPr>
          <w:p w14:paraId="36156F07" w14:textId="77777777" w:rsidR="00FA3BEF" w:rsidRPr="00FA3BEF" w:rsidRDefault="00FA3BEF" w:rsidP="00FA3BEF">
            <w:pPr>
              <w:rPr>
                <w:sz w:val="20"/>
                <w:szCs w:val="20"/>
              </w:rPr>
            </w:pP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સમસ્ત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વિદ્યાર્થીઓ</w:t>
            </w:r>
          </w:p>
        </w:tc>
        <w:tc>
          <w:tcPr>
            <w:tcW w:w="2842" w:type="dxa"/>
          </w:tcPr>
          <w:p w14:paraId="6F51273F" w14:textId="77777777" w:rsidR="00FA3BEF" w:rsidRPr="00FA3BEF" w:rsidRDefault="00FA3BEF" w:rsidP="00FA3BEF">
            <w:pPr>
              <w:rPr>
                <w:sz w:val="20"/>
                <w:szCs w:val="20"/>
              </w:rPr>
            </w:pP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તેમના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જન્મદિન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નિમિત્તે</w:t>
            </w:r>
          </w:p>
        </w:tc>
      </w:tr>
      <w:tr w:rsidR="00FA3BEF" w:rsidRPr="00FA3BEF" w14:paraId="17AD9D71" w14:textId="77777777" w:rsidTr="00FA3BEF">
        <w:tc>
          <w:tcPr>
            <w:tcW w:w="534" w:type="dxa"/>
          </w:tcPr>
          <w:p w14:paraId="2F85DB48" w14:textId="77777777" w:rsidR="00FA3BEF" w:rsidRPr="00FA3BEF" w:rsidRDefault="00FA3BEF" w:rsidP="00FA3BEF">
            <w:pPr>
              <w:rPr>
                <w:sz w:val="20"/>
                <w:szCs w:val="20"/>
              </w:rPr>
            </w:pP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૩</w:t>
            </w:r>
          </w:p>
        </w:tc>
        <w:tc>
          <w:tcPr>
            <w:tcW w:w="3786" w:type="dxa"/>
          </w:tcPr>
          <w:p w14:paraId="3D3A1972" w14:textId="77777777" w:rsidR="00FA3BEF" w:rsidRPr="00FA3BEF" w:rsidRDefault="00FA3BEF" w:rsidP="00FA3BEF">
            <w:pPr>
              <w:rPr>
                <w:sz w:val="20"/>
                <w:szCs w:val="20"/>
              </w:rPr>
            </w:pP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વ્યક્તિત્વ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વિકાસ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નૈતિક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શિક્ષણ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વર્ગ</w:t>
            </w:r>
          </w:p>
        </w:tc>
        <w:tc>
          <w:tcPr>
            <w:tcW w:w="2160" w:type="dxa"/>
          </w:tcPr>
          <w:p w14:paraId="78EEFE68" w14:textId="77777777" w:rsidR="00FA3BEF" w:rsidRPr="00FA3BEF" w:rsidRDefault="00FA3BEF" w:rsidP="00FA3BEF">
            <w:pPr>
              <w:rPr>
                <w:sz w:val="20"/>
                <w:szCs w:val="20"/>
              </w:rPr>
            </w:pP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૬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થી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૮</w:t>
            </w:r>
          </w:p>
        </w:tc>
        <w:tc>
          <w:tcPr>
            <w:tcW w:w="2842" w:type="dxa"/>
          </w:tcPr>
          <w:p w14:paraId="03A2CD60" w14:textId="77777777" w:rsidR="00FA3BEF" w:rsidRPr="00FA3BEF" w:rsidRDefault="00FA3BEF" w:rsidP="00FA3BEF">
            <w:pPr>
              <w:rPr>
                <w:sz w:val="20"/>
                <w:szCs w:val="20"/>
              </w:rPr>
            </w:pP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સાપ્તાહિક</w:t>
            </w:r>
            <w:r w:rsidRPr="00FA3BEF">
              <w:rPr>
                <w:sz w:val="20"/>
                <w:szCs w:val="20"/>
              </w:rPr>
              <w:t xml:space="preserve"> (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શનિવાર</w:t>
            </w:r>
            <w:r w:rsidRPr="00FA3BEF">
              <w:rPr>
                <w:sz w:val="20"/>
                <w:szCs w:val="20"/>
              </w:rPr>
              <w:t>)</w:t>
            </w:r>
          </w:p>
        </w:tc>
      </w:tr>
    </w:tbl>
    <w:p w14:paraId="7A7DA90D" w14:textId="77777777" w:rsidR="00FA3BEF" w:rsidRPr="00FA3BEF" w:rsidRDefault="00FA3BEF" w:rsidP="00FA3BEF">
      <w:pPr>
        <w:spacing w:line="240" w:lineRule="auto"/>
        <w:rPr>
          <w:sz w:val="20"/>
          <w:szCs w:val="20"/>
        </w:rPr>
      </w:pPr>
      <w:r w:rsidRPr="00FA3BEF">
        <w:rPr>
          <w:rFonts w:cs="Shruti"/>
          <w:b/>
          <w:bCs/>
          <w:sz w:val="20"/>
          <w:szCs w:val="20"/>
          <w:cs/>
          <w:lang w:bidi="gu-IN"/>
        </w:rPr>
        <w:t>નિષ્કર્ષ</w:t>
      </w:r>
      <w:r w:rsidRPr="00FA3BEF">
        <w:rPr>
          <w:b/>
          <w:sz w:val="20"/>
          <w:szCs w:val="20"/>
        </w:rPr>
        <w:t xml:space="preserve">: </w:t>
      </w:r>
      <w:r w:rsidRPr="00FA3BEF">
        <w:rPr>
          <w:rFonts w:cs="Shruti"/>
          <w:b/>
          <w:bCs/>
          <w:sz w:val="20"/>
          <w:szCs w:val="20"/>
          <w:cs/>
          <w:lang w:bidi="gu-IN"/>
        </w:rPr>
        <w:t>આ</w:t>
      </w:r>
      <w:r w:rsidRPr="00FA3BEF">
        <w:rPr>
          <w:b/>
          <w:sz w:val="20"/>
          <w:szCs w:val="20"/>
        </w:rPr>
        <w:t xml:space="preserve"> </w:t>
      </w:r>
      <w:r w:rsidRPr="00FA3BEF">
        <w:rPr>
          <w:rFonts w:cs="Shruti"/>
          <w:b/>
          <w:bCs/>
          <w:sz w:val="20"/>
          <w:szCs w:val="20"/>
          <w:cs/>
          <w:lang w:bidi="gu-IN"/>
        </w:rPr>
        <w:t>મૂલ્યલક્ષી</w:t>
      </w:r>
      <w:r w:rsidRPr="00FA3BEF">
        <w:rPr>
          <w:b/>
          <w:sz w:val="20"/>
          <w:szCs w:val="20"/>
        </w:rPr>
        <w:t xml:space="preserve"> </w:t>
      </w:r>
      <w:r w:rsidRPr="00FA3BEF">
        <w:rPr>
          <w:rFonts w:cs="Shruti"/>
          <w:b/>
          <w:bCs/>
          <w:sz w:val="20"/>
          <w:szCs w:val="20"/>
          <w:cs/>
          <w:lang w:bidi="gu-IN"/>
        </w:rPr>
        <w:t>પ્રવૃત્તિઓના</w:t>
      </w:r>
      <w:r w:rsidRPr="00FA3BEF">
        <w:rPr>
          <w:b/>
          <w:sz w:val="20"/>
          <w:szCs w:val="20"/>
        </w:rPr>
        <w:t xml:space="preserve"> </w:t>
      </w:r>
      <w:r w:rsidRPr="00FA3BEF">
        <w:rPr>
          <w:rFonts w:cs="Shruti"/>
          <w:b/>
          <w:bCs/>
          <w:sz w:val="20"/>
          <w:szCs w:val="20"/>
          <w:cs/>
          <w:lang w:bidi="gu-IN"/>
        </w:rPr>
        <w:t>માધ્યમથી</w:t>
      </w:r>
      <w:r w:rsidRPr="00FA3BEF">
        <w:rPr>
          <w:b/>
          <w:sz w:val="20"/>
          <w:szCs w:val="20"/>
        </w:rPr>
        <w:t xml:space="preserve"> </w:t>
      </w:r>
      <w:r w:rsidRPr="00FA3BEF">
        <w:rPr>
          <w:rFonts w:cs="Shruti"/>
          <w:b/>
          <w:bCs/>
          <w:sz w:val="20"/>
          <w:szCs w:val="20"/>
          <w:cs/>
          <w:lang w:bidi="gu-IN"/>
        </w:rPr>
        <w:t>વિદ્યાર્થીઓમાં</w:t>
      </w:r>
      <w:r w:rsidRPr="00FA3BEF">
        <w:rPr>
          <w:b/>
          <w:sz w:val="20"/>
          <w:szCs w:val="20"/>
        </w:rPr>
        <w:t xml:space="preserve"> </w:t>
      </w:r>
      <w:r w:rsidRPr="00FA3BEF">
        <w:rPr>
          <w:rFonts w:cs="Shruti"/>
          <w:b/>
          <w:bCs/>
          <w:sz w:val="20"/>
          <w:szCs w:val="20"/>
          <w:cs/>
          <w:lang w:bidi="gu-IN"/>
        </w:rPr>
        <w:t>નૈતિકતા</w:t>
      </w:r>
      <w:r w:rsidRPr="00FA3BEF">
        <w:rPr>
          <w:b/>
          <w:sz w:val="20"/>
          <w:szCs w:val="20"/>
        </w:rPr>
        <w:t xml:space="preserve">, </w:t>
      </w:r>
      <w:r w:rsidRPr="00FA3BEF">
        <w:rPr>
          <w:rFonts w:cs="Shruti"/>
          <w:b/>
          <w:bCs/>
          <w:sz w:val="20"/>
          <w:szCs w:val="20"/>
          <w:cs/>
          <w:lang w:bidi="gu-IN"/>
        </w:rPr>
        <w:t>શિસ્ત</w:t>
      </w:r>
      <w:r w:rsidRPr="00FA3BEF">
        <w:rPr>
          <w:b/>
          <w:sz w:val="20"/>
          <w:szCs w:val="20"/>
        </w:rPr>
        <w:t xml:space="preserve">, </w:t>
      </w:r>
      <w:r w:rsidRPr="00FA3BEF">
        <w:rPr>
          <w:rFonts w:cs="Shruti"/>
          <w:b/>
          <w:bCs/>
          <w:sz w:val="20"/>
          <w:szCs w:val="20"/>
          <w:cs/>
          <w:lang w:bidi="gu-IN"/>
        </w:rPr>
        <w:t>આપસી</w:t>
      </w:r>
      <w:r w:rsidRPr="00FA3BEF">
        <w:rPr>
          <w:b/>
          <w:sz w:val="20"/>
          <w:szCs w:val="20"/>
        </w:rPr>
        <w:t xml:space="preserve"> </w:t>
      </w:r>
      <w:r w:rsidRPr="00FA3BEF">
        <w:rPr>
          <w:rFonts w:cs="Shruti"/>
          <w:b/>
          <w:bCs/>
          <w:sz w:val="20"/>
          <w:szCs w:val="20"/>
          <w:cs/>
          <w:lang w:bidi="gu-IN"/>
        </w:rPr>
        <w:t>સદભાવ</w:t>
      </w:r>
      <w:r w:rsidRPr="00FA3BEF">
        <w:rPr>
          <w:b/>
          <w:sz w:val="20"/>
          <w:szCs w:val="20"/>
        </w:rPr>
        <w:t xml:space="preserve"> </w:t>
      </w:r>
      <w:r w:rsidRPr="00FA3BEF">
        <w:rPr>
          <w:rFonts w:cs="Shruti"/>
          <w:b/>
          <w:bCs/>
          <w:sz w:val="20"/>
          <w:szCs w:val="20"/>
          <w:cs/>
          <w:lang w:bidi="gu-IN"/>
        </w:rPr>
        <w:t>અને</w:t>
      </w:r>
      <w:r w:rsidRPr="00FA3BEF">
        <w:rPr>
          <w:b/>
          <w:sz w:val="20"/>
          <w:szCs w:val="20"/>
        </w:rPr>
        <w:t xml:space="preserve"> </w:t>
      </w:r>
      <w:r w:rsidRPr="00FA3BEF">
        <w:rPr>
          <w:rFonts w:cs="Shruti"/>
          <w:b/>
          <w:bCs/>
          <w:sz w:val="20"/>
          <w:szCs w:val="20"/>
          <w:cs/>
          <w:lang w:bidi="gu-IN"/>
        </w:rPr>
        <w:t>સંસ્કારિતાની</w:t>
      </w:r>
      <w:r w:rsidRPr="00FA3BEF">
        <w:rPr>
          <w:b/>
          <w:sz w:val="20"/>
          <w:szCs w:val="20"/>
        </w:rPr>
        <w:t xml:space="preserve"> </w:t>
      </w:r>
      <w:r w:rsidRPr="00FA3BEF">
        <w:rPr>
          <w:rFonts w:cs="Shruti"/>
          <w:b/>
          <w:bCs/>
          <w:sz w:val="20"/>
          <w:szCs w:val="20"/>
          <w:cs/>
          <w:lang w:bidi="gu-IN"/>
        </w:rPr>
        <w:t>ભાવના</w:t>
      </w:r>
      <w:r w:rsidRPr="00FA3BEF">
        <w:rPr>
          <w:b/>
          <w:sz w:val="20"/>
          <w:szCs w:val="20"/>
        </w:rPr>
        <w:t xml:space="preserve"> </w:t>
      </w:r>
      <w:r w:rsidRPr="00FA3BEF">
        <w:rPr>
          <w:rFonts w:cs="Shruti"/>
          <w:b/>
          <w:bCs/>
          <w:sz w:val="20"/>
          <w:szCs w:val="20"/>
          <w:cs/>
          <w:lang w:bidi="gu-IN"/>
        </w:rPr>
        <w:t>દ્રઢ</w:t>
      </w:r>
      <w:r w:rsidRPr="00FA3BEF">
        <w:rPr>
          <w:b/>
          <w:sz w:val="20"/>
          <w:szCs w:val="20"/>
        </w:rPr>
        <w:t xml:space="preserve"> </w:t>
      </w:r>
      <w:r w:rsidRPr="00FA3BEF">
        <w:rPr>
          <w:rFonts w:cs="Shruti"/>
          <w:b/>
          <w:bCs/>
          <w:sz w:val="20"/>
          <w:szCs w:val="20"/>
          <w:cs/>
          <w:lang w:bidi="gu-IN"/>
        </w:rPr>
        <w:t>બની</w:t>
      </w:r>
      <w:r w:rsidRPr="00FA3BEF">
        <w:rPr>
          <w:b/>
          <w:sz w:val="20"/>
          <w:szCs w:val="20"/>
        </w:rPr>
        <w:t xml:space="preserve"> </w:t>
      </w:r>
      <w:r w:rsidRPr="00FA3BEF">
        <w:rPr>
          <w:rFonts w:cs="Shruti"/>
          <w:b/>
          <w:bCs/>
          <w:sz w:val="20"/>
          <w:szCs w:val="20"/>
          <w:cs/>
          <w:lang w:bidi="gu-IN"/>
        </w:rPr>
        <w:t>છે</w:t>
      </w:r>
      <w:r w:rsidRPr="00FA3BEF">
        <w:rPr>
          <w:b/>
          <w:sz w:val="20"/>
          <w:szCs w:val="20"/>
        </w:rPr>
        <w:t xml:space="preserve">, </w:t>
      </w:r>
      <w:r w:rsidRPr="00FA3BEF">
        <w:rPr>
          <w:rFonts w:cs="Shruti"/>
          <w:b/>
          <w:bCs/>
          <w:sz w:val="20"/>
          <w:szCs w:val="20"/>
          <w:cs/>
          <w:lang w:bidi="gu-IN"/>
        </w:rPr>
        <w:t>જે</w:t>
      </w:r>
      <w:r w:rsidRPr="00FA3BEF">
        <w:rPr>
          <w:b/>
          <w:sz w:val="20"/>
          <w:szCs w:val="20"/>
        </w:rPr>
        <w:t xml:space="preserve"> </w:t>
      </w:r>
      <w:r w:rsidRPr="00FA3BEF">
        <w:rPr>
          <w:rFonts w:cs="Shruti"/>
          <w:b/>
          <w:bCs/>
          <w:sz w:val="20"/>
          <w:szCs w:val="20"/>
          <w:cs/>
          <w:lang w:bidi="gu-IN"/>
        </w:rPr>
        <w:t>ઉત્તમ</w:t>
      </w:r>
      <w:r w:rsidRPr="00FA3BEF">
        <w:rPr>
          <w:b/>
          <w:sz w:val="20"/>
          <w:szCs w:val="20"/>
        </w:rPr>
        <w:t xml:space="preserve"> </w:t>
      </w:r>
      <w:r w:rsidRPr="00FA3BEF">
        <w:rPr>
          <w:rFonts w:cs="Shruti"/>
          <w:b/>
          <w:bCs/>
          <w:sz w:val="20"/>
          <w:szCs w:val="20"/>
          <w:cs/>
          <w:lang w:bidi="gu-IN"/>
        </w:rPr>
        <w:t>નાગરિક</w:t>
      </w:r>
      <w:r w:rsidRPr="00FA3BEF">
        <w:rPr>
          <w:b/>
          <w:sz w:val="20"/>
          <w:szCs w:val="20"/>
        </w:rPr>
        <w:t xml:space="preserve"> </w:t>
      </w:r>
      <w:r w:rsidRPr="00FA3BEF">
        <w:rPr>
          <w:rFonts w:cs="Shruti"/>
          <w:b/>
          <w:bCs/>
          <w:sz w:val="20"/>
          <w:szCs w:val="20"/>
          <w:cs/>
          <w:lang w:bidi="gu-IN"/>
        </w:rPr>
        <w:t>ઘડતર</w:t>
      </w:r>
      <w:r w:rsidRPr="00FA3BEF">
        <w:rPr>
          <w:b/>
          <w:sz w:val="20"/>
          <w:szCs w:val="20"/>
        </w:rPr>
        <w:t xml:space="preserve"> </w:t>
      </w:r>
      <w:r w:rsidRPr="00FA3BEF">
        <w:rPr>
          <w:rFonts w:cs="Shruti"/>
          <w:b/>
          <w:bCs/>
          <w:sz w:val="20"/>
          <w:szCs w:val="20"/>
          <w:cs/>
          <w:lang w:bidi="gu-IN"/>
        </w:rPr>
        <w:t>માટે</w:t>
      </w:r>
      <w:r w:rsidRPr="00FA3BEF">
        <w:rPr>
          <w:b/>
          <w:sz w:val="20"/>
          <w:szCs w:val="20"/>
        </w:rPr>
        <w:t xml:space="preserve"> </w:t>
      </w:r>
      <w:r w:rsidRPr="00FA3BEF">
        <w:rPr>
          <w:rFonts w:cs="Shruti"/>
          <w:b/>
          <w:bCs/>
          <w:sz w:val="20"/>
          <w:szCs w:val="20"/>
          <w:cs/>
          <w:lang w:bidi="gu-IN"/>
        </w:rPr>
        <w:t>અત્યંત</w:t>
      </w:r>
      <w:r w:rsidRPr="00FA3BEF">
        <w:rPr>
          <w:b/>
          <w:sz w:val="20"/>
          <w:szCs w:val="20"/>
        </w:rPr>
        <w:t xml:space="preserve"> </w:t>
      </w:r>
      <w:r w:rsidRPr="00FA3BEF">
        <w:rPr>
          <w:rFonts w:cs="Shruti"/>
          <w:b/>
          <w:bCs/>
          <w:sz w:val="20"/>
          <w:szCs w:val="20"/>
          <w:cs/>
          <w:lang w:bidi="gu-IN"/>
        </w:rPr>
        <w:t>આવશ્યક</w:t>
      </w:r>
      <w:r w:rsidRPr="00FA3BEF">
        <w:rPr>
          <w:b/>
          <w:sz w:val="20"/>
          <w:szCs w:val="20"/>
        </w:rPr>
        <w:t xml:space="preserve"> </w:t>
      </w:r>
      <w:r w:rsidRPr="00FA3BEF">
        <w:rPr>
          <w:rFonts w:cs="Shruti"/>
          <w:b/>
          <w:bCs/>
          <w:sz w:val="20"/>
          <w:szCs w:val="20"/>
          <w:cs/>
          <w:lang w:bidi="gu-IN"/>
        </w:rPr>
        <w:t>છે</w:t>
      </w:r>
      <w:r w:rsidRPr="00FA3BEF">
        <w:rPr>
          <w:b/>
          <w:sz w:val="20"/>
          <w:szCs w:val="20"/>
        </w:rPr>
        <w:t>.</w:t>
      </w:r>
      <w:r w:rsidRPr="00FA3BEF">
        <w:rPr>
          <w:sz w:val="20"/>
          <w:szCs w:val="20"/>
        </w:rP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FA3BEF" w:rsidRPr="00FA3BEF" w14:paraId="3014966B" w14:textId="77777777" w:rsidTr="002B042A">
        <w:tc>
          <w:tcPr>
            <w:tcW w:w="4320" w:type="dxa"/>
          </w:tcPr>
          <w:p w14:paraId="41CB4FFC" w14:textId="77777777" w:rsidR="00FA3BEF" w:rsidRPr="00FA3BEF" w:rsidRDefault="00FA3BEF" w:rsidP="00FA3BEF">
            <w:pPr>
              <w:spacing w:line="240" w:lineRule="auto"/>
              <w:rPr>
                <w:sz w:val="20"/>
                <w:szCs w:val="20"/>
              </w:rPr>
            </w:pP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પ્રાર્થના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સભા</w:t>
            </w:r>
            <w:r w:rsidRPr="00FA3BEF">
              <w:rPr>
                <w:sz w:val="20"/>
                <w:szCs w:val="20"/>
              </w:rPr>
              <w:t xml:space="preserve"> /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મૂલ્ય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શિક્ષણ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ઇન્ચાર્જની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સહી</w:t>
            </w:r>
            <w:r w:rsidRPr="00FA3BEF">
              <w:rPr>
                <w:sz w:val="20"/>
                <w:szCs w:val="20"/>
              </w:rPr>
              <w:br/>
            </w:r>
            <w:r w:rsidRPr="00FA3BEF">
              <w:rPr>
                <w:sz w:val="20"/>
                <w:szCs w:val="20"/>
              </w:rPr>
              <w:br/>
              <w:t>______________________</w:t>
            </w:r>
          </w:p>
        </w:tc>
        <w:tc>
          <w:tcPr>
            <w:tcW w:w="4320" w:type="dxa"/>
          </w:tcPr>
          <w:p w14:paraId="2FC83E8E" w14:textId="040C055E" w:rsidR="00FA3BEF" w:rsidRPr="00FA3BEF" w:rsidRDefault="00FA3BEF" w:rsidP="00FA3BEF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આચાર્યશ્રીની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સહી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FA3BEF">
              <w:rPr>
                <w:sz w:val="20"/>
                <w:szCs w:val="20"/>
              </w:rPr>
              <w:t xml:space="preserve">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સિક્કો</w:t>
            </w:r>
            <w:r w:rsidRPr="00FA3BEF">
              <w:rPr>
                <w:sz w:val="20"/>
                <w:szCs w:val="20"/>
              </w:rPr>
              <w:br/>
            </w:r>
            <w:r w:rsidRPr="00FA3BEF">
              <w:rPr>
                <w:sz w:val="20"/>
                <w:szCs w:val="20"/>
              </w:rPr>
              <w:br/>
              <w:t>______________________</w:t>
            </w:r>
            <w:r w:rsidRPr="00FA3BEF">
              <w:rPr>
                <w:sz w:val="20"/>
                <w:szCs w:val="20"/>
              </w:rPr>
              <w:br/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સ્થળ</w:t>
            </w:r>
            <w:r w:rsidRPr="00FA3BEF">
              <w:rPr>
                <w:sz w:val="20"/>
                <w:szCs w:val="20"/>
              </w:rPr>
              <w:t xml:space="preserve">: </w:t>
            </w:r>
            <w:r w:rsidR="008E13CA">
              <w:rPr>
                <w:rFonts w:cs="Shruti" w:hint="cs"/>
                <w:cs/>
                <w:lang w:bidi="gu-IN"/>
              </w:rPr>
              <w:t xml:space="preserve">ઢાંકણ્રીયાવાસ પ્રાથમિક શાળા </w:t>
            </w:r>
            <w:r w:rsidRPr="00FA3BEF">
              <w:rPr>
                <w:sz w:val="20"/>
                <w:szCs w:val="20"/>
              </w:rPr>
              <w:t xml:space="preserve">, </w:t>
            </w:r>
            <w:r w:rsidRPr="00FA3BEF">
              <w:rPr>
                <w:rFonts w:cs="Shruti"/>
                <w:sz w:val="20"/>
                <w:szCs w:val="20"/>
                <w:cs/>
                <w:lang w:bidi="gu-IN"/>
              </w:rPr>
              <w:t>પાટડી</w:t>
            </w:r>
          </w:p>
        </w:tc>
      </w:tr>
    </w:tbl>
    <w:p w14:paraId="20DB4FA1" w14:textId="77777777" w:rsidR="00FA3BEF" w:rsidRPr="00FA3BEF" w:rsidRDefault="00FA3BEF" w:rsidP="00FA3BEF">
      <w:pPr>
        <w:spacing w:line="240" w:lineRule="auto"/>
        <w:rPr>
          <w:sz w:val="20"/>
          <w:szCs w:val="20"/>
        </w:rPr>
      </w:pPr>
    </w:p>
    <w:p w14:paraId="188A9547" w14:textId="77777777" w:rsidR="00FA3BEF" w:rsidRDefault="00FA3BEF" w:rsidP="00037DD9">
      <w:pPr>
        <w:tabs>
          <w:tab w:val="left" w:pos="2835"/>
        </w:tabs>
        <w:spacing w:after="0" w:line="240" w:lineRule="auto"/>
        <w:jc w:val="center"/>
        <w:rPr>
          <w:rFonts w:cs="Shruti"/>
          <w:bCs/>
          <w:sz w:val="20"/>
          <w:szCs w:val="20"/>
          <w:u w:val="single"/>
          <w:lang w:bidi="gu-IN"/>
        </w:rPr>
      </w:pPr>
    </w:p>
    <w:p w14:paraId="178D8AB4" w14:textId="77777777" w:rsidR="00F1107F" w:rsidRDefault="00F1107F" w:rsidP="00037DD9">
      <w:pPr>
        <w:tabs>
          <w:tab w:val="left" w:pos="2835"/>
        </w:tabs>
        <w:spacing w:after="0" w:line="240" w:lineRule="auto"/>
        <w:jc w:val="center"/>
        <w:rPr>
          <w:rFonts w:cs="Shruti"/>
          <w:bCs/>
          <w:sz w:val="20"/>
          <w:szCs w:val="20"/>
          <w:u w:val="single"/>
          <w:lang w:bidi="gu-IN"/>
        </w:rPr>
      </w:pPr>
    </w:p>
    <w:p w14:paraId="38913875" w14:textId="0ACDA0F5" w:rsidR="002E5B96" w:rsidRDefault="002546D1" w:rsidP="00521B9B">
      <w:pPr>
        <w:spacing w:after="0" w:line="240" w:lineRule="auto"/>
        <w:rPr>
          <w:rFonts w:cs="Shruti"/>
          <w:b/>
          <w:u w:val="single"/>
          <w:lang w:val="en-IN" w:bidi="gu-IN"/>
        </w:rPr>
      </w:pPr>
      <w:r>
        <w:rPr>
          <w:rFonts w:cs="Shruti" w:hint="cs"/>
          <w:sz w:val="28"/>
          <w:szCs w:val="28"/>
          <w:u w:val="single"/>
          <w:cs/>
          <w:lang w:bidi="gu-IN"/>
        </w:rPr>
        <w:lastRenderedPageBreak/>
        <w:t>ઢાંકણ્રીયાવાસ પ્રાથમિક શાળા તા- લાખણી જિલ્લો - વાવ-થરાદ ડાયસ કોડ: 24021300207</w:t>
      </w:r>
    </w:p>
    <w:p w14:paraId="28257CFB" w14:textId="77777777" w:rsidR="00F1107F" w:rsidRDefault="00F1107F" w:rsidP="00F1107F">
      <w:pPr>
        <w:pStyle w:val="Heading1"/>
      </w:pPr>
      <w:r>
        <w:rPr>
          <w:rFonts w:cs="Shruti"/>
          <w:cs/>
          <w:lang w:bidi="gu-IN"/>
        </w:rPr>
        <w:t>શાળા</w:t>
      </w:r>
      <w:r>
        <w:t xml:space="preserve"> </w:t>
      </w:r>
      <w:r>
        <w:rPr>
          <w:rFonts w:cs="Shruti"/>
          <w:cs/>
          <w:lang w:bidi="gu-IN"/>
        </w:rPr>
        <w:t>દ્વારા</w:t>
      </w:r>
      <w:r>
        <w:t xml:space="preserve"> </w:t>
      </w:r>
      <w:r>
        <w:rPr>
          <w:rFonts w:cs="Shruti"/>
          <w:cs/>
          <w:lang w:bidi="gu-IN"/>
        </w:rPr>
        <w:t>થતી</w:t>
      </w:r>
      <w:r>
        <w:t xml:space="preserve"> </w:t>
      </w:r>
      <w:r>
        <w:rPr>
          <w:rFonts w:cs="Shruti"/>
          <w:cs/>
          <w:lang w:bidi="gu-IN"/>
        </w:rPr>
        <w:t>સેવાકીય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સામાજિક</w:t>
      </w:r>
      <w:r>
        <w:t xml:space="preserve"> </w:t>
      </w:r>
      <w:r>
        <w:rPr>
          <w:rFonts w:cs="Shruti"/>
          <w:cs/>
          <w:lang w:bidi="gu-IN"/>
        </w:rPr>
        <w:t>પ્રવૃત્તિઓનો</w:t>
      </w:r>
      <w:r>
        <w:t xml:space="preserve"> </w:t>
      </w:r>
      <w:r>
        <w:rPr>
          <w:rFonts w:cs="Shruti"/>
          <w:cs/>
          <w:lang w:bidi="gu-IN"/>
        </w:rPr>
        <w:t>અહેવાલ</w:t>
      </w:r>
    </w:p>
    <w:p w14:paraId="41388126" w14:textId="35A5DFFF" w:rsidR="00F1107F" w:rsidRPr="00F1107F" w:rsidRDefault="00F1107F" w:rsidP="00F1107F">
      <w:pPr>
        <w:spacing w:after="0" w:line="240" w:lineRule="auto"/>
        <w:rPr>
          <w:rFonts w:cs="Shruti"/>
          <w:sz w:val="20"/>
          <w:szCs w:val="20"/>
          <w:lang w:bidi="gu-IN"/>
        </w:rPr>
      </w:pPr>
      <w:r w:rsidRPr="00F1107F">
        <w:rPr>
          <w:rFonts w:cs="Shruti"/>
          <w:sz w:val="20"/>
          <w:szCs w:val="20"/>
          <w:cs/>
          <w:lang w:bidi="gu-IN"/>
        </w:rPr>
        <w:t>ગુણોત્સવ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૨</w:t>
      </w:r>
      <w:r w:rsidRPr="00F1107F">
        <w:rPr>
          <w:sz w:val="20"/>
          <w:szCs w:val="20"/>
        </w:rPr>
        <w:t>.</w:t>
      </w:r>
      <w:r w:rsidRPr="00F1107F">
        <w:rPr>
          <w:rFonts w:cs="Shruti"/>
          <w:sz w:val="20"/>
          <w:szCs w:val="20"/>
          <w:cs/>
          <w:lang w:bidi="gu-IN"/>
        </w:rPr>
        <w:t>૦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ના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માપદંડો</w:t>
      </w:r>
      <w:r w:rsidRPr="00F1107F">
        <w:rPr>
          <w:sz w:val="20"/>
          <w:szCs w:val="20"/>
        </w:rPr>
        <w:t xml:space="preserve">, </w:t>
      </w:r>
      <w:r w:rsidRPr="00F1107F">
        <w:rPr>
          <w:rFonts w:cs="Shruti"/>
          <w:sz w:val="20"/>
          <w:szCs w:val="20"/>
          <w:cs/>
          <w:lang w:bidi="gu-IN"/>
        </w:rPr>
        <w:t>સામાજિક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જવાબદારી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અને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રાષ્ટ્રીય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શિક્ષણ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નીતિ</w:t>
      </w:r>
      <w:r w:rsidRPr="00F1107F">
        <w:rPr>
          <w:sz w:val="20"/>
          <w:szCs w:val="20"/>
        </w:rPr>
        <w:t xml:space="preserve"> (NEP-2020) </w:t>
      </w:r>
      <w:r w:rsidRPr="00F1107F">
        <w:rPr>
          <w:rFonts w:cs="Shruti"/>
          <w:sz w:val="20"/>
          <w:szCs w:val="20"/>
          <w:cs/>
          <w:lang w:bidi="gu-IN"/>
        </w:rPr>
        <w:t>અંતર્ગત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વિદ્યાર્થીઓમાં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સેવાની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ભાવના</w:t>
      </w:r>
      <w:r w:rsidRPr="00F1107F">
        <w:rPr>
          <w:sz w:val="20"/>
          <w:szCs w:val="20"/>
        </w:rPr>
        <w:t xml:space="preserve">, </w:t>
      </w:r>
      <w:r w:rsidRPr="00F1107F">
        <w:rPr>
          <w:rFonts w:cs="Shruti"/>
          <w:sz w:val="20"/>
          <w:szCs w:val="20"/>
          <w:cs/>
          <w:lang w:bidi="gu-IN"/>
        </w:rPr>
        <w:t>સામાજિક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જાગૃતિ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અને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માનવીય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મૂલ્યો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વિકસાવવા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માટે</w:t>
      </w:r>
      <w:r w:rsidRPr="00F1107F">
        <w:rPr>
          <w:sz w:val="20"/>
          <w:szCs w:val="20"/>
        </w:rPr>
        <w:t xml:space="preserve"> </w:t>
      </w:r>
      <w:r w:rsidR="008E13CA">
        <w:rPr>
          <w:rFonts w:cs="Shruti" w:hint="cs"/>
          <w:sz w:val="20"/>
          <w:szCs w:val="20"/>
          <w:cs/>
          <w:lang w:bidi="gu-IN"/>
        </w:rPr>
        <w:t xml:space="preserve">ઢાંકણ્રીયાવાસ પ્રાથમિક શાળા 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દ્વારા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વિવિધ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સેવાકીય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અને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સામાજિક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પ્રવૃત્તિઓનું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આયોજન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કરવામાં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આવે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છે</w:t>
      </w:r>
      <w:r w:rsidRPr="00F1107F">
        <w:rPr>
          <w:sz w:val="20"/>
          <w:szCs w:val="20"/>
        </w:rPr>
        <w:t xml:space="preserve">. </w:t>
      </w:r>
      <w:r w:rsidRPr="00F1107F">
        <w:rPr>
          <w:rFonts w:cs="Shruti"/>
          <w:sz w:val="20"/>
          <w:szCs w:val="20"/>
          <w:cs/>
          <w:lang w:bidi="gu-IN"/>
        </w:rPr>
        <w:t>વિદ્યાર્થીઓ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પુસ્તકીય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જ્ઞાનની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સાથે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સમાજપ્રોત્સાહક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કાર્યોમાં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સક્રિય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બને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તે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હેતુથી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હાથ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ધરાયેલી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પ્રવૃત્તિઓનો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અહેવાલ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નીચે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મુજબ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છે</w:t>
      </w:r>
      <w:r w:rsidRPr="00F1107F">
        <w:rPr>
          <w:sz w:val="20"/>
          <w:szCs w:val="20"/>
        </w:rPr>
        <w:t>:</w:t>
      </w:r>
    </w:p>
    <w:p w14:paraId="2FBF7216" w14:textId="77777777" w:rsidR="00F1107F" w:rsidRPr="00F1107F" w:rsidRDefault="00F1107F" w:rsidP="00F1107F">
      <w:pPr>
        <w:pStyle w:val="Heading2"/>
        <w:spacing w:line="240" w:lineRule="auto"/>
        <w:rPr>
          <w:sz w:val="20"/>
          <w:szCs w:val="20"/>
        </w:rPr>
      </w:pPr>
      <w:r w:rsidRPr="00F1107F">
        <w:rPr>
          <w:rFonts w:cs="Shruti"/>
          <w:sz w:val="20"/>
          <w:szCs w:val="20"/>
          <w:cs/>
          <w:lang w:bidi="gu-IN"/>
        </w:rPr>
        <w:t>૧</w:t>
      </w:r>
      <w:r w:rsidRPr="00F1107F">
        <w:rPr>
          <w:sz w:val="20"/>
          <w:szCs w:val="20"/>
        </w:rPr>
        <w:t xml:space="preserve">. </w:t>
      </w:r>
      <w:r w:rsidRPr="00F1107F">
        <w:rPr>
          <w:rFonts w:cs="Shruti"/>
          <w:sz w:val="20"/>
          <w:szCs w:val="20"/>
          <w:cs/>
          <w:lang w:bidi="gu-IN"/>
        </w:rPr>
        <w:t>શાળા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દ્વારા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યોજાતી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મુખ્ય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સેવાકીય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અને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સામાજિક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પ્રવૃત્તિઓ</w:t>
      </w:r>
      <w:r w:rsidRPr="00F1107F">
        <w:rPr>
          <w:sz w:val="20"/>
          <w:szCs w:val="20"/>
        </w:rPr>
        <w:t>:</w:t>
      </w:r>
    </w:p>
    <w:p w14:paraId="5E888351" w14:textId="77777777" w:rsidR="00F1107F" w:rsidRPr="00F1107F" w:rsidRDefault="00F1107F" w:rsidP="00F1107F">
      <w:pPr>
        <w:pStyle w:val="ListBullet"/>
        <w:spacing w:after="0" w:line="240" w:lineRule="auto"/>
        <w:rPr>
          <w:sz w:val="20"/>
          <w:szCs w:val="20"/>
        </w:rPr>
      </w:pPr>
      <w:r w:rsidRPr="00F1107F">
        <w:rPr>
          <w:rFonts w:cs="Shruti"/>
          <w:sz w:val="20"/>
          <w:szCs w:val="20"/>
          <w:cs/>
          <w:lang w:bidi="gu-IN"/>
        </w:rPr>
        <w:t>આરોગ્ય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અને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તબીબી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તપાસ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શિબિર</w:t>
      </w:r>
      <w:r w:rsidRPr="00F1107F">
        <w:rPr>
          <w:sz w:val="20"/>
          <w:szCs w:val="20"/>
        </w:rPr>
        <w:t xml:space="preserve"> (RBSK Health Check-up): </w:t>
      </w:r>
      <w:r w:rsidRPr="00F1107F">
        <w:rPr>
          <w:rFonts w:cs="Shruti"/>
          <w:sz w:val="20"/>
          <w:szCs w:val="20"/>
          <w:cs/>
          <w:lang w:bidi="gu-IN"/>
        </w:rPr>
        <w:t>શાળાના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વિદ્યાર્થીઓ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માટે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આરોગ્ય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વિભાગના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સહયોગથી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નિયમિત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સ્વાસ્થ્ય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તપાસ</w:t>
      </w:r>
      <w:r w:rsidRPr="00F1107F">
        <w:rPr>
          <w:sz w:val="20"/>
          <w:szCs w:val="20"/>
        </w:rPr>
        <w:t xml:space="preserve">, </w:t>
      </w:r>
      <w:r w:rsidRPr="00F1107F">
        <w:rPr>
          <w:rFonts w:cs="Shruti"/>
          <w:sz w:val="20"/>
          <w:szCs w:val="20"/>
          <w:cs/>
          <w:lang w:bidi="gu-IN"/>
        </w:rPr>
        <w:t>આંખની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ચકાસણી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અને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જરૂરી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દવાઓનું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વિતરણ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કરવામાં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આવે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છે</w:t>
      </w:r>
      <w:r w:rsidRPr="00F1107F">
        <w:rPr>
          <w:sz w:val="20"/>
          <w:szCs w:val="20"/>
        </w:rPr>
        <w:t>.</w:t>
      </w:r>
    </w:p>
    <w:p w14:paraId="3622A5A6" w14:textId="77777777" w:rsidR="00F1107F" w:rsidRPr="00F1107F" w:rsidRDefault="00F1107F" w:rsidP="00F1107F">
      <w:pPr>
        <w:pStyle w:val="ListBullet"/>
        <w:spacing w:after="0" w:line="240" w:lineRule="auto"/>
        <w:rPr>
          <w:sz w:val="20"/>
          <w:szCs w:val="20"/>
        </w:rPr>
      </w:pPr>
      <w:r w:rsidRPr="00F1107F">
        <w:rPr>
          <w:rFonts w:cs="Shruti"/>
          <w:sz w:val="20"/>
          <w:szCs w:val="20"/>
          <w:cs/>
          <w:lang w:bidi="gu-IN"/>
        </w:rPr>
        <w:t>સ્વચ્છતા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અભિયાન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અને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શ્રમદાન</w:t>
      </w:r>
      <w:r w:rsidRPr="00F1107F">
        <w:rPr>
          <w:sz w:val="20"/>
          <w:szCs w:val="20"/>
        </w:rPr>
        <w:t>: "</w:t>
      </w:r>
      <w:r w:rsidRPr="00F1107F">
        <w:rPr>
          <w:rFonts w:cs="Shruti"/>
          <w:sz w:val="20"/>
          <w:szCs w:val="20"/>
          <w:cs/>
          <w:lang w:bidi="gu-IN"/>
        </w:rPr>
        <w:t>સ્વચ્છ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ભારત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અભિયાન</w:t>
      </w:r>
      <w:r w:rsidRPr="00F1107F">
        <w:rPr>
          <w:sz w:val="20"/>
          <w:szCs w:val="20"/>
        </w:rPr>
        <w:t xml:space="preserve">" </w:t>
      </w:r>
      <w:r w:rsidRPr="00F1107F">
        <w:rPr>
          <w:rFonts w:cs="Shruti"/>
          <w:sz w:val="20"/>
          <w:szCs w:val="20"/>
          <w:cs/>
          <w:lang w:bidi="gu-IN"/>
        </w:rPr>
        <w:t>અંતર્ગત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શાળા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પરિસર</w:t>
      </w:r>
      <w:r w:rsidRPr="00F1107F">
        <w:rPr>
          <w:sz w:val="20"/>
          <w:szCs w:val="20"/>
        </w:rPr>
        <w:t xml:space="preserve">, </w:t>
      </w:r>
      <w:r w:rsidRPr="00F1107F">
        <w:rPr>
          <w:rFonts w:cs="Shruti"/>
          <w:sz w:val="20"/>
          <w:szCs w:val="20"/>
          <w:cs/>
          <w:lang w:bidi="gu-IN"/>
        </w:rPr>
        <w:t>ગામના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જાહેર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સ્થળો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અને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પવિત્ર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સ્થાનો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પર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વિદ્યાર્થીઓ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તથા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શિક્ષકો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દ્વારા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સફાઈ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અભિયાન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અને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રેલીનું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આયોજન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કરવામાં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આવે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છે</w:t>
      </w:r>
      <w:r w:rsidRPr="00F1107F">
        <w:rPr>
          <w:sz w:val="20"/>
          <w:szCs w:val="20"/>
        </w:rPr>
        <w:t>.</w:t>
      </w:r>
    </w:p>
    <w:p w14:paraId="6A39A85E" w14:textId="77777777" w:rsidR="00F1107F" w:rsidRPr="00F1107F" w:rsidRDefault="00F1107F" w:rsidP="00F1107F">
      <w:pPr>
        <w:pStyle w:val="ListBullet"/>
        <w:spacing w:after="0" w:line="240" w:lineRule="auto"/>
        <w:rPr>
          <w:sz w:val="20"/>
          <w:szCs w:val="20"/>
        </w:rPr>
      </w:pPr>
      <w:r w:rsidRPr="00F1107F">
        <w:rPr>
          <w:rFonts w:cs="Shruti"/>
          <w:sz w:val="20"/>
          <w:szCs w:val="20"/>
          <w:cs/>
          <w:lang w:bidi="gu-IN"/>
        </w:rPr>
        <w:t>કુદરતી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આફતો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અને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સહાય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પ્રવૃત્તિઓ</w:t>
      </w:r>
      <w:r w:rsidRPr="00F1107F">
        <w:rPr>
          <w:sz w:val="20"/>
          <w:szCs w:val="20"/>
        </w:rPr>
        <w:t xml:space="preserve">: </w:t>
      </w:r>
      <w:r w:rsidRPr="00F1107F">
        <w:rPr>
          <w:rFonts w:cs="Shruti"/>
          <w:sz w:val="20"/>
          <w:szCs w:val="20"/>
          <w:cs/>
          <w:lang w:bidi="gu-IN"/>
        </w:rPr>
        <w:t>સમાજમાં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જ્યારે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પણ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મુશ્કેલી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કે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આપત્તિનો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સમય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આવે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ત્યારે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શાળાના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વિદ્યાર્થીઓ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અને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સ્ટાફ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દ્વારા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રાહત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ફંડ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કે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લોકઉપયોગી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સહાયમાં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પોતાનું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યોગદાન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આપવામાં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આવે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છે</w:t>
      </w:r>
      <w:r w:rsidRPr="00F1107F">
        <w:rPr>
          <w:sz w:val="20"/>
          <w:szCs w:val="20"/>
        </w:rPr>
        <w:t>.</w:t>
      </w:r>
    </w:p>
    <w:p w14:paraId="40FD20E6" w14:textId="77777777" w:rsidR="00F1107F" w:rsidRPr="00F1107F" w:rsidRDefault="00F1107F" w:rsidP="00F1107F">
      <w:pPr>
        <w:pStyle w:val="ListBullet"/>
        <w:spacing w:after="0" w:line="240" w:lineRule="auto"/>
        <w:rPr>
          <w:sz w:val="20"/>
          <w:szCs w:val="20"/>
        </w:rPr>
      </w:pPr>
      <w:r w:rsidRPr="00F1107F">
        <w:rPr>
          <w:rFonts w:cs="Shruti"/>
          <w:sz w:val="20"/>
          <w:szCs w:val="20"/>
          <w:cs/>
          <w:lang w:bidi="gu-IN"/>
        </w:rPr>
        <w:t>વૃક્ષારોપણ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અને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પર્યાવરણ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સેવા</w:t>
      </w:r>
      <w:r w:rsidRPr="00F1107F">
        <w:rPr>
          <w:sz w:val="20"/>
          <w:szCs w:val="20"/>
        </w:rPr>
        <w:t>: "</w:t>
      </w:r>
      <w:r w:rsidRPr="00F1107F">
        <w:rPr>
          <w:rFonts w:cs="Shruti"/>
          <w:sz w:val="20"/>
          <w:szCs w:val="20"/>
          <w:cs/>
          <w:lang w:bidi="gu-IN"/>
        </w:rPr>
        <w:t>એક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પેડ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મા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કે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નામ</w:t>
      </w:r>
      <w:r w:rsidRPr="00F1107F">
        <w:rPr>
          <w:sz w:val="20"/>
          <w:szCs w:val="20"/>
        </w:rPr>
        <w:t xml:space="preserve">" </w:t>
      </w:r>
      <w:r w:rsidRPr="00F1107F">
        <w:rPr>
          <w:rFonts w:cs="Shruti"/>
          <w:sz w:val="20"/>
          <w:szCs w:val="20"/>
          <w:cs/>
          <w:lang w:bidi="gu-IN"/>
        </w:rPr>
        <w:t>તથા</w:t>
      </w:r>
      <w:r w:rsidRPr="00F1107F">
        <w:rPr>
          <w:sz w:val="20"/>
          <w:szCs w:val="20"/>
        </w:rPr>
        <w:t xml:space="preserve"> "</w:t>
      </w:r>
      <w:r w:rsidRPr="00F1107F">
        <w:rPr>
          <w:rFonts w:cs="Shruti"/>
          <w:sz w:val="20"/>
          <w:szCs w:val="20"/>
          <w:cs/>
          <w:lang w:bidi="gu-IN"/>
        </w:rPr>
        <w:t>વૃક્ષ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બચાવો</w:t>
      </w:r>
      <w:r w:rsidRPr="00F1107F">
        <w:rPr>
          <w:sz w:val="20"/>
          <w:szCs w:val="20"/>
        </w:rPr>
        <w:t xml:space="preserve">" </w:t>
      </w:r>
      <w:r w:rsidRPr="00F1107F">
        <w:rPr>
          <w:rFonts w:cs="Shruti"/>
          <w:sz w:val="20"/>
          <w:szCs w:val="20"/>
          <w:cs/>
          <w:lang w:bidi="gu-IN"/>
        </w:rPr>
        <w:t>અભિયાન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અંતર્ગત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ગામમાં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અને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શાળામાં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વૃક્ષો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વાવીને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તેની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જાળવણી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કરવાની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સેવાકીય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પ્રવૃત્તિ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વિદ્યાર્થીઓ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કરે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છે</w:t>
      </w:r>
      <w:r w:rsidRPr="00F1107F">
        <w:rPr>
          <w:sz w:val="20"/>
          <w:szCs w:val="20"/>
        </w:rPr>
        <w:t>.</w:t>
      </w:r>
    </w:p>
    <w:p w14:paraId="49E3EFF8" w14:textId="77777777" w:rsidR="00F1107F" w:rsidRPr="00F1107F" w:rsidRDefault="00F1107F" w:rsidP="00F1107F">
      <w:pPr>
        <w:pStyle w:val="ListBullet"/>
        <w:spacing w:after="0" w:line="240" w:lineRule="auto"/>
        <w:rPr>
          <w:sz w:val="20"/>
          <w:szCs w:val="20"/>
        </w:rPr>
      </w:pPr>
      <w:r w:rsidRPr="00F1107F">
        <w:rPr>
          <w:rFonts w:cs="Shruti"/>
          <w:sz w:val="20"/>
          <w:szCs w:val="20"/>
          <w:cs/>
          <w:lang w:bidi="gu-IN"/>
        </w:rPr>
        <w:t>જરૂરિયાતમંદ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વિદ્યાર્થીઓને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સહાય</w:t>
      </w:r>
      <w:r w:rsidRPr="00F1107F">
        <w:rPr>
          <w:sz w:val="20"/>
          <w:szCs w:val="20"/>
        </w:rPr>
        <w:t xml:space="preserve">: </w:t>
      </w:r>
      <w:r w:rsidRPr="00F1107F">
        <w:rPr>
          <w:rFonts w:cs="Shruti"/>
          <w:sz w:val="20"/>
          <w:szCs w:val="20"/>
          <w:cs/>
          <w:lang w:bidi="gu-IN"/>
        </w:rPr>
        <w:t>સ્થાનિક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દાતાઓ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અને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વાલીમંડળના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સહયોગથી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શાળાના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ગરીબ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અને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હોશિયાર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વિદ્યાર્થીઓને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શૈક્ષણિક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કીટ</w:t>
      </w:r>
      <w:r w:rsidRPr="00F1107F">
        <w:rPr>
          <w:sz w:val="20"/>
          <w:szCs w:val="20"/>
        </w:rPr>
        <w:t xml:space="preserve">, </w:t>
      </w:r>
      <w:r w:rsidRPr="00F1107F">
        <w:rPr>
          <w:rFonts w:cs="Shruti"/>
          <w:sz w:val="20"/>
          <w:szCs w:val="20"/>
          <w:cs/>
          <w:lang w:bidi="gu-IN"/>
        </w:rPr>
        <w:t>યુનિફોર્મ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અને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સ્ટેશનરીનું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વિતરણ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કરવામાં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આવે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છે</w:t>
      </w:r>
    </w:p>
    <w:p w14:paraId="4879E3D2" w14:textId="77777777" w:rsidR="00F1107F" w:rsidRPr="00F1107F" w:rsidRDefault="00F1107F" w:rsidP="00F1107F">
      <w:pPr>
        <w:pStyle w:val="Heading2"/>
        <w:spacing w:line="240" w:lineRule="auto"/>
        <w:rPr>
          <w:sz w:val="20"/>
          <w:szCs w:val="20"/>
        </w:rPr>
      </w:pPr>
      <w:r w:rsidRPr="00F1107F">
        <w:rPr>
          <w:rFonts w:cs="Shruti"/>
          <w:sz w:val="20"/>
          <w:szCs w:val="20"/>
          <w:cs/>
          <w:lang w:bidi="gu-IN"/>
        </w:rPr>
        <w:t>૨</w:t>
      </w:r>
      <w:r w:rsidRPr="00F1107F">
        <w:rPr>
          <w:sz w:val="20"/>
          <w:szCs w:val="20"/>
        </w:rPr>
        <w:t xml:space="preserve">. </w:t>
      </w:r>
      <w:r w:rsidRPr="00F1107F">
        <w:rPr>
          <w:rFonts w:cs="Shruti"/>
          <w:sz w:val="20"/>
          <w:szCs w:val="20"/>
          <w:cs/>
          <w:lang w:bidi="gu-IN"/>
        </w:rPr>
        <w:t>સેવાકીય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અને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સામાજિક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પ્રવૃત્તિઓનું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સંકલન</w:t>
      </w:r>
      <w:r w:rsidRPr="00F1107F">
        <w:rPr>
          <w:sz w:val="20"/>
          <w:szCs w:val="20"/>
        </w:rPr>
        <w:t xml:space="preserve"> </w:t>
      </w:r>
      <w:r w:rsidRPr="00F1107F">
        <w:rPr>
          <w:rFonts w:cs="Shruti"/>
          <w:sz w:val="20"/>
          <w:szCs w:val="20"/>
          <w:cs/>
          <w:lang w:bidi="gu-IN"/>
        </w:rPr>
        <w:t>પત્રક</w:t>
      </w:r>
      <w:r w:rsidRPr="00F1107F">
        <w:rPr>
          <w:sz w:val="20"/>
          <w:szCs w:val="20"/>
        </w:rPr>
        <w:t>:</w:t>
      </w:r>
    </w:p>
    <w:tbl>
      <w:tblPr>
        <w:tblStyle w:val="TableGrid"/>
        <w:tblW w:w="9180" w:type="dxa"/>
        <w:tblLook w:val="04A0" w:firstRow="1" w:lastRow="0" w:firstColumn="1" w:lastColumn="0" w:noHBand="0" w:noVBand="1"/>
      </w:tblPr>
      <w:tblGrid>
        <w:gridCol w:w="675"/>
        <w:gridCol w:w="3261"/>
        <w:gridCol w:w="2544"/>
        <w:gridCol w:w="2700"/>
      </w:tblGrid>
      <w:tr w:rsidR="00F1107F" w:rsidRPr="00F1107F" w14:paraId="5A26682D" w14:textId="77777777" w:rsidTr="00F1107F">
        <w:tc>
          <w:tcPr>
            <w:tcW w:w="675" w:type="dxa"/>
          </w:tcPr>
          <w:p w14:paraId="0725CA41" w14:textId="77777777" w:rsidR="00F1107F" w:rsidRPr="00F1107F" w:rsidRDefault="00F1107F" w:rsidP="00F1107F">
            <w:pPr>
              <w:rPr>
                <w:sz w:val="20"/>
                <w:szCs w:val="20"/>
              </w:rPr>
            </w:pPr>
            <w:r w:rsidRPr="00F1107F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ક્રમ</w:t>
            </w:r>
          </w:p>
        </w:tc>
        <w:tc>
          <w:tcPr>
            <w:tcW w:w="3261" w:type="dxa"/>
          </w:tcPr>
          <w:p w14:paraId="4FCCE6B8" w14:textId="77777777" w:rsidR="00F1107F" w:rsidRPr="00F1107F" w:rsidRDefault="00F1107F" w:rsidP="00F1107F">
            <w:pPr>
              <w:rPr>
                <w:sz w:val="20"/>
                <w:szCs w:val="20"/>
              </w:rPr>
            </w:pPr>
            <w:r w:rsidRPr="00F1107F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સેવાકીય</w:t>
            </w:r>
            <w:r w:rsidRPr="00F1107F">
              <w:rPr>
                <w:b/>
                <w:sz w:val="20"/>
                <w:szCs w:val="20"/>
              </w:rPr>
              <w:t xml:space="preserve"> / </w:t>
            </w:r>
            <w:r w:rsidRPr="00F1107F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સામાજિક</w:t>
            </w:r>
            <w:r w:rsidRPr="00F1107F">
              <w:rPr>
                <w:b/>
                <w:sz w:val="20"/>
                <w:szCs w:val="20"/>
              </w:rPr>
              <w:t xml:space="preserve"> </w:t>
            </w:r>
            <w:r w:rsidRPr="00F1107F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પ્રવૃત્તિ</w:t>
            </w:r>
          </w:p>
        </w:tc>
        <w:tc>
          <w:tcPr>
            <w:tcW w:w="2544" w:type="dxa"/>
          </w:tcPr>
          <w:p w14:paraId="02BC0926" w14:textId="77777777" w:rsidR="00F1107F" w:rsidRPr="00F1107F" w:rsidRDefault="00F1107F" w:rsidP="00F1107F">
            <w:pPr>
              <w:rPr>
                <w:sz w:val="20"/>
                <w:szCs w:val="20"/>
              </w:rPr>
            </w:pPr>
            <w:r w:rsidRPr="00F1107F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સહયોગ</w:t>
            </w:r>
            <w:r w:rsidRPr="00F1107F">
              <w:rPr>
                <w:b/>
                <w:sz w:val="20"/>
                <w:szCs w:val="20"/>
              </w:rPr>
              <w:t xml:space="preserve"> </w:t>
            </w:r>
            <w:r w:rsidRPr="00F1107F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આપનાર</w:t>
            </w:r>
            <w:r w:rsidRPr="00F1107F">
              <w:rPr>
                <w:b/>
                <w:sz w:val="20"/>
                <w:szCs w:val="20"/>
              </w:rPr>
              <w:t xml:space="preserve"> </w:t>
            </w:r>
            <w:r w:rsidRPr="00F1107F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સંસ્થા</w:t>
            </w:r>
            <w:r w:rsidRPr="00F1107F">
              <w:rPr>
                <w:b/>
                <w:sz w:val="20"/>
                <w:szCs w:val="20"/>
              </w:rPr>
              <w:t xml:space="preserve"> / </w:t>
            </w:r>
            <w:r w:rsidRPr="00F1107F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વિભાગ</w:t>
            </w:r>
          </w:p>
        </w:tc>
        <w:tc>
          <w:tcPr>
            <w:tcW w:w="2700" w:type="dxa"/>
          </w:tcPr>
          <w:p w14:paraId="02B7A44A" w14:textId="77777777" w:rsidR="00F1107F" w:rsidRPr="00F1107F" w:rsidRDefault="00F1107F" w:rsidP="00F1107F">
            <w:pPr>
              <w:rPr>
                <w:sz w:val="20"/>
                <w:szCs w:val="20"/>
              </w:rPr>
            </w:pPr>
            <w:r w:rsidRPr="00F1107F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આયોજનનો</w:t>
            </w:r>
            <w:r w:rsidRPr="00F1107F">
              <w:rPr>
                <w:b/>
                <w:sz w:val="20"/>
                <w:szCs w:val="20"/>
              </w:rPr>
              <w:t xml:space="preserve"> </w:t>
            </w:r>
            <w:r w:rsidRPr="00F1107F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સમય</w:t>
            </w:r>
            <w:r w:rsidRPr="00F1107F">
              <w:rPr>
                <w:b/>
                <w:sz w:val="20"/>
                <w:szCs w:val="20"/>
              </w:rPr>
              <w:t xml:space="preserve"> / </w:t>
            </w:r>
            <w:r w:rsidRPr="00F1107F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આવૃત્તિ</w:t>
            </w:r>
          </w:p>
        </w:tc>
      </w:tr>
      <w:tr w:rsidR="00F1107F" w:rsidRPr="00F1107F" w14:paraId="14E306B5" w14:textId="77777777" w:rsidTr="00F1107F">
        <w:tc>
          <w:tcPr>
            <w:tcW w:w="675" w:type="dxa"/>
          </w:tcPr>
          <w:p w14:paraId="0E776727" w14:textId="77777777" w:rsidR="00F1107F" w:rsidRPr="00F1107F" w:rsidRDefault="00F1107F" w:rsidP="00F1107F">
            <w:pPr>
              <w:rPr>
                <w:sz w:val="20"/>
                <w:szCs w:val="20"/>
              </w:rPr>
            </w:pPr>
            <w:r w:rsidRPr="00F1107F">
              <w:rPr>
                <w:rFonts w:cs="Shruti"/>
                <w:sz w:val="20"/>
                <w:szCs w:val="20"/>
                <w:cs/>
                <w:lang w:bidi="gu-IN"/>
              </w:rPr>
              <w:t>૧</w:t>
            </w:r>
          </w:p>
        </w:tc>
        <w:tc>
          <w:tcPr>
            <w:tcW w:w="3261" w:type="dxa"/>
          </w:tcPr>
          <w:p w14:paraId="15BD0914" w14:textId="77777777" w:rsidR="00F1107F" w:rsidRPr="00F1107F" w:rsidRDefault="00F1107F" w:rsidP="00F1107F">
            <w:pPr>
              <w:rPr>
                <w:sz w:val="20"/>
                <w:szCs w:val="20"/>
              </w:rPr>
            </w:pPr>
            <w:r w:rsidRPr="00F1107F">
              <w:rPr>
                <w:rFonts w:cs="Shruti"/>
                <w:sz w:val="20"/>
                <w:szCs w:val="20"/>
                <w:cs/>
                <w:lang w:bidi="gu-IN"/>
              </w:rPr>
              <w:t>વિદ્યાર્થી</w:t>
            </w:r>
            <w:r w:rsidRPr="00F1107F">
              <w:rPr>
                <w:sz w:val="20"/>
                <w:szCs w:val="20"/>
              </w:rPr>
              <w:t xml:space="preserve"> </w:t>
            </w:r>
            <w:r w:rsidRPr="00F1107F">
              <w:rPr>
                <w:rFonts w:cs="Shruti"/>
                <w:sz w:val="20"/>
                <w:szCs w:val="20"/>
                <w:cs/>
                <w:lang w:bidi="gu-IN"/>
              </w:rPr>
              <w:t>આરોગ્ય</w:t>
            </w:r>
            <w:r w:rsidRPr="00F1107F">
              <w:rPr>
                <w:sz w:val="20"/>
                <w:szCs w:val="20"/>
              </w:rPr>
              <w:t xml:space="preserve"> </w:t>
            </w:r>
            <w:r w:rsidRPr="00F1107F">
              <w:rPr>
                <w:rFonts w:cs="Shruti"/>
                <w:sz w:val="20"/>
                <w:szCs w:val="20"/>
                <w:cs/>
                <w:lang w:bidi="gu-IN"/>
              </w:rPr>
              <w:t>તપાસ</w:t>
            </w:r>
            <w:r w:rsidRPr="00F1107F">
              <w:rPr>
                <w:sz w:val="20"/>
                <w:szCs w:val="20"/>
              </w:rPr>
              <w:t xml:space="preserve"> </w:t>
            </w:r>
            <w:r w:rsidRPr="00F1107F">
              <w:rPr>
                <w:rFonts w:cs="Shruti"/>
                <w:sz w:val="20"/>
                <w:szCs w:val="20"/>
                <w:cs/>
                <w:lang w:bidi="gu-IN"/>
              </w:rPr>
              <w:t>શિબિર</w:t>
            </w:r>
            <w:r w:rsidRPr="00F1107F">
              <w:rPr>
                <w:sz w:val="20"/>
                <w:szCs w:val="20"/>
              </w:rPr>
              <w:t xml:space="preserve"> (RBSK)</w:t>
            </w:r>
          </w:p>
        </w:tc>
        <w:tc>
          <w:tcPr>
            <w:tcW w:w="2544" w:type="dxa"/>
          </w:tcPr>
          <w:p w14:paraId="101209CD" w14:textId="326CA489" w:rsidR="00F1107F" w:rsidRPr="00AD7629" w:rsidRDefault="00AD7629" w:rsidP="00F1107F">
            <w:pPr>
              <w:rPr>
                <w:rFonts w:cs="Shruti"/>
                <w:sz w:val="20"/>
                <w:szCs w:val="20"/>
              </w:rPr>
            </w:pPr>
            <w:r>
              <w:rPr>
                <w:rFonts w:cs="Shruti" w:hint="cs"/>
                <w:sz w:val="20"/>
                <w:szCs w:val="20"/>
                <w:cs/>
                <w:lang w:bidi="gu-IN"/>
              </w:rPr>
              <w:t xml:space="preserve">પ્રાથમિક આરોગ્ય કેન્દ્ર </w:t>
            </w:r>
            <w:r w:rsidR="00F1107F" w:rsidRPr="00F1107F">
              <w:rPr>
                <w:sz w:val="20"/>
                <w:szCs w:val="20"/>
              </w:rPr>
              <w:t xml:space="preserve"> (PHC) </w:t>
            </w:r>
            <w:r w:rsidR="00F1107F" w:rsidRPr="00F1107F">
              <w:rPr>
                <w:rFonts w:cs="Shruti"/>
                <w:sz w:val="20"/>
                <w:szCs w:val="20"/>
                <w:cs/>
                <w:lang w:bidi="gu-IN"/>
              </w:rPr>
              <w:t>ટીમ</w:t>
            </w:r>
            <w:r>
              <w:rPr>
                <w:rFonts w:cs="Shruti" w:hint="cs"/>
                <w:sz w:val="20"/>
                <w:szCs w:val="20"/>
                <w:cs/>
                <w:lang w:bidi="gu-IN"/>
              </w:rPr>
              <w:t xml:space="preserve"> લવાણા</w:t>
            </w:r>
          </w:p>
        </w:tc>
        <w:tc>
          <w:tcPr>
            <w:tcW w:w="2700" w:type="dxa"/>
          </w:tcPr>
          <w:p w14:paraId="1F0EC688" w14:textId="77777777" w:rsidR="00F1107F" w:rsidRPr="00F1107F" w:rsidRDefault="00F1107F" w:rsidP="00F1107F">
            <w:pPr>
              <w:rPr>
                <w:sz w:val="20"/>
                <w:szCs w:val="20"/>
              </w:rPr>
            </w:pPr>
            <w:r w:rsidRPr="00F1107F">
              <w:rPr>
                <w:rFonts w:cs="Shruti"/>
                <w:sz w:val="20"/>
                <w:szCs w:val="20"/>
                <w:cs/>
                <w:lang w:bidi="gu-IN"/>
              </w:rPr>
              <w:t>સત્ર</w:t>
            </w:r>
            <w:r w:rsidRPr="00F1107F">
              <w:rPr>
                <w:sz w:val="20"/>
                <w:szCs w:val="20"/>
              </w:rPr>
              <w:t xml:space="preserve"> </w:t>
            </w:r>
            <w:r w:rsidRPr="00F1107F">
              <w:rPr>
                <w:rFonts w:cs="Shruti"/>
                <w:sz w:val="20"/>
                <w:szCs w:val="20"/>
                <w:cs/>
                <w:lang w:bidi="gu-IN"/>
              </w:rPr>
              <w:t>દરમિયાન</w:t>
            </w:r>
            <w:r w:rsidRPr="00F1107F">
              <w:rPr>
                <w:sz w:val="20"/>
                <w:szCs w:val="20"/>
              </w:rPr>
              <w:t xml:space="preserve"> </w:t>
            </w:r>
            <w:r w:rsidRPr="00F1107F">
              <w:rPr>
                <w:rFonts w:cs="Shruti"/>
                <w:sz w:val="20"/>
                <w:szCs w:val="20"/>
                <w:cs/>
                <w:lang w:bidi="gu-IN"/>
              </w:rPr>
              <w:t>વર્ષમાં</w:t>
            </w:r>
            <w:r w:rsidRPr="00F1107F">
              <w:rPr>
                <w:sz w:val="20"/>
                <w:szCs w:val="20"/>
              </w:rPr>
              <w:t xml:space="preserve"> </w:t>
            </w:r>
            <w:r w:rsidRPr="00F1107F">
              <w:rPr>
                <w:rFonts w:cs="Shruti"/>
                <w:sz w:val="20"/>
                <w:szCs w:val="20"/>
                <w:cs/>
                <w:lang w:bidi="gu-IN"/>
              </w:rPr>
              <w:t>બે</w:t>
            </w:r>
            <w:r w:rsidRPr="00F1107F">
              <w:rPr>
                <w:sz w:val="20"/>
                <w:szCs w:val="20"/>
              </w:rPr>
              <w:t xml:space="preserve"> </w:t>
            </w:r>
            <w:r w:rsidRPr="00F1107F">
              <w:rPr>
                <w:rFonts w:cs="Shruti"/>
                <w:sz w:val="20"/>
                <w:szCs w:val="20"/>
                <w:cs/>
                <w:lang w:bidi="gu-IN"/>
              </w:rPr>
              <w:t>વખત</w:t>
            </w:r>
          </w:p>
        </w:tc>
      </w:tr>
      <w:tr w:rsidR="00F1107F" w:rsidRPr="00F1107F" w14:paraId="2D9EEC76" w14:textId="77777777" w:rsidTr="00F1107F">
        <w:tc>
          <w:tcPr>
            <w:tcW w:w="675" w:type="dxa"/>
          </w:tcPr>
          <w:p w14:paraId="6485032D" w14:textId="77777777" w:rsidR="00F1107F" w:rsidRPr="00F1107F" w:rsidRDefault="00F1107F" w:rsidP="00F1107F">
            <w:pPr>
              <w:rPr>
                <w:sz w:val="20"/>
                <w:szCs w:val="20"/>
              </w:rPr>
            </w:pPr>
            <w:r w:rsidRPr="00F1107F">
              <w:rPr>
                <w:rFonts w:cs="Shruti"/>
                <w:sz w:val="20"/>
                <w:szCs w:val="20"/>
                <w:cs/>
                <w:lang w:bidi="gu-IN"/>
              </w:rPr>
              <w:t>૨</w:t>
            </w:r>
          </w:p>
        </w:tc>
        <w:tc>
          <w:tcPr>
            <w:tcW w:w="3261" w:type="dxa"/>
          </w:tcPr>
          <w:p w14:paraId="5DD7C2BE" w14:textId="77777777" w:rsidR="00F1107F" w:rsidRPr="00F1107F" w:rsidRDefault="00F1107F" w:rsidP="00F1107F">
            <w:pPr>
              <w:rPr>
                <w:sz w:val="20"/>
                <w:szCs w:val="20"/>
              </w:rPr>
            </w:pPr>
            <w:r w:rsidRPr="00F1107F">
              <w:rPr>
                <w:rFonts w:cs="Shruti"/>
                <w:sz w:val="20"/>
                <w:szCs w:val="20"/>
                <w:cs/>
                <w:lang w:bidi="gu-IN"/>
              </w:rPr>
              <w:t>ગ્રામ</w:t>
            </w:r>
            <w:r w:rsidRPr="00F1107F">
              <w:rPr>
                <w:sz w:val="20"/>
                <w:szCs w:val="20"/>
              </w:rPr>
              <w:t xml:space="preserve"> </w:t>
            </w:r>
            <w:r w:rsidRPr="00F1107F">
              <w:rPr>
                <w:rFonts w:cs="Shruti"/>
                <w:sz w:val="20"/>
                <w:szCs w:val="20"/>
                <w:cs/>
                <w:lang w:bidi="gu-IN"/>
              </w:rPr>
              <w:t>સફાઈ</w:t>
            </w:r>
            <w:r w:rsidRPr="00F1107F">
              <w:rPr>
                <w:sz w:val="20"/>
                <w:szCs w:val="20"/>
              </w:rPr>
              <w:t xml:space="preserve"> </w:t>
            </w:r>
            <w:r w:rsidRPr="00F1107F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F1107F">
              <w:rPr>
                <w:sz w:val="20"/>
                <w:szCs w:val="20"/>
              </w:rPr>
              <w:t xml:space="preserve"> </w:t>
            </w:r>
            <w:r w:rsidRPr="00F1107F">
              <w:rPr>
                <w:rFonts w:cs="Shruti"/>
                <w:sz w:val="20"/>
                <w:szCs w:val="20"/>
                <w:cs/>
                <w:lang w:bidi="gu-IN"/>
              </w:rPr>
              <w:t>જાગૃતિ</w:t>
            </w:r>
            <w:r w:rsidRPr="00F1107F">
              <w:rPr>
                <w:sz w:val="20"/>
                <w:szCs w:val="20"/>
              </w:rPr>
              <w:t xml:space="preserve"> </w:t>
            </w:r>
            <w:r w:rsidRPr="00F1107F">
              <w:rPr>
                <w:rFonts w:cs="Shruti"/>
                <w:sz w:val="20"/>
                <w:szCs w:val="20"/>
                <w:cs/>
                <w:lang w:bidi="gu-IN"/>
              </w:rPr>
              <w:t>રેલી</w:t>
            </w:r>
          </w:p>
        </w:tc>
        <w:tc>
          <w:tcPr>
            <w:tcW w:w="2544" w:type="dxa"/>
          </w:tcPr>
          <w:p w14:paraId="3956D45B" w14:textId="77777777" w:rsidR="00F1107F" w:rsidRPr="00F1107F" w:rsidRDefault="00F1107F" w:rsidP="00F1107F">
            <w:pPr>
              <w:rPr>
                <w:sz w:val="20"/>
                <w:szCs w:val="20"/>
              </w:rPr>
            </w:pPr>
            <w:r w:rsidRPr="00F1107F">
              <w:rPr>
                <w:rFonts w:cs="Shruti"/>
                <w:sz w:val="20"/>
                <w:szCs w:val="20"/>
                <w:cs/>
                <w:lang w:bidi="gu-IN"/>
              </w:rPr>
              <w:t>ગ્રામ</w:t>
            </w:r>
            <w:r w:rsidRPr="00F1107F">
              <w:rPr>
                <w:sz w:val="20"/>
                <w:szCs w:val="20"/>
              </w:rPr>
              <w:t xml:space="preserve"> </w:t>
            </w:r>
            <w:r w:rsidRPr="00F1107F">
              <w:rPr>
                <w:rFonts w:cs="Shruti"/>
                <w:sz w:val="20"/>
                <w:szCs w:val="20"/>
                <w:cs/>
                <w:lang w:bidi="gu-IN"/>
              </w:rPr>
              <w:t>પંચાયત</w:t>
            </w:r>
            <w:r w:rsidRPr="00F1107F">
              <w:rPr>
                <w:sz w:val="20"/>
                <w:szCs w:val="20"/>
              </w:rPr>
              <w:t xml:space="preserve"> </w:t>
            </w:r>
            <w:r w:rsidRPr="00F1107F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F1107F">
              <w:rPr>
                <w:sz w:val="20"/>
                <w:szCs w:val="20"/>
              </w:rPr>
              <w:t xml:space="preserve"> </w:t>
            </w:r>
            <w:r w:rsidRPr="00F1107F">
              <w:rPr>
                <w:rFonts w:cs="Shruti"/>
                <w:sz w:val="20"/>
                <w:szCs w:val="20"/>
                <w:cs/>
                <w:lang w:bidi="gu-IN"/>
              </w:rPr>
              <w:t>શાળા</w:t>
            </w:r>
            <w:r w:rsidRPr="00F1107F">
              <w:rPr>
                <w:sz w:val="20"/>
                <w:szCs w:val="20"/>
              </w:rPr>
              <w:t xml:space="preserve"> </w:t>
            </w:r>
            <w:r w:rsidRPr="00F1107F">
              <w:rPr>
                <w:rFonts w:cs="Shruti"/>
                <w:sz w:val="20"/>
                <w:szCs w:val="20"/>
                <w:cs/>
                <w:lang w:bidi="gu-IN"/>
              </w:rPr>
              <w:t>પરિવાર</w:t>
            </w:r>
          </w:p>
        </w:tc>
        <w:tc>
          <w:tcPr>
            <w:tcW w:w="2700" w:type="dxa"/>
          </w:tcPr>
          <w:p w14:paraId="531D7F06" w14:textId="77777777" w:rsidR="00F1107F" w:rsidRPr="00F1107F" w:rsidRDefault="00F1107F" w:rsidP="00F1107F">
            <w:pPr>
              <w:rPr>
                <w:sz w:val="20"/>
                <w:szCs w:val="20"/>
              </w:rPr>
            </w:pPr>
            <w:r w:rsidRPr="00F1107F">
              <w:rPr>
                <w:rFonts w:cs="Shruti"/>
                <w:sz w:val="20"/>
                <w:szCs w:val="20"/>
                <w:cs/>
                <w:lang w:bidi="gu-IN"/>
              </w:rPr>
              <w:t>ગાંધી</w:t>
            </w:r>
            <w:r w:rsidRPr="00F1107F">
              <w:rPr>
                <w:sz w:val="20"/>
                <w:szCs w:val="20"/>
              </w:rPr>
              <w:t xml:space="preserve"> </w:t>
            </w:r>
            <w:r w:rsidRPr="00F1107F">
              <w:rPr>
                <w:rFonts w:cs="Shruti"/>
                <w:sz w:val="20"/>
                <w:szCs w:val="20"/>
                <w:cs/>
                <w:lang w:bidi="gu-IN"/>
              </w:rPr>
              <w:t>જયંતિ</w:t>
            </w:r>
            <w:r w:rsidRPr="00F1107F">
              <w:rPr>
                <w:sz w:val="20"/>
                <w:szCs w:val="20"/>
              </w:rPr>
              <w:t xml:space="preserve"> / </w:t>
            </w:r>
            <w:r w:rsidRPr="00F1107F">
              <w:rPr>
                <w:rFonts w:cs="Shruti"/>
                <w:sz w:val="20"/>
                <w:szCs w:val="20"/>
                <w:cs/>
                <w:lang w:bidi="gu-IN"/>
              </w:rPr>
              <w:t>રાષ્ટ્રીય</w:t>
            </w:r>
            <w:r w:rsidRPr="00F1107F">
              <w:rPr>
                <w:sz w:val="20"/>
                <w:szCs w:val="20"/>
              </w:rPr>
              <w:t xml:space="preserve"> </w:t>
            </w:r>
            <w:r w:rsidRPr="00F1107F">
              <w:rPr>
                <w:rFonts w:cs="Shruti"/>
                <w:sz w:val="20"/>
                <w:szCs w:val="20"/>
                <w:cs/>
                <w:lang w:bidi="gu-IN"/>
              </w:rPr>
              <w:t>પર્વ</w:t>
            </w:r>
          </w:p>
        </w:tc>
      </w:tr>
      <w:tr w:rsidR="00F1107F" w:rsidRPr="00F1107F" w14:paraId="7CE6BAD7" w14:textId="77777777" w:rsidTr="00F1107F">
        <w:tc>
          <w:tcPr>
            <w:tcW w:w="675" w:type="dxa"/>
          </w:tcPr>
          <w:p w14:paraId="44E23831" w14:textId="77777777" w:rsidR="00F1107F" w:rsidRPr="00F1107F" w:rsidRDefault="00F1107F" w:rsidP="00F1107F">
            <w:pPr>
              <w:rPr>
                <w:sz w:val="20"/>
                <w:szCs w:val="20"/>
              </w:rPr>
            </w:pPr>
            <w:r w:rsidRPr="00F1107F">
              <w:rPr>
                <w:rFonts w:cs="Shruti"/>
                <w:sz w:val="20"/>
                <w:szCs w:val="20"/>
                <w:cs/>
                <w:lang w:bidi="gu-IN"/>
              </w:rPr>
              <w:t>૩</w:t>
            </w:r>
          </w:p>
        </w:tc>
        <w:tc>
          <w:tcPr>
            <w:tcW w:w="3261" w:type="dxa"/>
          </w:tcPr>
          <w:p w14:paraId="35929B06" w14:textId="77777777" w:rsidR="00F1107F" w:rsidRPr="00F1107F" w:rsidRDefault="00F1107F" w:rsidP="00F1107F">
            <w:pPr>
              <w:rPr>
                <w:sz w:val="20"/>
                <w:szCs w:val="20"/>
              </w:rPr>
            </w:pPr>
            <w:r w:rsidRPr="00F1107F">
              <w:rPr>
                <w:rFonts w:cs="Shruti"/>
                <w:sz w:val="20"/>
                <w:szCs w:val="20"/>
                <w:cs/>
                <w:lang w:bidi="gu-IN"/>
              </w:rPr>
              <w:t>શૈક્ષણિક</w:t>
            </w:r>
            <w:r w:rsidRPr="00F1107F">
              <w:rPr>
                <w:sz w:val="20"/>
                <w:szCs w:val="20"/>
              </w:rPr>
              <w:t xml:space="preserve"> </w:t>
            </w:r>
            <w:r w:rsidRPr="00F1107F">
              <w:rPr>
                <w:rFonts w:cs="Shruti"/>
                <w:sz w:val="20"/>
                <w:szCs w:val="20"/>
                <w:cs/>
                <w:lang w:bidi="gu-IN"/>
              </w:rPr>
              <w:t>કીટ</w:t>
            </w:r>
            <w:r w:rsidRPr="00F1107F">
              <w:rPr>
                <w:sz w:val="20"/>
                <w:szCs w:val="20"/>
              </w:rPr>
              <w:t xml:space="preserve"> </w:t>
            </w:r>
            <w:r w:rsidRPr="00F1107F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F1107F">
              <w:rPr>
                <w:sz w:val="20"/>
                <w:szCs w:val="20"/>
              </w:rPr>
              <w:t xml:space="preserve"> </w:t>
            </w:r>
            <w:r w:rsidRPr="00F1107F">
              <w:rPr>
                <w:rFonts w:cs="Shruti"/>
                <w:sz w:val="20"/>
                <w:szCs w:val="20"/>
                <w:cs/>
                <w:lang w:bidi="gu-IN"/>
              </w:rPr>
              <w:t>પુસ્તક</w:t>
            </w:r>
            <w:r w:rsidRPr="00F1107F">
              <w:rPr>
                <w:sz w:val="20"/>
                <w:szCs w:val="20"/>
              </w:rPr>
              <w:t xml:space="preserve"> </w:t>
            </w:r>
            <w:r w:rsidRPr="00F1107F">
              <w:rPr>
                <w:rFonts w:cs="Shruti"/>
                <w:sz w:val="20"/>
                <w:szCs w:val="20"/>
                <w:cs/>
                <w:lang w:bidi="gu-IN"/>
              </w:rPr>
              <w:t>વિતરણ</w:t>
            </w:r>
          </w:p>
        </w:tc>
        <w:tc>
          <w:tcPr>
            <w:tcW w:w="2544" w:type="dxa"/>
          </w:tcPr>
          <w:p w14:paraId="54520C3F" w14:textId="77777777" w:rsidR="00F1107F" w:rsidRPr="00F1107F" w:rsidRDefault="00F1107F" w:rsidP="00F1107F">
            <w:pPr>
              <w:rPr>
                <w:sz w:val="20"/>
                <w:szCs w:val="20"/>
              </w:rPr>
            </w:pPr>
            <w:r w:rsidRPr="00F1107F">
              <w:rPr>
                <w:rFonts w:cs="Shruti"/>
                <w:sz w:val="20"/>
                <w:szCs w:val="20"/>
                <w:cs/>
                <w:lang w:bidi="gu-IN"/>
              </w:rPr>
              <w:t>સ્થાનિક</w:t>
            </w:r>
            <w:r w:rsidRPr="00F1107F">
              <w:rPr>
                <w:sz w:val="20"/>
                <w:szCs w:val="20"/>
              </w:rPr>
              <w:t xml:space="preserve"> </w:t>
            </w:r>
            <w:r w:rsidRPr="00F1107F">
              <w:rPr>
                <w:rFonts w:cs="Shruti"/>
                <w:sz w:val="20"/>
                <w:szCs w:val="20"/>
                <w:cs/>
                <w:lang w:bidi="gu-IN"/>
              </w:rPr>
              <w:t>દાતાઓ</w:t>
            </w:r>
            <w:r w:rsidRPr="00F1107F">
              <w:rPr>
                <w:sz w:val="20"/>
                <w:szCs w:val="20"/>
              </w:rPr>
              <w:t xml:space="preserve"> / </w:t>
            </w:r>
            <w:r w:rsidRPr="00F1107F">
              <w:rPr>
                <w:rFonts w:cs="Shruti"/>
                <w:sz w:val="20"/>
                <w:szCs w:val="20"/>
                <w:cs/>
                <w:lang w:bidi="gu-IN"/>
              </w:rPr>
              <w:t>વાલીમંડળ</w:t>
            </w:r>
          </w:p>
        </w:tc>
        <w:tc>
          <w:tcPr>
            <w:tcW w:w="2700" w:type="dxa"/>
          </w:tcPr>
          <w:p w14:paraId="6AACA945" w14:textId="77777777" w:rsidR="00F1107F" w:rsidRPr="00F1107F" w:rsidRDefault="00F1107F" w:rsidP="00F1107F">
            <w:pPr>
              <w:rPr>
                <w:sz w:val="20"/>
                <w:szCs w:val="20"/>
              </w:rPr>
            </w:pPr>
            <w:r w:rsidRPr="00F1107F">
              <w:rPr>
                <w:rFonts w:cs="Shruti"/>
                <w:sz w:val="20"/>
                <w:szCs w:val="20"/>
                <w:cs/>
                <w:lang w:bidi="gu-IN"/>
              </w:rPr>
              <w:t>સત્રના</w:t>
            </w:r>
            <w:r w:rsidRPr="00F1107F">
              <w:rPr>
                <w:sz w:val="20"/>
                <w:szCs w:val="20"/>
              </w:rPr>
              <w:t xml:space="preserve"> </w:t>
            </w:r>
            <w:r w:rsidRPr="00F1107F">
              <w:rPr>
                <w:rFonts w:cs="Shruti"/>
                <w:sz w:val="20"/>
                <w:szCs w:val="20"/>
                <w:cs/>
                <w:lang w:bidi="gu-IN"/>
              </w:rPr>
              <w:t>પ્રારંભે</w:t>
            </w:r>
            <w:r w:rsidRPr="00F1107F">
              <w:rPr>
                <w:sz w:val="20"/>
                <w:szCs w:val="20"/>
              </w:rPr>
              <w:t xml:space="preserve"> (</w:t>
            </w:r>
            <w:r w:rsidRPr="00F1107F">
              <w:rPr>
                <w:rFonts w:cs="Shruti"/>
                <w:sz w:val="20"/>
                <w:szCs w:val="20"/>
                <w:cs/>
                <w:lang w:bidi="gu-IN"/>
              </w:rPr>
              <w:t>પ્રવેશ</w:t>
            </w:r>
            <w:r w:rsidRPr="00F1107F">
              <w:rPr>
                <w:sz w:val="20"/>
                <w:szCs w:val="20"/>
              </w:rPr>
              <w:t xml:space="preserve"> </w:t>
            </w:r>
            <w:r w:rsidRPr="00F1107F">
              <w:rPr>
                <w:rFonts w:cs="Shruti"/>
                <w:sz w:val="20"/>
                <w:szCs w:val="20"/>
                <w:cs/>
                <w:lang w:bidi="gu-IN"/>
              </w:rPr>
              <w:t>ઉત્સવ</w:t>
            </w:r>
            <w:r w:rsidRPr="00F1107F">
              <w:rPr>
                <w:sz w:val="20"/>
                <w:szCs w:val="20"/>
              </w:rPr>
              <w:t>)</w:t>
            </w:r>
          </w:p>
        </w:tc>
      </w:tr>
      <w:tr w:rsidR="00F1107F" w:rsidRPr="00F1107F" w14:paraId="10D645DE" w14:textId="77777777" w:rsidTr="00F1107F">
        <w:tc>
          <w:tcPr>
            <w:tcW w:w="675" w:type="dxa"/>
          </w:tcPr>
          <w:p w14:paraId="3A9AD732" w14:textId="77777777" w:rsidR="00F1107F" w:rsidRPr="00F1107F" w:rsidRDefault="00F1107F" w:rsidP="00F1107F">
            <w:pPr>
              <w:rPr>
                <w:sz w:val="20"/>
                <w:szCs w:val="20"/>
              </w:rPr>
            </w:pPr>
            <w:r w:rsidRPr="00F1107F">
              <w:rPr>
                <w:rFonts w:cs="Shruti"/>
                <w:sz w:val="20"/>
                <w:szCs w:val="20"/>
                <w:cs/>
                <w:lang w:bidi="gu-IN"/>
              </w:rPr>
              <w:t>૪</w:t>
            </w:r>
          </w:p>
        </w:tc>
        <w:tc>
          <w:tcPr>
            <w:tcW w:w="3261" w:type="dxa"/>
          </w:tcPr>
          <w:p w14:paraId="613E7433" w14:textId="77777777" w:rsidR="00F1107F" w:rsidRPr="00F1107F" w:rsidRDefault="00F1107F" w:rsidP="00F1107F">
            <w:pPr>
              <w:rPr>
                <w:sz w:val="20"/>
                <w:szCs w:val="20"/>
              </w:rPr>
            </w:pPr>
            <w:r w:rsidRPr="00F1107F">
              <w:rPr>
                <w:rFonts w:cs="Shruti"/>
                <w:sz w:val="20"/>
                <w:szCs w:val="20"/>
                <w:cs/>
                <w:lang w:bidi="gu-IN"/>
              </w:rPr>
              <w:t>વૃક્ષારોપણ</w:t>
            </w:r>
            <w:r w:rsidRPr="00F1107F">
              <w:rPr>
                <w:sz w:val="20"/>
                <w:szCs w:val="20"/>
              </w:rPr>
              <w:t xml:space="preserve"> </w:t>
            </w:r>
            <w:r w:rsidRPr="00F1107F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F1107F">
              <w:rPr>
                <w:sz w:val="20"/>
                <w:szCs w:val="20"/>
              </w:rPr>
              <w:t xml:space="preserve"> </w:t>
            </w:r>
            <w:r w:rsidRPr="00F1107F">
              <w:rPr>
                <w:rFonts w:cs="Shruti"/>
                <w:sz w:val="20"/>
                <w:szCs w:val="20"/>
                <w:cs/>
                <w:lang w:bidi="gu-IN"/>
              </w:rPr>
              <w:t>માવજત</w:t>
            </w:r>
            <w:r w:rsidRPr="00F1107F">
              <w:rPr>
                <w:sz w:val="20"/>
                <w:szCs w:val="20"/>
              </w:rPr>
              <w:t xml:space="preserve"> </w:t>
            </w:r>
            <w:r w:rsidRPr="00F1107F">
              <w:rPr>
                <w:rFonts w:cs="Shruti"/>
                <w:sz w:val="20"/>
                <w:szCs w:val="20"/>
                <w:cs/>
                <w:lang w:bidi="gu-IN"/>
              </w:rPr>
              <w:t>સેવા</w:t>
            </w:r>
          </w:p>
        </w:tc>
        <w:tc>
          <w:tcPr>
            <w:tcW w:w="2544" w:type="dxa"/>
          </w:tcPr>
          <w:p w14:paraId="33FCBCF8" w14:textId="77777777" w:rsidR="00F1107F" w:rsidRPr="00F1107F" w:rsidRDefault="00F1107F" w:rsidP="00F1107F">
            <w:pPr>
              <w:rPr>
                <w:sz w:val="20"/>
                <w:szCs w:val="20"/>
              </w:rPr>
            </w:pPr>
            <w:r w:rsidRPr="00F1107F">
              <w:rPr>
                <w:rFonts w:cs="Shruti"/>
                <w:sz w:val="20"/>
                <w:szCs w:val="20"/>
                <w:cs/>
                <w:lang w:bidi="gu-IN"/>
              </w:rPr>
              <w:t>ઇકો</w:t>
            </w:r>
            <w:r w:rsidRPr="00F1107F">
              <w:rPr>
                <w:sz w:val="20"/>
                <w:szCs w:val="20"/>
              </w:rPr>
              <w:t xml:space="preserve"> </w:t>
            </w:r>
            <w:r w:rsidRPr="00F1107F">
              <w:rPr>
                <w:rFonts w:cs="Shruti"/>
                <w:sz w:val="20"/>
                <w:szCs w:val="20"/>
                <w:cs/>
                <w:lang w:bidi="gu-IN"/>
              </w:rPr>
              <w:t>ક્લબ</w:t>
            </w:r>
            <w:r w:rsidRPr="00F1107F">
              <w:rPr>
                <w:sz w:val="20"/>
                <w:szCs w:val="20"/>
              </w:rPr>
              <w:t xml:space="preserve"> </w:t>
            </w:r>
            <w:r w:rsidRPr="00F1107F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F1107F">
              <w:rPr>
                <w:sz w:val="20"/>
                <w:szCs w:val="20"/>
              </w:rPr>
              <w:t xml:space="preserve"> </w:t>
            </w:r>
            <w:r w:rsidRPr="00F1107F">
              <w:rPr>
                <w:rFonts w:cs="Shruti"/>
                <w:sz w:val="20"/>
                <w:szCs w:val="20"/>
                <w:cs/>
                <w:lang w:bidi="gu-IN"/>
              </w:rPr>
              <w:t>ગ્રામજનો</w:t>
            </w:r>
          </w:p>
        </w:tc>
        <w:tc>
          <w:tcPr>
            <w:tcW w:w="2700" w:type="dxa"/>
          </w:tcPr>
          <w:p w14:paraId="01EA33EA" w14:textId="77777777" w:rsidR="00F1107F" w:rsidRPr="00F1107F" w:rsidRDefault="00F1107F" w:rsidP="00F1107F">
            <w:pPr>
              <w:rPr>
                <w:sz w:val="20"/>
                <w:szCs w:val="20"/>
              </w:rPr>
            </w:pPr>
            <w:r w:rsidRPr="00F1107F">
              <w:rPr>
                <w:rFonts w:cs="Shruti"/>
                <w:sz w:val="20"/>
                <w:szCs w:val="20"/>
                <w:cs/>
                <w:lang w:bidi="gu-IN"/>
              </w:rPr>
              <w:t>વન</w:t>
            </w:r>
            <w:r w:rsidRPr="00F1107F">
              <w:rPr>
                <w:sz w:val="20"/>
                <w:szCs w:val="20"/>
              </w:rPr>
              <w:t xml:space="preserve"> </w:t>
            </w:r>
            <w:r w:rsidRPr="00F1107F">
              <w:rPr>
                <w:rFonts w:cs="Shruti"/>
                <w:sz w:val="20"/>
                <w:szCs w:val="20"/>
                <w:cs/>
                <w:lang w:bidi="gu-IN"/>
              </w:rPr>
              <w:t>મહોત્સવ</w:t>
            </w:r>
            <w:r w:rsidRPr="00F1107F">
              <w:rPr>
                <w:sz w:val="20"/>
                <w:szCs w:val="20"/>
              </w:rPr>
              <w:t xml:space="preserve"> </w:t>
            </w:r>
            <w:r w:rsidRPr="00F1107F">
              <w:rPr>
                <w:rFonts w:cs="Shruti"/>
                <w:sz w:val="20"/>
                <w:szCs w:val="20"/>
                <w:cs/>
                <w:lang w:bidi="gu-IN"/>
              </w:rPr>
              <w:t>દરમિયાન</w:t>
            </w:r>
          </w:p>
        </w:tc>
      </w:tr>
    </w:tbl>
    <w:p w14:paraId="07430F6D" w14:textId="77777777" w:rsidR="00F1107F" w:rsidRPr="00F1107F" w:rsidRDefault="00F1107F" w:rsidP="00F1107F">
      <w:pPr>
        <w:spacing w:after="0" w:line="240" w:lineRule="auto"/>
        <w:rPr>
          <w:rFonts w:cs="Shruti"/>
          <w:sz w:val="20"/>
          <w:szCs w:val="20"/>
          <w:lang w:bidi="gu-IN"/>
        </w:rPr>
      </w:pPr>
    </w:p>
    <w:p w14:paraId="32B36E70" w14:textId="77777777" w:rsidR="00F1107F" w:rsidRPr="00F1107F" w:rsidRDefault="00F1107F" w:rsidP="00F1107F">
      <w:pPr>
        <w:spacing w:after="0" w:line="240" w:lineRule="auto"/>
        <w:rPr>
          <w:sz w:val="20"/>
          <w:szCs w:val="20"/>
        </w:rPr>
      </w:pPr>
      <w:r w:rsidRPr="00F1107F">
        <w:rPr>
          <w:rFonts w:cs="Shruti"/>
          <w:b/>
          <w:bCs/>
          <w:sz w:val="20"/>
          <w:szCs w:val="20"/>
          <w:cs/>
          <w:lang w:bidi="gu-IN"/>
        </w:rPr>
        <w:t>નિષ્કર્ષ</w:t>
      </w:r>
      <w:r w:rsidRPr="00F1107F">
        <w:rPr>
          <w:b/>
          <w:sz w:val="20"/>
          <w:szCs w:val="20"/>
        </w:rPr>
        <w:t xml:space="preserve">: </w:t>
      </w:r>
      <w:r w:rsidRPr="00F1107F">
        <w:rPr>
          <w:rFonts w:cs="Shruti"/>
          <w:b/>
          <w:bCs/>
          <w:sz w:val="20"/>
          <w:szCs w:val="20"/>
          <w:cs/>
          <w:lang w:bidi="gu-IN"/>
        </w:rPr>
        <w:t>આ</w:t>
      </w:r>
      <w:r w:rsidRPr="00F1107F">
        <w:rPr>
          <w:b/>
          <w:sz w:val="20"/>
          <w:szCs w:val="20"/>
        </w:rPr>
        <w:t xml:space="preserve"> </w:t>
      </w:r>
      <w:r w:rsidRPr="00F1107F">
        <w:rPr>
          <w:rFonts w:cs="Shruti"/>
          <w:b/>
          <w:bCs/>
          <w:sz w:val="20"/>
          <w:szCs w:val="20"/>
          <w:cs/>
          <w:lang w:bidi="gu-IN"/>
        </w:rPr>
        <w:t>સેવાકીય</w:t>
      </w:r>
      <w:r w:rsidRPr="00F1107F">
        <w:rPr>
          <w:b/>
          <w:sz w:val="20"/>
          <w:szCs w:val="20"/>
        </w:rPr>
        <w:t xml:space="preserve"> </w:t>
      </w:r>
      <w:r w:rsidRPr="00F1107F">
        <w:rPr>
          <w:rFonts w:cs="Shruti"/>
          <w:b/>
          <w:bCs/>
          <w:sz w:val="20"/>
          <w:szCs w:val="20"/>
          <w:cs/>
          <w:lang w:bidi="gu-IN"/>
        </w:rPr>
        <w:t>અને</w:t>
      </w:r>
      <w:r w:rsidRPr="00F1107F">
        <w:rPr>
          <w:b/>
          <w:sz w:val="20"/>
          <w:szCs w:val="20"/>
        </w:rPr>
        <w:t xml:space="preserve"> </w:t>
      </w:r>
      <w:r w:rsidRPr="00F1107F">
        <w:rPr>
          <w:rFonts w:cs="Shruti"/>
          <w:b/>
          <w:bCs/>
          <w:sz w:val="20"/>
          <w:szCs w:val="20"/>
          <w:cs/>
          <w:lang w:bidi="gu-IN"/>
        </w:rPr>
        <w:t>સામાજિક</w:t>
      </w:r>
      <w:r w:rsidRPr="00F1107F">
        <w:rPr>
          <w:b/>
          <w:sz w:val="20"/>
          <w:szCs w:val="20"/>
        </w:rPr>
        <w:t xml:space="preserve"> </w:t>
      </w:r>
      <w:r w:rsidRPr="00F1107F">
        <w:rPr>
          <w:rFonts w:cs="Shruti"/>
          <w:b/>
          <w:bCs/>
          <w:sz w:val="20"/>
          <w:szCs w:val="20"/>
          <w:cs/>
          <w:lang w:bidi="gu-IN"/>
        </w:rPr>
        <w:t>પ્રવૃત્તિઓના</w:t>
      </w:r>
      <w:r w:rsidRPr="00F1107F">
        <w:rPr>
          <w:b/>
          <w:sz w:val="20"/>
          <w:szCs w:val="20"/>
        </w:rPr>
        <w:t xml:space="preserve"> </w:t>
      </w:r>
      <w:r w:rsidRPr="00F1107F">
        <w:rPr>
          <w:rFonts w:cs="Shruti"/>
          <w:b/>
          <w:bCs/>
          <w:sz w:val="20"/>
          <w:szCs w:val="20"/>
          <w:cs/>
          <w:lang w:bidi="gu-IN"/>
        </w:rPr>
        <w:t>માધ્યમથી</w:t>
      </w:r>
      <w:r w:rsidRPr="00F1107F">
        <w:rPr>
          <w:b/>
          <w:sz w:val="20"/>
          <w:szCs w:val="20"/>
        </w:rPr>
        <w:t xml:space="preserve"> </w:t>
      </w:r>
      <w:r w:rsidRPr="00F1107F">
        <w:rPr>
          <w:rFonts w:cs="Shruti"/>
          <w:b/>
          <w:bCs/>
          <w:sz w:val="20"/>
          <w:szCs w:val="20"/>
          <w:cs/>
          <w:lang w:bidi="gu-IN"/>
        </w:rPr>
        <w:t>વિદ્યાર્થીઓમાં</w:t>
      </w:r>
      <w:r w:rsidRPr="00F1107F">
        <w:rPr>
          <w:b/>
          <w:sz w:val="20"/>
          <w:szCs w:val="20"/>
        </w:rPr>
        <w:t xml:space="preserve"> </w:t>
      </w:r>
      <w:r w:rsidRPr="00F1107F">
        <w:rPr>
          <w:rFonts w:cs="Shruti"/>
          <w:b/>
          <w:bCs/>
          <w:sz w:val="20"/>
          <w:szCs w:val="20"/>
          <w:cs/>
          <w:lang w:bidi="gu-IN"/>
        </w:rPr>
        <w:t>પરોપકાર</w:t>
      </w:r>
      <w:r w:rsidRPr="00F1107F">
        <w:rPr>
          <w:b/>
          <w:sz w:val="20"/>
          <w:szCs w:val="20"/>
        </w:rPr>
        <w:t xml:space="preserve">, </w:t>
      </w:r>
      <w:r w:rsidRPr="00F1107F">
        <w:rPr>
          <w:rFonts w:cs="Shruti"/>
          <w:b/>
          <w:bCs/>
          <w:sz w:val="20"/>
          <w:szCs w:val="20"/>
          <w:cs/>
          <w:lang w:bidi="gu-IN"/>
        </w:rPr>
        <w:t>સહાનુભૂતિ</w:t>
      </w:r>
      <w:r w:rsidRPr="00F1107F">
        <w:rPr>
          <w:b/>
          <w:sz w:val="20"/>
          <w:szCs w:val="20"/>
        </w:rPr>
        <w:t xml:space="preserve">, </w:t>
      </w:r>
      <w:r w:rsidRPr="00F1107F">
        <w:rPr>
          <w:rFonts w:cs="Shruti"/>
          <w:b/>
          <w:bCs/>
          <w:sz w:val="20"/>
          <w:szCs w:val="20"/>
          <w:cs/>
          <w:lang w:bidi="gu-IN"/>
        </w:rPr>
        <w:t>શ્રમનું</w:t>
      </w:r>
      <w:r w:rsidRPr="00F1107F">
        <w:rPr>
          <w:b/>
          <w:sz w:val="20"/>
          <w:szCs w:val="20"/>
        </w:rPr>
        <w:t xml:space="preserve"> </w:t>
      </w:r>
      <w:r w:rsidRPr="00F1107F">
        <w:rPr>
          <w:rFonts w:cs="Shruti"/>
          <w:b/>
          <w:bCs/>
          <w:sz w:val="20"/>
          <w:szCs w:val="20"/>
          <w:cs/>
          <w:lang w:bidi="gu-IN"/>
        </w:rPr>
        <w:t>મહત્ત્વ</w:t>
      </w:r>
      <w:r w:rsidRPr="00F1107F">
        <w:rPr>
          <w:b/>
          <w:sz w:val="20"/>
          <w:szCs w:val="20"/>
        </w:rPr>
        <w:t xml:space="preserve"> </w:t>
      </w:r>
      <w:r w:rsidRPr="00F1107F">
        <w:rPr>
          <w:rFonts w:cs="Shruti"/>
          <w:b/>
          <w:bCs/>
          <w:sz w:val="20"/>
          <w:szCs w:val="20"/>
          <w:cs/>
          <w:lang w:bidi="gu-IN"/>
        </w:rPr>
        <w:t>અને</w:t>
      </w:r>
      <w:r w:rsidRPr="00F1107F">
        <w:rPr>
          <w:b/>
          <w:sz w:val="20"/>
          <w:szCs w:val="20"/>
        </w:rPr>
        <w:t xml:space="preserve"> </w:t>
      </w:r>
      <w:r w:rsidRPr="00F1107F">
        <w:rPr>
          <w:rFonts w:cs="Shruti"/>
          <w:b/>
          <w:bCs/>
          <w:sz w:val="20"/>
          <w:szCs w:val="20"/>
          <w:cs/>
          <w:lang w:bidi="gu-IN"/>
        </w:rPr>
        <w:t>સામાજિક</w:t>
      </w:r>
      <w:r w:rsidRPr="00F1107F">
        <w:rPr>
          <w:b/>
          <w:sz w:val="20"/>
          <w:szCs w:val="20"/>
        </w:rPr>
        <w:t xml:space="preserve"> </w:t>
      </w:r>
      <w:r w:rsidRPr="00F1107F">
        <w:rPr>
          <w:rFonts w:cs="Shruti"/>
          <w:b/>
          <w:bCs/>
          <w:sz w:val="20"/>
          <w:szCs w:val="20"/>
          <w:cs/>
          <w:lang w:bidi="gu-IN"/>
        </w:rPr>
        <w:t>ઉત્તરદાયિત્વની</w:t>
      </w:r>
      <w:r w:rsidRPr="00F1107F">
        <w:rPr>
          <w:b/>
          <w:sz w:val="20"/>
          <w:szCs w:val="20"/>
        </w:rPr>
        <w:t xml:space="preserve"> </w:t>
      </w:r>
      <w:r w:rsidRPr="00F1107F">
        <w:rPr>
          <w:rFonts w:cs="Shruti"/>
          <w:b/>
          <w:bCs/>
          <w:sz w:val="20"/>
          <w:szCs w:val="20"/>
          <w:cs/>
          <w:lang w:bidi="gu-IN"/>
        </w:rPr>
        <w:t>ભાવના</w:t>
      </w:r>
      <w:r w:rsidRPr="00F1107F">
        <w:rPr>
          <w:b/>
          <w:sz w:val="20"/>
          <w:szCs w:val="20"/>
        </w:rPr>
        <w:t xml:space="preserve"> </w:t>
      </w:r>
      <w:r w:rsidRPr="00F1107F">
        <w:rPr>
          <w:rFonts w:cs="Shruti"/>
          <w:b/>
          <w:bCs/>
          <w:sz w:val="20"/>
          <w:szCs w:val="20"/>
          <w:cs/>
          <w:lang w:bidi="gu-IN"/>
        </w:rPr>
        <w:t>દ્રઢ</w:t>
      </w:r>
      <w:r w:rsidRPr="00F1107F">
        <w:rPr>
          <w:b/>
          <w:sz w:val="20"/>
          <w:szCs w:val="20"/>
        </w:rPr>
        <w:t xml:space="preserve"> </w:t>
      </w:r>
      <w:r w:rsidRPr="00F1107F">
        <w:rPr>
          <w:rFonts w:cs="Shruti"/>
          <w:b/>
          <w:bCs/>
          <w:sz w:val="20"/>
          <w:szCs w:val="20"/>
          <w:cs/>
          <w:lang w:bidi="gu-IN"/>
        </w:rPr>
        <w:t>બની</w:t>
      </w:r>
      <w:r w:rsidRPr="00F1107F">
        <w:rPr>
          <w:b/>
          <w:sz w:val="20"/>
          <w:szCs w:val="20"/>
        </w:rPr>
        <w:t xml:space="preserve"> </w:t>
      </w:r>
      <w:r w:rsidRPr="00F1107F">
        <w:rPr>
          <w:rFonts w:cs="Shruti"/>
          <w:b/>
          <w:bCs/>
          <w:sz w:val="20"/>
          <w:szCs w:val="20"/>
          <w:cs/>
          <w:lang w:bidi="gu-IN"/>
        </w:rPr>
        <w:t>છે</w:t>
      </w:r>
      <w:r w:rsidRPr="00F1107F">
        <w:rPr>
          <w:b/>
          <w:sz w:val="20"/>
          <w:szCs w:val="20"/>
        </w:rPr>
        <w:t>.</w:t>
      </w:r>
    </w:p>
    <w:p w14:paraId="28A08E1D" w14:textId="77777777" w:rsidR="00F1107F" w:rsidRPr="00F1107F" w:rsidRDefault="00F1107F" w:rsidP="00F1107F">
      <w:pPr>
        <w:spacing w:after="0" w:line="240" w:lineRule="auto"/>
        <w:rPr>
          <w:sz w:val="20"/>
          <w:szCs w:val="20"/>
        </w:rPr>
      </w:pPr>
      <w:r w:rsidRPr="00F1107F">
        <w:rPr>
          <w:sz w:val="20"/>
          <w:szCs w:val="20"/>
        </w:rPr>
        <w:br/>
      </w:r>
      <w:r w:rsidRPr="00F1107F">
        <w:rPr>
          <w:sz w:val="20"/>
          <w:szCs w:val="20"/>
        </w:rP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F1107F" w:rsidRPr="00F1107F" w14:paraId="594F220D" w14:textId="77777777" w:rsidTr="00F1107F">
        <w:tc>
          <w:tcPr>
            <w:tcW w:w="4320" w:type="dxa"/>
          </w:tcPr>
          <w:p w14:paraId="3278B6B1" w14:textId="77777777" w:rsidR="00F1107F" w:rsidRPr="00F1107F" w:rsidRDefault="00F1107F" w:rsidP="00F1107F">
            <w:pPr>
              <w:spacing w:after="0" w:line="240" w:lineRule="auto"/>
              <w:rPr>
                <w:sz w:val="20"/>
                <w:szCs w:val="20"/>
              </w:rPr>
            </w:pPr>
            <w:r w:rsidRPr="00F1107F">
              <w:rPr>
                <w:rFonts w:cs="Shruti"/>
                <w:sz w:val="20"/>
                <w:szCs w:val="20"/>
                <w:cs/>
                <w:lang w:bidi="gu-IN"/>
              </w:rPr>
              <w:t>સેવાકીય</w:t>
            </w:r>
            <w:r w:rsidRPr="00F1107F">
              <w:rPr>
                <w:sz w:val="20"/>
                <w:szCs w:val="20"/>
              </w:rPr>
              <w:t xml:space="preserve"> </w:t>
            </w:r>
            <w:r w:rsidRPr="00F1107F">
              <w:rPr>
                <w:rFonts w:cs="Shruti"/>
                <w:sz w:val="20"/>
                <w:szCs w:val="20"/>
                <w:cs/>
                <w:lang w:bidi="gu-IN"/>
              </w:rPr>
              <w:t>પ્રવૃત્તિ</w:t>
            </w:r>
            <w:r w:rsidRPr="00F1107F">
              <w:rPr>
                <w:sz w:val="20"/>
                <w:szCs w:val="20"/>
              </w:rPr>
              <w:t xml:space="preserve"> </w:t>
            </w:r>
            <w:r w:rsidRPr="00F1107F">
              <w:rPr>
                <w:rFonts w:cs="Shruti"/>
                <w:sz w:val="20"/>
                <w:szCs w:val="20"/>
                <w:cs/>
                <w:lang w:bidi="gu-IN"/>
              </w:rPr>
              <w:t>ઇન્ચાર્જની</w:t>
            </w:r>
            <w:r w:rsidRPr="00F1107F">
              <w:rPr>
                <w:sz w:val="20"/>
                <w:szCs w:val="20"/>
              </w:rPr>
              <w:t xml:space="preserve"> </w:t>
            </w:r>
            <w:r w:rsidRPr="00F1107F">
              <w:rPr>
                <w:rFonts w:cs="Shruti"/>
                <w:sz w:val="20"/>
                <w:szCs w:val="20"/>
                <w:cs/>
                <w:lang w:bidi="gu-IN"/>
              </w:rPr>
              <w:t>સહી</w:t>
            </w:r>
            <w:r w:rsidRPr="00F1107F">
              <w:rPr>
                <w:sz w:val="20"/>
                <w:szCs w:val="20"/>
              </w:rPr>
              <w:br/>
            </w:r>
            <w:r w:rsidRPr="00F1107F">
              <w:rPr>
                <w:sz w:val="20"/>
                <w:szCs w:val="20"/>
              </w:rPr>
              <w:br/>
              <w:t>______________________</w:t>
            </w:r>
          </w:p>
        </w:tc>
        <w:tc>
          <w:tcPr>
            <w:tcW w:w="4320" w:type="dxa"/>
          </w:tcPr>
          <w:p w14:paraId="5C057B11" w14:textId="77777777" w:rsidR="00F1107F" w:rsidRPr="00F1107F" w:rsidRDefault="00F1107F" w:rsidP="00F1107F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F1107F">
              <w:rPr>
                <w:rFonts w:cs="Shruti"/>
                <w:sz w:val="20"/>
                <w:szCs w:val="20"/>
                <w:cs/>
                <w:lang w:bidi="gu-IN"/>
              </w:rPr>
              <w:t>આચાર્યશ્રીની</w:t>
            </w:r>
            <w:r w:rsidRPr="00F1107F">
              <w:rPr>
                <w:sz w:val="20"/>
                <w:szCs w:val="20"/>
              </w:rPr>
              <w:t xml:space="preserve"> </w:t>
            </w:r>
            <w:r w:rsidRPr="00F1107F">
              <w:rPr>
                <w:rFonts w:cs="Shruti"/>
                <w:sz w:val="20"/>
                <w:szCs w:val="20"/>
                <w:cs/>
                <w:lang w:bidi="gu-IN"/>
              </w:rPr>
              <w:t>સહી</w:t>
            </w:r>
            <w:r w:rsidRPr="00F1107F">
              <w:rPr>
                <w:sz w:val="20"/>
                <w:szCs w:val="20"/>
              </w:rPr>
              <w:t xml:space="preserve"> </w:t>
            </w:r>
            <w:r w:rsidRPr="00F1107F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F1107F">
              <w:rPr>
                <w:sz w:val="20"/>
                <w:szCs w:val="20"/>
              </w:rPr>
              <w:t xml:space="preserve"> </w:t>
            </w:r>
            <w:r w:rsidRPr="00F1107F">
              <w:rPr>
                <w:rFonts w:cs="Shruti"/>
                <w:sz w:val="20"/>
                <w:szCs w:val="20"/>
                <w:cs/>
                <w:lang w:bidi="gu-IN"/>
              </w:rPr>
              <w:t>સિક્કો</w:t>
            </w:r>
            <w:r w:rsidRPr="00F1107F">
              <w:rPr>
                <w:sz w:val="20"/>
                <w:szCs w:val="20"/>
              </w:rPr>
              <w:br/>
            </w:r>
            <w:r w:rsidRPr="00F1107F">
              <w:rPr>
                <w:sz w:val="20"/>
                <w:szCs w:val="20"/>
              </w:rPr>
              <w:br/>
            </w:r>
          </w:p>
        </w:tc>
      </w:tr>
    </w:tbl>
    <w:p w14:paraId="4BDA359F" w14:textId="77777777" w:rsidR="00F1107F" w:rsidRDefault="00F1107F" w:rsidP="00F1107F">
      <w:pPr>
        <w:spacing w:after="0"/>
      </w:pPr>
    </w:p>
    <w:p w14:paraId="0D47F9FE" w14:textId="77777777" w:rsidR="00F1107F" w:rsidRDefault="00F1107F" w:rsidP="00037DD9">
      <w:pPr>
        <w:tabs>
          <w:tab w:val="left" w:pos="2835"/>
        </w:tabs>
        <w:spacing w:after="0" w:line="240" w:lineRule="auto"/>
        <w:jc w:val="center"/>
        <w:rPr>
          <w:rFonts w:cs="Shruti"/>
          <w:bCs/>
          <w:sz w:val="20"/>
          <w:szCs w:val="20"/>
          <w:u w:val="single"/>
          <w:lang w:bidi="gu-IN"/>
        </w:rPr>
      </w:pPr>
    </w:p>
    <w:p w14:paraId="1D4E47F6" w14:textId="77777777" w:rsidR="00F1107F" w:rsidRDefault="00F1107F" w:rsidP="00037DD9">
      <w:pPr>
        <w:tabs>
          <w:tab w:val="left" w:pos="2835"/>
        </w:tabs>
        <w:spacing w:after="0" w:line="240" w:lineRule="auto"/>
        <w:jc w:val="center"/>
        <w:rPr>
          <w:rFonts w:cs="Shruti"/>
          <w:bCs/>
          <w:sz w:val="20"/>
          <w:szCs w:val="20"/>
          <w:u w:val="single"/>
          <w:lang w:bidi="gu-IN"/>
        </w:rPr>
      </w:pPr>
    </w:p>
    <w:p w14:paraId="362FB8EC" w14:textId="7BD488B0" w:rsidR="002E5B96" w:rsidRDefault="002546D1" w:rsidP="00521B9B">
      <w:pPr>
        <w:spacing w:after="0" w:line="240" w:lineRule="auto"/>
        <w:rPr>
          <w:rFonts w:cs="Shruti"/>
          <w:b/>
          <w:u w:val="single"/>
          <w:lang w:val="en-IN" w:bidi="gu-IN"/>
        </w:rPr>
      </w:pPr>
      <w:r>
        <w:rPr>
          <w:rFonts w:cs="Shruti" w:hint="cs"/>
          <w:sz w:val="28"/>
          <w:szCs w:val="28"/>
          <w:u w:val="single"/>
          <w:cs/>
          <w:lang w:bidi="gu-IN"/>
        </w:rPr>
        <w:lastRenderedPageBreak/>
        <w:t>ઢાંકણ્રીયાવાસ પ્રાથમિક શાળા તા- લાખણી જિલ્લો - વાવ-થરાદ ડાયસ કોડ: 24021300207</w:t>
      </w:r>
    </w:p>
    <w:p w14:paraId="2C0A8CC3" w14:textId="77777777" w:rsidR="002B042A" w:rsidRPr="002B042A" w:rsidRDefault="002B042A" w:rsidP="002B042A">
      <w:pPr>
        <w:pStyle w:val="Heading1"/>
      </w:pPr>
      <w:r>
        <w:rPr>
          <w:rFonts w:cs="Shruti"/>
          <w:cs/>
          <w:lang w:bidi="gu-IN"/>
        </w:rPr>
        <w:t>શાળા</w:t>
      </w:r>
      <w:r>
        <w:t xml:space="preserve"> </w:t>
      </w:r>
      <w:r>
        <w:rPr>
          <w:rFonts w:cs="Shruti"/>
          <w:cs/>
          <w:lang w:bidi="gu-IN"/>
        </w:rPr>
        <w:t>દ્વારા</w:t>
      </w:r>
      <w:r>
        <w:t xml:space="preserve"> </w:t>
      </w:r>
      <w:r>
        <w:rPr>
          <w:rFonts w:cs="Shruti"/>
          <w:cs/>
          <w:lang w:bidi="gu-IN"/>
        </w:rPr>
        <w:t>યોજાયેલ</w:t>
      </w:r>
      <w:r>
        <w:t xml:space="preserve"> "</w:t>
      </w:r>
      <w:r>
        <w:rPr>
          <w:rFonts w:cs="Shruti"/>
          <w:cs/>
          <w:lang w:bidi="gu-IN"/>
        </w:rPr>
        <w:t>આનંદદાયી</w:t>
      </w:r>
      <w:r>
        <w:t xml:space="preserve"> </w:t>
      </w:r>
      <w:r>
        <w:rPr>
          <w:rFonts w:cs="Shruti"/>
          <w:cs/>
          <w:lang w:bidi="gu-IN"/>
        </w:rPr>
        <w:t>શનિવાર</w:t>
      </w:r>
      <w:r>
        <w:t xml:space="preserve">" (Bagless Day / Happy Saturday) </w:t>
      </w:r>
      <w:r>
        <w:rPr>
          <w:rFonts w:cs="Shruti"/>
          <w:cs/>
          <w:lang w:bidi="gu-IN"/>
        </w:rPr>
        <w:t>પ્રવૃત્તિઓનો</w:t>
      </w:r>
      <w:r>
        <w:t xml:space="preserve"> </w:t>
      </w:r>
      <w:r>
        <w:rPr>
          <w:rFonts w:cs="Shruti"/>
          <w:cs/>
          <w:lang w:bidi="gu-IN"/>
        </w:rPr>
        <w:t>અહેવાલ</w:t>
      </w:r>
    </w:p>
    <w:p w14:paraId="2BC6F25A" w14:textId="05D9ED48" w:rsidR="002B042A" w:rsidRPr="002B042A" w:rsidRDefault="002B042A" w:rsidP="002B042A">
      <w:pPr>
        <w:spacing w:line="240" w:lineRule="auto"/>
        <w:rPr>
          <w:rFonts w:cs="Shruti"/>
          <w:sz w:val="20"/>
          <w:szCs w:val="20"/>
          <w:lang w:bidi="gu-IN"/>
        </w:rPr>
      </w:pPr>
      <w:r w:rsidRPr="002B042A">
        <w:rPr>
          <w:rFonts w:cs="Shruti"/>
          <w:sz w:val="20"/>
          <w:szCs w:val="20"/>
          <w:cs/>
          <w:lang w:bidi="gu-IN"/>
        </w:rPr>
        <w:t>રાષ્ટ્રીય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શિક્ષણ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નીતિ</w:t>
      </w:r>
      <w:r w:rsidRPr="002B042A">
        <w:rPr>
          <w:sz w:val="20"/>
          <w:szCs w:val="20"/>
        </w:rPr>
        <w:t xml:space="preserve"> (NEP-2020) </w:t>
      </w:r>
      <w:r w:rsidRPr="002B042A">
        <w:rPr>
          <w:rFonts w:cs="Shruti"/>
          <w:sz w:val="20"/>
          <w:szCs w:val="20"/>
          <w:cs/>
          <w:lang w:bidi="gu-IN"/>
        </w:rPr>
        <w:t>અને</w:t>
      </w:r>
      <w:r w:rsidRPr="002B042A">
        <w:rPr>
          <w:sz w:val="20"/>
          <w:szCs w:val="20"/>
        </w:rPr>
        <w:t xml:space="preserve"> SQAAF </w:t>
      </w:r>
      <w:r w:rsidRPr="002B042A">
        <w:rPr>
          <w:rFonts w:cs="Shruti"/>
          <w:sz w:val="20"/>
          <w:szCs w:val="20"/>
          <w:cs/>
          <w:lang w:bidi="gu-IN"/>
        </w:rPr>
        <w:t>ગુણોત્સવ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૨</w:t>
      </w:r>
      <w:r w:rsidRPr="002B042A">
        <w:rPr>
          <w:sz w:val="20"/>
          <w:szCs w:val="20"/>
        </w:rPr>
        <w:t>.</w:t>
      </w:r>
      <w:r w:rsidRPr="002B042A">
        <w:rPr>
          <w:rFonts w:cs="Shruti"/>
          <w:sz w:val="20"/>
          <w:szCs w:val="20"/>
          <w:cs/>
          <w:lang w:bidi="gu-IN"/>
        </w:rPr>
        <w:t>૦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ના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માપદંડો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અંતર્ગત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વિદ્યાર્થીઓ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પરથી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દફતરના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વજનનો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ભાર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ઘટાડવા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તેમજ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શૈક્ષણિક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કાર્યને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તણાવમુક્ત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અને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રમતગમત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તેમજ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પ્રવૃત્તિમય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બનાવવા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માટે</w:t>
      </w:r>
      <w:r w:rsidRPr="002B042A">
        <w:rPr>
          <w:sz w:val="20"/>
          <w:szCs w:val="20"/>
        </w:rPr>
        <w:t xml:space="preserve"> </w:t>
      </w:r>
      <w:r w:rsidR="008E13CA">
        <w:rPr>
          <w:rFonts w:cs="Shruti" w:hint="cs"/>
          <w:sz w:val="20"/>
          <w:szCs w:val="20"/>
          <w:cs/>
          <w:lang w:bidi="gu-IN"/>
        </w:rPr>
        <w:t xml:space="preserve">ઢાંકણ્રીયાવાસ પ્રાથમિક શાળા </w:t>
      </w:r>
      <w:r w:rsidRPr="002B042A">
        <w:rPr>
          <w:rFonts w:cs="Shruti"/>
          <w:sz w:val="20"/>
          <w:szCs w:val="20"/>
          <w:cs/>
          <w:lang w:bidi="gu-IN"/>
        </w:rPr>
        <w:t>માં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દર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શનિવારે</w:t>
      </w:r>
      <w:r w:rsidRPr="002B042A">
        <w:rPr>
          <w:sz w:val="20"/>
          <w:szCs w:val="20"/>
        </w:rPr>
        <w:t xml:space="preserve"> "</w:t>
      </w:r>
      <w:r w:rsidRPr="002B042A">
        <w:rPr>
          <w:rFonts w:cs="Shruti"/>
          <w:sz w:val="20"/>
          <w:szCs w:val="20"/>
          <w:cs/>
          <w:lang w:bidi="gu-IN"/>
        </w:rPr>
        <w:t>આનંદદાયી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શનિવાર</w:t>
      </w:r>
      <w:r w:rsidRPr="002B042A">
        <w:rPr>
          <w:sz w:val="20"/>
          <w:szCs w:val="20"/>
        </w:rPr>
        <w:t xml:space="preserve">" (Happy Saturday / Bagless Day) </w:t>
      </w:r>
      <w:r w:rsidRPr="002B042A">
        <w:rPr>
          <w:rFonts w:cs="Shruti"/>
          <w:sz w:val="20"/>
          <w:szCs w:val="20"/>
          <w:cs/>
          <w:lang w:bidi="gu-IN"/>
        </w:rPr>
        <w:t>નું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સઘન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આયોજન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કરવામાં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આવે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છે</w:t>
      </w:r>
      <w:r w:rsidRPr="002B042A">
        <w:rPr>
          <w:sz w:val="20"/>
          <w:szCs w:val="20"/>
        </w:rPr>
        <w:t xml:space="preserve">. </w:t>
      </w:r>
      <w:r w:rsidRPr="002B042A">
        <w:rPr>
          <w:rFonts w:cs="Shruti"/>
          <w:sz w:val="20"/>
          <w:szCs w:val="20"/>
          <w:cs/>
          <w:lang w:bidi="gu-IN"/>
        </w:rPr>
        <w:t>આ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દિવસ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દરમિયાન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વિદ્યાર્થીઓની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સર્જનાત્મકતા</w:t>
      </w:r>
      <w:r w:rsidRPr="002B042A">
        <w:rPr>
          <w:sz w:val="20"/>
          <w:szCs w:val="20"/>
        </w:rPr>
        <w:t xml:space="preserve">, </w:t>
      </w:r>
      <w:r w:rsidRPr="002B042A">
        <w:rPr>
          <w:rFonts w:cs="Shruti"/>
          <w:sz w:val="20"/>
          <w:szCs w:val="20"/>
          <w:cs/>
          <w:lang w:bidi="gu-IN"/>
        </w:rPr>
        <w:t>કૌશલ્યો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અને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આનંદી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શિક્ષણને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પ્રોત્સાહન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આપતી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વિવિધ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પ્રવૃત્તિઓ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યોજવામાં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આવે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છે</w:t>
      </w:r>
      <w:r w:rsidRPr="002B042A">
        <w:rPr>
          <w:sz w:val="20"/>
          <w:szCs w:val="20"/>
        </w:rPr>
        <w:t xml:space="preserve">, </w:t>
      </w:r>
      <w:r w:rsidRPr="002B042A">
        <w:rPr>
          <w:rFonts w:cs="Shruti"/>
          <w:sz w:val="20"/>
          <w:szCs w:val="20"/>
          <w:cs/>
          <w:lang w:bidi="gu-IN"/>
        </w:rPr>
        <w:t>જેનો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અહેવાલ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નીચે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મુજબ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છે</w:t>
      </w:r>
      <w:r w:rsidRPr="002B042A">
        <w:rPr>
          <w:sz w:val="20"/>
          <w:szCs w:val="20"/>
        </w:rPr>
        <w:t>:</w:t>
      </w:r>
    </w:p>
    <w:p w14:paraId="0A4C348D" w14:textId="77777777" w:rsidR="002B042A" w:rsidRPr="002B042A" w:rsidRDefault="002B042A" w:rsidP="002B042A">
      <w:pPr>
        <w:pStyle w:val="Heading2"/>
        <w:spacing w:line="240" w:lineRule="auto"/>
        <w:rPr>
          <w:sz w:val="20"/>
          <w:szCs w:val="20"/>
        </w:rPr>
      </w:pPr>
      <w:r w:rsidRPr="002B042A">
        <w:rPr>
          <w:rFonts w:cs="Shruti"/>
          <w:sz w:val="20"/>
          <w:szCs w:val="20"/>
          <w:cs/>
          <w:lang w:bidi="gu-IN"/>
        </w:rPr>
        <w:t>૧</w:t>
      </w:r>
      <w:r w:rsidRPr="002B042A">
        <w:rPr>
          <w:sz w:val="20"/>
          <w:szCs w:val="20"/>
        </w:rPr>
        <w:t xml:space="preserve">. </w:t>
      </w:r>
      <w:r w:rsidRPr="002B042A">
        <w:rPr>
          <w:rFonts w:cs="Shruti"/>
          <w:sz w:val="20"/>
          <w:szCs w:val="20"/>
          <w:cs/>
          <w:lang w:bidi="gu-IN"/>
        </w:rPr>
        <w:t>આનંદદાયી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શનિવારે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યોજાતી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મુખ્ય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પ્રવૃત્તિઓ</w:t>
      </w:r>
      <w:r w:rsidRPr="002B042A">
        <w:rPr>
          <w:sz w:val="20"/>
          <w:szCs w:val="20"/>
        </w:rPr>
        <w:t>:</w:t>
      </w:r>
    </w:p>
    <w:p w14:paraId="2888AE23" w14:textId="77777777" w:rsidR="002B042A" w:rsidRPr="002B042A" w:rsidRDefault="002B042A" w:rsidP="002B042A">
      <w:pPr>
        <w:pStyle w:val="ListBullet"/>
        <w:spacing w:line="240" w:lineRule="auto"/>
        <w:rPr>
          <w:sz w:val="20"/>
          <w:szCs w:val="20"/>
        </w:rPr>
      </w:pPr>
      <w:r w:rsidRPr="002B042A">
        <w:rPr>
          <w:rFonts w:cs="Shruti"/>
          <w:sz w:val="20"/>
          <w:szCs w:val="20"/>
          <w:cs/>
          <w:lang w:bidi="gu-IN"/>
        </w:rPr>
        <w:t>દફતર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વગરની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શાળા</w:t>
      </w:r>
      <w:r w:rsidRPr="002B042A">
        <w:rPr>
          <w:sz w:val="20"/>
          <w:szCs w:val="20"/>
        </w:rPr>
        <w:t xml:space="preserve"> (Bagless Day): </w:t>
      </w:r>
      <w:r w:rsidRPr="002B042A">
        <w:rPr>
          <w:rFonts w:cs="Shruti"/>
          <w:sz w:val="20"/>
          <w:szCs w:val="20"/>
          <w:cs/>
          <w:lang w:bidi="gu-IN"/>
        </w:rPr>
        <w:t>શનિવારના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દિવસે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વિદ્યાર્થીઓ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ભારેભરખમ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દફતર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વગર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માત્ર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હસતા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મુખે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અને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ઉત્સાહ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સાથે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શાળામાં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આવે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છે</w:t>
      </w:r>
      <w:r w:rsidRPr="002B042A">
        <w:rPr>
          <w:sz w:val="20"/>
          <w:szCs w:val="20"/>
        </w:rPr>
        <w:t>.</w:t>
      </w:r>
    </w:p>
    <w:p w14:paraId="1E8D2EF0" w14:textId="77777777" w:rsidR="002B042A" w:rsidRPr="002B042A" w:rsidRDefault="002B042A" w:rsidP="002B042A">
      <w:pPr>
        <w:pStyle w:val="ListBullet"/>
        <w:spacing w:line="240" w:lineRule="auto"/>
        <w:rPr>
          <w:sz w:val="20"/>
          <w:szCs w:val="20"/>
        </w:rPr>
      </w:pPr>
      <w:r w:rsidRPr="002B042A">
        <w:rPr>
          <w:rFonts w:cs="Shruti"/>
          <w:sz w:val="20"/>
          <w:szCs w:val="20"/>
          <w:cs/>
          <w:lang w:bidi="gu-IN"/>
        </w:rPr>
        <w:t>રમતગમત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અને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યોગ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પ્રવૃત્તિઓ</w:t>
      </w:r>
      <w:r w:rsidRPr="002B042A">
        <w:rPr>
          <w:sz w:val="20"/>
          <w:szCs w:val="20"/>
        </w:rPr>
        <w:t xml:space="preserve">: </w:t>
      </w:r>
      <w:r w:rsidRPr="002B042A">
        <w:rPr>
          <w:rFonts w:cs="Shruti"/>
          <w:sz w:val="20"/>
          <w:szCs w:val="20"/>
          <w:cs/>
          <w:lang w:bidi="gu-IN"/>
        </w:rPr>
        <w:t>વિદ્યાર્થીઓની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શારીરિક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તંદુરસ્તી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માટે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ઇનડોર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અને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આઉટડોર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ગેમ્સ</w:t>
      </w:r>
      <w:r w:rsidRPr="002B042A">
        <w:rPr>
          <w:sz w:val="20"/>
          <w:szCs w:val="20"/>
        </w:rPr>
        <w:t xml:space="preserve">, </w:t>
      </w:r>
      <w:r w:rsidRPr="002B042A">
        <w:rPr>
          <w:rFonts w:cs="Shruti"/>
          <w:sz w:val="20"/>
          <w:szCs w:val="20"/>
          <w:cs/>
          <w:lang w:bidi="gu-IN"/>
        </w:rPr>
        <w:t>યોગાસન</w:t>
      </w:r>
      <w:r w:rsidRPr="002B042A">
        <w:rPr>
          <w:sz w:val="20"/>
          <w:szCs w:val="20"/>
        </w:rPr>
        <w:t xml:space="preserve">, </w:t>
      </w:r>
      <w:r w:rsidRPr="002B042A">
        <w:rPr>
          <w:rFonts w:cs="Shruti"/>
          <w:sz w:val="20"/>
          <w:szCs w:val="20"/>
          <w:cs/>
          <w:lang w:bidi="gu-IN"/>
        </w:rPr>
        <w:t>દોડ</w:t>
      </w:r>
      <w:r w:rsidRPr="002B042A">
        <w:rPr>
          <w:sz w:val="20"/>
          <w:szCs w:val="20"/>
        </w:rPr>
        <w:t xml:space="preserve">, </w:t>
      </w:r>
      <w:r w:rsidRPr="002B042A">
        <w:rPr>
          <w:rFonts w:cs="Shruti"/>
          <w:sz w:val="20"/>
          <w:szCs w:val="20"/>
          <w:cs/>
          <w:lang w:bidi="gu-IN"/>
        </w:rPr>
        <w:t>કબડ્ડી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અને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ખો</w:t>
      </w:r>
      <w:r w:rsidRPr="002B042A">
        <w:rPr>
          <w:sz w:val="20"/>
          <w:szCs w:val="20"/>
        </w:rPr>
        <w:t>-</w:t>
      </w:r>
      <w:r w:rsidRPr="002B042A">
        <w:rPr>
          <w:rFonts w:cs="Shruti"/>
          <w:sz w:val="20"/>
          <w:szCs w:val="20"/>
          <w:cs/>
          <w:lang w:bidi="gu-IN"/>
        </w:rPr>
        <w:t>ખો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જેની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રમતગમત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સ્પર્ધાઓ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યોજાય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છે</w:t>
      </w:r>
      <w:r w:rsidRPr="002B042A">
        <w:rPr>
          <w:sz w:val="20"/>
          <w:szCs w:val="20"/>
        </w:rPr>
        <w:t>.</w:t>
      </w:r>
    </w:p>
    <w:p w14:paraId="294E65D6" w14:textId="77777777" w:rsidR="002B042A" w:rsidRPr="002B042A" w:rsidRDefault="002B042A" w:rsidP="002B042A">
      <w:pPr>
        <w:pStyle w:val="ListBullet"/>
        <w:spacing w:line="240" w:lineRule="auto"/>
        <w:rPr>
          <w:sz w:val="20"/>
          <w:szCs w:val="20"/>
        </w:rPr>
      </w:pPr>
      <w:r w:rsidRPr="002B042A">
        <w:rPr>
          <w:rFonts w:cs="Shruti"/>
          <w:sz w:val="20"/>
          <w:szCs w:val="20"/>
          <w:cs/>
          <w:lang w:bidi="gu-IN"/>
        </w:rPr>
        <w:t>સર્જનાત્મક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કલા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અને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હસ્તકળા</w:t>
      </w:r>
      <w:r w:rsidRPr="002B042A">
        <w:rPr>
          <w:sz w:val="20"/>
          <w:szCs w:val="20"/>
        </w:rPr>
        <w:t xml:space="preserve"> (Arts &amp; Crafts): </w:t>
      </w:r>
      <w:r w:rsidRPr="002B042A">
        <w:rPr>
          <w:rFonts w:cs="Shruti"/>
          <w:sz w:val="20"/>
          <w:szCs w:val="20"/>
          <w:cs/>
          <w:lang w:bidi="gu-IN"/>
        </w:rPr>
        <w:t>કાગળ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કામ</w:t>
      </w:r>
      <w:r w:rsidRPr="002B042A">
        <w:rPr>
          <w:sz w:val="20"/>
          <w:szCs w:val="20"/>
        </w:rPr>
        <w:t xml:space="preserve"> (</w:t>
      </w:r>
      <w:r w:rsidRPr="002B042A">
        <w:rPr>
          <w:rFonts w:cs="Shruti"/>
          <w:sz w:val="20"/>
          <w:szCs w:val="20"/>
          <w:cs/>
          <w:lang w:bidi="gu-IN"/>
        </w:rPr>
        <w:t>ઓરિગામી</w:t>
      </w:r>
      <w:r w:rsidRPr="002B042A">
        <w:rPr>
          <w:sz w:val="20"/>
          <w:szCs w:val="20"/>
        </w:rPr>
        <w:t xml:space="preserve">), </w:t>
      </w:r>
      <w:r w:rsidRPr="002B042A">
        <w:rPr>
          <w:rFonts w:cs="Shruti"/>
          <w:sz w:val="20"/>
          <w:szCs w:val="20"/>
          <w:cs/>
          <w:lang w:bidi="gu-IN"/>
        </w:rPr>
        <w:t>ચિત્રકળા</w:t>
      </w:r>
      <w:r w:rsidRPr="002B042A">
        <w:rPr>
          <w:sz w:val="20"/>
          <w:szCs w:val="20"/>
        </w:rPr>
        <w:t xml:space="preserve">, </w:t>
      </w:r>
      <w:r w:rsidRPr="002B042A">
        <w:rPr>
          <w:rFonts w:cs="Shruti"/>
          <w:sz w:val="20"/>
          <w:szCs w:val="20"/>
          <w:cs/>
          <w:lang w:bidi="gu-IN"/>
        </w:rPr>
        <w:t>માટીકામ</w:t>
      </w:r>
      <w:r w:rsidRPr="002B042A">
        <w:rPr>
          <w:sz w:val="20"/>
          <w:szCs w:val="20"/>
        </w:rPr>
        <w:t xml:space="preserve">, </w:t>
      </w:r>
      <w:r w:rsidRPr="002B042A">
        <w:rPr>
          <w:rFonts w:cs="Shruti"/>
          <w:sz w:val="20"/>
          <w:szCs w:val="20"/>
          <w:cs/>
          <w:lang w:bidi="gu-IN"/>
        </w:rPr>
        <w:t>વેસ્ટમાંથી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બેસ્ટ</w:t>
      </w:r>
      <w:r w:rsidRPr="002B042A">
        <w:rPr>
          <w:sz w:val="20"/>
          <w:szCs w:val="20"/>
        </w:rPr>
        <w:t xml:space="preserve"> (Best out of Waste) </w:t>
      </w:r>
      <w:r w:rsidRPr="002B042A">
        <w:rPr>
          <w:rFonts w:cs="Shruti"/>
          <w:sz w:val="20"/>
          <w:szCs w:val="20"/>
          <w:cs/>
          <w:lang w:bidi="gu-IN"/>
        </w:rPr>
        <w:t>વસ્તુઓ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બનાવવાની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તાલીમ</w:t>
      </w:r>
      <w:r w:rsidRPr="002B042A">
        <w:rPr>
          <w:sz w:val="20"/>
          <w:szCs w:val="20"/>
        </w:rPr>
        <w:t>.</w:t>
      </w:r>
    </w:p>
    <w:p w14:paraId="3FA58282" w14:textId="77777777" w:rsidR="002B042A" w:rsidRPr="002B042A" w:rsidRDefault="002B042A" w:rsidP="002B042A">
      <w:pPr>
        <w:pStyle w:val="ListBullet"/>
        <w:spacing w:line="240" w:lineRule="auto"/>
        <w:rPr>
          <w:sz w:val="20"/>
          <w:szCs w:val="20"/>
        </w:rPr>
      </w:pPr>
      <w:r w:rsidRPr="002B042A">
        <w:rPr>
          <w:rFonts w:cs="Shruti"/>
          <w:sz w:val="20"/>
          <w:szCs w:val="20"/>
          <w:cs/>
          <w:lang w:bidi="gu-IN"/>
        </w:rPr>
        <w:t>વાર્તા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કથન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અને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અભિનય</w:t>
      </w:r>
      <w:r w:rsidRPr="002B042A">
        <w:rPr>
          <w:sz w:val="20"/>
          <w:szCs w:val="20"/>
        </w:rPr>
        <w:t xml:space="preserve"> (Storytelling &amp; Drama): </w:t>
      </w:r>
      <w:r w:rsidRPr="002B042A">
        <w:rPr>
          <w:rFonts w:cs="Shruti"/>
          <w:sz w:val="20"/>
          <w:szCs w:val="20"/>
          <w:cs/>
          <w:lang w:bidi="gu-IN"/>
        </w:rPr>
        <w:t>વિદ્યાર્થીઓમાં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રહેલી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વક્તૃત્વ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શક્તિ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ખીલે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તે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માટે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વાર્તા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કથન</w:t>
      </w:r>
      <w:r w:rsidRPr="002B042A">
        <w:rPr>
          <w:sz w:val="20"/>
          <w:szCs w:val="20"/>
        </w:rPr>
        <w:t xml:space="preserve">, </w:t>
      </w:r>
      <w:r w:rsidRPr="002B042A">
        <w:rPr>
          <w:rFonts w:cs="Shruti"/>
          <w:sz w:val="20"/>
          <w:szCs w:val="20"/>
          <w:cs/>
          <w:lang w:bidi="gu-IN"/>
        </w:rPr>
        <w:t>અભિનય</w:t>
      </w:r>
      <w:r w:rsidRPr="002B042A">
        <w:rPr>
          <w:sz w:val="20"/>
          <w:szCs w:val="20"/>
        </w:rPr>
        <w:t xml:space="preserve">, </w:t>
      </w:r>
      <w:r w:rsidRPr="002B042A">
        <w:rPr>
          <w:rFonts w:cs="Shruti"/>
          <w:sz w:val="20"/>
          <w:szCs w:val="20"/>
          <w:cs/>
          <w:lang w:bidi="gu-IN"/>
        </w:rPr>
        <w:t>ગીત</w:t>
      </w:r>
      <w:r w:rsidRPr="002B042A">
        <w:rPr>
          <w:sz w:val="20"/>
          <w:szCs w:val="20"/>
        </w:rPr>
        <w:t>-</w:t>
      </w:r>
      <w:r w:rsidRPr="002B042A">
        <w:rPr>
          <w:rFonts w:cs="Shruti"/>
          <w:sz w:val="20"/>
          <w:szCs w:val="20"/>
          <w:cs/>
          <w:lang w:bidi="gu-IN"/>
        </w:rPr>
        <w:t>સંગીત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અને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નાટ્ય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પ્રવૃત્તિઓ</w:t>
      </w:r>
      <w:r w:rsidRPr="002B042A">
        <w:rPr>
          <w:sz w:val="20"/>
          <w:szCs w:val="20"/>
        </w:rPr>
        <w:t>.</w:t>
      </w:r>
    </w:p>
    <w:p w14:paraId="4B8C7ECE" w14:textId="77777777" w:rsidR="002B042A" w:rsidRPr="002B042A" w:rsidRDefault="002B042A" w:rsidP="002B042A">
      <w:pPr>
        <w:pStyle w:val="ListBullet"/>
        <w:spacing w:line="240" w:lineRule="auto"/>
        <w:rPr>
          <w:sz w:val="20"/>
          <w:szCs w:val="20"/>
        </w:rPr>
      </w:pPr>
      <w:r w:rsidRPr="002B042A">
        <w:rPr>
          <w:rFonts w:cs="Shruti"/>
          <w:sz w:val="20"/>
          <w:szCs w:val="20"/>
          <w:cs/>
          <w:lang w:bidi="gu-IN"/>
        </w:rPr>
        <w:t>ક્વિઝ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અને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સામાન્ય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જ્ઞાન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સ્પર્ધા</w:t>
      </w:r>
      <w:r w:rsidRPr="002B042A">
        <w:rPr>
          <w:sz w:val="20"/>
          <w:szCs w:val="20"/>
        </w:rPr>
        <w:t xml:space="preserve">: </w:t>
      </w:r>
      <w:r w:rsidRPr="002B042A">
        <w:rPr>
          <w:rFonts w:cs="Shruti"/>
          <w:sz w:val="20"/>
          <w:szCs w:val="20"/>
          <w:cs/>
          <w:lang w:bidi="gu-IN"/>
        </w:rPr>
        <w:t>મગજ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કસરત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કરાવતી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ક્વિઝ</w:t>
      </w:r>
      <w:r w:rsidRPr="002B042A">
        <w:rPr>
          <w:sz w:val="20"/>
          <w:szCs w:val="20"/>
        </w:rPr>
        <w:t xml:space="preserve">, </w:t>
      </w:r>
      <w:r w:rsidRPr="002B042A">
        <w:rPr>
          <w:rFonts w:cs="Shruti"/>
          <w:sz w:val="20"/>
          <w:szCs w:val="20"/>
          <w:cs/>
          <w:lang w:bidi="gu-IN"/>
        </w:rPr>
        <w:t>કોયડા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ઉકેલવા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અને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સામાન્ય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જ્ઞાનની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રમત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દ્વારા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બૌદ્ધિક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વિકાસ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સાધવામાં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આવે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છે</w:t>
      </w:r>
      <w:r w:rsidRPr="002B042A">
        <w:rPr>
          <w:sz w:val="20"/>
          <w:szCs w:val="20"/>
        </w:rPr>
        <w:t>.</w:t>
      </w:r>
    </w:p>
    <w:p w14:paraId="67E98CE9" w14:textId="77777777" w:rsidR="002B042A" w:rsidRPr="002B042A" w:rsidRDefault="002B042A" w:rsidP="002B042A">
      <w:pPr>
        <w:pStyle w:val="Heading2"/>
        <w:spacing w:line="240" w:lineRule="auto"/>
        <w:rPr>
          <w:sz w:val="20"/>
          <w:szCs w:val="20"/>
        </w:rPr>
      </w:pPr>
      <w:r w:rsidRPr="002B042A">
        <w:rPr>
          <w:rFonts w:cs="Shruti"/>
          <w:sz w:val="20"/>
          <w:szCs w:val="20"/>
          <w:cs/>
          <w:lang w:bidi="gu-IN"/>
        </w:rPr>
        <w:t>૨</w:t>
      </w:r>
      <w:r w:rsidRPr="002B042A">
        <w:rPr>
          <w:sz w:val="20"/>
          <w:szCs w:val="20"/>
        </w:rPr>
        <w:t xml:space="preserve">. </w:t>
      </w:r>
      <w:r w:rsidRPr="002B042A">
        <w:rPr>
          <w:rFonts w:cs="Shruti"/>
          <w:sz w:val="20"/>
          <w:szCs w:val="20"/>
          <w:cs/>
          <w:lang w:bidi="gu-IN"/>
        </w:rPr>
        <w:t>આનંદદાયી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શનિવાર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પ્રવૃત્તિઓનું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આયોજન</w:t>
      </w:r>
      <w:r w:rsidRPr="002B042A">
        <w:rPr>
          <w:sz w:val="20"/>
          <w:szCs w:val="20"/>
        </w:rPr>
        <w:t xml:space="preserve"> </w:t>
      </w:r>
      <w:r w:rsidRPr="002B042A">
        <w:rPr>
          <w:rFonts w:cs="Shruti"/>
          <w:sz w:val="20"/>
          <w:szCs w:val="20"/>
          <w:cs/>
          <w:lang w:bidi="gu-IN"/>
        </w:rPr>
        <w:t>પત્રક</w:t>
      </w:r>
      <w:r w:rsidRPr="002B042A">
        <w:rPr>
          <w:sz w:val="20"/>
          <w:szCs w:val="20"/>
        </w:rPr>
        <w:t>: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675"/>
        <w:gridCol w:w="3645"/>
        <w:gridCol w:w="2160"/>
        <w:gridCol w:w="2842"/>
      </w:tblGrid>
      <w:tr w:rsidR="002B042A" w:rsidRPr="002B042A" w14:paraId="4C08EF63" w14:textId="77777777" w:rsidTr="002B042A">
        <w:tc>
          <w:tcPr>
            <w:tcW w:w="675" w:type="dxa"/>
          </w:tcPr>
          <w:p w14:paraId="05CFABF4" w14:textId="77777777" w:rsidR="002B042A" w:rsidRPr="002B042A" w:rsidRDefault="002B042A" w:rsidP="002B042A">
            <w:pPr>
              <w:rPr>
                <w:sz w:val="20"/>
                <w:szCs w:val="20"/>
              </w:rPr>
            </w:pPr>
            <w:r w:rsidRPr="002B042A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ક્રમ</w:t>
            </w:r>
          </w:p>
        </w:tc>
        <w:tc>
          <w:tcPr>
            <w:tcW w:w="3645" w:type="dxa"/>
          </w:tcPr>
          <w:p w14:paraId="0B0452EF" w14:textId="77777777" w:rsidR="002B042A" w:rsidRPr="002B042A" w:rsidRDefault="002B042A" w:rsidP="002B042A">
            <w:pPr>
              <w:rPr>
                <w:sz w:val="20"/>
                <w:szCs w:val="20"/>
              </w:rPr>
            </w:pPr>
            <w:r w:rsidRPr="002B042A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શનિવારની</w:t>
            </w:r>
            <w:r w:rsidRPr="002B042A">
              <w:rPr>
                <w:b/>
                <w:sz w:val="20"/>
                <w:szCs w:val="20"/>
              </w:rPr>
              <w:t xml:space="preserve"> </w:t>
            </w:r>
            <w:r w:rsidRPr="002B042A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પ્રવૃત્તિ</w:t>
            </w:r>
            <w:r w:rsidRPr="002B042A">
              <w:rPr>
                <w:b/>
                <w:sz w:val="20"/>
                <w:szCs w:val="20"/>
              </w:rPr>
              <w:t xml:space="preserve"> / </w:t>
            </w:r>
            <w:r w:rsidRPr="002B042A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કાર્યક્રમ</w:t>
            </w:r>
          </w:p>
        </w:tc>
        <w:tc>
          <w:tcPr>
            <w:tcW w:w="2160" w:type="dxa"/>
          </w:tcPr>
          <w:p w14:paraId="3FEE6381" w14:textId="77777777" w:rsidR="002B042A" w:rsidRPr="002B042A" w:rsidRDefault="002B042A" w:rsidP="002B042A">
            <w:pPr>
              <w:rPr>
                <w:sz w:val="20"/>
                <w:szCs w:val="20"/>
              </w:rPr>
            </w:pPr>
            <w:r w:rsidRPr="002B042A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ભાગ</w:t>
            </w:r>
            <w:r w:rsidRPr="002B042A">
              <w:rPr>
                <w:b/>
                <w:sz w:val="20"/>
                <w:szCs w:val="20"/>
              </w:rPr>
              <w:t xml:space="preserve"> </w:t>
            </w:r>
            <w:r w:rsidRPr="002B042A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લેનાર</w:t>
            </w:r>
            <w:r w:rsidRPr="002B042A">
              <w:rPr>
                <w:b/>
                <w:sz w:val="20"/>
                <w:szCs w:val="20"/>
              </w:rPr>
              <w:t xml:space="preserve"> </w:t>
            </w:r>
            <w:r w:rsidRPr="002B042A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ધોરણ</w:t>
            </w:r>
          </w:p>
        </w:tc>
        <w:tc>
          <w:tcPr>
            <w:tcW w:w="2842" w:type="dxa"/>
          </w:tcPr>
          <w:p w14:paraId="376C2D0C" w14:textId="77777777" w:rsidR="002B042A" w:rsidRPr="002B042A" w:rsidRDefault="002B042A" w:rsidP="002B042A">
            <w:pPr>
              <w:rPr>
                <w:sz w:val="20"/>
                <w:szCs w:val="20"/>
              </w:rPr>
            </w:pPr>
            <w:r w:rsidRPr="002B042A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મુખ્ય</w:t>
            </w:r>
            <w:r w:rsidRPr="002B042A">
              <w:rPr>
                <w:b/>
                <w:sz w:val="20"/>
                <w:szCs w:val="20"/>
              </w:rPr>
              <w:t xml:space="preserve"> </w:t>
            </w:r>
            <w:r w:rsidRPr="002B042A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હેતુ</w:t>
            </w:r>
            <w:r w:rsidRPr="002B042A">
              <w:rPr>
                <w:b/>
                <w:sz w:val="20"/>
                <w:szCs w:val="20"/>
              </w:rPr>
              <w:t xml:space="preserve"> / </w:t>
            </w:r>
            <w:r w:rsidRPr="002B042A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કૌશલ્ય</w:t>
            </w:r>
            <w:r w:rsidRPr="002B042A">
              <w:rPr>
                <w:b/>
                <w:sz w:val="20"/>
                <w:szCs w:val="20"/>
              </w:rPr>
              <w:t xml:space="preserve"> </w:t>
            </w:r>
            <w:r w:rsidRPr="002B042A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વિકાસ</w:t>
            </w:r>
          </w:p>
        </w:tc>
      </w:tr>
      <w:tr w:rsidR="002B042A" w:rsidRPr="002B042A" w14:paraId="187A85F7" w14:textId="77777777" w:rsidTr="002B042A">
        <w:tc>
          <w:tcPr>
            <w:tcW w:w="675" w:type="dxa"/>
          </w:tcPr>
          <w:p w14:paraId="0DD4947E" w14:textId="77777777" w:rsidR="002B042A" w:rsidRPr="002B042A" w:rsidRDefault="002B042A" w:rsidP="002B042A">
            <w:pPr>
              <w:jc w:val="center"/>
              <w:rPr>
                <w:sz w:val="20"/>
                <w:szCs w:val="20"/>
              </w:rPr>
            </w:pP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૧</w:t>
            </w:r>
          </w:p>
        </w:tc>
        <w:tc>
          <w:tcPr>
            <w:tcW w:w="3645" w:type="dxa"/>
          </w:tcPr>
          <w:p w14:paraId="2F514BFD" w14:textId="77777777" w:rsidR="002B042A" w:rsidRPr="002B042A" w:rsidRDefault="002B042A" w:rsidP="002B042A">
            <w:pPr>
              <w:rPr>
                <w:sz w:val="20"/>
                <w:szCs w:val="20"/>
              </w:rPr>
            </w:pP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યોગ</w:t>
            </w:r>
            <w:r w:rsidRPr="002B042A">
              <w:rPr>
                <w:sz w:val="20"/>
                <w:szCs w:val="20"/>
              </w:rPr>
              <w:t xml:space="preserve">, </w:t>
            </w: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પ્રાણાયામ</w:t>
            </w:r>
            <w:r w:rsidRPr="002B042A">
              <w:rPr>
                <w:sz w:val="20"/>
                <w:szCs w:val="20"/>
              </w:rPr>
              <w:t xml:space="preserve"> </w:t>
            </w: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2B042A">
              <w:rPr>
                <w:sz w:val="20"/>
                <w:szCs w:val="20"/>
              </w:rPr>
              <w:t xml:space="preserve"> </w:t>
            </w: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શારીરિક</w:t>
            </w:r>
            <w:r w:rsidRPr="002B042A">
              <w:rPr>
                <w:sz w:val="20"/>
                <w:szCs w:val="20"/>
              </w:rPr>
              <w:t xml:space="preserve"> </w:t>
            </w: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કસરત</w:t>
            </w:r>
          </w:p>
        </w:tc>
        <w:tc>
          <w:tcPr>
            <w:tcW w:w="2160" w:type="dxa"/>
          </w:tcPr>
          <w:p w14:paraId="5CDCF4D0" w14:textId="77777777" w:rsidR="002B042A" w:rsidRPr="002B042A" w:rsidRDefault="002B042A" w:rsidP="002B042A">
            <w:pPr>
              <w:rPr>
                <w:sz w:val="20"/>
                <w:szCs w:val="20"/>
              </w:rPr>
            </w:pP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2B042A">
              <w:rPr>
                <w:sz w:val="20"/>
                <w:szCs w:val="20"/>
              </w:rPr>
              <w:t xml:space="preserve"> </w:t>
            </w: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૧</w:t>
            </w:r>
            <w:r w:rsidRPr="002B042A">
              <w:rPr>
                <w:sz w:val="20"/>
                <w:szCs w:val="20"/>
              </w:rPr>
              <w:t xml:space="preserve"> </w:t>
            </w: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થી</w:t>
            </w:r>
            <w:r w:rsidRPr="002B042A">
              <w:rPr>
                <w:sz w:val="20"/>
                <w:szCs w:val="20"/>
              </w:rPr>
              <w:t xml:space="preserve"> </w:t>
            </w: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૮</w:t>
            </w:r>
          </w:p>
        </w:tc>
        <w:tc>
          <w:tcPr>
            <w:tcW w:w="2842" w:type="dxa"/>
          </w:tcPr>
          <w:p w14:paraId="23A8A97A" w14:textId="77777777" w:rsidR="002B042A" w:rsidRPr="002B042A" w:rsidRDefault="002B042A" w:rsidP="002B042A">
            <w:pPr>
              <w:rPr>
                <w:sz w:val="20"/>
                <w:szCs w:val="20"/>
              </w:rPr>
            </w:pP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શારીરિક</w:t>
            </w:r>
            <w:r w:rsidRPr="002B042A">
              <w:rPr>
                <w:sz w:val="20"/>
                <w:szCs w:val="20"/>
              </w:rPr>
              <w:t xml:space="preserve"> </w:t>
            </w: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2B042A">
              <w:rPr>
                <w:sz w:val="20"/>
                <w:szCs w:val="20"/>
              </w:rPr>
              <w:t xml:space="preserve"> </w:t>
            </w: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માનસિક</w:t>
            </w:r>
            <w:r w:rsidRPr="002B042A">
              <w:rPr>
                <w:sz w:val="20"/>
                <w:szCs w:val="20"/>
              </w:rPr>
              <w:t xml:space="preserve"> </w:t>
            </w: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સ્વાસ્થ્ય</w:t>
            </w:r>
          </w:p>
        </w:tc>
      </w:tr>
      <w:tr w:rsidR="002B042A" w:rsidRPr="002B042A" w14:paraId="42870375" w14:textId="77777777" w:rsidTr="002B042A">
        <w:tc>
          <w:tcPr>
            <w:tcW w:w="675" w:type="dxa"/>
          </w:tcPr>
          <w:p w14:paraId="2F7203A3" w14:textId="77777777" w:rsidR="002B042A" w:rsidRPr="002B042A" w:rsidRDefault="002B042A" w:rsidP="002B042A">
            <w:pPr>
              <w:jc w:val="center"/>
              <w:rPr>
                <w:sz w:val="20"/>
                <w:szCs w:val="20"/>
              </w:rPr>
            </w:pP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૨</w:t>
            </w:r>
          </w:p>
        </w:tc>
        <w:tc>
          <w:tcPr>
            <w:tcW w:w="3645" w:type="dxa"/>
          </w:tcPr>
          <w:p w14:paraId="440252D1" w14:textId="77777777" w:rsidR="002B042A" w:rsidRPr="002B042A" w:rsidRDefault="002B042A" w:rsidP="002B042A">
            <w:pPr>
              <w:rPr>
                <w:sz w:val="20"/>
                <w:szCs w:val="20"/>
              </w:rPr>
            </w:pP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ચિત્રકળા</w:t>
            </w:r>
            <w:r w:rsidRPr="002B042A">
              <w:rPr>
                <w:sz w:val="20"/>
                <w:szCs w:val="20"/>
              </w:rPr>
              <w:t xml:space="preserve">, </w:t>
            </w: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ક્રાફ્ટ</w:t>
            </w:r>
            <w:r w:rsidRPr="002B042A">
              <w:rPr>
                <w:sz w:val="20"/>
                <w:szCs w:val="20"/>
              </w:rPr>
              <w:t xml:space="preserve"> </w:t>
            </w: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2B042A">
              <w:rPr>
                <w:sz w:val="20"/>
                <w:szCs w:val="20"/>
              </w:rPr>
              <w:t xml:space="preserve"> </w:t>
            </w: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હસ્તકળા</w:t>
            </w:r>
            <w:r w:rsidRPr="002B042A">
              <w:rPr>
                <w:sz w:val="20"/>
                <w:szCs w:val="20"/>
              </w:rPr>
              <w:t xml:space="preserve"> </w:t>
            </w: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કામ</w:t>
            </w:r>
          </w:p>
        </w:tc>
        <w:tc>
          <w:tcPr>
            <w:tcW w:w="2160" w:type="dxa"/>
          </w:tcPr>
          <w:p w14:paraId="282FE429" w14:textId="77777777" w:rsidR="002B042A" w:rsidRPr="002B042A" w:rsidRDefault="002B042A" w:rsidP="002B042A">
            <w:pPr>
              <w:rPr>
                <w:sz w:val="20"/>
                <w:szCs w:val="20"/>
              </w:rPr>
            </w:pP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2B042A">
              <w:rPr>
                <w:sz w:val="20"/>
                <w:szCs w:val="20"/>
              </w:rPr>
              <w:t xml:space="preserve"> </w:t>
            </w: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૧</w:t>
            </w:r>
            <w:r w:rsidRPr="002B042A">
              <w:rPr>
                <w:sz w:val="20"/>
                <w:szCs w:val="20"/>
              </w:rPr>
              <w:t xml:space="preserve"> </w:t>
            </w: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થી</w:t>
            </w:r>
            <w:r w:rsidRPr="002B042A">
              <w:rPr>
                <w:sz w:val="20"/>
                <w:szCs w:val="20"/>
              </w:rPr>
              <w:t xml:space="preserve"> </w:t>
            </w: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૫</w:t>
            </w:r>
          </w:p>
        </w:tc>
        <w:tc>
          <w:tcPr>
            <w:tcW w:w="2842" w:type="dxa"/>
          </w:tcPr>
          <w:p w14:paraId="5050B044" w14:textId="77777777" w:rsidR="002B042A" w:rsidRPr="002B042A" w:rsidRDefault="002B042A" w:rsidP="002B042A">
            <w:pPr>
              <w:rPr>
                <w:sz w:val="20"/>
                <w:szCs w:val="20"/>
              </w:rPr>
            </w:pP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સર્જનાત્મકતા</w:t>
            </w:r>
            <w:r w:rsidRPr="002B042A">
              <w:rPr>
                <w:sz w:val="20"/>
                <w:szCs w:val="20"/>
              </w:rPr>
              <w:t xml:space="preserve"> </w:t>
            </w: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2B042A">
              <w:rPr>
                <w:sz w:val="20"/>
                <w:szCs w:val="20"/>
              </w:rPr>
              <w:t xml:space="preserve"> </w:t>
            </w: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કલા</w:t>
            </w:r>
            <w:r w:rsidRPr="002B042A">
              <w:rPr>
                <w:sz w:val="20"/>
                <w:szCs w:val="20"/>
              </w:rPr>
              <w:t xml:space="preserve"> </w:t>
            </w: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કૌશલ્ય</w:t>
            </w:r>
          </w:p>
        </w:tc>
      </w:tr>
      <w:tr w:rsidR="002B042A" w:rsidRPr="002B042A" w14:paraId="5153158E" w14:textId="77777777" w:rsidTr="002B042A">
        <w:tc>
          <w:tcPr>
            <w:tcW w:w="675" w:type="dxa"/>
          </w:tcPr>
          <w:p w14:paraId="509C88C7" w14:textId="77777777" w:rsidR="002B042A" w:rsidRPr="002B042A" w:rsidRDefault="002B042A" w:rsidP="002B042A">
            <w:pPr>
              <w:jc w:val="center"/>
              <w:rPr>
                <w:sz w:val="20"/>
                <w:szCs w:val="20"/>
              </w:rPr>
            </w:pP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૩</w:t>
            </w:r>
          </w:p>
        </w:tc>
        <w:tc>
          <w:tcPr>
            <w:tcW w:w="3645" w:type="dxa"/>
          </w:tcPr>
          <w:p w14:paraId="20381C00" w14:textId="77777777" w:rsidR="002B042A" w:rsidRPr="002B042A" w:rsidRDefault="002B042A" w:rsidP="002B042A">
            <w:pPr>
              <w:rPr>
                <w:sz w:val="20"/>
                <w:szCs w:val="20"/>
              </w:rPr>
            </w:pP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ક્વિઝ</w:t>
            </w:r>
            <w:r w:rsidRPr="002B042A">
              <w:rPr>
                <w:sz w:val="20"/>
                <w:szCs w:val="20"/>
              </w:rPr>
              <w:t xml:space="preserve">, </w:t>
            </w: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કોયડા</w:t>
            </w:r>
            <w:r w:rsidRPr="002B042A">
              <w:rPr>
                <w:sz w:val="20"/>
                <w:szCs w:val="20"/>
              </w:rPr>
              <w:t xml:space="preserve"> </w:t>
            </w: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2B042A">
              <w:rPr>
                <w:sz w:val="20"/>
                <w:szCs w:val="20"/>
              </w:rPr>
              <w:t xml:space="preserve"> </w:t>
            </w: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લોકગીએ</w:t>
            </w:r>
            <w:r w:rsidRPr="002B042A">
              <w:rPr>
                <w:sz w:val="20"/>
                <w:szCs w:val="20"/>
              </w:rPr>
              <w:t xml:space="preserve"> </w:t>
            </w: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સંગીત</w:t>
            </w:r>
          </w:p>
        </w:tc>
        <w:tc>
          <w:tcPr>
            <w:tcW w:w="2160" w:type="dxa"/>
          </w:tcPr>
          <w:p w14:paraId="23970072" w14:textId="77777777" w:rsidR="002B042A" w:rsidRPr="002B042A" w:rsidRDefault="002B042A" w:rsidP="002B042A">
            <w:pPr>
              <w:rPr>
                <w:sz w:val="20"/>
                <w:szCs w:val="20"/>
              </w:rPr>
            </w:pP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2B042A">
              <w:rPr>
                <w:sz w:val="20"/>
                <w:szCs w:val="20"/>
              </w:rPr>
              <w:t xml:space="preserve"> </w:t>
            </w: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૬</w:t>
            </w:r>
            <w:r w:rsidRPr="002B042A">
              <w:rPr>
                <w:sz w:val="20"/>
                <w:szCs w:val="20"/>
              </w:rPr>
              <w:t xml:space="preserve"> </w:t>
            </w: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થી</w:t>
            </w:r>
            <w:r w:rsidRPr="002B042A">
              <w:rPr>
                <w:sz w:val="20"/>
                <w:szCs w:val="20"/>
              </w:rPr>
              <w:t xml:space="preserve"> </w:t>
            </w: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૮</w:t>
            </w:r>
          </w:p>
        </w:tc>
        <w:tc>
          <w:tcPr>
            <w:tcW w:w="2842" w:type="dxa"/>
          </w:tcPr>
          <w:p w14:paraId="72F8E416" w14:textId="77777777" w:rsidR="002B042A" w:rsidRPr="002B042A" w:rsidRDefault="002B042A" w:rsidP="002B042A">
            <w:pPr>
              <w:rPr>
                <w:sz w:val="20"/>
                <w:szCs w:val="20"/>
              </w:rPr>
            </w:pP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બૌદ્ધિક</w:t>
            </w:r>
            <w:r w:rsidRPr="002B042A">
              <w:rPr>
                <w:sz w:val="20"/>
                <w:szCs w:val="20"/>
              </w:rPr>
              <w:t xml:space="preserve"> </w:t>
            </w: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વિકાસ</w:t>
            </w:r>
            <w:r w:rsidRPr="002B042A">
              <w:rPr>
                <w:sz w:val="20"/>
                <w:szCs w:val="20"/>
              </w:rPr>
              <w:t xml:space="preserve"> </w:t>
            </w: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2B042A">
              <w:rPr>
                <w:sz w:val="20"/>
                <w:szCs w:val="20"/>
              </w:rPr>
              <w:t xml:space="preserve"> </w:t>
            </w: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પ્રતિભા</w:t>
            </w:r>
            <w:r w:rsidRPr="002B042A">
              <w:rPr>
                <w:sz w:val="20"/>
                <w:szCs w:val="20"/>
              </w:rPr>
              <w:t xml:space="preserve"> </w:t>
            </w: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પ્રદર્શન</w:t>
            </w:r>
          </w:p>
        </w:tc>
      </w:tr>
      <w:tr w:rsidR="002B042A" w:rsidRPr="002B042A" w14:paraId="24D935F3" w14:textId="77777777" w:rsidTr="002B042A">
        <w:tc>
          <w:tcPr>
            <w:tcW w:w="675" w:type="dxa"/>
          </w:tcPr>
          <w:p w14:paraId="7B6EC246" w14:textId="77777777" w:rsidR="002B042A" w:rsidRPr="002B042A" w:rsidRDefault="002B042A" w:rsidP="002B042A">
            <w:pPr>
              <w:jc w:val="center"/>
              <w:rPr>
                <w:sz w:val="20"/>
                <w:szCs w:val="20"/>
              </w:rPr>
            </w:pP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૪</w:t>
            </w:r>
          </w:p>
        </w:tc>
        <w:tc>
          <w:tcPr>
            <w:tcW w:w="3645" w:type="dxa"/>
          </w:tcPr>
          <w:p w14:paraId="631FE187" w14:textId="77777777" w:rsidR="002B042A" w:rsidRPr="002B042A" w:rsidRDefault="002B042A" w:rsidP="002B042A">
            <w:pPr>
              <w:rPr>
                <w:sz w:val="20"/>
                <w:szCs w:val="20"/>
              </w:rPr>
            </w:pP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સામાજિક</w:t>
            </w:r>
            <w:r w:rsidRPr="002B042A">
              <w:rPr>
                <w:sz w:val="20"/>
                <w:szCs w:val="20"/>
              </w:rPr>
              <w:t xml:space="preserve"> </w:t>
            </w: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રમતગમત</w:t>
            </w:r>
            <w:r w:rsidRPr="002B042A">
              <w:rPr>
                <w:sz w:val="20"/>
                <w:szCs w:val="20"/>
              </w:rPr>
              <w:t xml:space="preserve"> </w:t>
            </w: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2B042A">
              <w:rPr>
                <w:sz w:val="20"/>
                <w:szCs w:val="20"/>
              </w:rPr>
              <w:t xml:space="preserve"> </w:t>
            </w: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ટીમ</w:t>
            </w:r>
            <w:r w:rsidRPr="002B042A">
              <w:rPr>
                <w:sz w:val="20"/>
                <w:szCs w:val="20"/>
              </w:rPr>
              <w:t xml:space="preserve"> </w:t>
            </w: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ગેમ્સ</w:t>
            </w:r>
          </w:p>
        </w:tc>
        <w:tc>
          <w:tcPr>
            <w:tcW w:w="2160" w:type="dxa"/>
          </w:tcPr>
          <w:p w14:paraId="591BD9AC" w14:textId="77777777" w:rsidR="002B042A" w:rsidRPr="002B042A" w:rsidRDefault="002B042A" w:rsidP="002B042A">
            <w:pPr>
              <w:rPr>
                <w:sz w:val="20"/>
                <w:szCs w:val="20"/>
              </w:rPr>
            </w:pP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સમસ્ત</w:t>
            </w:r>
            <w:r w:rsidRPr="002B042A">
              <w:rPr>
                <w:sz w:val="20"/>
                <w:szCs w:val="20"/>
              </w:rPr>
              <w:t xml:space="preserve"> </w:t>
            </w: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વિદ્યાર્થીઓ</w:t>
            </w:r>
          </w:p>
        </w:tc>
        <w:tc>
          <w:tcPr>
            <w:tcW w:w="2842" w:type="dxa"/>
          </w:tcPr>
          <w:p w14:paraId="1C7A8F53" w14:textId="77777777" w:rsidR="002B042A" w:rsidRPr="002B042A" w:rsidRDefault="002B042A" w:rsidP="002B042A">
            <w:pPr>
              <w:rPr>
                <w:sz w:val="20"/>
                <w:szCs w:val="20"/>
              </w:rPr>
            </w:pP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સહકારની</w:t>
            </w:r>
            <w:r w:rsidRPr="002B042A">
              <w:rPr>
                <w:sz w:val="20"/>
                <w:szCs w:val="20"/>
              </w:rPr>
              <w:t xml:space="preserve"> </w:t>
            </w: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ભાવના</w:t>
            </w:r>
            <w:r w:rsidRPr="002B042A">
              <w:rPr>
                <w:sz w:val="20"/>
                <w:szCs w:val="20"/>
              </w:rPr>
              <w:t xml:space="preserve"> </w:t>
            </w: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2B042A">
              <w:rPr>
                <w:sz w:val="20"/>
                <w:szCs w:val="20"/>
              </w:rPr>
              <w:t xml:space="preserve"> </w:t>
            </w: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શિસ્ત</w:t>
            </w:r>
          </w:p>
        </w:tc>
      </w:tr>
    </w:tbl>
    <w:p w14:paraId="3BF77A1A" w14:textId="77777777" w:rsidR="002B042A" w:rsidRPr="003177CD" w:rsidRDefault="002B042A" w:rsidP="002B042A">
      <w:pPr>
        <w:spacing w:line="240" w:lineRule="auto"/>
        <w:rPr>
          <w:sz w:val="20"/>
          <w:szCs w:val="20"/>
        </w:rPr>
      </w:pPr>
      <w:r w:rsidRPr="002B042A">
        <w:rPr>
          <w:rFonts w:cs="Shruti"/>
          <w:b/>
          <w:bCs/>
          <w:sz w:val="20"/>
          <w:szCs w:val="20"/>
          <w:cs/>
          <w:lang w:bidi="gu-IN"/>
        </w:rPr>
        <w:t>નિષ્કર્ષ</w:t>
      </w:r>
      <w:r w:rsidRPr="002B042A">
        <w:rPr>
          <w:b/>
          <w:sz w:val="20"/>
          <w:szCs w:val="20"/>
        </w:rPr>
        <w:t>: "</w:t>
      </w:r>
      <w:r w:rsidRPr="002B042A">
        <w:rPr>
          <w:rFonts w:cs="Shruti"/>
          <w:b/>
          <w:bCs/>
          <w:sz w:val="20"/>
          <w:szCs w:val="20"/>
          <w:cs/>
          <w:lang w:bidi="gu-IN"/>
        </w:rPr>
        <w:t>આનંદદાયી</w:t>
      </w:r>
      <w:r w:rsidRPr="002B042A">
        <w:rPr>
          <w:b/>
          <w:sz w:val="20"/>
          <w:szCs w:val="20"/>
        </w:rPr>
        <w:t xml:space="preserve"> </w:t>
      </w:r>
      <w:r w:rsidRPr="002B042A">
        <w:rPr>
          <w:rFonts w:cs="Shruti"/>
          <w:b/>
          <w:bCs/>
          <w:sz w:val="20"/>
          <w:szCs w:val="20"/>
          <w:cs/>
          <w:lang w:bidi="gu-IN"/>
        </w:rPr>
        <w:t>શનિવાર</w:t>
      </w:r>
      <w:r w:rsidRPr="002B042A">
        <w:rPr>
          <w:b/>
          <w:sz w:val="20"/>
          <w:szCs w:val="20"/>
        </w:rPr>
        <w:t xml:space="preserve">" </w:t>
      </w:r>
      <w:r w:rsidRPr="002B042A">
        <w:rPr>
          <w:rFonts w:cs="Shruti"/>
          <w:b/>
          <w:bCs/>
          <w:sz w:val="20"/>
          <w:szCs w:val="20"/>
          <w:cs/>
          <w:lang w:bidi="gu-IN"/>
        </w:rPr>
        <w:t>ની</w:t>
      </w:r>
      <w:r w:rsidRPr="002B042A">
        <w:rPr>
          <w:b/>
          <w:sz w:val="20"/>
          <w:szCs w:val="20"/>
        </w:rPr>
        <w:t xml:space="preserve"> </w:t>
      </w:r>
      <w:r w:rsidRPr="002B042A">
        <w:rPr>
          <w:rFonts w:cs="Shruti"/>
          <w:b/>
          <w:bCs/>
          <w:sz w:val="20"/>
          <w:szCs w:val="20"/>
          <w:cs/>
          <w:lang w:bidi="gu-IN"/>
        </w:rPr>
        <w:t>આ</w:t>
      </w:r>
      <w:r w:rsidRPr="002B042A">
        <w:rPr>
          <w:b/>
          <w:sz w:val="20"/>
          <w:szCs w:val="20"/>
        </w:rPr>
        <w:t xml:space="preserve"> </w:t>
      </w:r>
      <w:r w:rsidRPr="002B042A">
        <w:rPr>
          <w:rFonts w:cs="Shruti"/>
          <w:b/>
          <w:bCs/>
          <w:sz w:val="20"/>
          <w:szCs w:val="20"/>
          <w:cs/>
          <w:lang w:bidi="gu-IN"/>
        </w:rPr>
        <w:t>પ્રવૃત્તિઓથી</w:t>
      </w:r>
      <w:r w:rsidRPr="002B042A">
        <w:rPr>
          <w:b/>
          <w:sz w:val="20"/>
          <w:szCs w:val="20"/>
        </w:rPr>
        <w:t xml:space="preserve"> </w:t>
      </w:r>
      <w:r w:rsidRPr="002B042A">
        <w:rPr>
          <w:rFonts w:cs="Shruti"/>
          <w:b/>
          <w:bCs/>
          <w:sz w:val="20"/>
          <w:szCs w:val="20"/>
          <w:cs/>
          <w:lang w:bidi="gu-IN"/>
        </w:rPr>
        <w:t>વિદ્યાર્થીઓનો</w:t>
      </w:r>
      <w:r w:rsidRPr="002B042A">
        <w:rPr>
          <w:b/>
          <w:sz w:val="20"/>
          <w:szCs w:val="20"/>
        </w:rPr>
        <w:t xml:space="preserve"> </w:t>
      </w:r>
      <w:r w:rsidRPr="002B042A">
        <w:rPr>
          <w:rFonts w:cs="Shruti"/>
          <w:b/>
          <w:bCs/>
          <w:sz w:val="20"/>
          <w:szCs w:val="20"/>
          <w:cs/>
          <w:lang w:bidi="gu-IN"/>
        </w:rPr>
        <w:t>શાળા</w:t>
      </w:r>
      <w:r w:rsidRPr="002B042A">
        <w:rPr>
          <w:b/>
          <w:sz w:val="20"/>
          <w:szCs w:val="20"/>
        </w:rPr>
        <w:t xml:space="preserve"> </w:t>
      </w:r>
      <w:r w:rsidRPr="002B042A">
        <w:rPr>
          <w:rFonts w:cs="Shruti"/>
          <w:b/>
          <w:bCs/>
          <w:sz w:val="20"/>
          <w:szCs w:val="20"/>
          <w:cs/>
          <w:lang w:bidi="gu-IN"/>
        </w:rPr>
        <w:t>પ્રત્યેનો</w:t>
      </w:r>
      <w:r w:rsidRPr="002B042A">
        <w:rPr>
          <w:b/>
          <w:sz w:val="20"/>
          <w:szCs w:val="20"/>
        </w:rPr>
        <w:t xml:space="preserve"> </w:t>
      </w:r>
      <w:r w:rsidRPr="002B042A">
        <w:rPr>
          <w:rFonts w:cs="Shruti"/>
          <w:b/>
          <w:bCs/>
          <w:sz w:val="20"/>
          <w:szCs w:val="20"/>
          <w:cs/>
          <w:lang w:bidi="gu-IN"/>
        </w:rPr>
        <w:t>ડર</w:t>
      </w:r>
      <w:r w:rsidRPr="002B042A">
        <w:rPr>
          <w:b/>
          <w:sz w:val="20"/>
          <w:szCs w:val="20"/>
        </w:rPr>
        <w:t xml:space="preserve"> </w:t>
      </w:r>
      <w:r w:rsidRPr="002B042A">
        <w:rPr>
          <w:rFonts w:cs="Shruti"/>
          <w:b/>
          <w:bCs/>
          <w:sz w:val="20"/>
          <w:szCs w:val="20"/>
          <w:cs/>
          <w:lang w:bidi="gu-IN"/>
        </w:rPr>
        <w:t>દૂર</w:t>
      </w:r>
      <w:r w:rsidRPr="002B042A">
        <w:rPr>
          <w:b/>
          <w:sz w:val="20"/>
          <w:szCs w:val="20"/>
        </w:rPr>
        <w:t xml:space="preserve"> </w:t>
      </w:r>
      <w:r w:rsidRPr="002B042A">
        <w:rPr>
          <w:rFonts w:cs="Shruti"/>
          <w:b/>
          <w:bCs/>
          <w:sz w:val="20"/>
          <w:szCs w:val="20"/>
          <w:cs/>
          <w:lang w:bidi="gu-IN"/>
        </w:rPr>
        <w:t>થયો</w:t>
      </w:r>
      <w:r w:rsidRPr="002B042A">
        <w:rPr>
          <w:b/>
          <w:sz w:val="20"/>
          <w:szCs w:val="20"/>
        </w:rPr>
        <w:t xml:space="preserve"> </w:t>
      </w:r>
      <w:r w:rsidRPr="002B042A">
        <w:rPr>
          <w:rFonts w:cs="Shruti"/>
          <w:b/>
          <w:bCs/>
          <w:sz w:val="20"/>
          <w:szCs w:val="20"/>
          <w:cs/>
          <w:lang w:bidi="gu-IN"/>
        </w:rPr>
        <w:t>છે</w:t>
      </w:r>
      <w:r w:rsidRPr="002B042A">
        <w:rPr>
          <w:b/>
          <w:sz w:val="20"/>
          <w:szCs w:val="20"/>
        </w:rPr>
        <w:t xml:space="preserve">, </w:t>
      </w:r>
      <w:r w:rsidRPr="002B042A">
        <w:rPr>
          <w:rFonts w:cs="Shruti"/>
          <w:b/>
          <w:bCs/>
          <w:sz w:val="20"/>
          <w:szCs w:val="20"/>
          <w:cs/>
          <w:lang w:bidi="gu-IN"/>
        </w:rPr>
        <w:t>શાળા</w:t>
      </w:r>
      <w:r w:rsidRPr="002B042A">
        <w:rPr>
          <w:b/>
          <w:sz w:val="20"/>
          <w:szCs w:val="20"/>
        </w:rPr>
        <w:t xml:space="preserve"> </w:t>
      </w:r>
      <w:r w:rsidRPr="002B042A">
        <w:rPr>
          <w:rFonts w:cs="Shruti"/>
          <w:b/>
          <w:bCs/>
          <w:sz w:val="20"/>
          <w:szCs w:val="20"/>
          <w:cs/>
          <w:lang w:bidi="gu-IN"/>
        </w:rPr>
        <w:t>પ્રત્યે</w:t>
      </w:r>
      <w:r w:rsidRPr="002B042A">
        <w:rPr>
          <w:b/>
          <w:sz w:val="20"/>
          <w:szCs w:val="20"/>
        </w:rPr>
        <w:t xml:space="preserve"> </w:t>
      </w:r>
      <w:r w:rsidRPr="002B042A">
        <w:rPr>
          <w:rFonts w:cs="Shruti"/>
          <w:b/>
          <w:bCs/>
          <w:sz w:val="20"/>
          <w:szCs w:val="20"/>
          <w:cs/>
          <w:lang w:bidi="gu-IN"/>
        </w:rPr>
        <w:t>લગાવ</w:t>
      </w:r>
      <w:r w:rsidRPr="002B042A">
        <w:rPr>
          <w:b/>
          <w:sz w:val="20"/>
          <w:szCs w:val="20"/>
        </w:rPr>
        <w:t xml:space="preserve"> </w:t>
      </w:r>
      <w:r w:rsidRPr="002B042A">
        <w:rPr>
          <w:rFonts w:cs="Shruti"/>
          <w:b/>
          <w:bCs/>
          <w:sz w:val="20"/>
          <w:szCs w:val="20"/>
          <w:cs/>
          <w:lang w:bidi="gu-IN"/>
        </w:rPr>
        <w:t>વધ્યો</w:t>
      </w:r>
      <w:r w:rsidRPr="002B042A">
        <w:rPr>
          <w:b/>
          <w:sz w:val="20"/>
          <w:szCs w:val="20"/>
        </w:rPr>
        <w:t xml:space="preserve"> </w:t>
      </w:r>
      <w:r w:rsidRPr="002B042A">
        <w:rPr>
          <w:rFonts w:cs="Shruti"/>
          <w:b/>
          <w:bCs/>
          <w:sz w:val="20"/>
          <w:szCs w:val="20"/>
          <w:cs/>
          <w:lang w:bidi="gu-IN"/>
        </w:rPr>
        <w:t>છે</w:t>
      </w:r>
      <w:r w:rsidRPr="002B042A">
        <w:rPr>
          <w:b/>
          <w:sz w:val="20"/>
          <w:szCs w:val="20"/>
        </w:rPr>
        <w:t xml:space="preserve"> </w:t>
      </w:r>
      <w:r w:rsidRPr="002B042A">
        <w:rPr>
          <w:rFonts w:cs="Shruti"/>
          <w:b/>
          <w:bCs/>
          <w:sz w:val="20"/>
          <w:szCs w:val="20"/>
          <w:cs/>
          <w:lang w:bidi="gu-IN"/>
        </w:rPr>
        <w:t>અને</w:t>
      </w:r>
      <w:r w:rsidRPr="002B042A">
        <w:rPr>
          <w:b/>
          <w:sz w:val="20"/>
          <w:szCs w:val="20"/>
        </w:rPr>
        <w:t xml:space="preserve"> </w:t>
      </w:r>
      <w:r w:rsidRPr="002B042A">
        <w:rPr>
          <w:rFonts w:cs="Shruti"/>
          <w:b/>
          <w:bCs/>
          <w:sz w:val="20"/>
          <w:szCs w:val="20"/>
          <w:cs/>
          <w:lang w:bidi="gu-IN"/>
        </w:rPr>
        <w:t>તેઓ</w:t>
      </w:r>
      <w:r w:rsidRPr="002B042A">
        <w:rPr>
          <w:b/>
          <w:sz w:val="20"/>
          <w:szCs w:val="20"/>
        </w:rPr>
        <w:t xml:space="preserve"> </w:t>
      </w:r>
      <w:r w:rsidRPr="002B042A">
        <w:rPr>
          <w:rFonts w:cs="Shruti"/>
          <w:b/>
          <w:bCs/>
          <w:sz w:val="20"/>
          <w:szCs w:val="20"/>
          <w:cs/>
          <w:lang w:bidi="gu-IN"/>
        </w:rPr>
        <w:t>તણાવમુક્ત</w:t>
      </w:r>
      <w:r w:rsidRPr="002B042A">
        <w:rPr>
          <w:b/>
          <w:sz w:val="20"/>
          <w:szCs w:val="20"/>
        </w:rPr>
        <w:t xml:space="preserve"> </w:t>
      </w:r>
      <w:r w:rsidRPr="002B042A">
        <w:rPr>
          <w:rFonts w:cs="Shruti"/>
          <w:b/>
          <w:bCs/>
          <w:sz w:val="20"/>
          <w:szCs w:val="20"/>
          <w:cs/>
          <w:lang w:bidi="gu-IN"/>
        </w:rPr>
        <w:t>વાતાવરણમાં</w:t>
      </w:r>
      <w:r w:rsidRPr="002B042A">
        <w:rPr>
          <w:b/>
          <w:sz w:val="20"/>
          <w:szCs w:val="20"/>
        </w:rPr>
        <w:t xml:space="preserve"> </w:t>
      </w:r>
      <w:r w:rsidRPr="002B042A">
        <w:rPr>
          <w:rFonts w:cs="Shruti"/>
          <w:b/>
          <w:bCs/>
          <w:sz w:val="20"/>
          <w:szCs w:val="20"/>
          <w:cs/>
          <w:lang w:bidi="gu-IN"/>
        </w:rPr>
        <w:t>આનંદ</w:t>
      </w:r>
      <w:r w:rsidRPr="002B042A">
        <w:rPr>
          <w:b/>
          <w:sz w:val="20"/>
          <w:szCs w:val="20"/>
        </w:rPr>
        <w:t xml:space="preserve"> </w:t>
      </w:r>
      <w:r w:rsidRPr="002B042A">
        <w:rPr>
          <w:rFonts w:cs="Shruti"/>
          <w:b/>
          <w:bCs/>
          <w:sz w:val="20"/>
          <w:szCs w:val="20"/>
          <w:cs/>
          <w:lang w:bidi="gu-IN"/>
        </w:rPr>
        <w:t>સાથે</w:t>
      </w:r>
      <w:r w:rsidRPr="002B042A">
        <w:rPr>
          <w:b/>
          <w:sz w:val="20"/>
          <w:szCs w:val="20"/>
        </w:rPr>
        <w:t xml:space="preserve"> </w:t>
      </w:r>
      <w:r w:rsidRPr="002B042A">
        <w:rPr>
          <w:rFonts w:cs="Shruti"/>
          <w:b/>
          <w:bCs/>
          <w:sz w:val="20"/>
          <w:szCs w:val="20"/>
          <w:cs/>
          <w:lang w:bidi="gu-IN"/>
        </w:rPr>
        <w:t>નવું</w:t>
      </w:r>
      <w:r w:rsidRPr="002B042A">
        <w:rPr>
          <w:b/>
          <w:sz w:val="20"/>
          <w:szCs w:val="20"/>
        </w:rPr>
        <w:t xml:space="preserve"> </w:t>
      </w:r>
      <w:r w:rsidRPr="002B042A">
        <w:rPr>
          <w:rFonts w:cs="Shruti"/>
          <w:b/>
          <w:bCs/>
          <w:sz w:val="20"/>
          <w:szCs w:val="20"/>
          <w:cs/>
          <w:lang w:bidi="gu-IN"/>
        </w:rPr>
        <w:t>જ્ઞાન</w:t>
      </w:r>
      <w:r w:rsidRPr="002B042A">
        <w:rPr>
          <w:b/>
          <w:sz w:val="20"/>
          <w:szCs w:val="20"/>
        </w:rPr>
        <w:t xml:space="preserve"> </w:t>
      </w:r>
      <w:r w:rsidRPr="002B042A">
        <w:rPr>
          <w:rFonts w:cs="Shruti"/>
          <w:b/>
          <w:bCs/>
          <w:sz w:val="20"/>
          <w:szCs w:val="20"/>
          <w:cs/>
          <w:lang w:bidi="gu-IN"/>
        </w:rPr>
        <w:t>મેળવી</w:t>
      </w:r>
      <w:r w:rsidRPr="002B042A">
        <w:rPr>
          <w:b/>
          <w:sz w:val="20"/>
          <w:szCs w:val="20"/>
        </w:rPr>
        <w:t xml:space="preserve"> </w:t>
      </w:r>
      <w:r w:rsidRPr="002B042A">
        <w:rPr>
          <w:rFonts w:cs="Shruti"/>
          <w:b/>
          <w:bCs/>
          <w:sz w:val="20"/>
          <w:szCs w:val="20"/>
          <w:cs/>
          <w:lang w:bidi="gu-IN"/>
        </w:rPr>
        <w:t>રહ્યા</w:t>
      </w:r>
      <w:r w:rsidRPr="002B042A">
        <w:rPr>
          <w:b/>
          <w:sz w:val="20"/>
          <w:szCs w:val="20"/>
        </w:rPr>
        <w:t xml:space="preserve"> </w:t>
      </w:r>
      <w:r w:rsidRPr="002B042A">
        <w:rPr>
          <w:rFonts w:cs="Shruti"/>
          <w:b/>
          <w:bCs/>
          <w:sz w:val="20"/>
          <w:szCs w:val="20"/>
          <w:cs/>
          <w:lang w:bidi="gu-IN"/>
        </w:rPr>
        <w:t>છે</w:t>
      </w:r>
      <w:r w:rsidRPr="002B042A">
        <w:rPr>
          <w:b/>
          <w:sz w:val="20"/>
          <w:szCs w:val="20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2B042A" w:rsidRPr="002B042A" w14:paraId="1CEA3762" w14:textId="77777777" w:rsidTr="002B042A">
        <w:tc>
          <w:tcPr>
            <w:tcW w:w="4320" w:type="dxa"/>
          </w:tcPr>
          <w:p w14:paraId="20141495" w14:textId="77777777" w:rsidR="002B042A" w:rsidRPr="002B042A" w:rsidRDefault="002B042A" w:rsidP="002B042A">
            <w:pPr>
              <w:spacing w:line="240" w:lineRule="auto"/>
              <w:rPr>
                <w:sz w:val="20"/>
                <w:szCs w:val="20"/>
              </w:rPr>
            </w:pP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શનિવાર</w:t>
            </w:r>
            <w:r w:rsidRPr="002B042A">
              <w:rPr>
                <w:sz w:val="20"/>
                <w:szCs w:val="20"/>
              </w:rPr>
              <w:t xml:space="preserve"> </w:t>
            </w: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પ્રવૃત્તિ</w:t>
            </w:r>
            <w:r w:rsidRPr="002B042A">
              <w:rPr>
                <w:sz w:val="20"/>
                <w:szCs w:val="20"/>
              </w:rPr>
              <w:t xml:space="preserve"> </w:t>
            </w: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ઇન્ચાર્જની</w:t>
            </w:r>
            <w:r w:rsidRPr="002B042A">
              <w:rPr>
                <w:sz w:val="20"/>
                <w:szCs w:val="20"/>
              </w:rPr>
              <w:t xml:space="preserve"> </w:t>
            </w: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સહી</w:t>
            </w:r>
            <w:r w:rsidRPr="002B042A">
              <w:rPr>
                <w:sz w:val="20"/>
                <w:szCs w:val="20"/>
              </w:rPr>
              <w:br/>
            </w:r>
            <w:r w:rsidRPr="002B042A">
              <w:rPr>
                <w:sz w:val="20"/>
                <w:szCs w:val="20"/>
              </w:rPr>
              <w:br/>
              <w:t>______________________</w:t>
            </w:r>
          </w:p>
        </w:tc>
        <w:tc>
          <w:tcPr>
            <w:tcW w:w="4320" w:type="dxa"/>
          </w:tcPr>
          <w:p w14:paraId="3D666980" w14:textId="77777777" w:rsidR="002B042A" w:rsidRPr="002B042A" w:rsidRDefault="002B042A" w:rsidP="002B042A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આચાર્યશ્રીની</w:t>
            </w:r>
            <w:r w:rsidRPr="002B042A">
              <w:rPr>
                <w:sz w:val="20"/>
                <w:szCs w:val="20"/>
              </w:rPr>
              <w:t xml:space="preserve"> </w:t>
            </w: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સહી</w:t>
            </w:r>
            <w:r w:rsidRPr="002B042A">
              <w:rPr>
                <w:sz w:val="20"/>
                <w:szCs w:val="20"/>
              </w:rPr>
              <w:t xml:space="preserve"> </w:t>
            </w: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2B042A">
              <w:rPr>
                <w:sz w:val="20"/>
                <w:szCs w:val="20"/>
              </w:rPr>
              <w:t xml:space="preserve"> </w:t>
            </w:r>
            <w:r w:rsidRPr="002B042A">
              <w:rPr>
                <w:rFonts w:cs="Shruti"/>
                <w:sz w:val="20"/>
                <w:szCs w:val="20"/>
                <w:cs/>
                <w:lang w:bidi="gu-IN"/>
              </w:rPr>
              <w:t>સિક્કો</w:t>
            </w:r>
            <w:r w:rsidRPr="002B042A">
              <w:rPr>
                <w:sz w:val="20"/>
                <w:szCs w:val="20"/>
              </w:rPr>
              <w:br/>
            </w:r>
            <w:r w:rsidRPr="002B042A">
              <w:rPr>
                <w:sz w:val="20"/>
                <w:szCs w:val="20"/>
              </w:rPr>
              <w:br/>
              <w:t>______________________</w:t>
            </w:r>
            <w:r w:rsidRPr="002B042A">
              <w:rPr>
                <w:sz w:val="20"/>
                <w:szCs w:val="20"/>
              </w:rPr>
              <w:br/>
            </w:r>
          </w:p>
        </w:tc>
      </w:tr>
    </w:tbl>
    <w:p w14:paraId="605B62F2" w14:textId="77777777" w:rsidR="002B042A" w:rsidRDefault="002B042A" w:rsidP="002B042A">
      <w:pPr>
        <w:rPr>
          <w:rFonts w:cs="Shruti"/>
          <w:lang w:bidi="gu-IN"/>
        </w:rPr>
      </w:pPr>
    </w:p>
    <w:p w14:paraId="2CEFCE88" w14:textId="77777777" w:rsidR="00005D5A" w:rsidRDefault="00005D5A" w:rsidP="002B042A">
      <w:pPr>
        <w:rPr>
          <w:rFonts w:cs="Shruti"/>
          <w:lang w:bidi="gu-IN"/>
        </w:rPr>
      </w:pPr>
    </w:p>
    <w:p w14:paraId="3919F539" w14:textId="77777777" w:rsidR="00162772" w:rsidRDefault="00162772" w:rsidP="006A36B0">
      <w:pPr>
        <w:spacing w:after="0" w:line="240" w:lineRule="auto"/>
        <w:rPr>
          <w:rFonts w:cs="Shruti"/>
          <w:sz w:val="28"/>
          <w:szCs w:val="28"/>
          <w:u w:val="single"/>
          <w:lang w:bidi="gu-IN"/>
        </w:rPr>
      </w:pPr>
    </w:p>
    <w:p w14:paraId="2E4EF80C" w14:textId="6C59AE11" w:rsidR="002E5B96" w:rsidRDefault="002546D1" w:rsidP="002E5B96">
      <w:pPr>
        <w:spacing w:after="0" w:line="240" w:lineRule="auto"/>
        <w:jc w:val="center"/>
        <w:rPr>
          <w:rFonts w:cs="Shruti"/>
          <w:b/>
          <w:u w:val="single"/>
          <w:lang w:val="en-IN" w:bidi="gu-IN"/>
        </w:rPr>
      </w:pPr>
      <w:r>
        <w:rPr>
          <w:rFonts w:cs="Shruti" w:hint="cs"/>
          <w:sz w:val="28"/>
          <w:szCs w:val="28"/>
          <w:u w:val="single"/>
          <w:cs/>
          <w:lang w:bidi="gu-IN"/>
        </w:rPr>
        <w:lastRenderedPageBreak/>
        <w:t>ઢાંકણ્રીયાવાસ પ્રાથમિક શાળા તા- લાખણી જિલ્લો - વાવ-થરાદ ડાયસ કોડ: 24021300207</w:t>
      </w:r>
    </w:p>
    <w:p w14:paraId="1297BA71" w14:textId="5FD5F619" w:rsidR="000A2A1F" w:rsidRPr="000A2A1F" w:rsidRDefault="000A2A1F" w:rsidP="000A2A1F">
      <w:pPr>
        <w:tabs>
          <w:tab w:val="left" w:pos="2835"/>
        </w:tabs>
        <w:spacing w:line="240" w:lineRule="auto"/>
        <w:rPr>
          <w:rFonts w:cs="Shruti"/>
          <w:b/>
          <w:bCs/>
          <w:sz w:val="24"/>
          <w:szCs w:val="24"/>
          <w:u w:val="single"/>
          <w:lang w:bidi="gu-IN"/>
        </w:rPr>
      </w:pPr>
      <w:r>
        <w:rPr>
          <w:b/>
        </w:rPr>
        <w:br/>
      </w:r>
      <w:r w:rsidRPr="000A2A1F">
        <w:rPr>
          <w:rFonts w:cs="Shruti"/>
          <w:b/>
          <w:bCs/>
          <w:sz w:val="24"/>
          <w:szCs w:val="24"/>
          <w:cs/>
          <w:lang w:bidi="gu-IN"/>
        </w:rPr>
        <w:t>શાળા</w:t>
      </w:r>
      <w:r w:rsidRPr="000A2A1F">
        <w:rPr>
          <w:b/>
          <w:bCs/>
          <w:sz w:val="24"/>
          <w:szCs w:val="24"/>
        </w:rPr>
        <w:t xml:space="preserve"> </w:t>
      </w:r>
      <w:r w:rsidRPr="000A2A1F">
        <w:rPr>
          <w:rFonts w:cs="Shruti"/>
          <w:b/>
          <w:bCs/>
          <w:sz w:val="24"/>
          <w:szCs w:val="24"/>
          <w:cs/>
          <w:lang w:bidi="gu-IN"/>
        </w:rPr>
        <w:t>દ્વારા</w:t>
      </w:r>
      <w:r w:rsidRPr="000A2A1F">
        <w:rPr>
          <w:b/>
          <w:bCs/>
          <w:sz w:val="24"/>
          <w:szCs w:val="24"/>
        </w:rPr>
        <w:t xml:space="preserve"> </w:t>
      </w:r>
      <w:r w:rsidRPr="000A2A1F">
        <w:rPr>
          <w:rFonts w:cs="Shruti"/>
          <w:b/>
          <w:bCs/>
          <w:sz w:val="24"/>
          <w:szCs w:val="24"/>
          <w:cs/>
          <w:lang w:bidi="gu-IN"/>
        </w:rPr>
        <w:t>યોજાયેલ</w:t>
      </w:r>
      <w:r w:rsidRPr="000A2A1F">
        <w:rPr>
          <w:b/>
          <w:bCs/>
          <w:sz w:val="24"/>
          <w:szCs w:val="24"/>
        </w:rPr>
        <w:t xml:space="preserve"> "</w:t>
      </w:r>
      <w:r w:rsidRPr="000A2A1F">
        <w:rPr>
          <w:rFonts w:cs="Shruti"/>
          <w:b/>
          <w:bCs/>
          <w:sz w:val="24"/>
          <w:szCs w:val="24"/>
          <w:cs/>
          <w:lang w:bidi="gu-IN"/>
        </w:rPr>
        <w:t>દફતર</w:t>
      </w:r>
      <w:r w:rsidRPr="000A2A1F">
        <w:rPr>
          <w:b/>
          <w:bCs/>
          <w:sz w:val="24"/>
          <w:szCs w:val="24"/>
        </w:rPr>
        <w:t xml:space="preserve"> </w:t>
      </w:r>
      <w:r w:rsidRPr="000A2A1F">
        <w:rPr>
          <w:rFonts w:cs="Shruti"/>
          <w:b/>
          <w:bCs/>
          <w:sz w:val="24"/>
          <w:szCs w:val="24"/>
          <w:cs/>
          <w:lang w:bidi="gu-IN"/>
        </w:rPr>
        <w:t>વિનાના</w:t>
      </w:r>
      <w:r w:rsidRPr="000A2A1F">
        <w:rPr>
          <w:b/>
          <w:bCs/>
          <w:sz w:val="24"/>
          <w:szCs w:val="24"/>
        </w:rPr>
        <w:t xml:space="preserve"> </w:t>
      </w:r>
      <w:r w:rsidRPr="000A2A1F">
        <w:rPr>
          <w:rFonts w:cs="Shruti"/>
          <w:b/>
          <w:bCs/>
          <w:sz w:val="24"/>
          <w:szCs w:val="24"/>
          <w:cs/>
          <w:lang w:bidi="gu-IN"/>
        </w:rPr>
        <w:t>૧૦</w:t>
      </w:r>
      <w:r w:rsidRPr="000A2A1F">
        <w:rPr>
          <w:b/>
          <w:bCs/>
          <w:sz w:val="24"/>
          <w:szCs w:val="24"/>
        </w:rPr>
        <w:t xml:space="preserve"> </w:t>
      </w:r>
      <w:r w:rsidRPr="000A2A1F">
        <w:rPr>
          <w:rFonts w:cs="Shruti"/>
          <w:b/>
          <w:bCs/>
          <w:sz w:val="24"/>
          <w:szCs w:val="24"/>
          <w:cs/>
          <w:lang w:bidi="gu-IN"/>
        </w:rPr>
        <w:t>દિવસ</w:t>
      </w:r>
      <w:r w:rsidRPr="000A2A1F">
        <w:rPr>
          <w:b/>
          <w:bCs/>
          <w:sz w:val="24"/>
          <w:szCs w:val="24"/>
        </w:rPr>
        <w:t xml:space="preserve">" (10 Bagless Days) </w:t>
      </w:r>
      <w:r w:rsidRPr="000A2A1F">
        <w:rPr>
          <w:rFonts w:cs="Shruti"/>
          <w:b/>
          <w:bCs/>
          <w:sz w:val="24"/>
          <w:szCs w:val="24"/>
          <w:cs/>
          <w:lang w:bidi="gu-IN"/>
        </w:rPr>
        <w:t>પ્રવૃત્તિઓનો</w:t>
      </w:r>
      <w:r w:rsidRPr="000A2A1F">
        <w:rPr>
          <w:b/>
          <w:bCs/>
          <w:sz w:val="24"/>
          <w:szCs w:val="24"/>
        </w:rPr>
        <w:t xml:space="preserve"> </w:t>
      </w:r>
      <w:r w:rsidRPr="000A2A1F">
        <w:rPr>
          <w:rFonts w:cs="Shruti"/>
          <w:b/>
          <w:bCs/>
          <w:sz w:val="24"/>
          <w:szCs w:val="24"/>
          <w:cs/>
          <w:lang w:bidi="gu-IN"/>
        </w:rPr>
        <w:t>અહેવાલ</w:t>
      </w:r>
    </w:p>
    <w:p w14:paraId="61D8423D" w14:textId="77777777" w:rsidR="000A2A1F" w:rsidRPr="000A2A1F" w:rsidRDefault="000A2A1F" w:rsidP="000A2A1F">
      <w:pPr>
        <w:spacing w:after="0" w:line="240" w:lineRule="auto"/>
        <w:rPr>
          <w:rFonts w:cs="Shruti"/>
          <w:sz w:val="18"/>
          <w:szCs w:val="18"/>
          <w:lang w:bidi="gu-IN"/>
        </w:rPr>
      </w:pPr>
      <w:r w:rsidRPr="000A2A1F">
        <w:rPr>
          <w:rFonts w:cs="Shruti"/>
          <w:sz w:val="18"/>
          <w:szCs w:val="18"/>
          <w:cs/>
          <w:lang w:bidi="gu-IN"/>
        </w:rPr>
        <w:t>રાષ્ટ્રીય</w:t>
      </w:r>
      <w:r w:rsidRPr="000A2A1F">
        <w:rPr>
          <w:sz w:val="18"/>
          <w:szCs w:val="18"/>
        </w:rPr>
        <w:t xml:space="preserve"> </w:t>
      </w:r>
      <w:r w:rsidRPr="000A2A1F">
        <w:rPr>
          <w:rFonts w:cs="Shruti"/>
          <w:sz w:val="18"/>
          <w:szCs w:val="18"/>
          <w:cs/>
          <w:lang w:bidi="gu-IN"/>
        </w:rPr>
        <w:t>શિક્ષણ</w:t>
      </w:r>
      <w:r w:rsidRPr="000A2A1F">
        <w:rPr>
          <w:sz w:val="18"/>
          <w:szCs w:val="18"/>
        </w:rPr>
        <w:t xml:space="preserve"> </w:t>
      </w:r>
      <w:r w:rsidRPr="000A2A1F">
        <w:rPr>
          <w:rFonts w:cs="Shruti"/>
          <w:sz w:val="18"/>
          <w:szCs w:val="18"/>
          <w:cs/>
          <w:lang w:bidi="gu-IN"/>
        </w:rPr>
        <w:t>નીતિ</w:t>
      </w:r>
      <w:r w:rsidRPr="000A2A1F">
        <w:rPr>
          <w:sz w:val="18"/>
          <w:szCs w:val="18"/>
        </w:rPr>
        <w:t xml:space="preserve"> (NEP-2020) </w:t>
      </w:r>
      <w:r w:rsidRPr="000A2A1F">
        <w:rPr>
          <w:rFonts w:cs="Shruti"/>
          <w:sz w:val="18"/>
          <w:szCs w:val="18"/>
          <w:cs/>
          <w:lang w:bidi="gu-IN"/>
        </w:rPr>
        <w:t>અને</w:t>
      </w:r>
      <w:r w:rsidRPr="000A2A1F">
        <w:rPr>
          <w:sz w:val="18"/>
          <w:szCs w:val="18"/>
        </w:rPr>
        <w:t xml:space="preserve"> SQAAF </w:t>
      </w:r>
      <w:r w:rsidRPr="000A2A1F">
        <w:rPr>
          <w:rFonts w:cs="Shruti"/>
          <w:sz w:val="18"/>
          <w:szCs w:val="18"/>
          <w:cs/>
          <w:lang w:bidi="gu-IN"/>
        </w:rPr>
        <w:t>ગુણોત્સવ</w:t>
      </w:r>
      <w:r w:rsidRPr="000A2A1F">
        <w:rPr>
          <w:sz w:val="18"/>
          <w:szCs w:val="18"/>
        </w:rPr>
        <w:t xml:space="preserve"> </w:t>
      </w:r>
      <w:r w:rsidRPr="000A2A1F">
        <w:rPr>
          <w:rFonts w:cs="Shruti"/>
          <w:sz w:val="18"/>
          <w:szCs w:val="18"/>
          <w:cs/>
          <w:lang w:bidi="gu-IN"/>
        </w:rPr>
        <w:t>૨</w:t>
      </w:r>
      <w:r w:rsidRPr="000A2A1F">
        <w:rPr>
          <w:sz w:val="18"/>
          <w:szCs w:val="18"/>
        </w:rPr>
        <w:t>.</w:t>
      </w:r>
      <w:r w:rsidRPr="000A2A1F">
        <w:rPr>
          <w:rFonts w:cs="Shruti"/>
          <w:sz w:val="18"/>
          <w:szCs w:val="18"/>
          <w:cs/>
          <w:lang w:bidi="gu-IN"/>
        </w:rPr>
        <w:t>૦</w:t>
      </w:r>
      <w:r w:rsidRPr="000A2A1F">
        <w:rPr>
          <w:sz w:val="18"/>
          <w:szCs w:val="18"/>
        </w:rPr>
        <w:t xml:space="preserve"> </w:t>
      </w:r>
      <w:r w:rsidRPr="000A2A1F">
        <w:rPr>
          <w:rFonts w:cs="Shruti"/>
          <w:sz w:val="18"/>
          <w:szCs w:val="18"/>
          <w:cs/>
          <w:lang w:bidi="gu-IN"/>
        </w:rPr>
        <w:t>ના</w:t>
      </w:r>
      <w:r w:rsidRPr="000A2A1F">
        <w:rPr>
          <w:sz w:val="18"/>
          <w:szCs w:val="18"/>
        </w:rPr>
        <w:t xml:space="preserve"> </w:t>
      </w:r>
      <w:r w:rsidRPr="000A2A1F">
        <w:rPr>
          <w:rFonts w:cs="Shruti"/>
          <w:sz w:val="18"/>
          <w:szCs w:val="18"/>
          <w:cs/>
          <w:lang w:bidi="gu-IN"/>
        </w:rPr>
        <w:t>માપદંડો</w:t>
      </w:r>
      <w:r w:rsidRPr="000A2A1F">
        <w:rPr>
          <w:sz w:val="18"/>
          <w:szCs w:val="18"/>
        </w:rPr>
        <w:t xml:space="preserve"> </w:t>
      </w:r>
      <w:r w:rsidRPr="000A2A1F">
        <w:rPr>
          <w:rFonts w:cs="Shruti"/>
          <w:sz w:val="18"/>
          <w:szCs w:val="18"/>
          <w:cs/>
          <w:lang w:bidi="gu-IN"/>
        </w:rPr>
        <w:t>અંતર્ગત</w:t>
      </w:r>
      <w:r w:rsidRPr="000A2A1F">
        <w:rPr>
          <w:sz w:val="18"/>
          <w:szCs w:val="18"/>
        </w:rPr>
        <w:t xml:space="preserve"> </w:t>
      </w:r>
      <w:r w:rsidRPr="000A2A1F">
        <w:rPr>
          <w:rFonts w:cs="Shruti"/>
          <w:sz w:val="18"/>
          <w:szCs w:val="18"/>
          <w:cs/>
          <w:lang w:bidi="gu-IN"/>
        </w:rPr>
        <w:t>વિદ્યાર્થીઓ</w:t>
      </w:r>
      <w:r w:rsidRPr="000A2A1F">
        <w:rPr>
          <w:sz w:val="18"/>
          <w:szCs w:val="18"/>
        </w:rPr>
        <w:t xml:space="preserve"> </w:t>
      </w:r>
      <w:r w:rsidRPr="000A2A1F">
        <w:rPr>
          <w:rFonts w:cs="Shruti"/>
          <w:sz w:val="18"/>
          <w:szCs w:val="18"/>
          <w:cs/>
          <w:lang w:bidi="gu-IN"/>
        </w:rPr>
        <w:t>પરથી</w:t>
      </w:r>
      <w:r w:rsidRPr="000A2A1F">
        <w:rPr>
          <w:sz w:val="18"/>
          <w:szCs w:val="18"/>
        </w:rPr>
        <w:t xml:space="preserve"> </w:t>
      </w:r>
      <w:r w:rsidRPr="000A2A1F">
        <w:rPr>
          <w:rFonts w:cs="Shruti"/>
          <w:sz w:val="18"/>
          <w:szCs w:val="18"/>
          <w:cs/>
          <w:lang w:bidi="gu-IN"/>
        </w:rPr>
        <w:t>દફતરના</w:t>
      </w:r>
      <w:r w:rsidRPr="000A2A1F">
        <w:rPr>
          <w:sz w:val="18"/>
          <w:szCs w:val="18"/>
        </w:rPr>
        <w:t xml:space="preserve"> </w:t>
      </w:r>
      <w:r w:rsidRPr="000A2A1F">
        <w:rPr>
          <w:rFonts w:cs="Shruti"/>
          <w:sz w:val="18"/>
          <w:szCs w:val="18"/>
          <w:cs/>
          <w:lang w:bidi="gu-IN"/>
        </w:rPr>
        <w:t>વજનનો</w:t>
      </w:r>
      <w:r w:rsidRPr="000A2A1F">
        <w:rPr>
          <w:sz w:val="18"/>
          <w:szCs w:val="18"/>
        </w:rPr>
        <w:t xml:space="preserve"> </w:t>
      </w:r>
      <w:r w:rsidRPr="000A2A1F">
        <w:rPr>
          <w:rFonts w:cs="Shruti"/>
          <w:sz w:val="18"/>
          <w:szCs w:val="18"/>
          <w:cs/>
          <w:lang w:bidi="gu-IN"/>
        </w:rPr>
        <w:t>ભાર</w:t>
      </w:r>
      <w:r w:rsidRPr="000A2A1F">
        <w:rPr>
          <w:sz w:val="18"/>
          <w:szCs w:val="18"/>
        </w:rPr>
        <w:t xml:space="preserve"> </w:t>
      </w:r>
      <w:r w:rsidRPr="000A2A1F">
        <w:rPr>
          <w:rFonts w:cs="Shruti"/>
          <w:sz w:val="18"/>
          <w:szCs w:val="18"/>
          <w:cs/>
          <w:lang w:bidi="gu-IN"/>
        </w:rPr>
        <w:t>ઘટાડીને</w:t>
      </w:r>
      <w:r w:rsidRPr="000A2A1F">
        <w:rPr>
          <w:sz w:val="18"/>
          <w:szCs w:val="18"/>
        </w:rPr>
        <w:t xml:space="preserve"> </w:t>
      </w:r>
      <w:r w:rsidRPr="000A2A1F">
        <w:rPr>
          <w:rFonts w:cs="Shruti"/>
          <w:sz w:val="18"/>
          <w:szCs w:val="18"/>
          <w:cs/>
          <w:lang w:bidi="gu-IN"/>
        </w:rPr>
        <w:t>તેઓને</w:t>
      </w:r>
      <w:r w:rsidRPr="000A2A1F">
        <w:rPr>
          <w:sz w:val="18"/>
          <w:szCs w:val="18"/>
        </w:rPr>
        <w:t xml:space="preserve"> </w:t>
      </w:r>
      <w:r w:rsidRPr="000A2A1F">
        <w:rPr>
          <w:rFonts w:cs="Shruti"/>
          <w:sz w:val="18"/>
          <w:szCs w:val="18"/>
          <w:cs/>
          <w:lang w:bidi="gu-IN"/>
        </w:rPr>
        <w:t>પ્રાયોગિક</w:t>
      </w:r>
      <w:r w:rsidRPr="000A2A1F">
        <w:rPr>
          <w:sz w:val="18"/>
          <w:szCs w:val="18"/>
        </w:rPr>
        <w:t xml:space="preserve">, </w:t>
      </w:r>
      <w:r w:rsidRPr="000A2A1F">
        <w:rPr>
          <w:rFonts w:cs="Shruti"/>
          <w:sz w:val="18"/>
          <w:szCs w:val="18"/>
          <w:cs/>
          <w:lang w:bidi="gu-IN"/>
        </w:rPr>
        <w:t>વ્યાવસાયિક</w:t>
      </w:r>
      <w:r w:rsidRPr="000A2A1F">
        <w:rPr>
          <w:sz w:val="18"/>
          <w:szCs w:val="18"/>
        </w:rPr>
        <w:t xml:space="preserve"> </w:t>
      </w:r>
      <w:r w:rsidRPr="000A2A1F">
        <w:rPr>
          <w:rFonts w:cs="Shruti"/>
          <w:sz w:val="18"/>
          <w:szCs w:val="18"/>
          <w:cs/>
          <w:lang w:bidi="gu-IN"/>
        </w:rPr>
        <w:t>અને</w:t>
      </w:r>
      <w:r w:rsidRPr="000A2A1F">
        <w:rPr>
          <w:sz w:val="18"/>
          <w:szCs w:val="18"/>
        </w:rPr>
        <w:t xml:space="preserve"> </w:t>
      </w:r>
      <w:r w:rsidRPr="000A2A1F">
        <w:rPr>
          <w:rFonts w:cs="Shruti"/>
          <w:sz w:val="18"/>
          <w:szCs w:val="18"/>
          <w:cs/>
          <w:lang w:bidi="gu-IN"/>
        </w:rPr>
        <w:t>આનંદદાયી</w:t>
      </w:r>
      <w:r w:rsidRPr="000A2A1F">
        <w:rPr>
          <w:sz w:val="18"/>
          <w:szCs w:val="18"/>
        </w:rPr>
        <w:t xml:space="preserve"> </w:t>
      </w:r>
      <w:r w:rsidRPr="000A2A1F">
        <w:rPr>
          <w:rFonts w:cs="Shruti"/>
          <w:sz w:val="18"/>
          <w:szCs w:val="18"/>
          <w:cs/>
          <w:lang w:bidi="gu-IN"/>
        </w:rPr>
        <w:t>જ્ઞાન</w:t>
      </w:r>
      <w:r w:rsidRPr="000A2A1F">
        <w:rPr>
          <w:sz w:val="18"/>
          <w:szCs w:val="18"/>
        </w:rPr>
        <w:t xml:space="preserve"> </w:t>
      </w:r>
      <w:r w:rsidRPr="000A2A1F">
        <w:rPr>
          <w:rFonts w:cs="Shruti"/>
          <w:sz w:val="18"/>
          <w:szCs w:val="18"/>
          <w:cs/>
          <w:lang w:bidi="gu-IN"/>
        </w:rPr>
        <w:t>પૂરું</w:t>
      </w:r>
      <w:r w:rsidRPr="000A2A1F">
        <w:rPr>
          <w:sz w:val="18"/>
          <w:szCs w:val="18"/>
        </w:rPr>
        <w:t xml:space="preserve"> </w:t>
      </w:r>
      <w:r w:rsidRPr="000A2A1F">
        <w:rPr>
          <w:rFonts w:cs="Shruti"/>
          <w:sz w:val="18"/>
          <w:szCs w:val="18"/>
          <w:cs/>
          <w:lang w:bidi="gu-IN"/>
        </w:rPr>
        <w:t>પાડવા</w:t>
      </w:r>
      <w:r w:rsidRPr="000A2A1F">
        <w:rPr>
          <w:sz w:val="18"/>
          <w:szCs w:val="18"/>
        </w:rPr>
        <w:t xml:space="preserve"> </w:t>
      </w:r>
      <w:r w:rsidRPr="000A2A1F">
        <w:rPr>
          <w:rFonts w:cs="Shruti"/>
          <w:sz w:val="18"/>
          <w:szCs w:val="18"/>
          <w:cs/>
          <w:lang w:bidi="gu-IN"/>
        </w:rPr>
        <w:t>માટે</w:t>
      </w:r>
      <w:r w:rsidRPr="000A2A1F">
        <w:rPr>
          <w:sz w:val="18"/>
          <w:szCs w:val="18"/>
        </w:rPr>
        <w:t xml:space="preserve"> "</w:t>
      </w:r>
      <w:r w:rsidRPr="000A2A1F">
        <w:rPr>
          <w:rFonts w:cs="Shruti"/>
          <w:sz w:val="18"/>
          <w:szCs w:val="18"/>
          <w:cs/>
          <w:lang w:bidi="gu-IN"/>
        </w:rPr>
        <w:t>દફતર</w:t>
      </w:r>
      <w:r w:rsidRPr="000A2A1F">
        <w:rPr>
          <w:sz w:val="18"/>
          <w:szCs w:val="18"/>
        </w:rPr>
        <w:t xml:space="preserve"> </w:t>
      </w:r>
      <w:r w:rsidRPr="000A2A1F">
        <w:rPr>
          <w:rFonts w:cs="Shruti"/>
          <w:sz w:val="18"/>
          <w:szCs w:val="18"/>
          <w:cs/>
          <w:lang w:bidi="gu-IN"/>
        </w:rPr>
        <w:t>વિનાના</w:t>
      </w:r>
      <w:r w:rsidRPr="000A2A1F">
        <w:rPr>
          <w:sz w:val="18"/>
          <w:szCs w:val="18"/>
        </w:rPr>
        <w:t xml:space="preserve"> </w:t>
      </w:r>
      <w:r w:rsidRPr="000A2A1F">
        <w:rPr>
          <w:rFonts w:cs="Shruti"/>
          <w:sz w:val="18"/>
          <w:szCs w:val="18"/>
          <w:cs/>
          <w:lang w:bidi="gu-IN"/>
        </w:rPr>
        <w:t>૧૦</w:t>
      </w:r>
      <w:r w:rsidRPr="000A2A1F">
        <w:rPr>
          <w:sz w:val="18"/>
          <w:szCs w:val="18"/>
        </w:rPr>
        <w:t xml:space="preserve"> </w:t>
      </w:r>
      <w:r w:rsidRPr="000A2A1F">
        <w:rPr>
          <w:rFonts w:cs="Shruti"/>
          <w:sz w:val="18"/>
          <w:szCs w:val="18"/>
          <w:cs/>
          <w:lang w:bidi="gu-IN"/>
        </w:rPr>
        <w:t>દિવસ</w:t>
      </w:r>
      <w:r w:rsidRPr="000A2A1F">
        <w:rPr>
          <w:sz w:val="18"/>
          <w:szCs w:val="18"/>
        </w:rPr>
        <w:t xml:space="preserve">" (10 Bagless Days) </w:t>
      </w:r>
      <w:r w:rsidRPr="000A2A1F">
        <w:rPr>
          <w:rFonts w:cs="Shruti"/>
          <w:sz w:val="18"/>
          <w:szCs w:val="18"/>
          <w:cs/>
          <w:lang w:bidi="gu-IN"/>
        </w:rPr>
        <w:t>નો</w:t>
      </w:r>
      <w:r w:rsidRPr="000A2A1F">
        <w:rPr>
          <w:sz w:val="18"/>
          <w:szCs w:val="18"/>
        </w:rPr>
        <w:t xml:space="preserve"> </w:t>
      </w:r>
      <w:r w:rsidRPr="000A2A1F">
        <w:rPr>
          <w:rFonts w:cs="Shruti"/>
          <w:sz w:val="18"/>
          <w:szCs w:val="18"/>
          <w:cs/>
          <w:lang w:bidi="gu-IN"/>
        </w:rPr>
        <w:t>કાર્યક્રમ</w:t>
      </w:r>
      <w:r w:rsidRPr="000A2A1F">
        <w:rPr>
          <w:sz w:val="18"/>
          <w:szCs w:val="18"/>
        </w:rPr>
        <w:t xml:space="preserve"> </w:t>
      </w:r>
      <w:r w:rsidRPr="000A2A1F">
        <w:rPr>
          <w:rFonts w:cs="Shruti"/>
          <w:sz w:val="18"/>
          <w:szCs w:val="18"/>
          <w:cs/>
          <w:lang w:bidi="gu-IN"/>
        </w:rPr>
        <w:t>અત્યંત</w:t>
      </w:r>
      <w:r w:rsidRPr="000A2A1F">
        <w:rPr>
          <w:sz w:val="18"/>
          <w:szCs w:val="18"/>
        </w:rPr>
        <w:t xml:space="preserve"> </w:t>
      </w:r>
      <w:r w:rsidRPr="000A2A1F">
        <w:rPr>
          <w:rFonts w:cs="Shruti"/>
          <w:sz w:val="18"/>
          <w:szCs w:val="18"/>
          <w:cs/>
          <w:lang w:bidi="gu-IN"/>
        </w:rPr>
        <w:t>મહત્વપૂર્ણ</w:t>
      </w:r>
      <w:r w:rsidRPr="000A2A1F">
        <w:rPr>
          <w:sz w:val="18"/>
          <w:szCs w:val="18"/>
        </w:rPr>
        <w:t xml:space="preserve"> </w:t>
      </w:r>
      <w:r w:rsidRPr="000A2A1F">
        <w:rPr>
          <w:rFonts w:cs="Shruti"/>
          <w:sz w:val="18"/>
          <w:szCs w:val="18"/>
          <w:cs/>
          <w:lang w:bidi="gu-IN"/>
        </w:rPr>
        <w:t>છે</w:t>
      </w:r>
      <w:r w:rsidRPr="000A2A1F">
        <w:rPr>
          <w:sz w:val="18"/>
          <w:szCs w:val="18"/>
        </w:rPr>
        <w:t xml:space="preserve">. </w:t>
      </w:r>
      <w:r w:rsidRPr="000A2A1F">
        <w:rPr>
          <w:rFonts w:cs="Shruti"/>
          <w:sz w:val="18"/>
          <w:szCs w:val="18"/>
          <w:cs/>
          <w:lang w:bidi="gu-IN"/>
        </w:rPr>
        <w:t>લીંબડ</w:t>
      </w:r>
      <w:r w:rsidRPr="000A2A1F">
        <w:rPr>
          <w:sz w:val="18"/>
          <w:szCs w:val="18"/>
        </w:rPr>
        <w:t xml:space="preserve"> </w:t>
      </w:r>
      <w:r w:rsidRPr="000A2A1F">
        <w:rPr>
          <w:rFonts w:cs="Shruti"/>
          <w:sz w:val="18"/>
          <w:szCs w:val="18"/>
          <w:cs/>
          <w:lang w:bidi="gu-IN"/>
        </w:rPr>
        <w:t>પ્રાથમિક</w:t>
      </w:r>
      <w:r w:rsidRPr="000A2A1F">
        <w:rPr>
          <w:sz w:val="18"/>
          <w:szCs w:val="18"/>
        </w:rPr>
        <w:t xml:space="preserve"> </w:t>
      </w:r>
      <w:r w:rsidRPr="000A2A1F">
        <w:rPr>
          <w:rFonts w:cs="Shruti"/>
          <w:sz w:val="18"/>
          <w:szCs w:val="18"/>
          <w:cs/>
          <w:lang w:bidi="gu-IN"/>
        </w:rPr>
        <w:t>શાળામાં</w:t>
      </w:r>
      <w:r w:rsidRPr="000A2A1F">
        <w:rPr>
          <w:sz w:val="18"/>
          <w:szCs w:val="18"/>
        </w:rPr>
        <w:t xml:space="preserve"> </w:t>
      </w:r>
      <w:r w:rsidRPr="000A2A1F">
        <w:rPr>
          <w:rFonts w:cs="Shruti"/>
          <w:sz w:val="18"/>
          <w:szCs w:val="18"/>
          <w:cs/>
          <w:lang w:bidi="gu-IN"/>
        </w:rPr>
        <w:t>આ</w:t>
      </w:r>
      <w:r w:rsidRPr="000A2A1F">
        <w:rPr>
          <w:sz w:val="18"/>
          <w:szCs w:val="18"/>
        </w:rPr>
        <w:t xml:space="preserve"> </w:t>
      </w:r>
      <w:r w:rsidRPr="000A2A1F">
        <w:rPr>
          <w:rFonts w:cs="Shruti"/>
          <w:sz w:val="18"/>
          <w:szCs w:val="18"/>
          <w:cs/>
          <w:lang w:bidi="gu-IN"/>
        </w:rPr>
        <w:t>માર્ગદર્શિકા</w:t>
      </w:r>
      <w:r w:rsidRPr="000A2A1F">
        <w:rPr>
          <w:sz w:val="18"/>
          <w:szCs w:val="18"/>
        </w:rPr>
        <w:t xml:space="preserve"> </w:t>
      </w:r>
      <w:r w:rsidRPr="000A2A1F">
        <w:rPr>
          <w:rFonts w:cs="Shruti"/>
          <w:sz w:val="18"/>
          <w:szCs w:val="18"/>
          <w:cs/>
          <w:lang w:bidi="gu-IN"/>
        </w:rPr>
        <w:t>અનુસાર</w:t>
      </w:r>
      <w:r w:rsidRPr="000A2A1F">
        <w:rPr>
          <w:sz w:val="18"/>
          <w:szCs w:val="18"/>
        </w:rPr>
        <w:t xml:space="preserve"> </w:t>
      </w:r>
      <w:r w:rsidRPr="000A2A1F">
        <w:rPr>
          <w:rFonts w:cs="Shruti"/>
          <w:sz w:val="18"/>
          <w:szCs w:val="18"/>
          <w:cs/>
          <w:lang w:bidi="gu-IN"/>
        </w:rPr>
        <w:t>વિદ્યાર્થીઓ</w:t>
      </w:r>
      <w:r w:rsidRPr="000A2A1F">
        <w:rPr>
          <w:sz w:val="18"/>
          <w:szCs w:val="18"/>
        </w:rPr>
        <w:t xml:space="preserve"> </w:t>
      </w:r>
      <w:r w:rsidRPr="000A2A1F">
        <w:rPr>
          <w:rFonts w:cs="Shruti"/>
          <w:sz w:val="18"/>
          <w:szCs w:val="18"/>
          <w:cs/>
          <w:lang w:bidi="gu-IN"/>
        </w:rPr>
        <w:t>માટે</w:t>
      </w:r>
      <w:r w:rsidRPr="000A2A1F">
        <w:rPr>
          <w:sz w:val="18"/>
          <w:szCs w:val="18"/>
        </w:rPr>
        <w:t xml:space="preserve"> </w:t>
      </w:r>
      <w:r w:rsidRPr="000A2A1F">
        <w:rPr>
          <w:rFonts w:cs="Shruti"/>
          <w:sz w:val="18"/>
          <w:szCs w:val="18"/>
          <w:cs/>
          <w:lang w:bidi="gu-IN"/>
        </w:rPr>
        <w:t>વિવિધ</w:t>
      </w:r>
      <w:r w:rsidRPr="000A2A1F">
        <w:rPr>
          <w:sz w:val="18"/>
          <w:szCs w:val="18"/>
        </w:rPr>
        <w:t xml:space="preserve"> </w:t>
      </w:r>
      <w:r w:rsidRPr="000A2A1F">
        <w:rPr>
          <w:rFonts w:cs="Shruti"/>
          <w:sz w:val="18"/>
          <w:szCs w:val="18"/>
          <w:cs/>
          <w:lang w:bidi="gu-IN"/>
        </w:rPr>
        <w:t>કૌશલ્યવર્ધક</w:t>
      </w:r>
      <w:r w:rsidRPr="000A2A1F">
        <w:rPr>
          <w:sz w:val="18"/>
          <w:szCs w:val="18"/>
        </w:rPr>
        <w:t xml:space="preserve"> </w:t>
      </w:r>
      <w:r w:rsidRPr="000A2A1F">
        <w:rPr>
          <w:rFonts w:cs="Shruti"/>
          <w:sz w:val="18"/>
          <w:szCs w:val="18"/>
          <w:cs/>
          <w:lang w:bidi="gu-IN"/>
        </w:rPr>
        <w:t>અને</w:t>
      </w:r>
      <w:r w:rsidRPr="000A2A1F">
        <w:rPr>
          <w:sz w:val="18"/>
          <w:szCs w:val="18"/>
        </w:rPr>
        <w:t xml:space="preserve"> </w:t>
      </w:r>
      <w:r w:rsidRPr="000A2A1F">
        <w:rPr>
          <w:rFonts w:cs="Shruti"/>
          <w:sz w:val="18"/>
          <w:szCs w:val="18"/>
          <w:cs/>
          <w:lang w:bidi="gu-IN"/>
        </w:rPr>
        <w:t>પ્રવૃત્તિમય</w:t>
      </w:r>
      <w:r w:rsidRPr="000A2A1F">
        <w:rPr>
          <w:sz w:val="18"/>
          <w:szCs w:val="18"/>
        </w:rPr>
        <w:t xml:space="preserve"> </w:t>
      </w:r>
      <w:r w:rsidRPr="000A2A1F">
        <w:rPr>
          <w:rFonts w:cs="Shruti"/>
          <w:sz w:val="18"/>
          <w:szCs w:val="18"/>
          <w:cs/>
          <w:lang w:bidi="gu-IN"/>
        </w:rPr>
        <w:t>સત્રોનું</w:t>
      </w:r>
      <w:r w:rsidRPr="000A2A1F">
        <w:rPr>
          <w:sz w:val="18"/>
          <w:szCs w:val="18"/>
        </w:rPr>
        <w:t xml:space="preserve"> </w:t>
      </w:r>
      <w:r w:rsidRPr="000A2A1F">
        <w:rPr>
          <w:rFonts w:cs="Shruti"/>
          <w:sz w:val="18"/>
          <w:szCs w:val="18"/>
          <w:cs/>
          <w:lang w:bidi="gu-IN"/>
        </w:rPr>
        <w:t>આયોજન</w:t>
      </w:r>
      <w:r w:rsidRPr="000A2A1F">
        <w:rPr>
          <w:sz w:val="18"/>
          <w:szCs w:val="18"/>
        </w:rPr>
        <w:t xml:space="preserve"> </w:t>
      </w:r>
      <w:r w:rsidRPr="000A2A1F">
        <w:rPr>
          <w:rFonts w:cs="Shruti"/>
          <w:sz w:val="18"/>
          <w:szCs w:val="18"/>
          <w:cs/>
          <w:lang w:bidi="gu-IN"/>
        </w:rPr>
        <w:t>કરવામાં</w:t>
      </w:r>
      <w:r w:rsidRPr="000A2A1F">
        <w:rPr>
          <w:sz w:val="18"/>
          <w:szCs w:val="18"/>
        </w:rPr>
        <w:t xml:space="preserve"> </w:t>
      </w:r>
      <w:r w:rsidRPr="000A2A1F">
        <w:rPr>
          <w:rFonts w:cs="Shruti"/>
          <w:sz w:val="18"/>
          <w:szCs w:val="18"/>
          <w:cs/>
          <w:lang w:bidi="gu-IN"/>
        </w:rPr>
        <w:t>આવ્યું</w:t>
      </w:r>
      <w:r w:rsidRPr="000A2A1F">
        <w:rPr>
          <w:sz w:val="18"/>
          <w:szCs w:val="18"/>
        </w:rPr>
        <w:t xml:space="preserve"> </w:t>
      </w:r>
      <w:r w:rsidRPr="000A2A1F">
        <w:rPr>
          <w:rFonts w:cs="Shruti"/>
          <w:sz w:val="18"/>
          <w:szCs w:val="18"/>
          <w:cs/>
          <w:lang w:bidi="gu-IN"/>
        </w:rPr>
        <w:t>છે</w:t>
      </w:r>
      <w:r w:rsidRPr="000A2A1F">
        <w:rPr>
          <w:sz w:val="18"/>
          <w:szCs w:val="18"/>
        </w:rPr>
        <w:t xml:space="preserve">, </w:t>
      </w:r>
      <w:r w:rsidRPr="000A2A1F">
        <w:rPr>
          <w:rFonts w:cs="Shruti"/>
          <w:sz w:val="18"/>
          <w:szCs w:val="18"/>
          <w:cs/>
          <w:lang w:bidi="gu-IN"/>
        </w:rPr>
        <w:t>જેનો</w:t>
      </w:r>
      <w:r w:rsidRPr="000A2A1F">
        <w:rPr>
          <w:sz w:val="18"/>
          <w:szCs w:val="18"/>
        </w:rPr>
        <w:t xml:space="preserve"> </w:t>
      </w:r>
      <w:r w:rsidRPr="000A2A1F">
        <w:rPr>
          <w:rFonts w:cs="Shruti"/>
          <w:sz w:val="18"/>
          <w:szCs w:val="18"/>
          <w:cs/>
          <w:lang w:bidi="gu-IN"/>
        </w:rPr>
        <w:t>અહેવાલ</w:t>
      </w:r>
      <w:r w:rsidRPr="000A2A1F">
        <w:rPr>
          <w:sz w:val="18"/>
          <w:szCs w:val="18"/>
        </w:rPr>
        <w:t xml:space="preserve"> </w:t>
      </w:r>
      <w:r w:rsidRPr="000A2A1F">
        <w:rPr>
          <w:rFonts w:cs="Shruti"/>
          <w:sz w:val="18"/>
          <w:szCs w:val="18"/>
          <w:cs/>
          <w:lang w:bidi="gu-IN"/>
        </w:rPr>
        <w:t>નીચે</w:t>
      </w:r>
      <w:r w:rsidRPr="000A2A1F">
        <w:rPr>
          <w:sz w:val="18"/>
          <w:szCs w:val="18"/>
        </w:rPr>
        <w:t xml:space="preserve"> </w:t>
      </w:r>
      <w:r w:rsidRPr="000A2A1F">
        <w:rPr>
          <w:rFonts w:cs="Shruti"/>
          <w:sz w:val="18"/>
          <w:szCs w:val="18"/>
          <w:cs/>
          <w:lang w:bidi="gu-IN"/>
        </w:rPr>
        <w:t>મુજબ</w:t>
      </w:r>
      <w:r w:rsidRPr="000A2A1F">
        <w:rPr>
          <w:sz w:val="18"/>
          <w:szCs w:val="18"/>
        </w:rPr>
        <w:t xml:space="preserve"> </w:t>
      </w:r>
      <w:r w:rsidRPr="000A2A1F">
        <w:rPr>
          <w:rFonts w:cs="Shruti"/>
          <w:sz w:val="18"/>
          <w:szCs w:val="18"/>
          <w:cs/>
          <w:lang w:bidi="gu-IN"/>
        </w:rPr>
        <w:t>છે</w:t>
      </w:r>
      <w:r w:rsidRPr="000A2A1F">
        <w:rPr>
          <w:sz w:val="18"/>
          <w:szCs w:val="18"/>
        </w:rPr>
        <w:t>:</w:t>
      </w:r>
    </w:p>
    <w:p w14:paraId="4071F90C" w14:textId="77777777" w:rsidR="000A2A1F" w:rsidRPr="000A2A1F" w:rsidRDefault="000A2A1F" w:rsidP="000A2A1F">
      <w:pPr>
        <w:pStyle w:val="Heading2"/>
        <w:spacing w:line="240" w:lineRule="auto"/>
        <w:rPr>
          <w:sz w:val="20"/>
          <w:szCs w:val="20"/>
        </w:rPr>
      </w:pPr>
      <w:r w:rsidRPr="000A2A1F">
        <w:rPr>
          <w:rFonts w:cs="Shruti"/>
          <w:sz w:val="20"/>
          <w:szCs w:val="20"/>
          <w:cs/>
          <w:lang w:bidi="gu-IN"/>
        </w:rPr>
        <w:t>૧</w:t>
      </w:r>
      <w:r w:rsidRPr="000A2A1F">
        <w:rPr>
          <w:sz w:val="20"/>
          <w:szCs w:val="20"/>
        </w:rPr>
        <w:t xml:space="preserve">. </w:t>
      </w:r>
      <w:r w:rsidRPr="000A2A1F">
        <w:rPr>
          <w:rFonts w:cs="Shruti"/>
          <w:sz w:val="20"/>
          <w:szCs w:val="20"/>
          <w:cs/>
          <w:lang w:bidi="gu-IN"/>
        </w:rPr>
        <w:t>દફતર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વિનાના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૧૦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દિવસ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અંતર્ગત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આયોજિત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મુખ્ય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પ્રવૃત્તિઓ</w:t>
      </w:r>
      <w:r w:rsidRPr="000A2A1F">
        <w:rPr>
          <w:sz w:val="20"/>
          <w:szCs w:val="20"/>
        </w:rPr>
        <w:t>:</w:t>
      </w:r>
    </w:p>
    <w:p w14:paraId="6F6C27DC" w14:textId="77777777" w:rsidR="000A2A1F" w:rsidRPr="000A2A1F" w:rsidRDefault="000A2A1F" w:rsidP="000A2A1F">
      <w:pPr>
        <w:pStyle w:val="ListBullet"/>
        <w:spacing w:after="0" w:line="240" w:lineRule="auto"/>
        <w:rPr>
          <w:sz w:val="20"/>
          <w:szCs w:val="20"/>
        </w:rPr>
      </w:pPr>
      <w:r w:rsidRPr="000A2A1F">
        <w:rPr>
          <w:rFonts w:cs="Shruti"/>
          <w:sz w:val="20"/>
          <w:szCs w:val="20"/>
          <w:cs/>
          <w:lang w:bidi="gu-IN"/>
        </w:rPr>
        <w:t>વ્યાવસાયિક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કૌશલ્યો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અને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મુલાકાતો</w:t>
      </w:r>
      <w:r w:rsidRPr="000A2A1F">
        <w:rPr>
          <w:sz w:val="20"/>
          <w:szCs w:val="20"/>
        </w:rPr>
        <w:t xml:space="preserve"> (Vocational Exposure): </w:t>
      </w:r>
      <w:r w:rsidRPr="000A2A1F">
        <w:rPr>
          <w:rFonts w:cs="Shruti"/>
          <w:sz w:val="20"/>
          <w:szCs w:val="20"/>
          <w:cs/>
          <w:lang w:bidi="gu-IN"/>
        </w:rPr>
        <w:t>સ્થાનિક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કારીગરો</w:t>
      </w:r>
      <w:r w:rsidRPr="000A2A1F">
        <w:rPr>
          <w:sz w:val="20"/>
          <w:szCs w:val="20"/>
        </w:rPr>
        <w:t xml:space="preserve">, </w:t>
      </w:r>
      <w:r w:rsidRPr="000A2A1F">
        <w:rPr>
          <w:rFonts w:cs="Shruti"/>
          <w:sz w:val="20"/>
          <w:szCs w:val="20"/>
          <w:cs/>
          <w:lang w:bidi="gu-IN"/>
        </w:rPr>
        <w:t>સુથાર</w:t>
      </w:r>
      <w:r w:rsidRPr="000A2A1F">
        <w:rPr>
          <w:sz w:val="20"/>
          <w:szCs w:val="20"/>
        </w:rPr>
        <w:t xml:space="preserve">, </w:t>
      </w:r>
      <w:r w:rsidRPr="000A2A1F">
        <w:rPr>
          <w:rFonts w:cs="Shruti"/>
          <w:sz w:val="20"/>
          <w:szCs w:val="20"/>
          <w:cs/>
          <w:lang w:bidi="gu-IN"/>
        </w:rPr>
        <w:t>લુહાર</w:t>
      </w:r>
      <w:r w:rsidRPr="000A2A1F">
        <w:rPr>
          <w:sz w:val="20"/>
          <w:szCs w:val="20"/>
        </w:rPr>
        <w:t xml:space="preserve">, </w:t>
      </w:r>
      <w:r w:rsidRPr="000A2A1F">
        <w:rPr>
          <w:rFonts w:cs="Shruti"/>
          <w:sz w:val="20"/>
          <w:szCs w:val="20"/>
          <w:cs/>
          <w:lang w:bidi="gu-IN"/>
        </w:rPr>
        <w:t>ખેડૂતો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અને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કુશળ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કારીગરોની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મુલાકાત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લઈ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તેમના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કામકાજની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પદ્ધતિઓનું</w:t>
      </w:r>
      <w:r w:rsidRPr="000A2A1F">
        <w:rPr>
          <w:sz w:val="20"/>
          <w:szCs w:val="20"/>
        </w:rPr>
        <w:t xml:space="preserve"> </w:t>
      </w:r>
      <w:r w:rsidRPr="000A2A1F">
        <w:rPr>
          <w:rFonts w:cs="Gautami"/>
          <w:sz w:val="20"/>
          <w:szCs w:val="20"/>
          <w:cs/>
          <w:lang w:bidi="te-IN"/>
        </w:rPr>
        <w:t>ప్రత్య</w:t>
      </w:r>
      <w:r w:rsidRPr="000A2A1F">
        <w:rPr>
          <w:rFonts w:cs="Shruti"/>
          <w:sz w:val="20"/>
          <w:szCs w:val="20"/>
          <w:cs/>
          <w:lang w:bidi="gu-IN"/>
        </w:rPr>
        <w:t>ક્ષ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નિદર્શન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કરવામાં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આવ્યું</w:t>
      </w:r>
      <w:r w:rsidRPr="000A2A1F">
        <w:rPr>
          <w:sz w:val="20"/>
          <w:szCs w:val="20"/>
        </w:rPr>
        <w:t>.</w:t>
      </w:r>
    </w:p>
    <w:p w14:paraId="23420F58" w14:textId="77777777" w:rsidR="000A2A1F" w:rsidRPr="000A2A1F" w:rsidRDefault="000A2A1F" w:rsidP="000A2A1F">
      <w:pPr>
        <w:pStyle w:val="ListBullet"/>
        <w:spacing w:after="0" w:line="240" w:lineRule="auto"/>
        <w:rPr>
          <w:sz w:val="20"/>
          <w:szCs w:val="20"/>
        </w:rPr>
      </w:pPr>
      <w:r w:rsidRPr="000A2A1F">
        <w:rPr>
          <w:rFonts w:cs="Shruti"/>
          <w:sz w:val="20"/>
          <w:szCs w:val="20"/>
          <w:cs/>
          <w:lang w:bidi="gu-IN"/>
        </w:rPr>
        <w:t>કલા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અને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હસ્તકળા</w:t>
      </w:r>
      <w:r w:rsidRPr="000A2A1F">
        <w:rPr>
          <w:sz w:val="20"/>
          <w:szCs w:val="20"/>
        </w:rPr>
        <w:t xml:space="preserve"> (Arts &amp; Crafts): </w:t>
      </w:r>
      <w:r w:rsidRPr="000A2A1F">
        <w:rPr>
          <w:rFonts w:cs="Shruti"/>
          <w:sz w:val="20"/>
          <w:szCs w:val="20"/>
          <w:cs/>
          <w:lang w:bidi="gu-IN"/>
        </w:rPr>
        <w:t>માટીકામ</w:t>
      </w:r>
      <w:r w:rsidRPr="000A2A1F">
        <w:rPr>
          <w:sz w:val="20"/>
          <w:szCs w:val="20"/>
        </w:rPr>
        <w:t xml:space="preserve">, </w:t>
      </w:r>
      <w:r w:rsidRPr="000A2A1F">
        <w:rPr>
          <w:rFonts w:cs="Shruti"/>
          <w:sz w:val="20"/>
          <w:szCs w:val="20"/>
          <w:cs/>
          <w:lang w:bidi="gu-IN"/>
        </w:rPr>
        <w:t>પેપર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ક્રાફ્ટ</w:t>
      </w:r>
      <w:r w:rsidRPr="000A2A1F">
        <w:rPr>
          <w:sz w:val="20"/>
          <w:szCs w:val="20"/>
        </w:rPr>
        <w:t xml:space="preserve">, </w:t>
      </w:r>
      <w:r w:rsidRPr="000A2A1F">
        <w:rPr>
          <w:rFonts w:cs="Shruti"/>
          <w:sz w:val="20"/>
          <w:szCs w:val="20"/>
          <w:cs/>
          <w:lang w:bidi="gu-IN"/>
        </w:rPr>
        <w:t>ઓરિગામી</w:t>
      </w:r>
      <w:r w:rsidRPr="000A2A1F">
        <w:rPr>
          <w:sz w:val="20"/>
          <w:szCs w:val="20"/>
        </w:rPr>
        <w:t xml:space="preserve">, </w:t>
      </w:r>
      <w:r w:rsidRPr="000A2A1F">
        <w:rPr>
          <w:rFonts w:cs="Shruti"/>
          <w:sz w:val="20"/>
          <w:szCs w:val="20"/>
          <w:cs/>
          <w:lang w:bidi="gu-IN"/>
        </w:rPr>
        <w:t>વેસ્ટમાંથી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બેસ્ટ</w:t>
      </w:r>
      <w:r w:rsidRPr="000A2A1F">
        <w:rPr>
          <w:sz w:val="20"/>
          <w:szCs w:val="20"/>
        </w:rPr>
        <w:t xml:space="preserve"> (Best out of Waste) </w:t>
      </w:r>
      <w:r w:rsidRPr="000A2A1F">
        <w:rPr>
          <w:rFonts w:cs="Shruti"/>
          <w:sz w:val="20"/>
          <w:szCs w:val="20"/>
          <w:cs/>
          <w:lang w:bidi="gu-IN"/>
        </w:rPr>
        <w:t>વસ્તુઓ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બનાવવી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અને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ચિત્રકામ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શીખવવામાં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આવ્યું</w:t>
      </w:r>
      <w:r w:rsidRPr="000A2A1F">
        <w:rPr>
          <w:sz w:val="20"/>
          <w:szCs w:val="20"/>
        </w:rPr>
        <w:t>.</w:t>
      </w:r>
    </w:p>
    <w:p w14:paraId="38537684" w14:textId="77777777" w:rsidR="000A2A1F" w:rsidRPr="000A2A1F" w:rsidRDefault="000A2A1F" w:rsidP="000A2A1F">
      <w:pPr>
        <w:pStyle w:val="ListBullet"/>
        <w:spacing w:after="0" w:line="240" w:lineRule="auto"/>
        <w:rPr>
          <w:sz w:val="20"/>
          <w:szCs w:val="20"/>
        </w:rPr>
      </w:pPr>
      <w:r w:rsidRPr="000A2A1F">
        <w:rPr>
          <w:rFonts w:cs="Shruti"/>
          <w:sz w:val="20"/>
          <w:szCs w:val="20"/>
          <w:cs/>
          <w:lang w:bidi="gu-IN"/>
        </w:rPr>
        <w:t>બગીચાની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સંભાળ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અને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પર્યાવરણ</w:t>
      </w:r>
      <w:r w:rsidRPr="000A2A1F">
        <w:rPr>
          <w:sz w:val="20"/>
          <w:szCs w:val="20"/>
        </w:rPr>
        <w:t xml:space="preserve"> (Gardening &amp; Environment): </w:t>
      </w:r>
      <w:r w:rsidRPr="000A2A1F">
        <w:rPr>
          <w:rFonts w:cs="Shruti"/>
          <w:sz w:val="20"/>
          <w:szCs w:val="20"/>
          <w:cs/>
          <w:lang w:bidi="gu-IN"/>
        </w:rPr>
        <w:t>શાળાના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બગીચામાં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છોડ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વાવવા</w:t>
      </w:r>
      <w:r w:rsidRPr="000A2A1F">
        <w:rPr>
          <w:sz w:val="20"/>
          <w:szCs w:val="20"/>
        </w:rPr>
        <w:t xml:space="preserve">, </w:t>
      </w:r>
      <w:r w:rsidRPr="000A2A1F">
        <w:rPr>
          <w:rFonts w:cs="Shruti"/>
          <w:sz w:val="20"/>
          <w:szCs w:val="20"/>
          <w:cs/>
          <w:lang w:bidi="gu-IN"/>
        </w:rPr>
        <w:t>ખાતર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બનાવવું</w:t>
      </w:r>
      <w:r w:rsidRPr="000A2A1F">
        <w:rPr>
          <w:sz w:val="20"/>
          <w:szCs w:val="20"/>
        </w:rPr>
        <w:t xml:space="preserve"> (Composting) </w:t>
      </w:r>
      <w:r w:rsidRPr="000A2A1F">
        <w:rPr>
          <w:rFonts w:cs="Shruti"/>
          <w:sz w:val="20"/>
          <w:szCs w:val="20"/>
          <w:cs/>
          <w:lang w:bidi="gu-IN"/>
        </w:rPr>
        <w:t>અને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વૃક્ષોની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માવજત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કરવાની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તાલીમ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અપાઈ</w:t>
      </w:r>
      <w:r w:rsidRPr="000A2A1F">
        <w:rPr>
          <w:sz w:val="20"/>
          <w:szCs w:val="20"/>
        </w:rPr>
        <w:t>.</w:t>
      </w:r>
    </w:p>
    <w:p w14:paraId="74F66DBB" w14:textId="77777777" w:rsidR="000A2A1F" w:rsidRPr="000A2A1F" w:rsidRDefault="000A2A1F" w:rsidP="000A2A1F">
      <w:pPr>
        <w:pStyle w:val="ListBullet"/>
        <w:spacing w:after="0" w:line="240" w:lineRule="auto"/>
        <w:rPr>
          <w:sz w:val="20"/>
          <w:szCs w:val="20"/>
        </w:rPr>
      </w:pPr>
      <w:r w:rsidRPr="000A2A1F">
        <w:rPr>
          <w:rFonts w:cs="Shruti"/>
          <w:sz w:val="20"/>
          <w:szCs w:val="20"/>
          <w:cs/>
          <w:lang w:bidi="gu-IN"/>
        </w:rPr>
        <w:t>સાંસ્કૃતિક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અને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નાટ્ય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પ્રવૃત્તિઓ</w:t>
      </w:r>
      <w:r w:rsidRPr="000A2A1F">
        <w:rPr>
          <w:sz w:val="20"/>
          <w:szCs w:val="20"/>
        </w:rPr>
        <w:t xml:space="preserve">: </w:t>
      </w:r>
      <w:r w:rsidRPr="000A2A1F">
        <w:rPr>
          <w:rFonts w:cs="Shruti"/>
          <w:sz w:val="20"/>
          <w:szCs w:val="20"/>
          <w:cs/>
          <w:lang w:bidi="gu-IN"/>
        </w:rPr>
        <w:t>વિદ્યાર્થીઓમાં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રહેલી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કલા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બહાર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લાવવા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માટે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લોકગીતો</w:t>
      </w:r>
      <w:r w:rsidRPr="000A2A1F">
        <w:rPr>
          <w:sz w:val="20"/>
          <w:szCs w:val="20"/>
        </w:rPr>
        <w:t xml:space="preserve">, </w:t>
      </w:r>
      <w:r w:rsidRPr="000A2A1F">
        <w:rPr>
          <w:rFonts w:cs="Shruti"/>
          <w:sz w:val="20"/>
          <w:szCs w:val="20"/>
          <w:cs/>
          <w:lang w:bidi="gu-IN"/>
        </w:rPr>
        <w:t>અભિનય</w:t>
      </w:r>
      <w:r w:rsidRPr="000A2A1F">
        <w:rPr>
          <w:sz w:val="20"/>
          <w:szCs w:val="20"/>
        </w:rPr>
        <w:t xml:space="preserve">, </w:t>
      </w:r>
      <w:r w:rsidRPr="000A2A1F">
        <w:rPr>
          <w:rFonts w:cs="Shruti"/>
          <w:sz w:val="20"/>
          <w:szCs w:val="20"/>
          <w:cs/>
          <w:lang w:bidi="gu-IN"/>
        </w:rPr>
        <w:t>લઘુનાટિકા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અને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દેશભક્તિ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ગીતોની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તાલીમ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આપવામાં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આવી</w:t>
      </w:r>
      <w:r w:rsidRPr="000A2A1F">
        <w:rPr>
          <w:sz w:val="20"/>
          <w:szCs w:val="20"/>
        </w:rPr>
        <w:t>.</w:t>
      </w:r>
    </w:p>
    <w:p w14:paraId="2CDC9F96" w14:textId="77777777" w:rsidR="000A2A1F" w:rsidRPr="000A2A1F" w:rsidRDefault="000A2A1F" w:rsidP="000A2A1F">
      <w:pPr>
        <w:pStyle w:val="ListBullet"/>
        <w:spacing w:after="0" w:line="240" w:lineRule="auto"/>
        <w:rPr>
          <w:sz w:val="20"/>
          <w:szCs w:val="20"/>
        </w:rPr>
      </w:pPr>
      <w:r w:rsidRPr="000A2A1F">
        <w:rPr>
          <w:rFonts w:cs="Shruti"/>
          <w:sz w:val="20"/>
          <w:szCs w:val="20"/>
          <w:cs/>
          <w:lang w:bidi="gu-IN"/>
        </w:rPr>
        <w:t>રમતગમત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અને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યોગ</w:t>
      </w:r>
      <w:r w:rsidRPr="000A2A1F">
        <w:rPr>
          <w:sz w:val="20"/>
          <w:szCs w:val="20"/>
        </w:rPr>
        <w:t xml:space="preserve"> (Sports &amp; Yoga): </w:t>
      </w:r>
      <w:r w:rsidRPr="000A2A1F">
        <w:rPr>
          <w:rFonts w:cs="Shruti"/>
          <w:sz w:val="20"/>
          <w:szCs w:val="20"/>
          <w:cs/>
          <w:lang w:bidi="gu-IN"/>
        </w:rPr>
        <w:t>શારીરિક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તંદુરસ્તી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માટે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યોગાસન</w:t>
      </w:r>
      <w:r w:rsidRPr="000A2A1F">
        <w:rPr>
          <w:sz w:val="20"/>
          <w:szCs w:val="20"/>
        </w:rPr>
        <w:t xml:space="preserve">, </w:t>
      </w:r>
      <w:r w:rsidRPr="000A2A1F">
        <w:rPr>
          <w:rFonts w:cs="Shruti"/>
          <w:sz w:val="20"/>
          <w:szCs w:val="20"/>
          <w:cs/>
          <w:lang w:bidi="gu-IN"/>
        </w:rPr>
        <w:t>પ્રાણાયામ</w:t>
      </w:r>
      <w:r w:rsidRPr="000A2A1F">
        <w:rPr>
          <w:sz w:val="20"/>
          <w:szCs w:val="20"/>
        </w:rPr>
        <w:t xml:space="preserve">, </w:t>
      </w:r>
      <w:r w:rsidRPr="000A2A1F">
        <w:rPr>
          <w:rFonts w:cs="Shruti"/>
          <w:sz w:val="20"/>
          <w:szCs w:val="20"/>
          <w:cs/>
          <w:lang w:bidi="gu-IN"/>
        </w:rPr>
        <w:t>દેશી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રમતો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અને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ટીમ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ગેમ્સનું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આયોજન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કરાયું</w:t>
      </w:r>
      <w:r w:rsidRPr="000A2A1F">
        <w:rPr>
          <w:sz w:val="20"/>
          <w:szCs w:val="20"/>
        </w:rPr>
        <w:t>.</w:t>
      </w:r>
    </w:p>
    <w:p w14:paraId="26E312B0" w14:textId="77777777" w:rsidR="000A2A1F" w:rsidRPr="000A2A1F" w:rsidRDefault="000A2A1F" w:rsidP="000A2A1F">
      <w:pPr>
        <w:pStyle w:val="Heading2"/>
        <w:spacing w:line="240" w:lineRule="auto"/>
        <w:rPr>
          <w:sz w:val="20"/>
          <w:szCs w:val="20"/>
        </w:rPr>
      </w:pPr>
      <w:r w:rsidRPr="000A2A1F">
        <w:rPr>
          <w:rFonts w:cs="Shruti"/>
          <w:sz w:val="20"/>
          <w:szCs w:val="20"/>
          <w:cs/>
          <w:lang w:bidi="gu-IN"/>
        </w:rPr>
        <w:t>૨</w:t>
      </w:r>
      <w:r w:rsidRPr="000A2A1F">
        <w:rPr>
          <w:sz w:val="20"/>
          <w:szCs w:val="20"/>
        </w:rPr>
        <w:t xml:space="preserve">. </w:t>
      </w:r>
      <w:r w:rsidRPr="000A2A1F">
        <w:rPr>
          <w:rFonts w:cs="Shruti"/>
          <w:sz w:val="20"/>
          <w:szCs w:val="20"/>
          <w:cs/>
          <w:lang w:bidi="gu-IN"/>
        </w:rPr>
        <w:t>૧૦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દિવસીય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પ્રવૃત્તિઓનું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આયોજન</w:t>
      </w:r>
      <w:r w:rsidRPr="000A2A1F">
        <w:rPr>
          <w:sz w:val="20"/>
          <w:szCs w:val="20"/>
        </w:rPr>
        <w:t xml:space="preserve"> </w:t>
      </w:r>
      <w:r w:rsidRPr="000A2A1F">
        <w:rPr>
          <w:rFonts w:cs="Shruti"/>
          <w:sz w:val="20"/>
          <w:szCs w:val="20"/>
          <w:cs/>
          <w:lang w:bidi="gu-IN"/>
        </w:rPr>
        <w:t>પત્રક</w:t>
      </w:r>
      <w:r w:rsidRPr="000A2A1F">
        <w:rPr>
          <w:sz w:val="20"/>
          <w:szCs w:val="20"/>
        </w:rPr>
        <w:t>: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534"/>
        <w:gridCol w:w="1842"/>
        <w:gridCol w:w="4104"/>
        <w:gridCol w:w="2842"/>
      </w:tblGrid>
      <w:tr w:rsidR="000A2A1F" w:rsidRPr="000A2A1F" w14:paraId="79033089" w14:textId="77777777" w:rsidTr="000A2A1F">
        <w:tc>
          <w:tcPr>
            <w:tcW w:w="534" w:type="dxa"/>
          </w:tcPr>
          <w:p w14:paraId="7050B191" w14:textId="77777777" w:rsidR="000A2A1F" w:rsidRPr="000A2A1F" w:rsidRDefault="000A2A1F" w:rsidP="000A2A1F">
            <w:pPr>
              <w:rPr>
                <w:sz w:val="20"/>
                <w:szCs w:val="20"/>
              </w:rPr>
            </w:pPr>
            <w:r w:rsidRPr="000A2A1F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ક્રમ</w:t>
            </w:r>
          </w:p>
        </w:tc>
        <w:tc>
          <w:tcPr>
            <w:tcW w:w="1842" w:type="dxa"/>
          </w:tcPr>
          <w:p w14:paraId="62B8FA64" w14:textId="77777777" w:rsidR="000A2A1F" w:rsidRPr="000A2A1F" w:rsidRDefault="000A2A1F" w:rsidP="000A2A1F">
            <w:pPr>
              <w:rPr>
                <w:sz w:val="20"/>
                <w:szCs w:val="20"/>
              </w:rPr>
            </w:pPr>
            <w:r w:rsidRPr="000A2A1F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દિવસ</w:t>
            </w:r>
            <w:r w:rsidRPr="000A2A1F">
              <w:rPr>
                <w:b/>
                <w:sz w:val="20"/>
                <w:szCs w:val="20"/>
              </w:rPr>
              <w:t xml:space="preserve"> / </w:t>
            </w:r>
            <w:r w:rsidRPr="000A2A1F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સત્ર</w:t>
            </w:r>
          </w:p>
        </w:tc>
        <w:tc>
          <w:tcPr>
            <w:tcW w:w="4104" w:type="dxa"/>
          </w:tcPr>
          <w:p w14:paraId="6D6AABC3" w14:textId="77777777" w:rsidR="000A2A1F" w:rsidRPr="000A2A1F" w:rsidRDefault="000A2A1F" w:rsidP="000A2A1F">
            <w:pPr>
              <w:rPr>
                <w:sz w:val="20"/>
                <w:szCs w:val="20"/>
              </w:rPr>
            </w:pPr>
            <w:r w:rsidRPr="000A2A1F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પ્રવૃત્તિનું</w:t>
            </w:r>
            <w:r w:rsidRPr="000A2A1F">
              <w:rPr>
                <w:b/>
                <w:sz w:val="20"/>
                <w:szCs w:val="20"/>
              </w:rPr>
              <w:t xml:space="preserve"> </w:t>
            </w:r>
            <w:r w:rsidRPr="000A2A1F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નામ</w:t>
            </w:r>
            <w:r w:rsidRPr="000A2A1F">
              <w:rPr>
                <w:b/>
                <w:sz w:val="20"/>
                <w:szCs w:val="20"/>
              </w:rPr>
              <w:t xml:space="preserve"> </w:t>
            </w:r>
            <w:r w:rsidRPr="000A2A1F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અને</w:t>
            </w:r>
            <w:r w:rsidRPr="000A2A1F">
              <w:rPr>
                <w:b/>
                <w:sz w:val="20"/>
                <w:szCs w:val="20"/>
              </w:rPr>
              <w:t xml:space="preserve"> </w:t>
            </w:r>
            <w:r w:rsidRPr="000A2A1F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વિગત</w:t>
            </w:r>
          </w:p>
        </w:tc>
        <w:tc>
          <w:tcPr>
            <w:tcW w:w="2842" w:type="dxa"/>
          </w:tcPr>
          <w:p w14:paraId="304C4516" w14:textId="77777777" w:rsidR="000A2A1F" w:rsidRPr="000A2A1F" w:rsidRDefault="000A2A1F" w:rsidP="000A2A1F">
            <w:pPr>
              <w:rPr>
                <w:sz w:val="20"/>
                <w:szCs w:val="20"/>
              </w:rPr>
            </w:pPr>
            <w:r w:rsidRPr="000A2A1F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મુખ્ય</w:t>
            </w:r>
            <w:r w:rsidRPr="000A2A1F">
              <w:rPr>
                <w:b/>
                <w:sz w:val="20"/>
                <w:szCs w:val="20"/>
              </w:rPr>
              <w:t xml:space="preserve"> </w:t>
            </w:r>
            <w:r w:rsidRPr="000A2A1F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હેતુ</w:t>
            </w:r>
            <w:r w:rsidRPr="000A2A1F">
              <w:rPr>
                <w:b/>
                <w:sz w:val="20"/>
                <w:szCs w:val="20"/>
              </w:rPr>
              <w:t xml:space="preserve"> / </w:t>
            </w:r>
            <w:r w:rsidRPr="000A2A1F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કૌશલ્ય</w:t>
            </w:r>
            <w:r w:rsidRPr="000A2A1F">
              <w:rPr>
                <w:b/>
                <w:sz w:val="20"/>
                <w:szCs w:val="20"/>
              </w:rPr>
              <w:t xml:space="preserve"> </w:t>
            </w:r>
            <w:r w:rsidRPr="000A2A1F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વિકાસ</w:t>
            </w:r>
          </w:p>
        </w:tc>
      </w:tr>
      <w:tr w:rsidR="000A2A1F" w:rsidRPr="000A2A1F" w14:paraId="606AD075" w14:textId="77777777" w:rsidTr="000A2A1F">
        <w:tc>
          <w:tcPr>
            <w:tcW w:w="534" w:type="dxa"/>
          </w:tcPr>
          <w:p w14:paraId="0A69E5EB" w14:textId="77777777" w:rsidR="000A2A1F" w:rsidRPr="000A2A1F" w:rsidRDefault="000A2A1F" w:rsidP="000A2A1F">
            <w:pPr>
              <w:rPr>
                <w:sz w:val="20"/>
                <w:szCs w:val="20"/>
              </w:rPr>
            </w:pP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૧</w:t>
            </w:r>
          </w:p>
        </w:tc>
        <w:tc>
          <w:tcPr>
            <w:tcW w:w="1842" w:type="dxa"/>
          </w:tcPr>
          <w:p w14:paraId="1BA61C73" w14:textId="77777777" w:rsidR="000A2A1F" w:rsidRPr="000A2A1F" w:rsidRDefault="000A2A1F" w:rsidP="000A2A1F">
            <w:pPr>
              <w:rPr>
                <w:sz w:val="20"/>
                <w:szCs w:val="20"/>
              </w:rPr>
            </w:pP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દિવસ</w:t>
            </w:r>
            <w:r w:rsidRPr="000A2A1F">
              <w:rPr>
                <w:sz w:val="20"/>
                <w:szCs w:val="20"/>
              </w:rPr>
              <w:t xml:space="preserve"> </w:t>
            </w: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૧</w:t>
            </w:r>
            <w:r w:rsidRPr="000A2A1F">
              <w:rPr>
                <w:sz w:val="20"/>
                <w:szCs w:val="20"/>
              </w:rPr>
              <w:t xml:space="preserve"> </w:t>
            </w: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0A2A1F">
              <w:rPr>
                <w:sz w:val="20"/>
                <w:szCs w:val="20"/>
              </w:rPr>
              <w:t xml:space="preserve"> </w:t>
            </w: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૨</w:t>
            </w:r>
          </w:p>
        </w:tc>
        <w:tc>
          <w:tcPr>
            <w:tcW w:w="4104" w:type="dxa"/>
          </w:tcPr>
          <w:p w14:paraId="4E9E2478" w14:textId="77777777" w:rsidR="000A2A1F" w:rsidRPr="000A2A1F" w:rsidRDefault="000A2A1F" w:rsidP="000A2A1F">
            <w:pPr>
              <w:rPr>
                <w:sz w:val="20"/>
                <w:szCs w:val="20"/>
              </w:rPr>
            </w:pP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યોગ</w:t>
            </w:r>
            <w:r w:rsidRPr="000A2A1F">
              <w:rPr>
                <w:sz w:val="20"/>
                <w:szCs w:val="20"/>
              </w:rPr>
              <w:t xml:space="preserve">, </w:t>
            </w: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શારીરિક</w:t>
            </w:r>
            <w:r w:rsidRPr="000A2A1F">
              <w:rPr>
                <w:sz w:val="20"/>
                <w:szCs w:val="20"/>
              </w:rPr>
              <w:t xml:space="preserve"> </w:t>
            </w: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કસરત</w:t>
            </w:r>
            <w:r w:rsidRPr="000A2A1F">
              <w:rPr>
                <w:sz w:val="20"/>
                <w:szCs w:val="20"/>
              </w:rPr>
              <w:t xml:space="preserve"> </w:t>
            </w: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0A2A1F">
              <w:rPr>
                <w:sz w:val="20"/>
                <w:szCs w:val="20"/>
              </w:rPr>
              <w:t xml:space="preserve"> </w:t>
            </w: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પ્રકૃતિ</w:t>
            </w:r>
            <w:r w:rsidRPr="000A2A1F">
              <w:rPr>
                <w:sz w:val="20"/>
                <w:szCs w:val="20"/>
              </w:rPr>
              <w:t xml:space="preserve"> </w:t>
            </w: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દ્રશ્યટન</w:t>
            </w:r>
          </w:p>
        </w:tc>
        <w:tc>
          <w:tcPr>
            <w:tcW w:w="2842" w:type="dxa"/>
          </w:tcPr>
          <w:p w14:paraId="23E9EE61" w14:textId="77777777" w:rsidR="000A2A1F" w:rsidRPr="000A2A1F" w:rsidRDefault="000A2A1F" w:rsidP="000A2A1F">
            <w:pPr>
              <w:rPr>
                <w:sz w:val="20"/>
                <w:szCs w:val="20"/>
              </w:rPr>
            </w:pP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શારીરિક</w:t>
            </w:r>
            <w:r w:rsidRPr="000A2A1F">
              <w:rPr>
                <w:sz w:val="20"/>
                <w:szCs w:val="20"/>
              </w:rPr>
              <w:t xml:space="preserve"> </w:t>
            </w: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સ્વાસ્થ્ય</w:t>
            </w:r>
            <w:r w:rsidRPr="000A2A1F">
              <w:rPr>
                <w:sz w:val="20"/>
                <w:szCs w:val="20"/>
              </w:rPr>
              <w:t xml:space="preserve"> </w:t>
            </w: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0A2A1F">
              <w:rPr>
                <w:sz w:val="20"/>
                <w:szCs w:val="20"/>
              </w:rPr>
              <w:t xml:space="preserve"> </w:t>
            </w: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નિરીક્ષણ</w:t>
            </w:r>
            <w:r w:rsidRPr="000A2A1F">
              <w:rPr>
                <w:sz w:val="20"/>
                <w:szCs w:val="20"/>
              </w:rPr>
              <w:t xml:space="preserve"> </w:t>
            </w: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શક્તિ</w:t>
            </w:r>
          </w:p>
        </w:tc>
      </w:tr>
      <w:tr w:rsidR="000A2A1F" w:rsidRPr="000A2A1F" w14:paraId="0DE66210" w14:textId="77777777" w:rsidTr="000A2A1F">
        <w:tc>
          <w:tcPr>
            <w:tcW w:w="534" w:type="dxa"/>
          </w:tcPr>
          <w:p w14:paraId="7CCC14CE" w14:textId="77777777" w:rsidR="000A2A1F" w:rsidRPr="000A2A1F" w:rsidRDefault="000A2A1F" w:rsidP="000A2A1F">
            <w:pPr>
              <w:rPr>
                <w:sz w:val="20"/>
                <w:szCs w:val="20"/>
              </w:rPr>
            </w:pP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૨</w:t>
            </w:r>
          </w:p>
        </w:tc>
        <w:tc>
          <w:tcPr>
            <w:tcW w:w="1842" w:type="dxa"/>
          </w:tcPr>
          <w:p w14:paraId="3C473027" w14:textId="77777777" w:rsidR="000A2A1F" w:rsidRPr="000A2A1F" w:rsidRDefault="000A2A1F" w:rsidP="000A2A1F">
            <w:pPr>
              <w:rPr>
                <w:sz w:val="20"/>
                <w:szCs w:val="20"/>
              </w:rPr>
            </w:pP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દિવસ</w:t>
            </w:r>
            <w:r w:rsidRPr="000A2A1F">
              <w:rPr>
                <w:sz w:val="20"/>
                <w:szCs w:val="20"/>
              </w:rPr>
              <w:t xml:space="preserve"> </w:t>
            </w: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૩</w:t>
            </w:r>
            <w:r w:rsidRPr="000A2A1F">
              <w:rPr>
                <w:sz w:val="20"/>
                <w:szCs w:val="20"/>
              </w:rPr>
              <w:t xml:space="preserve"> </w:t>
            </w: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0A2A1F">
              <w:rPr>
                <w:sz w:val="20"/>
                <w:szCs w:val="20"/>
              </w:rPr>
              <w:t xml:space="preserve"> </w:t>
            </w: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૪</w:t>
            </w:r>
          </w:p>
        </w:tc>
        <w:tc>
          <w:tcPr>
            <w:tcW w:w="4104" w:type="dxa"/>
          </w:tcPr>
          <w:p w14:paraId="120F11D3" w14:textId="77777777" w:rsidR="000A2A1F" w:rsidRPr="000A2A1F" w:rsidRDefault="000A2A1F" w:rsidP="000A2A1F">
            <w:pPr>
              <w:rPr>
                <w:sz w:val="20"/>
                <w:szCs w:val="20"/>
              </w:rPr>
            </w:pP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સ્થાનિક</w:t>
            </w:r>
            <w:r w:rsidRPr="000A2A1F">
              <w:rPr>
                <w:sz w:val="20"/>
                <w:szCs w:val="20"/>
              </w:rPr>
              <w:t xml:space="preserve"> </w:t>
            </w: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કારીગરોની</w:t>
            </w:r>
            <w:r w:rsidRPr="000A2A1F">
              <w:rPr>
                <w:sz w:val="20"/>
                <w:szCs w:val="20"/>
              </w:rPr>
              <w:t xml:space="preserve"> </w:t>
            </w: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મુલાકાત</w:t>
            </w:r>
            <w:r w:rsidRPr="000A2A1F">
              <w:rPr>
                <w:sz w:val="20"/>
                <w:szCs w:val="20"/>
              </w:rPr>
              <w:t xml:space="preserve"> </w:t>
            </w: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0A2A1F">
              <w:rPr>
                <w:sz w:val="20"/>
                <w:szCs w:val="20"/>
              </w:rPr>
              <w:t xml:space="preserve"> </w:t>
            </w: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કૌશલ્ય</w:t>
            </w:r>
            <w:r w:rsidRPr="000A2A1F">
              <w:rPr>
                <w:sz w:val="20"/>
                <w:szCs w:val="20"/>
              </w:rPr>
              <w:t xml:space="preserve"> </w:t>
            </w: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પરિચય</w:t>
            </w:r>
          </w:p>
        </w:tc>
        <w:tc>
          <w:tcPr>
            <w:tcW w:w="2842" w:type="dxa"/>
          </w:tcPr>
          <w:p w14:paraId="672B9455" w14:textId="77777777" w:rsidR="000A2A1F" w:rsidRPr="000A2A1F" w:rsidRDefault="000A2A1F" w:rsidP="000A2A1F">
            <w:pPr>
              <w:rPr>
                <w:sz w:val="20"/>
                <w:szCs w:val="20"/>
              </w:rPr>
            </w:pP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વ્યાવસાયિક</w:t>
            </w:r>
            <w:r w:rsidRPr="000A2A1F">
              <w:rPr>
                <w:sz w:val="20"/>
                <w:szCs w:val="20"/>
              </w:rPr>
              <w:t xml:space="preserve"> </w:t>
            </w: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સમજ</w:t>
            </w:r>
            <w:r w:rsidRPr="000A2A1F">
              <w:rPr>
                <w:sz w:val="20"/>
                <w:szCs w:val="20"/>
              </w:rPr>
              <w:t xml:space="preserve"> </w:t>
            </w: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0A2A1F">
              <w:rPr>
                <w:sz w:val="20"/>
                <w:szCs w:val="20"/>
              </w:rPr>
              <w:t xml:space="preserve"> </w:t>
            </w: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સન્માનની</w:t>
            </w:r>
            <w:r w:rsidRPr="000A2A1F">
              <w:rPr>
                <w:sz w:val="20"/>
                <w:szCs w:val="20"/>
              </w:rPr>
              <w:t xml:space="preserve"> </w:t>
            </w: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ભાવના</w:t>
            </w:r>
          </w:p>
        </w:tc>
      </w:tr>
      <w:tr w:rsidR="000A2A1F" w:rsidRPr="000A2A1F" w14:paraId="7E72AE2D" w14:textId="77777777" w:rsidTr="000A2A1F">
        <w:tc>
          <w:tcPr>
            <w:tcW w:w="534" w:type="dxa"/>
          </w:tcPr>
          <w:p w14:paraId="5A4CC9D7" w14:textId="77777777" w:rsidR="000A2A1F" w:rsidRPr="000A2A1F" w:rsidRDefault="000A2A1F" w:rsidP="000A2A1F">
            <w:pPr>
              <w:rPr>
                <w:sz w:val="20"/>
                <w:szCs w:val="20"/>
              </w:rPr>
            </w:pP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૩</w:t>
            </w:r>
          </w:p>
        </w:tc>
        <w:tc>
          <w:tcPr>
            <w:tcW w:w="1842" w:type="dxa"/>
          </w:tcPr>
          <w:p w14:paraId="4EE828A1" w14:textId="77777777" w:rsidR="000A2A1F" w:rsidRPr="000A2A1F" w:rsidRDefault="000A2A1F" w:rsidP="000A2A1F">
            <w:pPr>
              <w:rPr>
                <w:sz w:val="20"/>
                <w:szCs w:val="20"/>
              </w:rPr>
            </w:pP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દિવસ</w:t>
            </w:r>
            <w:r w:rsidRPr="000A2A1F">
              <w:rPr>
                <w:sz w:val="20"/>
                <w:szCs w:val="20"/>
              </w:rPr>
              <w:t xml:space="preserve"> </w:t>
            </w: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૫</w:t>
            </w:r>
            <w:r w:rsidRPr="000A2A1F">
              <w:rPr>
                <w:sz w:val="20"/>
                <w:szCs w:val="20"/>
              </w:rPr>
              <w:t xml:space="preserve"> </w:t>
            </w: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0A2A1F">
              <w:rPr>
                <w:sz w:val="20"/>
                <w:szCs w:val="20"/>
              </w:rPr>
              <w:t xml:space="preserve"> </w:t>
            </w: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૬</w:t>
            </w:r>
          </w:p>
        </w:tc>
        <w:tc>
          <w:tcPr>
            <w:tcW w:w="4104" w:type="dxa"/>
          </w:tcPr>
          <w:p w14:paraId="3B6B7511" w14:textId="77777777" w:rsidR="000A2A1F" w:rsidRPr="000A2A1F" w:rsidRDefault="000A2A1F" w:rsidP="000A2A1F">
            <w:pPr>
              <w:rPr>
                <w:sz w:val="20"/>
                <w:szCs w:val="20"/>
              </w:rPr>
            </w:pP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માટીકામ</w:t>
            </w:r>
            <w:r w:rsidRPr="000A2A1F">
              <w:rPr>
                <w:sz w:val="20"/>
                <w:szCs w:val="20"/>
              </w:rPr>
              <w:t xml:space="preserve">, </w:t>
            </w: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ક્રાફ્ટ</w:t>
            </w:r>
            <w:r w:rsidRPr="000A2A1F">
              <w:rPr>
                <w:sz w:val="20"/>
                <w:szCs w:val="20"/>
              </w:rPr>
              <w:t xml:space="preserve"> </w:t>
            </w: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0A2A1F">
              <w:rPr>
                <w:sz w:val="20"/>
                <w:szCs w:val="20"/>
              </w:rPr>
              <w:t xml:space="preserve"> </w:t>
            </w: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વેસ્ટમાંથી</w:t>
            </w:r>
            <w:r w:rsidRPr="000A2A1F">
              <w:rPr>
                <w:sz w:val="20"/>
                <w:szCs w:val="20"/>
              </w:rPr>
              <w:t xml:space="preserve"> </w:t>
            </w: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બેસ્ટ</w:t>
            </w:r>
            <w:r w:rsidRPr="000A2A1F">
              <w:rPr>
                <w:sz w:val="20"/>
                <w:szCs w:val="20"/>
              </w:rPr>
              <w:t xml:space="preserve"> </w:t>
            </w: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બનાવવું</w:t>
            </w:r>
          </w:p>
        </w:tc>
        <w:tc>
          <w:tcPr>
            <w:tcW w:w="2842" w:type="dxa"/>
          </w:tcPr>
          <w:p w14:paraId="2476D915" w14:textId="77777777" w:rsidR="000A2A1F" w:rsidRPr="000A2A1F" w:rsidRDefault="000A2A1F" w:rsidP="000A2A1F">
            <w:pPr>
              <w:rPr>
                <w:sz w:val="20"/>
                <w:szCs w:val="20"/>
              </w:rPr>
            </w:pP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સર્જનાત્મકતા</w:t>
            </w:r>
            <w:r w:rsidRPr="000A2A1F">
              <w:rPr>
                <w:sz w:val="20"/>
                <w:szCs w:val="20"/>
              </w:rPr>
              <w:t xml:space="preserve"> </w:t>
            </w: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0A2A1F">
              <w:rPr>
                <w:sz w:val="20"/>
                <w:szCs w:val="20"/>
              </w:rPr>
              <w:t xml:space="preserve"> </w:t>
            </w: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હસ્તકળા</w:t>
            </w:r>
            <w:r w:rsidRPr="000A2A1F">
              <w:rPr>
                <w:sz w:val="20"/>
                <w:szCs w:val="20"/>
              </w:rPr>
              <w:t xml:space="preserve"> </w:t>
            </w: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વિકાસ</w:t>
            </w:r>
          </w:p>
        </w:tc>
      </w:tr>
      <w:tr w:rsidR="000A2A1F" w:rsidRPr="000A2A1F" w14:paraId="226F8B1D" w14:textId="77777777" w:rsidTr="000A2A1F">
        <w:tc>
          <w:tcPr>
            <w:tcW w:w="534" w:type="dxa"/>
          </w:tcPr>
          <w:p w14:paraId="1090F35B" w14:textId="77777777" w:rsidR="000A2A1F" w:rsidRPr="000A2A1F" w:rsidRDefault="000A2A1F" w:rsidP="000A2A1F">
            <w:pPr>
              <w:rPr>
                <w:sz w:val="20"/>
                <w:szCs w:val="20"/>
              </w:rPr>
            </w:pP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૪</w:t>
            </w:r>
          </w:p>
        </w:tc>
        <w:tc>
          <w:tcPr>
            <w:tcW w:w="1842" w:type="dxa"/>
          </w:tcPr>
          <w:p w14:paraId="23D4990A" w14:textId="77777777" w:rsidR="000A2A1F" w:rsidRPr="000A2A1F" w:rsidRDefault="000A2A1F" w:rsidP="000A2A1F">
            <w:pPr>
              <w:rPr>
                <w:sz w:val="20"/>
                <w:szCs w:val="20"/>
              </w:rPr>
            </w:pP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દિવસ</w:t>
            </w:r>
            <w:r w:rsidRPr="000A2A1F">
              <w:rPr>
                <w:sz w:val="20"/>
                <w:szCs w:val="20"/>
              </w:rPr>
              <w:t xml:space="preserve"> </w:t>
            </w: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૭</w:t>
            </w:r>
            <w:r w:rsidRPr="000A2A1F">
              <w:rPr>
                <w:sz w:val="20"/>
                <w:szCs w:val="20"/>
              </w:rPr>
              <w:t xml:space="preserve"> </w:t>
            </w: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0A2A1F">
              <w:rPr>
                <w:sz w:val="20"/>
                <w:szCs w:val="20"/>
              </w:rPr>
              <w:t xml:space="preserve"> </w:t>
            </w: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૮</w:t>
            </w:r>
          </w:p>
        </w:tc>
        <w:tc>
          <w:tcPr>
            <w:tcW w:w="4104" w:type="dxa"/>
          </w:tcPr>
          <w:p w14:paraId="2DFFEA34" w14:textId="77777777" w:rsidR="000A2A1F" w:rsidRPr="000A2A1F" w:rsidRDefault="000A2A1F" w:rsidP="000A2A1F">
            <w:pPr>
              <w:rPr>
                <w:sz w:val="20"/>
                <w:szCs w:val="20"/>
              </w:rPr>
            </w:pP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બગીચાની</w:t>
            </w:r>
            <w:r w:rsidRPr="000A2A1F">
              <w:rPr>
                <w:sz w:val="20"/>
                <w:szCs w:val="20"/>
              </w:rPr>
              <w:t xml:space="preserve"> </w:t>
            </w: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માવજત</w:t>
            </w:r>
            <w:r w:rsidRPr="000A2A1F">
              <w:rPr>
                <w:sz w:val="20"/>
                <w:szCs w:val="20"/>
              </w:rPr>
              <w:t xml:space="preserve"> </w:t>
            </w: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0A2A1F">
              <w:rPr>
                <w:sz w:val="20"/>
                <w:szCs w:val="20"/>
              </w:rPr>
              <w:t xml:space="preserve"> </w:t>
            </w: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વૃક્ષારોપણ</w:t>
            </w:r>
            <w:r w:rsidRPr="000A2A1F">
              <w:rPr>
                <w:sz w:val="20"/>
                <w:szCs w:val="20"/>
              </w:rPr>
              <w:t xml:space="preserve"> </w:t>
            </w: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પ્રવૃત્તિ</w:t>
            </w:r>
          </w:p>
        </w:tc>
        <w:tc>
          <w:tcPr>
            <w:tcW w:w="2842" w:type="dxa"/>
          </w:tcPr>
          <w:p w14:paraId="4DC89100" w14:textId="77777777" w:rsidR="000A2A1F" w:rsidRPr="000A2A1F" w:rsidRDefault="000A2A1F" w:rsidP="000A2A1F">
            <w:pPr>
              <w:rPr>
                <w:sz w:val="20"/>
                <w:szCs w:val="20"/>
              </w:rPr>
            </w:pP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પર્યાવરણ</w:t>
            </w:r>
            <w:r w:rsidRPr="000A2A1F">
              <w:rPr>
                <w:sz w:val="20"/>
                <w:szCs w:val="20"/>
              </w:rPr>
              <w:t xml:space="preserve"> </w:t>
            </w: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પ્રત્યે</w:t>
            </w:r>
            <w:r w:rsidRPr="000A2A1F">
              <w:rPr>
                <w:sz w:val="20"/>
                <w:szCs w:val="20"/>
              </w:rPr>
              <w:t xml:space="preserve"> </w:t>
            </w: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સંવેદનશીલતા</w:t>
            </w:r>
          </w:p>
        </w:tc>
      </w:tr>
      <w:tr w:rsidR="000A2A1F" w:rsidRPr="000A2A1F" w14:paraId="018893B8" w14:textId="77777777" w:rsidTr="000A2A1F">
        <w:tc>
          <w:tcPr>
            <w:tcW w:w="534" w:type="dxa"/>
          </w:tcPr>
          <w:p w14:paraId="2C389068" w14:textId="77777777" w:rsidR="000A2A1F" w:rsidRPr="000A2A1F" w:rsidRDefault="000A2A1F" w:rsidP="000A2A1F">
            <w:pPr>
              <w:rPr>
                <w:sz w:val="20"/>
                <w:szCs w:val="20"/>
              </w:rPr>
            </w:pP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૫</w:t>
            </w:r>
          </w:p>
        </w:tc>
        <w:tc>
          <w:tcPr>
            <w:tcW w:w="1842" w:type="dxa"/>
          </w:tcPr>
          <w:p w14:paraId="1108BA74" w14:textId="77777777" w:rsidR="000A2A1F" w:rsidRPr="000A2A1F" w:rsidRDefault="000A2A1F" w:rsidP="000A2A1F">
            <w:pPr>
              <w:rPr>
                <w:sz w:val="20"/>
                <w:szCs w:val="20"/>
              </w:rPr>
            </w:pP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દિવસ</w:t>
            </w:r>
            <w:r w:rsidRPr="000A2A1F">
              <w:rPr>
                <w:sz w:val="20"/>
                <w:szCs w:val="20"/>
              </w:rPr>
              <w:t xml:space="preserve"> </w:t>
            </w: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૯</w:t>
            </w:r>
            <w:r w:rsidRPr="000A2A1F">
              <w:rPr>
                <w:sz w:val="20"/>
                <w:szCs w:val="20"/>
              </w:rPr>
              <w:t xml:space="preserve"> </w:t>
            </w: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0A2A1F">
              <w:rPr>
                <w:sz w:val="20"/>
                <w:szCs w:val="20"/>
              </w:rPr>
              <w:t xml:space="preserve"> </w:t>
            </w: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૧૦</w:t>
            </w:r>
          </w:p>
        </w:tc>
        <w:tc>
          <w:tcPr>
            <w:tcW w:w="4104" w:type="dxa"/>
          </w:tcPr>
          <w:p w14:paraId="16E5B15C" w14:textId="77777777" w:rsidR="000A2A1F" w:rsidRPr="000A2A1F" w:rsidRDefault="000A2A1F" w:rsidP="000A2A1F">
            <w:pPr>
              <w:rPr>
                <w:sz w:val="20"/>
                <w:szCs w:val="20"/>
              </w:rPr>
            </w:pP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સાંસ્કૃતિક</w:t>
            </w:r>
            <w:r w:rsidRPr="000A2A1F">
              <w:rPr>
                <w:sz w:val="20"/>
                <w:szCs w:val="20"/>
              </w:rPr>
              <w:t xml:space="preserve"> </w:t>
            </w: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ગીતો</w:t>
            </w:r>
            <w:r w:rsidRPr="000A2A1F">
              <w:rPr>
                <w:sz w:val="20"/>
                <w:szCs w:val="20"/>
              </w:rPr>
              <w:t xml:space="preserve">, </w:t>
            </w: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નાટક</w:t>
            </w:r>
            <w:r w:rsidRPr="000A2A1F">
              <w:rPr>
                <w:sz w:val="20"/>
                <w:szCs w:val="20"/>
              </w:rPr>
              <w:t xml:space="preserve"> </w:t>
            </w: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0A2A1F">
              <w:rPr>
                <w:sz w:val="20"/>
                <w:szCs w:val="20"/>
              </w:rPr>
              <w:t xml:space="preserve"> </w:t>
            </w: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ક્વિઝ</w:t>
            </w:r>
            <w:r w:rsidRPr="000A2A1F">
              <w:rPr>
                <w:sz w:val="20"/>
                <w:szCs w:val="20"/>
              </w:rPr>
              <w:t xml:space="preserve"> </w:t>
            </w: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સ્પર્ધા</w:t>
            </w:r>
          </w:p>
        </w:tc>
        <w:tc>
          <w:tcPr>
            <w:tcW w:w="2842" w:type="dxa"/>
          </w:tcPr>
          <w:p w14:paraId="04D1D943" w14:textId="77777777" w:rsidR="000A2A1F" w:rsidRPr="000A2A1F" w:rsidRDefault="000A2A1F" w:rsidP="000A2A1F">
            <w:pPr>
              <w:rPr>
                <w:sz w:val="20"/>
                <w:szCs w:val="20"/>
              </w:rPr>
            </w:pP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આત્મવિશ્વાસ</w:t>
            </w:r>
            <w:r w:rsidRPr="000A2A1F">
              <w:rPr>
                <w:sz w:val="20"/>
                <w:szCs w:val="20"/>
              </w:rPr>
              <w:t xml:space="preserve"> </w:t>
            </w: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0A2A1F">
              <w:rPr>
                <w:sz w:val="20"/>
                <w:szCs w:val="20"/>
              </w:rPr>
              <w:t xml:space="preserve"> </w:t>
            </w: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પ્રતિભા</w:t>
            </w:r>
            <w:r w:rsidRPr="000A2A1F">
              <w:rPr>
                <w:sz w:val="20"/>
                <w:szCs w:val="20"/>
              </w:rPr>
              <w:t xml:space="preserve"> </w:t>
            </w: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પ્રદર્શન</w:t>
            </w:r>
          </w:p>
        </w:tc>
      </w:tr>
    </w:tbl>
    <w:p w14:paraId="6F97AC0B" w14:textId="77777777" w:rsidR="000A2A1F" w:rsidRPr="000A2A1F" w:rsidRDefault="000A2A1F" w:rsidP="000A2A1F">
      <w:pPr>
        <w:spacing w:after="0" w:line="240" w:lineRule="auto"/>
        <w:rPr>
          <w:sz w:val="20"/>
          <w:szCs w:val="20"/>
        </w:rPr>
      </w:pPr>
      <w:r w:rsidRPr="000A2A1F">
        <w:rPr>
          <w:rFonts w:cs="Shruti"/>
          <w:b/>
          <w:bCs/>
          <w:sz w:val="20"/>
          <w:szCs w:val="20"/>
          <w:cs/>
          <w:lang w:bidi="gu-IN"/>
        </w:rPr>
        <w:t>નિષ્કર્ષ</w:t>
      </w:r>
      <w:r w:rsidRPr="000A2A1F">
        <w:rPr>
          <w:b/>
          <w:sz w:val="20"/>
          <w:szCs w:val="20"/>
        </w:rPr>
        <w:t>: "</w:t>
      </w:r>
      <w:r w:rsidRPr="000A2A1F">
        <w:rPr>
          <w:rFonts w:cs="Shruti"/>
          <w:b/>
          <w:bCs/>
          <w:sz w:val="20"/>
          <w:szCs w:val="20"/>
          <w:cs/>
          <w:lang w:bidi="gu-IN"/>
        </w:rPr>
        <w:t>દફતર</w:t>
      </w:r>
      <w:r w:rsidRPr="000A2A1F">
        <w:rPr>
          <w:b/>
          <w:sz w:val="20"/>
          <w:szCs w:val="20"/>
        </w:rPr>
        <w:t xml:space="preserve"> </w:t>
      </w:r>
      <w:r w:rsidRPr="000A2A1F">
        <w:rPr>
          <w:rFonts w:cs="Shruti"/>
          <w:b/>
          <w:bCs/>
          <w:sz w:val="20"/>
          <w:szCs w:val="20"/>
          <w:cs/>
          <w:lang w:bidi="gu-IN"/>
        </w:rPr>
        <w:t>વિનાના</w:t>
      </w:r>
      <w:r w:rsidRPr="000A2A1F">
        <w:rPr>
          <w:b/>
          <w:sz w:val="20"/>
          <w:szCs w:val="20"/>
        </w:rPr>
        <w:t xml:space="preserve"> </w:t>
      </w:r>
      <w:r w:rsidRPr="000A2A1F">
        <w:rPr>
          <w:rFonts w:cs="Shruti"/>
          <w:b/>
          <w:bCs/>
          <w:sz w:val="20"/>
          <w:szCs w:val="20"/>
          <w:cs/>
          <w:lang w:bidi="gu-IN"/>
        </w:rPr>
        <w:t>૧૦</w:t>
      </w:r>
      <w:r w:rsidRPr="000A2A1F">
        <w:rPr>
          <w:b/>
          <w:sz w:val="20"/>
          <w:szCs w:val="20"/>
        </w:rPr>
        <w:t xml:space="preserve"> </w:t>
      </w:r>
      <w:r w:rsidRPr="000A2A1F">
        <w:rPr>
          <w:rFonts w:cs="Shruti"/>
          <w:b/>
          <w:bCs/>
          <w:sz w:val="20"/>
          <w:szCs w:val="20"/>
          <w:cs/>
          <w:lang w:bidi="gu-IN"/>
        </w:rPr>
        <w:t>દિવસ</w:t>
      </w:r>
      <w:r w:rsidRPr="000A2A1F">
        <w:rPr>
          <w:b/>
          <w:sz w:val="20"/>
          <w:szCs w:val="20"/>
        </w:rPr>
        <w:t xml:space="preserve">" </w:t>
      </w:r>
      <w:r w:rsidRPr="000A2A1F">
        <w:rPr>
          <w:rFonts w:cs="Shruti"/>
          <w:b/>
          <w:bCs/>
          <w:sz w:val="20"/>
          <w:szCs w:val="20"/>
          <w:cs/>
          <w:lang w:bidi="gu-IN"/>
        </w:rPr>
        <w:t>ના</w:t>
      </w:r>
      <w:r w:rsidRPr="000A2A1F">
        <w:rPr>
          <w:b/>
          <w:sz w:val="20"/>
          <w:szCs w:val="20"/>
        </w:rPr>
        <w:t xml:space="preserve"> </w:t>
      </w:r>
      <w:r w:rsidRPr="000A2A1F">
        <w:rPr>
          <w:rFonts w:cs="Shruti"/>
          <w:b/>
          <w:bCs/>
          <w:sz w:val="20"/>
          <w:szCs w:val="20"/>
          <w:cs/>
          <w:lang w:bidi="gu-IN"/>
        </w:rPr>
        <w:t>આ</w:t>
      </w:r>
      <w:r w:rsidRPr="000A2A1F">
        <w:rPr>
          <w:b/>
          <w:sz w:val="20"/>
          <w:szCs w:val="20"/>
        </w:rPr>
        <w:t xml:space="preserve"> </w:t>
      </w:r>
      <w:r w:rsidRPr="000A2A1F">
        <w:rPr>
          <w:rFonts w:cs="Shruti"/>
          <w:b/>
          <w:bCs/>
          <w:sz w:val="20"/>
          <w:szCs w:val="20"/>
          <w:cs/>
          <w:lang w:bidi="gu-IN"/>
        </w:rPr>
        <w:t>સઘન</w:t>
      </w:r>
      <w:r w:rsidRPr="000A2A1F">
        <w:rPr>
          <w:b/>
          <w:sz w:val="20"/>
          <w:szCs w:val="20"/>
        </w:rPr>
        <w:t xml:space="preserve"> </w:t>
      </w:r>
      <w:r w:rsidRPr="000A2A1F">
        <w:rPr>
          <w:rFonts w:cs="Shruti"/>
          <w:b/>
          <w:bCs/>
          <w:sz w:val="20"/>
          <w:szCs w:val="20"/>
          <w:cs/>
          <w:lang w:bidi="gu-IN"/>
        </w:rPr>
        <w:t>આયોજનથી</w:t>
      </w:r>
      <w:r w:rsidRPr="000A2A1F">
        <w:rPr>
          <w:b/>
          <w:sz w:val="20"/>
          <w:szCs w:val="20"/>
        </w:rPr>
        <w:t xml:space="preserve"> </w:t>
      </w:r>
      <w:r w:rsidRPr="000A2A1F">
        <w:rPr>
          <w:rFonts w:cs="Shruti"/>
          <w:b/>
          <w:bCs/>
          <w:sz w:val="20"/>
          <w:szCs w:val="20"/>
          <w:cs/>
          <w:lang w:bidi="gu-IN"/>
        </w:rPr>
        <w:t>વિદ્યાર્થીઓનો</w:t>
      </w:r>
      <w:r w:rsidRPr="000A2A1F">
        <w:rPr>
          <w:b/>
          <w:sz w:val="20"/>
          <w:szCs w:val="20"/>
        </w:rPr>
        <w:t xml:space="preserve"> </w:t>
      </w:r>
      <w:r w:rsidRPr="000A2A1F">
        <w:rPr>
          <w:rFonts w:cs="Shruti"/>
          <w:b/>
          <w:bCs/>
          <w:sz w:val="20"/>
          <w:szCs w:val="20"/>
          <w:cs/>
          <w:lang w:bidi="gu-IN"/>
        </w:rPr>
        <w:t>સર્વાંગી</w:t>
      </w:r>
      <w:r w:rsidRPr="000A2A1F">
        <w:rPr>
          <w:b/>
          <w:sz w:val="20"/>
          <w:szCs w:val="20"/>
        </w:rPr>
        <w:t xml:space="preserve"> </w:t>
      </w:r>
      <w:r w:rsidRPr="000A2A1F">
        <w:rPr>
          <w:rFonts w:cs="Shruti"/>
          <w:b/>
          <w:bCs/>
          <w:sz w:val="20"/>
          <w:szCs w:val="20"/>
          <w:cs/>
          <w:lang w:bidi="gu-IN"/>
        </w:rPr>
        <w:t>વિકાસ</w:t>
      </w:r>
      <w:r w:rsidRPr="000A2A1F">
        <w:rPr>
          <w:b/>
          <w:sz w:val="20"/>
          <w:szCs w:val="20"/>
        </w:rPr>
        <w:t xml:space="preserve"> </w:t>
      </w:r>
      <w:r w:rsidRPr="000A2A1F">
        <w:rPr>
          <w:rFonts w:cs="Shruti"/>
          <w:b/>
          <w:bCs/>
          <w:sz w:val="20"/>
          <w:szCs w:val="20"/>
          <w:cs/>
          <w:lang w:bidi="gu-IN"/>
        </w:rPr>
        <w:t>થયો</w:t>
      </w:r>
      <w:r w:rsidRPr="000A2A1F">
        <w:rPr>
          <w:b/>
          <w:sz w:val="20"/>
          <w:szCs w:val="20"/>
        </w:rPr>
        <w:t xml:space="preserve"> </w:t>
      </w:r>
      <w:r w:rsidRPr="000A2A1F">
        <w:rPr>
          <w:rFonts w:cs="Shruti"/>
          <w:b/>
          <w:bCs/>
          <w:sz w:val="20"/>
          <w:szCs w:val="20"/>
          <w:cs/>
          <w:lang w:bidi="gu-IN"/>
        </w:rPr>
        <w:t>છે</w:t>
      </w:r>
      <w:r w:rsidRPr="000A2A1F">
        <w:rPr>
          <w:b/>
          <w:sz w:val="20"/>
          <w:szCs w:val="20"/>
        </w:rPr>
        <w:t xml:space="preserve">, </w:t>
      </w:r>
      <w:r w:rsidRPr="000A2A1F">
        <w:rPr>
          <w:rFonts w:cs="Shruti"/>
          <w:b/>
          <w:bCs/>
          <w:sz w:val="20"/>
          <w:szCs w:val="20"/>
          <w:cs/>
          <w:lang w:bidi="gu-IN"/>
        </w:rPr>
        <w:t>શાળા</w:t>
      </w:r>
      <w:r w:rsidRPr="000A2A1F">
        <w:rPr>
          <w:b/>
          <w:sz w:val="20"/>
          <w:szCs w:val="20"/>
        </w:rPr>
        <w:t xml:space="preserve"> </w:t>
      </w:r>
      <w:r w:rsidRPr="000A2A1F">
        <w:rPr>
          <w:rFonts w:cs="Shruti"/>
          <w:b/>
          <w:bCs/>
          <w:sz w:val="20"/>
          <w:szCs w:val="20"/>
          <w:cs/>
          <w:lang w:bidi="gu-IN"/>
        </w:rPr>
        <w:t>પ્રત્યેનો</w:t>
      </w:r>
      <w:r w:rsidRPr="000A2A1F">
        <w:rPr>
          <w:b/>
          <w:sz w:val="20"/>
          <w:szCs w:val="20"/>
        </w:rPr>
        <w:t xml:space="preserve"> </w:t>
      </w:r>
      <w:r w:rsidRPr="000A2A1F">
        <w:rPr>
          <w:rFonts w:cs="Shruti"/>
          <w:b/>
          <w:bCs/>
          <w:sz w:val="20"/>
          <w:szCs w:val="20"/>
          <w:cs/>
          <w:lang w:bidi="gu-IN"/>
        </w:rPr>
        <w:t>તેમનો</w:t>
      </w:r>
      <w:r w:rsidRPr="000A2A1F">
        <w:rPr>
          <w:b/>
          <w:sz w:val="20"/>
          <w:szCs w:val="20"/>
        </w:rPr>
        <w:t xml:space="preserve"> </w:t>
      </w:r>
      <w:r w:rsidRPr="000A2A1F">
        <w:rPr>
          <w:rFonts w:cs="Shruti"/>
          <w:b/>
          <w:bCs/>
          <w:sz w:val="20"/>
          <w:szCs w:val="20"/>
          <w:cs/>
          <w:lang w:bidi="gu-IN"/>
        </w:rPr>
        <w:t>ઉત્સાહ</w:t>
      </w:r>
      <w:r w:rsidRPr="000A2A1F">
        <w:rPr>
          <w:b/>
          <w:sz w:val="20"/>
          <w:szCs w:val="20"/>
        </w:rPr>
        <w:t xml:space="preserve"> </w:t>
      </w:r>
      <w:r w:rsidRPr="000A2A1F">
        <w:rPr>
          <w:rFonts w:cs="Shruti"/>
          <w:b/>
          <w:bCs/>
          <w:sz w:val="20"/>
          <w:szCs w:val="20"/>
          <w:cs/>
          <w:lang w:bidi="gu-IN"/>
        </w:rPr>
        <w:t>અને</w:t>
      </w:r>
      <w:r w:rsidRPr="000A2A1F">
        <w:rPr>
          <w:b/>
          <w:sz w:val="20"/>
          <w:szCs w:val="20"/>
        </w:rPr>
        <w:t xml:space="preserve"> </w:t>
      </w:r>
      <w:r w:rsidRPr="000A2A1F">
        <w:rPr>
          <w:rFonts w:cs="Shruti"/>
          <w:b/>
          <w:bCs/>
          <w:sz w:val="20"/>
          <w:szCs w:val="20"/>
          <w:cs/>
          <w:lang w:bidi="gu-IN"/>
        </w:rPr>
        <w:t>આનંદ</w:t>
      </w:r>
      <w:r w:rsidRPr="000A2A1F">
        <w:rPr>
          <w:b/>
          <w:sz w:val="20"/>
          <w:szCs w:val="20"/>
        </w:rPr>
        <w:t xml:space="preserve"> </w:t>
      </w:r>
      <w:r w:rsidRPr="000A2A1F">
        <w:rPr>
          <w:rFonts w:cs="Shruti"/>
          <w:b/>
          <w:bCs/>
          <w:sz w:val="20"/>
          <w:szCs w:val="20"/>
          <w:cs/>
          <w:lang w:bidi="gu-IN"/>
        </w:rPr>
        <w:t>અનેકગણો</w:t>
      </w:r>
      <w:r w:rsidRPr="000A2A1F">
        <w:rPr>
          <w:b/>
          <w:sz w:val="20"/>
          <w:szCs w:val="20"/>
        </w:rPr>
        <w:t xml:space="preserve"> </w:t>
      </w:r>
      <w:r w:rsidRPr="000A2A1F">
        <w:rPr>
          <w:rFonts w:cs="Shruti"/>
          <w:b/>
          <w:bCs/>
          <w:sz w:val="20"/>
          <w:szCs w:val="20"/>
          <w:cs/>
          <w:lang w:bidi="gu-IN"/>
        </w:rPr>
        <w:t>વધ્યો</w:t>
      </w:r>
      <w:r w:rsidRPr="000A2A1F">
        <w:rPr>
          <w:b/>
          <w:sz w:val="20"/>
          <w:szCs w:val="20"/>
        </w:rPr>
        <w:t xml:space="preserve"> </w:t>
      </w:r>
      <w:r w:rsidRPr="000A2A1F">
        <w:rPr>
          <w:rFonts w:cs="Shruti"/>
          <w:b/>
          <w:bCs/>
          <w:sz w:val="20"/>
          <w:szCs w:val="20"/>
          <w:cs/>
          <w:lang w:bidi="gu-IN"/>
        </w:rPr>
        <w:t>છે</w:t>
      </w:r>
      <w:r w:rsidRPr="000A2A1F">
        <w:rPr>
          <w:b/>
          <w:sz w:val="20"/>
          <w:szCs w:val="20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0A2A1F" w:rsidRPr="000A2A1F" w14:paraId="7FCDE6B5" w14:textId="77777777" w:rsidTr="00477258">
        <w:tc>
          <w:tcPr>
            <w:tcW w:w="4320" w:type="dxa"/>
          </w:tcPr>
          <w:p w14:paraId="28B016AA" w14:textId="77777777" w:rsidR="000A2A1F" w:rsidRPr="000A2A1F" w:rsidRDefault="000A2A1F" w:rsidP="000A2A1F">
            <w:pPr>
              <w:spacing w:after="0" w:line="240" w:lineRule="auto"/>
              <w:rPr>
                <w:sz w:val="20"/>
                <w:szCs w:val="20"/>
              </w:rPr>
            </w:pPr>
            <w:r w:rsidRPr="000A2A1F">
              <w:rPr>
                <w:sz w:val="20"/>
                <w:szCs w:val="20"/>
              </w:rPr>
              <w:br/>
            </w:r>
            <w:r w:rsidRPr="000A2A1F">
              <w:rPr>
                <w:sz w:val="20"/>
                <w:szCs w:val="20"/>
              </w:rPr>
              <w:br/>
            </w:r>
            <w:r w:rsidRPr="000A2A1F">
              <w:rPr>
                <w:sz w:val="20"/>
                <w:szCs w:val="20"/>
              </w:rPr>
              <w:br/>
            </w:r>
            <w:r w:rsidRPr="000A2A1F">
              <w:rPr>
                <w:sz w:val="20"/>
                <w:szCs w:val="20"/>
              </w:rPr>
              <w:br/>
            </w:r>
          </w:p>
        </w:tc>
        <w:tc>
          <w:tcPr>
            <w:tcW w:w="4320" w:type="dxa"/>
          </w:tcPr>
          <w:p w14:paraId="06622FBC" w14:textId="77777777" w:rsidR="000A2A1F" w:rsidRPr="000A2A1F" w:rsidRDefault="000A2A1F" w:rsidP="000A2A1F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આચાર્યશ્રીની</w:t>
            </w:r>
            <w:r w:rsidRPr="000A2A1F">
              <w:rPr>
                <w:sz w:val="20"/>
                <w:szCs w:val="20"/>
              </w:rPr>
              <w:t xml:space="preserve"> </w:t>
            </w: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સહી</w:t>
            </w:r>
            <w:r w:rsidRPr="000A2A1F">
              <w:rPr>
                <w:sz w:val="20"/>
                <w:szCs w:val="20"/>
              </w:rPr>
              <w:t xml:space="preserve"> </w:t>
            </w: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0A2A1F">
              <w:rPr>
                <w:sz w:val="20"/>
                <w:szCs w:val="20"/>
              </w:rPr>
              <w:t xml:space="preserve"> </w:t>
            </w:r>
            <w:r w:rsidRPr="000A2A1F">
              <w:rPr>
                <w:rFonts w:cs="Shruti"/>
                <w:sz w:val="20"/>
                <w:szCs w:val="20"/>
                <w:cs/>
                <w:lang w:bidi="gu-IN"/>
              </w:rPr>
              <w:t>સિક્કો</w:t>
            </w:r>
            <w:r w:rsidRPr="000A2A1F">
              <w:rPr>
                <w:sz w:val="20"/>
                <w:szCs w:val="20"/>
              </w:rPr>
              <w:br/>
            </w:r>
            <w:r w:rsidRPr="000A2A1F">
              <w:rPr>
                <w:sz w:val="20"/>
                <w:szCs w:val="20"/>
              </w:rPr>
              <w:br/>
              <w:t>______________________</w:t>
            </w:r>
          </w:p>
        </w:tc>
      </w:tr>
    </w:tbl>
    <w:p w14:paraId="19189C6D" w14:textId="77777777" w:rsidR="000A2A1F" w:rsidRPr="000A2A1F" w:rsidRDefault="000A2A1F" w:rsidP="000A2A1F">
      <w:pPr>
        <w:spacing w:after="0" w:line="240" w:lineRule="auto"/>
        <w:rPr>
          <w:sz w:val="20"/>
          <w:szCs w:val="20"/>
        </w:rPr>
      </w:pPr>
    </w:p>
    <w:p w14:paraId="6035C003" w14:textId="77777777" w:rsidR="00005D5A" w:rsidRPr="000A2A1F" w:rsidRDefault="00005D5A" w:rsidP="000A2A1F">
      <w:pPr>
        <w:spacing w:after="0" w:line="240" w:lineRule="auto"/>
        <w:rPr>
          <w:rFonts w:cs="Shruti"/>
          <w:sz w:val="20"/>
          <w:szCs w:val="20"/>
          <w:lang w:bidi="gu-IN"/>
        </w:rPr>
      </w:pPr>
    </w:p>
    <w:p w14:paraId="091418B2" w14:textId="77777777" w:rsidR="002B042A" w:rsidRPr="002B042A" w:rsidRDefault="002B042A" w:rsidP="000A2A1F">
      <w:pPr>
        <w:tabs>
          <w:tab w:val="left" w:pos="2835"/>
        </w:tabs>
        <w:spacing w:after="0" w:line="240" w:lineRule="auto"/>
        <w:rPr>
          <w:rFonts w:cs="Shruti"/>
          <w:b/>
          <w:u w:val="single"/>
          <w:lang w:bidi="gu-IN"/>
        </w:rPr>
      </w:pPr>
    </w:p>
    <w:p w14:paraId="630423D4" w14:textId="77777777" w:rsidR="00F1107F" w:rsidRDefault="00F1107F" w:rsidP="00037DD9">
      <w:pPr>
        <w:tabs>
          <w:tab w:val="left" w:pos="2835"/>
        </w:tabs>
        <w:spacing w:after="0" w:line="240" w:lineRule="auto"/>
        <w:jc w:val="center"/>
        <w:rPr>
          <w:rFonts w:cs="Shruti"/>
          <w:bCs/>
          <w:sz w:val="20"/>
          <w:szCs w:val="20"/>
          <w:u w:val="single"/>
          <w:lang w:bidi="gu-IN"/>
        </w:rPr>
      </w:pPr>
    </w:p>
    <w:p w14:paraId="30DF5A94" w14:textId="77777777" w:rsidR="00FA7E5F" w:rsidRDefault="00FA7E5F" w:rsidP="00037DD9">
      <w:pPr>
        <w:tabs>
          <w:tab w:val="left" w:pos="2835"/>
        </w:tabs>
        <w:spacing w:after="0" w:line="240" w:lineRule="auto"/>
        <w:jc w:val="center"/>
        <w:rPr>
          <w:rFonts w:cs="Shruti"/>
          <w:bCs/>
          <w:sz w:val="20"/>
          <w:szCs w:val="20"/>
          <w:u w:val="single"/>
          <w:lang w:bidi="gu-IN"/>
        </w:rPr>
      </w:pPr>
    </w:p>
    <w:p w14:paraId="03A29C16" w14:textId="77777777" w:rsidR="00FA7E5F" w:rsidRDefault="00FA7E5F" w:rsidP="00037DD9">
      <w:pPr>
        <w:tabs>
          <w:tab w:val="left" w:pos="2835"/>
        </w:tabs>
        <w:spacing w:after="0" w:line="240" w:lineRule="auto"/>
        <w:jc w:val="center"/>
        <w:rPr>
          <w:rFonts w:cs="Shruti"/>
          <w:bCs/>
          <w:sz w:val="20"/>
          <w:szCs w:val="20"/>
          <w:u w:val="single"/>
          <w:lang w:bidi="gu-IN"/>
        </w:rPr>
      </w:pPr>
    </w:p>
    <w:p w14:paraId="104AB3F0" w14:textId="77777777" w:rsidR="00FA7E5F" w:rsidRDefault="00FA7E5F" w:rsidP="00037DD9">
      <w:pPr>
        <w:tabs>
          <w:tab w:val="left" w:pos="2835"/>
        </w:tabs>
        <w:spacing w:after="0" w:line="240" w:lineRule="auto"/>
        <w:jc w:val="center"/>
        <w:rPr>
          <w:rFonts w:cs="Shruti"/>
          <w:bCs/>
          <w:sz w:val="20"/>
          <w:szCs w:val="20"/>
          <w:u w:val="single"/>
          <w:lang w:bidi="gu-IN"/>
        </w:rPr>
      </w:pPr>
    </w:p>
    <w:p w14:paraId="268EAB78" w14:textId="5369AE9C" w:rsidR="002E5B96" w:rsidRDefault="002546D1" w:rsidP="00521B9B">
      <w:pPr>
        <w:spacing w:after="0" w:line="240" w:lineRule="auto"/>
        <w:rPr>
          <w:rFonts w:cs="Shruti"/>
          <w:b/>
          <w:u w:val="single"/>
          <w:lang w:val="en-IN" w:bidi="gu-IN"/>
        </w:rPr>
      </w:pPr>
      <w:r>
        <w:rPr>
          <w:rFonts w:cs="Shruti" w:hint="cs"/>
          <w:sz w:val="28"/>
          <w:szCs w:val="28"/>
          <w:u w:val="single"/>
          <w:cs/>
          <w:lang w:bidi="gu-IN"/>
        </w:rPr>
        <w:t>ઢાંકણ્રીયાવાસ પ્રાથમિક શાળા તા- લાખણી જિલ્લો - વાવ-થરાદ ડાયસ કોડ: 24021300207</w:t>
      </w:r>
    </w:p>
    <w:p w14:paraId="5046A45D" w14:textId="77777777" w:rsidR="00FA7E5F" w:rsidRPr="00FA7E5F" w:rsidRDefault="00FA7E5F" w:rsidP="00FA7E5F">
      <w:pPr>
        <w:jc w:val="center"/>
        <w:rPr>
          <w:rFonts w:cs="Shruti"/>
          <w:lang w:bidi="gu-IN"/>
        </w:rPr>
      </w:pPr>
    </w:p>
    <w:p w14:paraId="411C5B87" w14:textId="77777777" w:rsidR="00FA7E5F" w:rsidRDefault="00FA7E5F" w:rsidP="00FA7E5F">
      <w:pPr>
        <w:pStyle w:val="Heading1"/>
      </w:pPr>
      <w:r>
        <w:rPr>
          <w:rFonts w:cs="Shruti"/>
          <w:cs/>
          <w:lang w:bidi="gu-IN"/>
        </w:rPr>
        <w:t>શાળા</w:t>
      </w:r>
      <w:r>
        <w:t xml:space="preserve"> </w:t>
      </w:r>
      <w:r>
        <w:rPr>
          <w:rFonts w:cs="Shruti"/>
          <w:cs/>
          <w:lang w:bidi="gu-IN"/>
        </w:rPr>
        <w:t>દ્વારા</w:t>
      </w:r>
      <w:r>
        <w:t xml:space="preserve"> </w:t>
      </w:r>
      <w:r>
        <w:rPr>
          <w:rFonts w:cs="Shruti"/>
          <w:cs/>
          <w:lang w:bidi="gu-IN"/>
        </w:rPr>
        <w:t>યોજાયેલ</w:t>
      </w:r>
      <w:r>
        <w:t xml:space="preserve"> </w:t>
      </w:r>
      <w:r>
        <w:rPr>
          <w:rFonts w:cs="Shruti"/>
          <w:cs/>
          <w:lang w:bidi="gu-IN"/>
        </w:rPr>
        <w:t>વ્યાવસાયિક</w:t>
      </w:r>
      <w:r>
        <w:t xml:space="preserve"> </w:t>
      </w:r>
      <w:r>
        <w:rPr>
          <w:rFonts w:cs="Shruti"/>
          <w:cs/>
          <w:lang w:bidi="gu-IN"/>
        </w:rPr>
        <w:t>શિક્ષણ</w:t>
      </w:r>
      <w:r>
        <w:t xml:space="preserve"> (Vocational Education) </w:t>
      </w:r>
      <w:r>
        <w:rPr>
          <w:rFonts w:cs="Shruti"/>
          <w:cs/>
          <w:lang w:bidi="gu-IN"/>
        </w:rPr>
        <w:t>સંબંધિત</w:t>
      </w:r>
      <w:r>
        <w:t xml:space="preserve"> </w:t>
      </w:r>
      <w:r>
        <w:rPr>
          <w:rFonts w:cs="Shruti"/>
          <w:cs/>
          <w:lang w:bidi="gu-IN"/>
        </w:rPr>
        <w:t>પ્રવૃત્તિઓનો</w:t>
      </w:r>
      <w:r>
        <w:t xml:space="preserve"> </w:t>
      </w:r>
      <w:r>
        <w:rPr>
          <w:rFonts w:cs="Shruti"/>
          <w:cs/>
          <w:lang w:bidi="gu-IN"/>
        </w:rPr>
        <w:t>અહેવાલ</w:t>
      </w:r>
    </w:p>
    <w:p w14:paraId="77F0186A" w14:textId="3F6C29B8" w:rsidR="00FA7E5F" w:rsidRPr="00FA7E5F" w:rsidRDefault="00FA7E5F" w:rsidP="00FA7E5F">
      <w:pPr>
        <w:spacing w:after="0" w:line="240" w:lineRule="auto"/>
        <w:rPr>
          <w:rFonts w:cs="Shruti"/>
          <w:sz w:val="20"/>
          <w:szCs w:val="20"/>
          <w:lang w:bidi="gu-IN"/>
        </w:rPr>
      </w:pPr>
      <w:r w:rsidRPr="00FA7E5F">
        <w:rPr>
          <w:rFonts w:cs="Shruti"/>
          <w:sz w:val="20"/>
          <w:szCs w:val="20"/>
          <w:cs/>
          <w:lang w:bidi="gu-IN"/>
        </w:rPr>
        <w:t>રાષ્ટ્રીય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શિક્ષણ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નીતિ</w:t>
      </w:r>
      <w:r w:rsidRPr="00FA7E5F">
        <w:rPr>
          <w:sz w:val="20"/>
          <w:szCs w:val="20"/>
        </w:rPr>
        <w:t xml:space="preserve"> (NEP-2020) </w:t>
      </w:r>
      <w:r w:rsidRPr="00FA7E5F">
        <w:rPr>
          <w:rFonts w:cs="Shruti"/>
          <w:sz w:val="20"/>
          <w:szCs w:val="20"/>
          <w:cs/>
          <w:lang w:bidi="gu-IN"/>
        </w:rPr>
        <w:t>અને</w:t>
      </w:r>
      <w:r w:rsidRPr="00FA7E5F">
        <w:rPr>
          <w:sz w:val="20"/>
          <w:szCs w:val="20"/>
        </w:rPr>
        <w:t xml:space="preserve"> SQAAF </w:t>
      </w:r>
      <w:r w:rsidRPr="00FA7E5F">
        <w:rPr>
          <w:rFonts w:cs="Shruti"/>
          <w:sz w:val="20"/>
          <w:szCs w:val="20"/>
          <w:cs/>
          <w:lang w:bidi="gu-IN"/>
        </w:rPr>
        <w:t>ગુણોત્સવ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૨</w:t>
      </w:r>
      <w:r w:rsidRPr="00FA7E5F">
        <w:rPr>
          <w:sz w:val="20"/>
          <w:szCs w:val="20"/>
        </w:rPr>
        <w:t>.</w:t>
      </w:r>
      <w:r w:rsidRPr="00FA7E5F">
        <w:rPr>
          <w:rFonts w:cs="Shruti"/>
          <w:sz w:val="20"/>
          <w:szCs w:val="20"/>
          <w:cs/>
          <w:lang w:bidi="gu-IN"/>
        </w:rPr>
        <w:t>૦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ના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માપદંડો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અંતર્ગત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વિદ્યાર્થીઓમાં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પુસ્તકીય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જ્ઞાનની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સાથે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વ્યવહારુ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અને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વ્યાવસાયિક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કૌશલ્યો</w:t>
      </w:r>
      <w:r w:rsidRPr="00FA7E5F">
        <w:rPr>
          <w:sz w:val="20"/>
          <w:szCs w:val="20"/>
        </w:rPr>
        <w:t xml:space="preserve"> (Vocational Skills) </w:t>
      </w:r>
      <w:r w:rsidRPr="00FA7E5F">
        <w:rPr>
          <w:rFonts w:cs="Shruti"/>
          <w:sz w:val="20"/>
          <w:szCs w:val="20"/>
          <w:cs/>
          <w:lang w:bidi="gu-IN"/>
        </w:rPr>
        <w:t>વિકસાવવા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અત્યંત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આવશ્યક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છે</w:t>
      </w:r>
      <w:r w:rsidRPr="00FA7E5F">
        <w:rPr>
          <w:sz w:val="20"/>
          <w:szCs w:val="20"/>
        </w:rPr>
        <w:t>.</w:t>
      </w:r>
      <w:r w:rsidR="00BD355F" w:rsidRPr="00FA3BEF">
        <w:rPr>
          <w:sz w:val="20"/>
          <w:szCs w:val="20"/>
        </w:rPr>
        <w:t xml:space="preserve"> </w:t>
      </w:r>
      <w:r w:rsidR="008E13CA">
        <w:rPr>
          <w:rFonts w:cs="Shruti" w:hint="cs"/>
          <w:sz w:val="20"/>
          <w:szCs w:val="20"/>
          <w:cs/>
          <w:lang w:bidi="gu-IN"/>
        </w:rPr>
        <w:t xml:space="preserve">ઢાંકણ્રીયાવાસ પ્રાથમિક શાળા 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દ્વારા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વિદ્યાર્થીઓમાં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પાયાની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વ્યાવસાયિક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સમજ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અને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કૌશલ્યો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કેળવાય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તે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માટે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વિવિધ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પ્રવૃત્તિઓનું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આયોજન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કરવામાં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આવે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છે</w:t>
      </w:r>
      <w:r w:rsidRPr="00FA7E5F">
        <w:rPr>
          <w:sz w:val="20"/>
          <w:szCs w:val="20"/>
        </w:rPr>
        <w:t xml:space="preserve">, </w:t>
      </w:r>
      <w:r w:rsidRPr="00FA7E5F">
        <w:rPr>
          <w:rFonts w:cs="Shruti"/>
          <w:sz w:val="20"/>
          <w:szCs w:val="20"/>
          <w:cs/>
          <w:lang w:bidi="gu-IN"/>
        </w:rPr>
        <w:t>જેનો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અહેવાલ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નીચે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મુજબ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છે</w:t>
      </w:r>
      <w:r w:rsidRPr="00FA7E5F">
        <w:rPr>
          <w:sz w:val="20"/>
          <w:szCs w:val="20"/>
        </w:rPr>
        <w:t>:</w:t>
      </w:r>
    </w:p>
    <w:p w14:paraId="50E59A8F" w14:textId="77777777" w:rsidR="00FA7E5F" w:rsidRPr="00FA7E5F" w:rsidRDefault="00FA7E5F" w:rsidP="00FA7E5F">
      <w:pPr>
        <w:pStyle w:val="Heading2"/>
        <w:spacing w:line="240" w:lineRule="auto"/>
        <w:rPr>
          <w:sz w:val="20"/>
          <w:szCs w:val="20"/>
        </w:rPr>
      </w:pPr>
      <w:r w:rsidRPr="00FA7E5F">
        <w:rPr>
          <w:rFonts w:cs="Shruti"/>
          <w:sz w:val="20"/>
          <w:szCs w:val="20"/>
          <w:cs/>
          <w:lang w:bidi="gu-IN"/>
        </w:rPr>
        <w:t>૧</w:t>
      </w:r>
      <w:r w:rsidRPr="00FA7E5F">
        <w:rPr>
          <w:sz w:val="20"/>
          <w:szCs w:val="20"/>
        </w:rPr>
        <w:t xml:space="preserve">. </w:t>
      </w:r>
      <w:r w:rsidRPr="00FA7E5F">
        <w:rPr>
          <w:rFonts w:cs="Shruti"/>
          <w:sz w:val="20"/>
          <w:szCs w:val="20"/>
          <w:cs/>
          <w:lang w:bidi="gu-IN"/>
        </w:rPr>
        <w:t>વ્યાવસાયિક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શિક્ષણ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અંતર્ગત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યોજાતી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મુખ્ય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પ્રવૃત્તિઓ</w:t>
      </w:r>
      <w:r w:rsidRPr="00FA7E5F">
        <w:rPr>
          <w:sz w:val="20"/>
          <w:szCs w:val="20"/>
        </w:rPr>
        <w:t>:</w:t>
      </w:r>
    </w:p>
    <w:p w14:paraId="13674A20" w14:textId="77777777" w:rsidR="00FA7E5F" w:rsidRPr="00FA7E5F" w:rsidRDefault="00FA7E5F" w:rsidP="00FA7E5F">
      <w:pPr>
        <w:pStyle w:val="ListBullet"/>
        <w:spacing w:after="0" w:line="240" w:lineRule="auto"/>
        <w:rPr>
          <w:sz w:val="20"/>
          <w:szCs w:val="20"/>
        </w:rPr>
      </w:pPr>
      <w:r w:rsidRPr="00FA7E5F">
        <w:rPr>
          <w:rFonts w:cs="Shruti"/>
          <w:sz w:val="20"/>
          <w:szCs w:val="20"/>
          <w:cs/>
          <w:lang w:bidi="gu-IN"/>
        </w:rPr>
        <w:t>સ્થાનિક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કારીગરો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અને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વ્યાવસાયિકોની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મુલાકાત</w:t>
      </w:r>
      <w:r w:rsidRPr="00FA7E5F">
        <w:rPr>
          <w:sz w:val="20"/>
          <w:szCs w:val="20"/>
        </w:rPr>
        <w:t xml:space="preserve">: </w:t>
      </w:r>
      <w:r w:rsidRPr="00FA7E5F">
        <w:rPr>
          <w:rFonts w:cs="Shruti"/>
          <w:sz w:val="20"/>
          <w:szCs w:val="20"/>
          <w:cs/>
          <w:lang w:bidi="gu-IN"/>
        </w:rPr>
        <w:t>વિદ્યાર્થીઓ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વાસ્તવિક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જીવનના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વ્યવસાયોથી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પરિચિત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થાય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તે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માટે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ગામના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કુશળ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કારીગરો</w:t>
      </w:r>
      <w:r w:rsidRPr="00FA7E5F">
        <w:rPr>
          <w:sz w:val="20"/>
          <w:szCs w:val="20"/>
        </w:rPr>
        <w:t xml:space="preserve"> (</w:t>
      </w:r>
      <w:r w:rsidRPr="00FA7E5F">
        <w:rPr>
          <w:rFonts w:cs="Shruti"/>
          <w:sz w:val="20"/>
          <w:szCs w:val="20"/>
          <w:cs/>
          <w:lang w:bidi="gu-IN"/>
        </w:rPr>
        <w:t>જેવા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કે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સુથાર</w:t>
      </w:r>
      <w:r w:rsidRPr="00FA7E5F">
        <w:rPr>
          <w:sz w:val="20"/>
          <w:szCs w:val="20"/>
        </w:rPr>
        <w:t xml:space="preserve">, </w:t>
      </w:r>
      <w:r w:rsidRPr="00FA7E5F">
        <w:rPr>
          <w:rFonts w:cs="Shruti"/>
          <w:sz w:val="20"/>
          <w:szCs w:val="20"/>
          <w:cs/>
          <w:lang w:bidi="gu-IN"/>
        </w:rPr>
        <w:t>લુહાર</w:t>
      </w:r>
      <w:r w:rsidRPr="00FA7E5F">
        <w:rPr>
          <w:sz w:val="20"/>
          <w:szCs w:val="20"/>
        </w:rPr>
        <w:t xml:space="preserve">, </w:t>
      </w:r>
      <w:r w:rsidRPr="00FA7E5F">
        <w:rPr>
          <w:rFonts w:cs="Shruti"/>
          <w:sz w:val="20"/>
          <w:szCs w:val="20"/>
          <w:cs/>
          <w:lang w:bidi="gu-IN"/>
        </w:rPr>
        <w:t>ખેડૂત</w:t>
      </w:r>
      <w:r w:rsidRPr="00FA7E5F">
        <w:rPr>
          <w:sz w:val="20"/>
          <w:szCs w:val="20"/>
        </w:rPr>
        <w:t xml:space="preserve">, </w:t>
      </w:r>
      <w:r w:rsidRPr="00FA7E5F">
        <w:rPr>
          <w:rFonts w:cs="Shruti"/>
          <w:sz w:val="20"/>
          <w:szCs w:val="20"/>
          <w:cs/>
          <w:lang w:bidi="gu-IN"/>
        </w:rPr>
        <w:t>કુંભાર</w:t>
      </w:r>
      <w:r w:rsidRPr="00FA7E5F">
        <w:rPr>
          <w:sz w:val="20"/>
          <w:szCs w:val="20"/>
        </w:rPr>
        <w:t xml:space="preserve">) </w:t>
      </w:r>
      <w:r w:rsidRPr="00FA7E5F">
        <w:rPr>
          <w:rFonts w:cs="Shruti"/>
          <w:sz w:val="20"/>
          <w:szCs w:val="20"/>
          <w:cs/>
          <w:lang w:bidi="gu-IN"/>
        </w:rPr>
        <w:t>ને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શાળામાં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આમંત્રિત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કરી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તેમના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કાર્યની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પદ્ધતિઓનું</w:t>
      </w:r>
      <w:r w:rsidRPr="00FA7E5F">
        <w:rPr>
          <w:sz w:val="20"/>
          <w:szCs w:val="20"/>
        </w:rPr>
        <w:t xml:space="preserve"> </w:t>
      </w:r>
      <w:r w:rsidRPr="00FA7E5F">
        <w:rPr>
          <w:rFonts w:cs="Gautami"/>
          <w:sz w:val="20"/>
          <w:szCs w:val="20"/>
          <w:cs/>
          <w:lang w:bidi="te-IN"/>
        </w:rPr>
        <w:t>ప్రత్య</w:t>
      </w:r>
      <w:r w:rsidRPr="00FA7E5F">
        <w:rPr>
          <w:rFonts w:cs="Shruti"/>
          <w:sz w:val="20"/>
          <w:szCs w:val="20"/>
          <w:cs/>
          <w:lang w:bidi="gu-IN"/>
        </w:rPr>
        <w:t>ક્ષ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નિદર્શન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કરાવાય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છે</w:t>
      </w:r>
      <w:r w:rsidRPr="00FA7E5F">
        <w:rPr>
          <w:sz w:val="20"/>
          <w:szCs w:val="20"/>
        </w:rPr>
        <w:t>.</w:t>
      </w:r>
    </w:p>
    <w:p w14:paraId="7C936FDC" w14:textId="77777777" w:rsidR="00FA7E5F" w:rsidRPr="00FA7E5F" w:rsidRDefault="00FA7E5F" w:rsidP="00FA7E5F">
      <w:pPr>
        <w:pStyle w:val="ListBullet"/>
        <w:spacing w:after="0" w:line="240" w:lineRule="auto"/>
        <w:rPr>
          <w:sz w:val="20"/>
          <w:szCs w:val="20"/>
        </w:rPr>
      </w:pPr>
      <w:r w:rsidRPr="00FA7E5F">
        <w:rPr>
          <w:rFonts w:cs="Shruti"/>
          <w:sz w:val="20"/>
          <w:szCs w:val="20"/>
          <w:cs/>
          <w:lang w:bidi="gu-IN"/>
        </w:rPr>
        <w:t>હસ્તકળા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અને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શ્રમ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પ્રવૃત્તિઓ</w:t>
      </w:r>
      <w:r w:rsidRPr="00FA7E5F">
        <w:rPr>
          <w:sz w:val="20"/>
          <w:szCs w:val="20"/>
        </w:rPr>
        <w:t xml:space="preserve">: </w:t>
      </w:r>
      <w:r w:rsidRPr="00FA7E5F">
        <w:rPr>
          <w:rFonts w:cs="Shruti"/>
          <w:sz w:val="20"/>
          <w:szCs w:val="20"/>
          <w:cs/>
          <w:lang w:bidi="gu-IN"/>
        </w:rPr>
        <w:t>કાગળ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કામ</w:t>
      </w:r>
      <w:r w:rsidRPr="00FA7E5F">
        <w:rPr>
          <w:sz w:val="20"/>
          <w:szCs w:val="20"/>
        </w:rPr>
        <w:t xml:space="preserve">, </w:t>
      </w:r>
      <w:r w:rsidRPr="00FA7E5F">
        <w:rPr>
          <w:rFonts w:cs="Shruti"/>
          <w:sz w:val="20"/>
          <w:szCs w:val="20"/>
          <w:cs/>
          <w:lang w:bidi="gu-IN"/>
        </w:rPr>
        <w:t>માટીકામ</w:t>
      </w:r>
      <w:r w:rsidRPr="00FA7E5F">
        <w:rPr>
          <w:sz w:val="20"/>
          <w:szCs w:val="20"/>
        </w:rPr>
        <w:t xml:space="preserve">, </w:t>
      </w:r>
      <w:r w:rsidRPr="00FA7E5F">
        <w:rPr>
          <w:rFonts w:cs="Shruti"/>
          <w:sz w:val="20"/>
          <w:szCs w:val="20"/>
          <w:cs/>
          <w:lang w:bidi="gu-IN"/>
        </w:rPr>
        <w:t>સીવણકામની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પ્રાથમિક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સમજ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અને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વેસ્ટમાંથી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બેસ્ટ</w:t>
      </w:r>
      <w:r w:rsidRPr="00FA7E5F">
        <w:rPr>
          <w:sz w:val="20"/>
          <w:szCs w:val="20"/>
        </w:rPr>
        <w:t xml:space="preserve"> (Best out of Waste) </w:t>
      </w:r>
      <w:r w:rsidRPr="00FA7E5F">
        <w:rPr>
          <w:rFonts w:cs="Shruti"/>
          <w:sz w:val="20"/>
          <w:szCs w:val="20"/>
          <w:cs/>
          <w:lang w:bidi="gu-IN"/>
        </w:rPr>
        <w:t>વસ્તુઓ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બનાવવાની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તાલીમ</w:t>
      </w:r>
      <w:r w:rsidRPr="00FA7E5F">
        <w:rPr>
          <w:sz w:val="20"/>
          <w:szCs w:val="20"/>
        </w:rPr>
        <w:t>.</w:t>
      </w:r>
    </w:p>
    <w:p w14:paraId="3F373AA4" w14:textId="77777777" w:rsidR="00FA7E5F" w:rsidRPr="00FA7E5F" w:rsidRDefault="00FA7E5F" w:rsidP="00FA7E5F">
      <w:pPr>
        <w:pStyle w:val="ListBullet"/>
        <w:spacing w:after="0" w:line="240" w:lineRule="auto"/>
        <w:rPr>
          <w:sz w:val="20"/>
          <w:szCs w:val="20"/>
        </w:rPr>
      </w:pPr>
      <w:r w:rsidRPr="00FA7E5F">
        <w:rPr>
          <w:rFonts w:cs="Shruti"/>
          <w:sz w:val="20"/>
          <w:szCs w:val="20"/>
          <w:cs/>
          <w:lang w:bidi="gu-IN"/>
        </w:rPr>
        <w:t>કૃષિ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અને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બાગાયત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તાલીમ</w:t>
      </w:r>
      <w:r w:rsidRPr="00FA7E5F">
        <w:rPr>
          <w:sz w:val="20"/>
          <w:szCs w:val="20"/>
        </w:rPr>
        <w:t xml:space="preserve">: </w:t>
      </w:r>
      <w:r w:rsidRPr="00FA7E5F">
        <w:rPr>
          <w:rFonts w:cs="Shruti"/>
          <w:sz w:val="20"/>
          <w:szCs w:val="20"/>
          <w:cs/>
          <w:lang w:bidi="gu-IN"/>
        </w:rPr>
        <w:t>શાળાના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બગીચામાં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છોડ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ઉછેરવા</w:t>
      </w:r>
      <w:r w:rsidRPr="00FA7E5F">
        <w:rPr>
          <w:sz w:val="20"/>
          <w:szCs w:val="20"/>
        </w:rPr>
        <w:t xml:space="preserve">, </w:t>
      </w:r>
      <w:r w:rsidRPr="00FA7E5F">
        <w:rPr>
          <w:rFonts w:cs="Shruti"/>
          <w:sz w:val="20"/>
          <w:szCs w:val="20"/>
          <w:cs/>
          <w:lang w:bidi="gu-IN"/>
        </w:rPr>
        <w:t>ખાતર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બનાવવું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અને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શાકભાજીની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માવજત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કરવી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જેવા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કૃષિ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વિષયક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પાયાના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કૌશલ્યો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શીખવવામાં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આવે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છે</w:t>
      </w:r>
      <w:r w:rsidRPr="00FA7E5F">
        <w:rPr>
          <w:sz w:val="20"/>
          <w:szCs w:val="20"/>
        </w:rPr>
        <w:t>.</w:t>
      </w:r>
    </w:p>
    <w:p w14:paraId="44D178D3" w14:textId="77777777" w:rsidR="00FA7E5F" w:rsidRPr="00FA7E5F" w:rsidRDefault="00FA7E5F" w:rsidP="00FA7E5F">
      <w:pPr>
        <w:pStyle w:val="ListBullet"/>
        <w:spacing w:after="0" w:line="240" w:lineRule="auto"/>
        <w:rPr>
          <w:sz w:val="20"/>
          <w:szCs w:val="20"/>
        </w:rPr>
      </w:pPr>
      <w:r w:rsidRPr="00FA7E5F">
        <w:rPr>
          <w:rFonts w:cs="Shruti"/>
          <w:sz w:val="20"/>
          <w:szCs w:val="20"/>
          <w:cs/>
          <w:lang w:bidi="gu-IN"/>
        </w:rPr>
        <w:t>ડિજિટલ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અને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તકનીકી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કૌશલ્યો</w:t>
      </w:r>
      <w:r w:rsidRPr="00FA7E5F">
        <w:rPr>
          <w:sz w:val="20"/>
          <w:szCs w:val="20"/>
        </w:rPr>
        <w:t xml:space="preserve">: </w:t>
      </w:r>
      <w:r w:rsidRPr="00FA7E5F">
        <w:rPr>
          <w:rFonts w:cs="Shruti"/>
          <w:sz w:val="20"/>
          <w:szCs w:val="20"/>
          <w:cs/>
          <w:lang w:bidi="gu-IN"/>
        </w:rPr>
        <w:t>સ્માર્ટ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ક્લાસ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અને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કમ્પ્યુટર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લેબના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માધ્યમથી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વિદ્યાર્થીઓને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બેઝિક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ડિજિટલ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સાક્ષરતા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અને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ટેક્નોલોજીના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ઉપયોગ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અંગે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માર્ગદર્શન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અપાય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છે</w:t>
      </w:r>
      <w:r w:rsidRPr="00FA7E5F">
        <w:rPr>
          <w:sz w:val="20"/>
          <w:szCs w:val="20"/>
        </w:rPr>
        <w:t>.</w:t>
      </w:r>
    </w:p>
    <w:p w14:paraId="331508ED" w14:textId="77777777" w:rsidR="00FA7E5F" w:rsidRPr="00FA7E5F" w:rsidRDefault="00FA7E5F" w:rsidP="00FA7E5F">
      <w:pPr>
        <w:pStyle w:val="Heading2"/>
        <w:spacing w:line="240" w:lineRule="auto"/>
        <w:rPr>
          <w:sz w:val="20"/>
          <w:szCs w:val="20"/>
        </w:rPr>
      </w:pPr>
      <w:r w:rsidRPr="00FA7E5F">
        <w:rPr>
          <w:rFonts w:cs="Shruti"/>
          <w:sz w:val="20"/>
          <w:szCs w:val="20"/>
          <w:cs/>
          <w:lang w:bidi="gu-IN"/>
        </w:rPr>
        <w:t>૨</w:t>
      </w:r>
      <w:r w:rsidRPr="00FA7E5F">
        <w:rPr>
          <w:sz w:val="20"/>
          <w:szCs w:val="20"/>
        </w:rPr>
        <w:t xml:space="preserve">. </w:t>
      </w:r>
      <w:r w:rsidRPr="00FA7E5F">
        <w:rPr>
          <w:rFonts w:cs="Shruti"/>
          <w:sz w:val="20"/>
          <w:szCs w:val="20"/>
          <w:cs/>
          <w:lang w:bidi="gu-IN"/>
        </w:rPr>
        <w:t>વ્યાવસાયિક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શિક્ષણ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પ્રવૃત્તિઓનું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આયોજન</w:t>
      </w:r>
      <w:r w:rsidRPr="00FA7E5F">
        <w:rPr>
          <w:sz w:val="20"/>
          <w:szCs w:val="20"/>
        </w:rPr>
        <w:t xml:space="preserve"> </w:t>
      </w:r>
      <w:r w:rsidRPr="00FA7E5F">
        <w:rPr>
          <w:rFonts w:cs="Shruti"/>
          <w:sz w:val="20"/>
          <w:szCs w:val="20"/>
          <w:cs/>
          <w:lang w:bidi="gu-IN"/>
        </w:rPr>
        <w:t>પત્રક</w:t>
      </w:r>
      <w:r w:rsidRPr="00FA7E5F">
        <w:rPr>
          <w:sz w:val="20"/>
          <w:szCs w:val="20"/>
        </w:rPr>
        <w:t>: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534"/>
        <w:gridCol w:w="3786"/>
        <w:gridCol w:w="2160"/>
        <w:gridCol w:w="2842"/>
      </w:tblGrid>
      <w:tr w:rsidR="00FA7E5F" w:rsidRPr="00FA7E5F" w14:paraId="43445C41" w14:textId="77777777" w:rsidTr="00FA7E5F">
        <w:tc>
          <w:tcPr>
            <w:tcW w:w="534" w:type="dxa"/>
          </w:tcPr>
          <w:p w14:paraId="49043082" w14:textId="77777777" w:rsidR="00FA7E5F" w:rsidRPr="00FA7E5F" w:rsidRDefault="00FA7E5F" w:rsidP="00FA7E5F">
            <w:pPr>
              <w:rPr>
                <w:sz w:val="20"/>
                <w:szCs w:val="20"/>
              </w:rPr>
            </w:pPr>
            <w:r w:rsidRPr="00FA7E5F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ક્રમ</w:t>
            </w:r>
          </w:p>
        </w:tc>
        <w:tc>
          <w:tcPr>
            <w:tcW w:w="3786" w:type="dxa"/>
          </w:tcPr>
          <w:p w14:paraId="40C5BED9" w14:textId="77777777" w:rsidR="00FA7E5F" w:rsidRPr="00FA7E5F" w:rsidRDefault="00FA7E5F" w:rsidP="00FA7E5F">
            <w:pPr>
              <w:rPr>
                <w:sz w:val="20"/>
                <w:szCs w:val="20"/>
              </w:rPr>
            </w:pPr>
            <w:r w:rsidRPr="00FA7E5F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વ્યાવસાયિક</w:t>
            </w:r>
            <w:r w:rsidRPr="00FA7E5F">
              <w:rPr>
                <w:b/>
                <w:sz w:val="20"/>
                <w:szCs w:val="20"/>
              </w:rPr>
              <w:t xml:space="preserve"> </w:t>
            </w:r>
            <w:r w:rsidRPr="00FA7E5F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પ્રવૃત્તિ</w:t>
            </w:r>
            <w:r w:rsidRPr="00FA7E5F">
              <w:rPr>
                <w:b/>
                <w:sz w:val="20"/>
                <w:szCs w:val="20"/>
              </w:rPr>
              <w:t xml:space="preserve"> / </w:t>
            </w:r>
            <w:r w:rsidRPr="00FA7E5F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કાર્યક્રમ</w:t>
            </w:r>
          </w:p>
        </w:tc>
        <w:tc>
          <w:tcPr>
            <w:tcW w:w="2160" w:type="dxa"/>
          </w:tcPr>
          <w:p w14:paraId="7D375994" w14:textId="77777777" w:rsidR="00FA7E5F" w:rsidRPr="00FA7E5F" w:rsidRDefault="00FA7E5F" w:rsidP="00FA7E5F">
            <w:pPr>
              <w:rPr>
                <w:sz w:val="20"/>
                <w:szCs w:val="20"/>
              </w:rPr>
            </w:pPr>
            <w:r w:rsidRPr="00FA7E5F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ભાગ</w:t>
            </w:r>
            <w:r w:rsidRPr="00FA7E5F">
              <w:rPr>
                <w:b/>
                <w:sz w:val="20"/>
                <w:szCs w:val="20"/>
              </w:rPr>
              <w:t xml:space="preserve"> </w:t>
            </w:r>
            <w:r w:rsidRPr="00FA7E5F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લેનાર</w:t>
            </w:r>
            <w:r w:rsidRPr="00FA7E5F">
              <w:rPr>
                <w:b/>
                <w:sz w:val="20"/>
                <w:szCs w:val="20"/>
              </w:rPr>
              <w:t xml:space="preserve"> </w:t>
            </w:r>
            <w:r w:rsidRPr="00FA7E5F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ધોરણ</w:t>
            </w:r>
          </w:p>
        </w:tc>
        <w:tc>
          <w:tcPr>
            <w:tcW w:w="2842" w:type="dxa"/>
          </w:tcPr>
          <w:p w14:paraId="4F747F4C" w14:textId="77777777" w:rsidR="00FA7E5F" w:rsidRPr="00FA7E5F" w:rsidRDefault="00FA7E5F" w:rsidP="00FA7E5F">
            <w:pPr>
              <w:rPr>
                <w:sz w:val="20"/>
                <w:szCs w:val="20"/>
              </w:rPr>
            </w:pPr>
            <w:r w:rsidRPr="00FA7E5F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મુખ્ય</w:t>
            </w:r>
            <w:r w:rsidRPr="00FA7E5F">
              <w:rPr>
                <w:b/>
                <w:sz w:val="20"/>
                <w:szCs w:val="20"/>
              </w:rPr>
              <w:t xml:space="preserve"> </w:t>
            </w:r>
            <w:r w:rsidRPr="00FA7E5F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હેતુ</w:t>
            </w:r>
            <w:r w:rsidRPr="00FA7E5F">
              <w:rPr>
                <w:b/>
                <w:sz w:val="20"/>
                <w:szCs w:val="20"/>
              </w:rPr>
              <w:t xml:space="preserve"> / </w:t>
            </w:r>
            <w:r w:rsidRPr="00FA7E5F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કૌશલ્ય</w:t>
            </w:r>
            <w:r w:rsidRPr="00FA7E5F">
              <w:rPr>
                <w:b/>
                <w:sz w:val="20"/>
                <w:szCs w:val="20"/>
              </w:rPr>
              <w:t xml:space="preserve"> </w:t>
            </w:r>
            <w:r w:rsidRPr="00FA7E5F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વિકાસ</w:t>
            </w:r>
          </w:p>
        </w:tc>
      </w:tr>
      <w:tr w:rsidR="00FA7E5F" w:rsidRPr="00FA7E5F" w14:paraId="454910B5" w14:textId="77777777" w:rsidTr="00FA7E5F">
        <w:tc>
          <w:tcPr>
            <w:tcW w:w="534" w:type="dxa"/>
          </w:tcPr>
          <w:p w14:paraId="3093F4B1" w14:textId="77777777" w:rsidR="00FA7E5F" w:rsidRPr="00FA7E5F" w:rsidRDefault="00FA7E5F" w:rsidP="00FA7E5F">
            <w:pPr>
              <w:jc w:val="center"/>
              <w:rPr>
                <w:sz w:val="20"/>
                <w:szCs w:val="20"/>
              </w:rPr>
            </w:pPr>
            <w:r w:rsidRPr="00FA7E5F">
              <w:rPr>
                <w:rFonts w:cs="Shruti"/>
                <w:sz w:val="20"/>
                <w:szCs w:val="20"/>
                <w:cs/>
                <w:lang w:bidi="gu-IN"/>
              </w:rPr>
              <w:t>૧</w:t>
            </w:r>
          </w:p>
        </w:tc>
        <w:tc>
          <w:tcPr>
            <w:tcW w:w="3786" w:type="dxa"/>
          </w:tcPr>
          <w:p w14:paraId="371F044A" w14:textId="77777777" w:rsidR="00FA7E5F" w:rsidRPr="00FA7E5F" w:rsidRDefault="00FA7E5F" w:rsidP="00FA7E5F">
            <w:pPr>
              <w:rPr>
                <w:sz w:val="20"/>
                <w:szCs w:val="20"/>
              </w:rPr>
            </w:pPr>
            <w:r w:rsidRPr="00FA7E5F">
              <w:rPr>
                <w:rFonts w:cs="Shruti"/>
                <w:sz w:val="20"/>
                <w:szCs w:val="20"/>
                <w:cs/>
                <w:lang w:bidi="gu-IN"/>
              </w:rPr>
              <w:t>સ્થાનિક</w:t>
            </w:r>
            <w:r w:rsidRPr="00FA7E5F">
              <w:rPr>
                <w:sz w:val="20"/>
                <w:szCs w:val="20"/>
              </w:rPr>
              <w:t xml:space="preserve"> </w:t>
            </w:r>
            <w:r w:rsidRPr="00FA7E5F">
              <w:rPr>
                <w:rFonts w:cs="Shruti"/>
                <w:sz w:val="20"/>
                <w:szCs w:val="20"/>
                <w:cs/>
                <w:lang w:bidi="gu-IN"/>
              </w:rPr>
              <w:t>કારીગરોની</w:t>
            </w:r>
            <w:r w:rsidRPr="00FA7E5F">
              <w:rPr>
                <w:sz w:val="20"/>
                <w:szCs w:val="20"/>
              </w:rPr>
              <w:t xml:space="preserve"> </w:t>
            </w:r>
            <w:r w:rsidRPr="00FA7E5F">
              <w:rPr>
                <w:rFonts w:cs="Shruti"/>
                <w:sz w:val="20"/>
                <w:szCs w:val="20"/>
                <w:cs/>
                <w:lang w:bidi="gu-IN"/>
              </w:rPr>
              <w:t>મુલાકાત</w:t>
            </w:r>
            <w:r w:rsidRPr="00FA7E5F">
              <w:rPr>
                <w:sz w:val="20"/>
                <w:szCs w:val="20"/>
              </w:rPr>
              <w:t xml:space="preserve"> </w:t>
            </w:r>
            <w:r w:rsidRPr="00FA7E5F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FA7E5F">
              <w:rPr>
                <w:sz w:val="20"/>
                <w:szCs w:val="20"/>
              </w:rPr>
              <w:t xml:space="preserve"> </w:t>
            </w:r>
            <w:r w:rsidRPr="00FA7E5F">
              <w:rPr>
                <w:rFonts w:cs="Shruti"/>
                <w:sz w:val="20"/>
                <w:szCs w:val="20"/>
                <w:cs/>
                <w:lang w:bidi="gu-IN"/>
              </w:rPr>
              <w:t>માર્ગદર્શન</w:t>
            </w:r>
          </w:p>
        </w:tc>
        <w:tc>
          <w:tcPr>
            <w:tcW w:w="2160" w:type="dxa"/>
          </w:tcPr>
          <w:p w14:paraId="3BF46A7E" w14:textId="77777777" w:rsidR="00FA7E5F" w:rsidRPr="00FA7E5F" w:rsidRDefault="00FA7E5F" w:rsidP="00FA7E5F">
            <w:pPr>
              <w:rPr>
                <w:sz w:val="20"/>
                <w:szCs w:val="20"/>
              </w:rPr>
            </w:pPr>
            <w:r w:rsidRPr="00FA7E5F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FA7E5F">
              <w:rPr>
                <w:sz w:val="20"/>
                <w:szCs w:val="20"/>
              </w:rPr>
              <w:t xml:space="preserve"> </w:t>
            </w:r>
            <w:r w:rsidRPr="00FA7E5F">
              <w:rPr>
                <w:rFonts w:cs="Shruti"/>
                <w:sz w:val="20"/>
                <w:szCs w:val="20"/>
                <w:cs/>
                <w:lang w:bidi="gu-IN"/>
              </w:rPr>
              <w:t>૬</w:t>
            </w:r>
            <w:r w:rsidRPr="00FA7E5F">
              <w:rPr>
                <w:sz w:val="20"/>
                <w:szCs w:val="20"/>
              </w:rPr>
              <w:t xml:space="preserve"> </w:t>
            </w:r>
            <w:r w:rsidRPr="00FA7E5F">
              <w:rPr>
                <w:rFonts w:cs="Shruti"/>
                <w:sz w:val="20"/>
                <w:szCs w:val="20"/>
                <w:cs/>
                <w:lang w:bidi="gu-IN"/>
              </w:rPr>
              <w:t>થી</w:t>
            </w:r>
            <w:r w:rsidRPr="00FA7E5F">
              <w:rPr>
                <w:sz w:val="20"/>
                <w:szCs w:val="20"/>
              </w:rPr>
              <w:t xml:space="preserve"> </w:t>
            </w:r>
            <w:r w:rsidRPr="00FA7E5F">
              <w:rPr>
                <w:rFonts w:cs="Shruti"/>
                <w:sz w:val="20"/>
                <w:szCs w:val="20"/>
                <w:cs/>
                <w:lang w:bidi="gu-IN"/>
              </w:rPr>
              <w:t>૮</w:t>
            </w:r>
          </w:p>
        </w:tc>
        <w:tc>
          <w:tcPr>
            <w:tcW w:w="2842" w:type="dxa"/>
          </w:tcPr>
          <w:p w14:paraId="2AA634EC" w14:textId="77777777" w:rsidR="00FA7E5F" w:rsidRPr="00FA7E5F" w:rsidRDefault="00FA7E5F" w:rsidP="00FA7E5F">
            <w:pPr>
              <w:rPr>
                <w:sz w:val="20"/>
                <w:szCs w:val="20"/>
              </w:rPr>
            </w:pPr>
            <w:r w:rsidRPr="00FA7E5F">
              <w:rPr>
                <w:rFonts w:cs="Shruti"/>
                <w:sz w:val="20"/>
                <w:szCs w:val="20"/>
                <w:cs/>
                <w:lang w:bidi="gu-IN"/>
              </w:rPr>
              <w:t>વ્યવસાયો</w:t>
            </w:r>
            <w:r w:rsidRPr="00FA7E5F">
              <w:rPr>
                <w:sz w:val="20"/>
                <w:szCs w:val="20"/>
              </w:rPr>
              <w:t xml:space="preserve"> </w:t>
            </w:r>
            <w:r w:rsidRPr="00FA7E5F">
              <w:rPr>
                <w:rFonts w:cs="Shruti"/>
                <w:sz w:val="20"/>
                <w:szCs w:val="20"/>
                <w:cs/>
                <w:lang w:bidi="gu-IN"/>
              </w:rPr>
              <w:t>પ્રત્યે</w:t>
            </w:r>
            <w:r w:rsidRPr="00FA7E5F">
              <w:rPr>
                <w:sz w:val="20"/>
                <w:szCs w:val="20"/>
              </w:rPr>
              <w:t xml:space="preserve"> </w:t>
            </w:r>
            <w:r w:rsidRPr="00FA7E5F">
              <w:rPr>
                <w:rFonts w:cs="Shruti"/>
                <w:sz w:val="20"/>
                <w:szCs w:val="20"/>
                <w:cs/>
                <w:lang w:bidi="gu-IN"/>
              </w:rPr>
              <w:t>સન્માન</w:t>
            </w:r>
            <w:r w:rsidRPr="00FA7E5F">
              <w:rPr>
                <w:sz w:val="20"/>
                <w:szCs w:val="20"/>
              </w:rPr>
              <w:t xml:space="preserve"> </w:t>
            </w:r>
            <w:r w:rsidRPr="00FA7E5F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FA7E5F">
              <w:rPr>
                <w:sz w:val="20"/>
                <w:szCs w:val="20"/>
              </w:rPr>
              <w:t xml:space="preserve"> </w:t>
            </w:r>
            <w:r w:rsidRPr="00FA7E5F">
              <w:rPr>
                <w:rFonts w:cs="Shruti"/>
                <w:sz w:val="20"/>
                <w:szCs w:val="20"/>
                <w:cs/>
                <w:lang w:bidi="gu-IN"/>
              </w:rPr>
              <w:t>સમજ</w:t>
            </w:r>
          </w:p>
        </w:tc>
      </w:tr>
      <w:tr w:rsidR="00FA7E5F" w:rsidRPr="00FA7E5F" w14:paraId="41488AA9" w14:textId="77777777" w:rsidTr="00FA7E5F">
        <w:tc>
          <w:tcPr>
            <w:tcW w:w="534" w:type="dxa"/>
          </w:tcPr>
          <w:p w14:paraId="1F12DAD4" w14:textId="77777777" w:rsidR="00FA7E5F" w:rsidRPr="00FA7E5F" w:rsidRDefault="00FA7E5F" w:rsidP="00FA7E5F">
            <w:pPr>
              <w:jc w:val="center"/>
              <w:rPr>
                <w:sz w:val="20"/>
                <w:szCs w:val="20"/>
              </w:rPr>
            </w:pPr>
            <w:r w:rsidRPr="00FA7E5F">
              <w:rPr>
                <w:rFonts w:cs="Shruti"/>
                <w:sz w:val="20"/>
                <w:szCs w:val="20"/>
                <w:cs/>
                <w:lang w:bidi="gu-IN"/>
              </w:rPr>
              <w:t>૨</w:t>
            </w:r>
          </w:p>
        </w:tc>
        <w:tc>
          <w:tcPr>
            <w:tcW w:w="3786" w:type="dxa"/>
          </w:tcPr>
          <w:p w14:paraId="3161C026" w14:textId="77777777" w:rsidR="00FA7E5F" w:rsidRPr="00FA7E5F" w:rsidRDefault="00FA7E5F" w:rsidP="00FA7E5F">
            <w:pPr>
              <w:rPr>
                <w:sz w:val="20"/>
                <w:szCs w:val="20"/>
              </w:rPr>
            </w:pPr>
            <w:r w:rsidRPr="00FA7E5F">
              <w:rPr>
                <w:rFonts w:cs="Shruti"/>
                <w:sz w:val="20"/>
                <w:szCs w:val="20"/>
                <w:cs/>
                <w:lang w:bidi="gu-IN"/>
              </w:rPr>
              <w:t>માટીકામ</w:t>
            </w:r>
            <w:r w:rsidRPr="00FA7E5F">
              <w:rPr>
                <w:sz w:val="20"/>
                <w:szCs w:val="20"/>
              </w:rPr>
              <w:t xml:space="preserve"> </w:t>
            </w:r>
            <w:r w:rsidRPr="00FA7E5F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FA7E5F">
              <w:rPr>
                <w:sz w:val="20"/>
                <w:szCs w:val="20"/>
              </w:rPr>
              <w:t xml:space="preserve"> </w:t>
            </w:r>
            <w:r w:rsidRPr="00FA7E5F">
              <w:rPr>
                <w:rFonts w:cs="Shruti"/>
                <w:sz w:val="20"/>
                <w:szCs w:val="20"/>
                <w:cs/>
                <w:lang w:bidi="gu-IN"/>
              </w:rPr>
              <w:t>હસ્તકળા</w:t>
            </w:r>
            <w:r w:rsidRPr="00FA7E5F">
              <w:rPr>
                <w:sz w:val="20"/>
                <w:szCs w:val="20"/>
              </w:rPr>
              <w:t xml:space="preserve"> </w:t>
            </w:r>
            <w:r w:rsidRPr="00FA7E5F">
              <w:rPr>
                <w:rFonts w:cs="Shruti"/>
                <w:sz w:val="20"/>
                <w:szCs w:val="20"/>
                <w:cs/>
                <w:lang w:bidi="gu-IN"/>
              </w:rPr>
              <w:t>તાલીમ</w:t>
            </w:r>
            <w:r w:rsidRPr="00FA7E5F">
              <w:rPr>
                <w:sz w:val="20"/>
                <w:szCs w:val="20"/>
              </w:rPr>
              <w:t xml:space="preserve"> </w:t>
            </w:r>
            <w:r w:rsidRPr="00FA7E5F">
              <w:rPr>
                <w:rFonts w:cs="Shruti"/>
                <w:sz w:val="20"/>
                <w:szCs w:val="20"/>
                <w:cs/>
                <w:lang w:bidi="gu-IN"/>
              </w:rPr>
              <w:t>શિબિર</w:t>
            </w:r>
          </w:p>
        </w:tc>
        <w:tc>
          <w:tcPr>
            <w:tcW w:w="2160" w:type="dxa"/>
          </w:tcPr>
          <w:p w14:paraId="0E153013" w14:textId="77777777" w:rsidR="00FA7E5F" w:rsidRPr="00FA7E5F" w:rsidRDefault="00FA7E5F" w:rsidP="00FA7E5F">
            <w:pPr>
              <w:rPr>
                <w:sz w:val="20"/>
                <w:szCs w:val="20"/>
              </w:rPr>
            </w:pPr>
            <w:r w:rsidRPr="00FA7E5F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FA7E5F">
              <w:rPr>
                <w:sz w:val="20"/>
                <w:szCs w:val="20"/>
              </w:rPr>
              <w:t xml:space="preserve"> </w:t>
            </w:r>
            <w:r w:rsidRPr="00FA7E5F">
              <w:rPr>
                <w:rFonts w:cs="Shruti"/>
                <w:sz w:val="20"/>
                <w:szCs w:val="20"/>
                <w:cs/>
                <w:lang w:bidi="gu-IN"/>
              </w:rPr>
              <w:t>૩</w:t>
            </w:r>
            <w:r w:rsidRPr="00FA7E5F">
              <w:rPr>
                <w:sz w:val="20"/>
                <w:szCs w:val="20"/>
              </w:rPr>
              <w:t xml:space="preserve"> </w:t>
            </w:r>
            <w:r w:rsidRPr="00FA7E5F">
              <w:rPr>
                <w:rFonts w:cs="Shruti"/>
                <w:sz w:val="20"/>
                <w:szCs w:val="20"/>
                <w:cs/>
                <w:lang w:bidi="gu-IN"/>
              </w:rPr>
              <w:t>થી</w:t>
            </w:r>
            <w:r w:rsidRPr="00FA7E5F">
              <w:rPr>
                <w:sz w:val="20"/>
                <w:szCs w:val="20"/>
              </w:rPr>
              <w:t xml:space="preserve"> </w:t>
            </w:r>
            <w:r w:rsidRPr="00FA7E5F">
              <w:rPr>
                <w:rFonts w:cs="Shruti"/>
                <w:sz w:val="20"/>
                <w:szCs w:val="20"/>
                <w:cs/>
                <w:lang w:bidi="gu-IN"/>
              </w:rPr>
              <w:t>૫</w:t>
            </w:r>
          </w:p>
        </w:tc>
        <w:tc>
          <w:tcPr>
            <w:tcW w:w="2842" w:type="dxa"/>
          </w:tcPr>
          <w:p w14:paraId="5DE1FA34" w14:textId="77777777" w:rsidR="00FA7E5F" w:rsidRPr="00FA7E5F" w:rsidRDefault="00FA7E5F" w:rsidP="00FA7E5F">
            <w:pPr>
              <w:rPr>
                <w:sz w:val="20"/>
                <w:szCs w:val="20"/>
              </w:rPr>
            </w:pPr>
            <w:r w:rsidRPr="00FA7E5F">
              <w:rPr>
                <w:rFonts w:cs="Shruti"/>
                <w:sz w:val="20"/>
                <w:szCs w:val="20"/>
                <w:cs/>
                <w:lang w:bidi="gu-IN"/>
              </w:rPr>
              <w:t>સર્જનાત્મકતા</w:t>
            </w:r>
            <w:r w:rsidRPr="00FA7E5F">
              <w:rPr>
                <w:sz w:val="20"/>
                <w:szCs w:val="20"/>
              </w:rPr>
              <w:t xml:space="preserve"> </w:t>
            </w:r>
            <w:r w:rsidRPr="00FA7E5F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FA7E5F">
              <w:rPr>
                <w:sz w:val="20"/>
                <w:szCs w:val="20"/>
              </w:rPr>
              <w:t xml:space="preserve"> </w:t>
            </w:r>
            <w:r w:rsidRPr="00FA7E5F">
              <w:rPr>
                <w:rFonts w:cs="Shruti"/>
                <w:sz w:val="20"/>
                <w:szCs w:val="20"/>
                <w:cs/>
                <w:lang w:bidi="gu-IN"/>
              </w:rPr>
              <w:t>હાથની</w:t>
            </w:r>
            <w:r w:rsidRPr="00FA7E5F">
              <w:rPr>
                <w:sz w:val="20"/>
                <w:szCs w:val="20"/>
              </w:rPr>
              <w:t xml:space="preserve"> </w:t>
            </w:r>
            <w:r w:rsidRPr="00FA7E5F">
              <w:rPr>
                <w:rFonts w:cs="Shruti"/>
                <w:sz w:val="20"/>
                <w:szCs w:val="20"/>
                <w:cs/>
                <w:lang w:bidi="gu-IN"/>
              </w:rPr>
              <w:t>કુશળતા</w:t>
            </w:r>
          </w:p>
        </w:tc>
      </w:tr>
      <w:tr w:rsidR="00FA7E5F" w:rsidRPr="00FA7E5F" w14:paraId="6CFEB93D" w14:textId="77777777" w:rsidTr="00FA7E5F">
        <w:tc>
          <w:tcPr>
            <w:tcW w:w="534" w:type="dxa"/>
          </w:tcPr>
          <w:p w14:paraId="16FC5335" w14:textId="77777777" w:rsidR="00FA7E5F" w:rsidRPr="00FA7E5F" w:rsidRDefault="00FA7E5F" w:rsidP="00FA7E5F">
            <w:pPr>
              <w:jc w:val="center"/>
              <w:rPr>
                <w:sz w:val="20"/>
                <w:szCs w:val="20"/>
              </w:rPr>
            </w:pPr>
            <w:r w:rsidRPr="00FA7E5F">
              <w:rPr>
                <w:rFonts w:cs="Shruti"/>
                <w:sz w:val="20"/>
                <w:szCs w:val="20"/>
                <w:cs/>
                <w:lang w:bidi="gu-IN"/>
              </w:rPr>
              <w:t>૩</w:t>
            </w:r>
          </w:p>
        </w:tc>
        <w:tc>
          <w:tcPr>
            <w:tcW w:w="3786" w:type="dxa"/>
          </w:tcPr>
          <w:p w14:paraId="6910DB9D" w14:textId="77777777" w:rsidR="00FA7E5F" w:rsidRPr="00FA7E5F" w:rsidRDefault="00FA7E5F" w:rsidP="00FA7E5F">
            <w:pPr>
              <w:rPr>
                <w:sz w:val="20"/>
                <w:szCs w:val="20"/>
              </w:rPr>
            </w:pPr>
            <w:r w:rsidRPr="00FA7E5F">
              <w:rPr>
                <w:rFonts w:cs="Shruti"/>
                <w:sz w:val="20"/>
                <w:szCs w:val="20"/>
                <w:cs/>
                <w:lang w:bidi="gu-IN"/>
              </w:rPr>
              <w:t>બગીચાની</w:t>
            </w:r>
            <w:r w:rsidRPr="00FA7E5F">
              <w:rPr>
                <w:sz w:val="20"/>
                <w:szCs w:val="20"/>
              </w:rPr>
              <w:t xml:space="preserve"> </w:t>
            </w:r>
            <w:r w:rsidRPr="00FA7E5F">
              <w:rPr>
                <w:rFonts w:cs="Shruti"/>
                <w:sz w:val="20"/>
                <w:szCs w:val="20"/>
                <w:cs/>
                <w:lang w:bidi="gu-IN"/>
              </w:rPr>
              <w:t>માવજત</w:t>
            </w:r>
            <w:r w:rsidRPr="00FA7E5F">
              <w:rPr>
                <w:sz w:val="20"/>
                <w:szCs w:val="20"/>
              </w:rPr>
              <w:t xml:space="preserve"> </w:t>
            </w:r>
            <w:r w:rsidRPr="00FA7E5F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FA7E5F">
              <w:rPr>
                <w:sz w:val="20"/>
                <w:szCs w:val="20"/>
              </w:rPr>
              <w:t xml:space="preserve"> </w:t>
            </w:r>
            <w:r w:rsidRPr="00FA7E5F">
              <w:rPr>
                <w:rFonts w:cs="Shruti"/>
                <w:sz w:val="20"/>
                <w:szCs w:val="20"/>
                <w:cs/>
                <w:lang w:bidi="gu-IN"/>
              </w:rPr>
              <w:t>કૃષિ</w:t>
            </w:r>
            <w:r w:rsidRPr="00FA7E5F">
              <w:rPr>
                <w:sz w:val="20"/>
                <w:szCs w:val="20"/>
              </w:rPr>
              <w:t xml:space="preserve"> </w:t>
            </w:r>
            <w:r w:rsidRPr="00FA7E5F">
              <w:rPr>
                <w:rFonts w:cs="Shruti"/>
                <w:sz w:val="20"/>
                <w:szCs w:val="20"/>
                <w:cs/>
                <w:lang w:bidi="gu-IN"/>
              </w:rPr>
              <w:t>પ્રવૃત્તિ</w:t>
            </w:r>
          </w:p>
        </w:tc>
        <w:tc>
          <w:tcPr>
            <w:tcW w:w="2160" w:type="dxa"/>
          </w:tcPr>
          <w:p w14:paraId="46C5FB30" w14:textId="77777777" w:rsidR="00FA7E5F" w:rsidRPr="00FA7E5F" w:rsidRDefault="00FA7E5F" w:rsidP="00FA7E5F">
            <w:pPr>
              <w:rPr>
                <w:sz w:val="20"/>
                <w:szCs w:val="20"/>
              </w:rPr>
            </w:pPr>
            <w:r w:rsidRPr="00FA7E5F">
              <w:rPr>
                <w:rFonts w:cs="Shruti"/>
                <w:sz w:val="20"/>
                <w:szCs w:val="20"/>
                <w:cs/>
                <w:lang w:bidi="gu-IN"/>
              </w:rPr>
              <w:t>સમસ્ત</w:t>
            </w:r>
            <w:r w:rsidRPr="00FA7E5F">
              <w:rPr>
                <w:sz w:val="20"/>
                <w:szCs w:val="20"/>
              </w:rPr>
              <w:t xml:space="preserve"> </w:t>
            </w:r>
            <w:r w:rsidRPr="00FA7E5F">
              <w:rPr>
                <w:rFonts w:cs="Shruti"/>
                <w:sz w:val="20"/>
                <w:szCs w:val="20"/>
                <w:cs/>
                <w:lang w:bidi="gu-IN"/>
              </w:rPr>
              <w:t>વિદ્યાર્થીઓ</w:t>
            </w:r>
          </w:p>
        </w:tc>
        <w:tc>
          <w:tcPr>
            <w:tcW w:w="2842" w:type="dxa"/>
          </w:tcPr>
          <w:p w14:paraId="34424285" w14:textId="77777777" w:rsidR="00FA7E5F" w:rsidRPr="00FA7E5F" w:rsidRDefault="00FA7E5F" w:rsidP="00FA7E5F">
            <w:pPr>
              <w:rPr>
                <w:sz w:val="20"/>
                <w:szCs w:val="20"/>
              </w:rPr>
            </w:pPr>
            <w:r w:rsidRPr="00FA7E5F">
              <w:rPr>
                <w:rFonts w:cs="Shruti"/>
                <w:sz w:val="20"/>
                <w:szCs w:val="20"/>
                <w:cs/>
                <w:lang w:bidi="gu-IN"/>
              </w:rPr>
              <w:t>શ્રમનું</w:t>
            </w:r>
            <w:r w:rsidRPr="00FA7E5F">
              <w:rPr>
                <w:sz w:val="20"/>
                <w:szCs w:val="20"/>
              </w:rPr>
              <w:t xml:space="preserve"> </w:t>
            </w:r>
            <w:r w:rsidRPr="00FA7E5F">
              <w:rPr>
                <w:rFonts w:cs="Shruti"/>
                <w:sz w:val="20"/>
                <w:szCs w:val="20"/>
                <w:cs/>
                <w:lang w:bidi="gu-IN"/>
              </w:rPr>
              <w:t>ગૌરવ</w:t>
            </w:r>
            <w:r w:rsidRPr="00FA7E5F">
              <w:rPr>
                <w:sz w:val="20"/>
                <w:szCs w:val="20"/>
              </w:rPr>
              <w:t xml:space="preserve"> </w:t>
            </w:r>
            <w:r w:rsidRPr="00FA7E5F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FA7E5F">
              <w:rPr>
                <w:sz w:val="20"/>
                <w:szCs w:val="20"/>
              </w:rPr>
              <w:t xml:space="preserve"> </w:t>
            </w:r>
            <w:r w:rsidRPr="00FA7E5F">
              <w:rPr>
                <w:rFonts w:cs="Shruti"/>
                <w:sz w:val="20"/>
                <w:szCs w:val="20"/>
                <w:cs/>
                <w:lang w:bidi="gu-IN"/>
              </w:rPr>
              <w:t>પ્રકૃતિ</w:t>
            </w:r>
            <w:r w:rsidRPr="00FA7E5F">
              <w:rPr>
                <w:sz w:val="20"/>
                <w:szCs w:val="20"/>
              </w:rPr>
              <w:t xml:space="preserve"> </w:t>
            </w:r>
            <w:r w:rsidRPr="00FA7E5F">
              <w:rPr>
                <w:rFonts w:cs="Shruti"/>
                <w:sz w:val="20"/>
                <w:szCs w:val="20"/>
                <w:cs/>
                <w:lang w:bidi="gu-IN"/>
              </w:rPr>
              <w:t>પ્રેમ</w:t>
            </w:r>
          </w:p>
        </w:tc>
      </w:tr>
      <w:tr w:rsidR="00FA7E5F" w:rsidRPr="00FA7E5F" w14:paraId="5A30C2AB" w14:textId="77777777" w:rsidTr="00FA7E5F">
        <w:tc>
          <w:tcPr>
            <w:tcW w:w="534" w:type="dxa"/>
          </w:tcPr>
          <w:p w14:paraId="03153999" w14:textId="77777777" w:rsidR="00FA7E5F" w:rsidRPr="00FA7E5F" w:rsidRDefault="00FA7E5F" w:rsidP="00FA7E5F">
            <w:pPr>
              <w:jc w:val="center"/>
              <w:rPr>
                <w:sz w:val="20"/>
                <w:szCs w:val="20"/>
              </w:rPr>
            </w:pPr>
            <w:r w:rsidRPr="00FA7E5F">
              <w:rPr>
                <w:rFonts w:cs="Shruti"/>
                <w:sz w:val="20"/>
                <w:szCs w:val="20"/>
                <w:cs/>
                <w:lang w:bidi="gu-IN"/>
              </w:rPr>
              <w:t>૪</w:t>
            </w:r>
          </w:p>
        </w:tc>
        <w:tc>
          <w:tcPr>
            <w:tcW w:w="3786" w:type="dxa"/>
          </w:tcPr>
          <w:p w14:paraId="604F4D5D" w14:textId="77777777" w:rsidR="00FA7E5F" w:rsidRPr="00FA7E5F" w:rsidRDefault="00FA7E5F" w:rsidP="00FA7E5F">
            <w:pPr>
              <w:rPr>
                <w:sz w:val="20"/>
                <w:szCs w:val="20"/>
              </w:rPr>
            </w:pPr>
            <w:r w:rsidRPr="00FA7E5F">
              <w:rPr>
                <w:rFonts w:cs="Shruti"/>
                <w:sz w:val="20"/>
                <w:szCs w:val="20"/>
                <w:cs/>
                <w:lang w:bidi="gu-IN"/>
              </w:rPr>
              <w:t>બેઝિક</w:t>
            </w:r>
            <w:r w:rsidRPr="00FA7E5F">
              <w:rPr>
                <w:sz w:val="20"/>
                <w:szCs w:val="20"/>
              </w:rPr>
              <w:t xml:space="preserve"> </w:t>
            </w:r>
            <w:r w:rsidRPr="00FA7E5F">
              <w:rPr>
                <w:rFonts w:cs="Shruti"/>
                <w:sz w:val="20"/>
                <w:szCs w:val="20"/>
                <w:cs/>
                <w:lang w:bidi="gu-IN"/>
              </w:rPr>
              <w:t>કમ્પ્યુટર</w:t>
            </w:r>
            <w:r w:rsidRPr="00FA7E5F">
              <w:rPr>
                <w:sz w:val="20"/>
                <w:szCs w:val="20"/>
              </w:rPr>
              <w:t xml:space="preserve"> </w:t>
            </w:r>
            <w:r w:rsidRPr="00FA7E5F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FA7E5F">
              <w:rPr>
                <w:sz w:val="20"/>
                <w:szCs w:val="20"/>
              </w:rPr>
              <w:t xml:space="preserve"> </w:t>
            </w:r>
            <w:r w:rsidRPr="00FA7E5F">
              <w:rPr>
                <w:rFonts w:cs="Shruti"/>
                <w:sz w:val="20"/>
                <w:szCs w:val="20"/>
                <w:cs/>
                <w:lang w:bidi="gu-IN"/>
              </w:rPr>
              <w:t>ડિજિટલ</w:t>
            </w:r>
            <w:r w:rsidRPr="00FA7E5F">
              <w:rPr>
                <w:sz w:val="20"/>
                <w:szCs w:val="20"/>
              </w:rPr>
              <w:t xml:space="preserve"> </w:t>
            </w:r>
            <w:r w:rsidRPr="00FA7E5F">
              <w:rPr>
                <w:rFonts w:cs="Shruti"/>
                <w:sz w:val="20"/>
                <w:szCs w:val="20"/>
                <w:cs/>
                <w:lang w:bidi="gu-IN"/>
              </w:rPr>
              <w:t>સાક્ષરતા</w:t>
            </w:r>
          </w:p>
        </w:tc>
        <w:tc>
          <w:tcPr>
            <w:tcW w:w="2160" w:type="dxa"/>
          </w:tcPr>
          <w:p w14:paraId="5D57DE20" w14:textId="77777777" w:rsidR="00FA7E5F" w:rsidRPr="00FA7E5F" w:rsidRDefault="00FA7E5F" w:rsidP="00FA7E5F">
            <w:pPr>
              <w:rPr>
                <w:sz w:val="20"/>
                <w:szCs w:val="20"/>
              </w:rPr>
            </w:pPr>
            <w:r w:rsidRPr="00FA7E5F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FA7E5F">
              <w:rPr>
                <w:sz w:val="20"/>
                <w:szCs w:val="20"/>
              </w:rPr>
              <w:t xml:space="preserve"> </w:t>
            </w:r>
            <w:r w:rsidRPr="00FA7E5F">
              <w:rPr>
                <w:rFonts w:cs="Shruti"/>
                <w:sz w:val="20"/>
                <w:szCs w:val="20"/>
                <w:cs/>
                <w:lang w:bidi="gu-IN"/>
              </w:rPr>
              <w:t>૬</w:t>
            </w:r>
            <w:r w:rsidRPr="00FA7E5F">
              <w:rPr>
                <w:sz w:val="20"/>
                <w:szCs w:val="20"/>
              </w:rPr>
              <w:t xml:space="preserve"> </w:t>
            </w:r>
            <w:r w:rsidRPr="00FA7E5F">
              <w:rPr>
                <w:rFonts w:cs="Shruti"/>
                <w:sz w:val="20"/>
                <w:szCs w:val="20"/>
                <w:cs/>
                <w:lang w:bidi="gu-IN"/>
              </w:rPr>
              <w:t>થી</w:t>
            </w:r>
            <w:r w:rsidRPr="00FA7E5F">
              <w:rPr>
                <w:sz w:val="20"/>
                <w:szCs w:val="20"/>
              </w:rPr>
              <w:t xml:space="preserve"> </w:t>
            </w:r>
            <w:r w:rsidRPr="00FA7E5F">
              <w:rPr>
                <w:rFonts w:cs="Shruti"/>
                <w:sz w:val="20"/>
                <w:szCs w:val="20"/>
                <w:cs/>
                <w:lang w:bidi="gu-IN"/>
              </w:rPr>
              <w:t>૮</w:t>
            </w:r>
          </w:p>
        </w:tc>
        <w:tc>
          <w:tcPr>
            <w:tcW w:w="2842" w:type="dxa"/>
          </w:tcPr>
          <w:p w14:paraId="0EF14D57" w14:textId="77777777" w:rsidR="00FA7E5F" w:rsidRPr="00FA7E5F" w:rsidRDefault="00FA7E5F" w:rsidP="00FA7E5F">
            <w:pPr>
              <w:rPr>
                <w:sz w:val="20"/>
                <w:szCs w:val="20"/>
              </w:rPr>
            </w:pPr>
            <w:r w:rsidRPr="00FA7E5F">
              <w:rPr>
                <w:rFonts w:cs="Shruti"/>
                <w:sz w:val="20"/>
                <w:szCs w:val="20"/>
                <w:cs/>
                <w:lang w:bidi="gu-IN"/>
              </w:rPr>
              <w:t>તકનીકી</w:t>
            </w:r>
            <w:r w:rsidRPr="00FA7E5F">
              <w:rPr>
                <w:sz w:val="20"/>
                <w:szCs w:val="20"/>
              </w:rPr>
              <w:t xml:space="preserve"> </w:t>
            </w:r>
            <w:r w:rsidRPr="00FA7E5F">
              <w:rPr>
                <w:rFonts w:cs="Shruti"/>
                <w:sz w:val="20"/>
                <w:szCs w:val="20"/>
                <w:cs/>
                <w:lang w:bidi="gu-IN"/>
              </w:rPr>
              <w:t>કૌશલ્ય</w:t>
            </w:r>
            <w:r w:rsidRPr="00FA7E5F">
              <w:rPr>
                <w:sz w:val="20"/>
                <w:szCs w:val="20"/>
              </w:rPr>
              <w:t xml:space="preserve"> </w:t>
            </w:r>
            <w:r w:rsidRPr="00FA7E5F">
              <w:rPr>
                <w:rFonts w:cs="Shruti"/>
                <w:sz w:val="20"/>
                <w:szCs w:val="20"/>
                <w:cs/>
                <w:lang w:bidi="gu-IN"/>
              </w:rPr>
              <w:t>વિકાસ</w:t>
            </w:r>
          </w:p>
        </w:tc>
      </w:tr>
    </w:tbl>
    <w:p w14:paraId="1BA8FF94" w14:textId="77777777" w:rsidR="00FA7E5F" w:rsidRPr="00FA7E5F" w:rsidRDefault="00FA7E5F" w:rsidP="00FA7E5F">
      <w:pPr>
        <w:spacing w:after="0" w:line="240" w:lineRule="auto"/>
        <w:rPr>
          <w:sz w:val="20"/>
          <w:szCs w:val="20"/>
        </w:rPr>
      </w:pPr>
      <w:r w:rsidRPr="00FA7E5F">
        <w:rPr>
          <w:rFonts w:cs="Shruti"/>
          <w:b/>
          <w:bCs/>
          <w:sz w:val="20"/>
          <w:szCs w:val="20"/>
          <w:cs/>
          <w:lang w:bidi="gu-IN"/>
        </w:rPr>
        <w:t>નિષ્કર્ષ</w:t>
      </w:r>
      <w:r w:rsidRPr="00FA7E5F">
        <w:rPr>
          <w:b/>
          <w:sz w:val="20"/>
          <w:szCs w:val="20"/>
        </w:rPr>
        <w:t xml:space="preserve">: </w:t>
      </w:r>
      <w:r w:rsidRPr="00FA7E5F">
        <w:rPr>
          <w:rFonts w:cs="Shruti"/>
          <w:b/>
          <w:bCs/>
          <w:sz w:val="20"/>
          <w:szCs w:val="20"/>
          <w:cs/>
          <w:lang w:bidi="gu-IN"/>
        </w:rPr>
        <w:t>આ</w:t>
      </w:r>
      <w:r w:rsidRPr="00FA7E5F">
        <w:rPr>
          <w:b/>
          <w:sz w:val="20"/>
          <w:szCs w:val="20"/>
        </w:rPr>
        <w:t xml:space="preserve"> </w:t>
      </w:r>
      <w:r w:rsidRPr="00FA7E5F">
        <w:rPr>
          <w:rFonts w:cs="Shruti"/>
          <w:b/>
          <w:bCs/>
          <w:sz w:val="20"/>
          <w:szCs w:val="20"/>
          <w:cs/>
          <w:lang w:bidi="gu-IN"/>
        </w:rPr>
        <w:t>વ્યાવસાયિક</w:t>
      </w:r>
      <w:r w:rsidRPr="00FA7E5F">
        <w:rPr>
          <w:b/>
          <w:sz w:val="20"/>
          <w:szCs w:val="20"/>
        </w:rPr>
        <w:t xml:space="preserve"> </w:t>
      </w:r>
      <w:r w:rsidRPr="00FA7E5F">
        <w:rPr>
          <w:rFonts w:cs="Shruti"/>
          <w:b/>
          <w:bCs/>
          <w:sz w:val="20"/>
          <w:szCs w:val="20"/>
          <w:cs/>
          <w:lang w:bidi="gu-IN"/>
        </w:rPr>
        <w:t>શિક્ષણ</w:t>
      </w:r>
      <w:r w:rsidRPr="00FA7E5F">
        <w:rPr>
          <w:b/>
          <w:sz w:val="20"/>
          <w:szCs w:val="20"/>
        </w:rPr>
        <w:t xml:space="preserve"> </w:t>
      </w:r>
      <w:r w:rsidRPr="00FA7E5F">
        <w:rPr>
          <w:rFonts w:cs="Shruti"/>
          <w:b/>
          <w:bCs/>
          <w:sz w:val="20"/>
          <w:szCs w:val="20"/>
          <w:cs/>
          <w:lang w:bidi="gu-IN"/>
        </w:rPr>
        <w:t>પ્રવૃત્તિઓના</w:t>
      </w:r>
      <w:r w:rsidRPr="00FA7E5F">
        <w:rPr>
          <w:b/>
          <w:sz w:val="20"/>
          <w:szCs w:val="20"/>
        </w:rPr>
        <w:t xml:space="preserve"> </w:t>
      </w:r>
      <w:r w:rsidRPr="00FA7E5F">
        <w:rPr>
          <w:rFonts w:cs="Shruti"/>
          <w:b/>
          <w:bCs/>
          <w:sz w:val="20"/>
          <w:szCs w:val="20"/>
          <w:cs/>
          <w:lang w:bidi="gu-IN"/>
        </w:rPr>
        <w:t>માધ્યમથી</w:t>
      </w:r>
      <w:r w:rsidRPr="00FA7E5F">
        <w:rPr>
          <w:b/>
          <w:sz w:val="20"/>
          <w:szCs w:val="20"/>
        </w:rPr>
        <w:t xml:space="preserve"> </w:t>
      </w:r>
      <w:r w:rsidRPr="00FA7E5F">
        <w:rPr>
          <w:rFonts w:cs="Shruti"/>
          <w:b/>
          <w:bCs/>
          <w:sz w:val="20"/>
          <w:szCs w:val="20"/>
          <w:cs/>
          <w:lang w:bidi="gu-IN"/>
        </w:rPr>
        <w:t>વિદ્યાર્થીઓમાં</w:t>
      </w:r>
      <w:r w:rsidRPr="00FA7E5F">
        <w:rPr>
          <w:b/>
          <w:sz w:val="20"/>
          <w:szCs w:val="20"/>
        </w:rPr>
        <w:t xml:space="preserve"> </w:t>
      </w:r>
      <w:r w:rsidRPr="00FA7E5F">
        <w:rPr>
          <w:rFonts w:cs="Shruti"/>
          <w:b/>
          <w:bCs/>
          <w:sz w:val="20"/>
          <w:szCs w:val="20"/>
          <w:cs/>
          <w:lang w:bidi="gu-IN"/>
        </w:rPr>
        <w:t>શ્રમનું</w:t>
      </w:r>
      <w:r w:rsidRPr="00FA7E5F">
        <w:rPr>
          <w:b/>
          <w:sz w:val="20"/>
          <w:szCs w:val="20"/>
        </w:rPr>
        <w:t xml:space="preserve"> </w:t>
      </w:r>
      <w:r w:rsidRPr="00FA7E5F">
        <w:rPr>
          <w:rFonts w:cs="Shruti"/>
          <w:b/>
          <w:bCs/>
          <w:sz w:val="20"/>
          <w:szCs w:val="20"/>
          <w:cs/>
          <w:lang w:bidi="gu-IN"/>
        </w:rPr>
        <w:t>મહત્ત્વ</w:t>
      </w:r>
      <w:r w:rsidRPr="00FA7E5F">
        <w:rPr>
          <w:b/>
          <w:sz w:val="20"/>
          <w:szCs w:val="20"/>
        </w:rPr>
        <w:t xml:space="preserve"> </w:t>
      </w:r>
      <w:r w:rsidRPr="00FA7E5F">
        <w:rPr>
          <w:rFonts w:cs="Shruti"/>
          <w:b/>
          <w:bCs/>
          <w:sz w:val="20"/>
          <w:szCs w:val="20"/>
          <w:cs/>
          <w:lang w:bidi="gu-IN"/>
        </w:rPr>
        <w:t>સમજાયું</w:t>
      </w:r>
      <w:r w:rsidRPr="00FA7E5F">
        <w:rPr>
          <w:b/>
          <w:sz w:val="20"/>
          <w:szCs w:val="20"/>
        </w:rPr>
        <w:t xml:space="preserve"> </w:t>
      </w:r>
      <w:r w:rsidRPr="00FA7E5F">
        <w:rPr>
          <w:rFonts w:cs="Shruti"/>
          <w:b/>
          <w:bCs/>
          <w:sz w:val="20"/>
          <w:szCs w:val="20"/>
          <w:cs/>
          <w:lang w:bidi="gu-IN"/>
        </w:rPr>
        <w:t>છે</w:t>
      </w:r>
      <w:r w:rsidRPr="00FA7E5F">
        <w:rPr>
          <w:b/>
          <w:sz w:val="20"/>
          <w:szCs w:val="20"/>
        </w:rPr>
        <w:t xml:space="preserve"> </w:t>
      </w:r>
      <w:r w:rsidRPr="00FA7E5F">
        <w:rPr>
          <w:rFonts w:cs="Shruti"/>
          <w:b/>
          <w:bCs/>
          <w:sz w:val="20"/>
          <w:szCs w:val="20"/>
          <w:cs/>
          <w:lang w:bidi="gu-IN"/>
        </w:rPr>
        <w:t>અને</w:t>
      </w:r>
      <w:r w:rsidRPr="00FA7E5F">
        <w:rPr>
          <w:b/>
          <w:sz w:val="20"/>
          <w:szCs w:val="20"/>
        </w:rPr>
        <w:t xml:space="preserve"> </w:t>
      </w:r>
      <w:r w:rsidRPr="00FA7E5F">
        <w:rPr>
          <w:rFonts w:cs="Shruti"/>
          <w:b/>
          <w:bCs/>
          <w:sz w:val="20"/>
          <w:szCs w:val="20"/>
          <w:cs/>
          <w:lang w:bidi="gu-IN"/>
        </w:rPr>
        <w:t>ભવિષ્યમાં</w:t>
      </w:r>
      <w:r w:rsidRPr="00FA7E5F">
        <w:rPr>
          <w:b/>
          <w:sz w:val="20"/>
          <w:szCs w:val="20"/>
        </w:rPr>
        <w:t xml:space="preserve"> </w:t>
      </w:r>
      <w:r w:rsidRPr="00FA7E5F">
        <w:rPr>
          <w:rFonts w:cs="Shruti"/>
          <w:b/>
          <w:bCs/>
          <w:sz w:val="20"/>
          <w:szCs w:val="20"/>
          <w:cs/>
          <w:lang w:bidi="gu-IN"/>
        </w:rPr>
        <w:t>ઉપયોગી</w:t>
      </w:r>
      <w:r w:rsidRPr="00FA7E5F">
        <w:rPr>
          <w:b/>
          <w:sz w:val="20"/>
          <w:szCs w:val="20"/>
        </w:rPr>
        <w:t xml:space="preserve"> </w:t>
      </w:r>
      <w:r w:rsidRPr="00FA7E5F">
        <w:rPr>
          <w:rFonts w:cs="Shruti"/>
          <w:b/>
          <w:bCs/>
          <w:sz w:val="20"/>
          <w:szCs w:val="20"/>
          <w:cs/>
          <w:lang w:bidi="gu-IN"/>
        </w:rPr>
        <w:t>બને</w:t>
      </w:r>
      <w:r w:rsidRPr="00FA7E5F">
        <w:rPr>
          <w:b/>
          <w:sz w:val="20"/>
          <w:szCs w:val="20"/>
        </w:rPr>
        <w:t xml:space="preserve"> </w:t>
      </w:r>
      <w:r w:rsidRPr="00FA7E5F">
        <w:rPr>
          <w:rFonts w:cs="Shruti"/>
          <w:b/>
          <w:bCs/>
          <w:sz w:val="20"/>
          <w:szCs w:val="20"/>
          <w:cs/>
          <w:lang w:bidi="gu-IN"/>
        </w:rPr>
        <w:t>તેવા</w:t>
      </w:r>
      <w:r w:rsidRPr="00FA7E5F">
        <w:rPr>
          <w:b/>
          <w:sz w:val="20"/>
          <w:szCs w:val="20"/>
        </w:rPr>
        <w:t xml:space="preserve"> </w:t>
      </w:r>
      <w:r w:rsidRPr="00FA7E5F">
        <w:rPr>
          <w:rFonts w:cs="Shruti"/>
          <w:b/>
          <w:bCs/>
          <w:sz w:val="20"/>
          <w:szCs w:val="20"/>
          <w:cs/>
          <w:lang w:bidi="gu-IN"/>
        </w:rPr>
        <w:t>પાયાના</w:t>
      </w:r>
      <w:r w:rsidRPr="00FA7E5F">
        <w:rPr>
          <w:b/>
          <w:sz w:val="20"/>
          <w:szCs w:val="20"/>
        </w:rPr>
        <w:t xml:space="preserve"> </w:t>
      </w:r>
      <w:r w:rsidRPr="00FA7E5F">
        <w:rPr>
          <w:rFonts w:cs="Shruti"/>
          <w:b/>
          <w:bCs/>
          <w:sz w:val="20"/>
          <w:szCs w:val="20"/>
          <w:cs/>
          <w:lang w:bidi="gu-IN"/>
        </w:rPr>
        <w:t>કૌશલ્યો</w:t>
      </w:r>
      <w:r w:rsidRPr="00FA7E5F">
        <w:rPr>
          <w:b/>
          <w:sz w:val="20"/>
          <w:szCs w:val="20"/>
        </w:rPr>
        <w:t xml:space="preserve"> </w:t>
      </w:r>
      <w:r w:rsidRPr="00FA7E5F">
        <w:rPr>
          <w:rFonts w:cs="Shruti"/>
          <w:b/>
          <w:bCs/>
          <w:sz w:val="20"/>
          <w:szCs w:val="20"/>
          <w:cs/>
          <w:lang w:bidi="gu-IN"/>
        </w:rPr>
        <w:t>વિકસ્યા</w:t>
      </w:r>
      <w:r w:rsidRPr="00FA7E5F">
        <w:rPr>
          <w:b/>
          <w:sz w:val="20"/>
          <w:szCs w:val="20"/>
        </w:rPr>
        <w:t xml:space="preserve"> </w:t>
      </w:r>
      <w:r w:rsidRPr="00FA7E5F">
        <w:rPr>
          <w:rFonts w:cs="Shruti"/>
          <w:b/>
          <w:bCs/>
          <w:sz w:val="20"/>
          <w:szCs w:val="20"/>
          <w:cs/>
          <w:lang w:bidi="gu-IN"/>
        </w:rPr>
        <w:t>છે</w:t>
      </w:r>
      <w:r w:rsidRPr="00FA7E5F">
        <w:rPr>
          <w:b/>
          <w:sz w:val="20"/>
          <w:szCs w:val="20"/>
        </w:rPr>
        <w:t>.</w:t>
      </w:r>
    </w:p>
    <w:p w14:paraId="3D6181FE" w14:textId="77777777" w:rsidR="00FA7E5F" w:rsidRPr="00FA7E5F" w:rsidRDefault="00FA7E5F" w:rsidP="00FA7E5F">
      <w:pPr>
        <w:spacing w:after="0" w:line="240" w:lineRule="auto"/>
        <w:rPr>
          <w:sz w:val="20"/>
          <w:szCs w:val="20"/>
        </w:rPr>
      </w:pPr>
      <w:r w:rsidRPr="00FA7E5F">
        <w:rPr>
          <w:sz w:val="20"/>
          <w:szCs w:val="20"/>
        </w:rPr>
        <w:br/>
      </w:r>
      <w:r w:rsidRPr="00FA7E5F">
        <w:rPr>
          <w:sz w:val="20"/>
          <w:szCs w:val="20"/>
        </w:rP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240"/>
        <w:gridCol w:w="4400"/>
      </w:tblGrid>
      <w:tr w:rsidR="00FA7E5F" w:rsidRPr="00FA7E5F" w14:paraId="290CFA66" w14:textId="77777777" w:rsidTr="00FA7E5F">
        <w:tc>
          <w:tcPr>
            <w:tcW w:w="4320" w:type="dxa"/>
          </w:tcPr>
          <w:p w14:paraId="60C4D413" w14:textId="77777777" w:rsidR="00FA7E5F" w:rsidRPr="00FA7E5F" w:rsidRDefault="00FA7E5F" w:rsidP="00FA7E5F">
            <w:pPr>
              <w:spacing w:after="0" w:line="240" w:lineRule="auto"/>
              <w:rPr>
                <w:rFonts w:cs="Shruti"/>
                <w:sz w:val="20"/>
                <w:szCs w:val="20"/>
                <w:lang w:bidi="gu-IN"/>
              </w:rPr>
            </w:pPr>
            <w:r w:rsidRPr="00FA7E5F">
              <w:rPr>
                <w:sz w:val="20"/>
                <w:szCs w:val="20"/>
              </w:rPr>
              <w:br/>
            </w:r>
            <w:r w:rsidRPr="00FA7E5F">
              <w:rPr>
                <w:sz w:val="20"/>
                <w:szCs w:val="20"/>
              </w:rPr>
              <w:br/>
            </w:r>
          </w:p>
          <w:p w14:paraId="7A08BED5" w14:textId="77777777" w:rsidR="00FA7E5F" w:rsidRPr="00FA7E5F" w:rsidRDefault="00FA7E5F" w:rsidP="00FA7E5F">
            <w:pPr>
              <w:tabs>
                <w:tab w:val="left" w:pos="1080"/>
              </w:tabs>
              <w:rPr>
                <w:rFonts w:cs="Shruti"/>
                <w:sz w:val="20"/>
                <w:szCs w:val="20"/>
                <w:lang w:bidi="gu-IN"/>
              </w:rPr>
            </w:pPr>
          </w:p>
        </w:tc>
        <w:tc>
          <w:tcPr>
            <w:tcW w:w="4435" w:type="dxa"/>
          </w:tcPr>
          <w:p w14:paraId="3C8DDABB" w14:textId="3817C0D7" w:rsidR="00FA7E5F" w:rsidRPr="00BD355F" w:rsidRDefault="00FA7E5F" w:rsidP="00FA7E5F">
            <w:pPr>
              <w:spacing w:after="0" w:line="240" w:lineRule="auto"/>
              <w:jc w:val="right"/>
              <w:rPr>
                <w:rFonts w:cs="Shruti"/>
                <w:sz w:val="20"/>
                <w:szCs w:val="20"/>
              </w:rPr>
            </w:pPr>
            <w:r w:rsidRPr="00FA7E5F">
              <w:rPr>
                <w:rFonts w:cs="Shruti"/>
                <w:sz w:val="20"/>
                <w:szCs w:val="20"/>
                <w:cs/>
                <w:lang w:bidi="gu-IN"/>
              </w:rPr>
              <w:t>આચાર્યશ્રીની</w:t>
            </w:r>
            <w:r w:rsidRPr="00FA7E5F">
              <w:rPr>
                <w:sz w:val="20"/>
                <w:szCs w:val="20"/>
              </w:rPr>
              <w:t xml:space="preserve"> </w:t>
            </w:r>
            <w:r w:rsidRPr="00FA7E5F">
              <w:rPr>
                <w:rFonts w:cs="Shruti"/>
                <w:sz w:val="20"/>
                <w:szCs w:val="20"/>
                <w:cs/>
                <w:lang w:bidi="gu-IN"/>
              </w:rPr>
              <w:t>સહી</w:t>
            </w:r>
            <w:r w:rsidRPr="00FA7E5F">
              <w:rPr>
                <w:sz w:val="20"/>
                <w:szCs w:val="20"/>
              </w:rPr>
              <w:t xml:space="preserve"> </w:t>
            </w:r>
            <w:r w:rsidRPr="00FA7E5F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FA7E5F">
              <w:rPr>
                <w:sz w:val="20"/>
                <w:szCs w:val="20"/>
              </w:rPr>
              <w:t xml:space="preserve"> </w:t>
            </w:r>
            <w:r w:rsidRPr="00FA7E5F">
              <w:rPr>
                <w:rFonts w:cs="Shruti"/>
                <w:sz w:val="20"/>
                <w:szCs w:val="20"/>
                <w:cs/>
                <w:lang w:bidi="gu-IN"/>
              </w:rPr>
              <w:t>સિક્કો</w:t>
            </w:r>
            <w:r w:rsidRPr="00FA7E5F">
              <w:rPr>
                <w:sz w:val="20"/>
                <w:szCs w:val="20"/>
              </w:rPr>
              <w:br/>
            </w:r>
            <w:r w:rsidRPr="00FA7E5F">
              <w:rPr>
                <w:sz w:val="20"/>
                <w:szCs w:val="20"/>
              </w:rPr>
              <w:br/>
              <w:t>______________________</w:t>
            </w:r>
            <w:r w:rsidRPr="00FA7E5F">
              <w:rPr>
                <w:sz w:val="20"/>
                <w:szCs w:val="20"/>
              </w:rPr>
              <w:br/>
            </w:r>
            <w:r w:rsidRPr="00FA7E5F">
              <w:rPr>
                <w:rFonts w:cs="Shruti"/>
                <w:sz w:val="20"/>
                <w:szCs w:val="20"/>
                <w:cs/>
                <w:lang w:bidi="gu-IN"/>
              </w:rPr>
              <w:t>સ્થળ</w:t>
            </w:r>
            <w:r w:rsidRPr="00FA7E5F">
              <w:rPr>
                <w:sz w:val="20"/>
                <w:szCs w:val="20"/>
              </w:rPr>
              <w:t>:</w:t>
            </w:r>
            <w:r w:rsidR="00F56B31">
              <w:rPr>
                <w:rFonts w:cs="Shruti" w:hint="cs"/>
                <w:cs/>
                <w:lang w:bidi="gu-IN"/>
              </w:rPr>
              <w:t xml:space="preserve"> </w:t>
            </w:r>
            <w:r w:rsidR="008E13CA">
              <w:rPr>
                <w:rFonts w:cs="Shruti" w:hint="cs"/>
                <w:cs/>
                <w:lang w:bidi="gu-IN"/>
              </w:rPr>
              <w:t xml:space="preserve">ઢાંકણ્રીયાવાસ પ્રાથમિક શાળા </w:t>
            </w:r>
          </w:p>
        </w:tc>
      </w:tr>
    </w:tbl>
    <w:p w14:paraId="71EED2F3" w14:textId="77777777" w:rsidR="00FA7E5F" w:rsidRDefault="00FA7E5F" w:rsidP="00FA7E5F">
      <w:pPr>
        <w:spacing w:after="0"/>
      </w:pPr>
    </w:p>
    <w:p w14:paraId="721FA172" w14:textId="77777777" w:rsidR="00FA7E5F" w:rsidRDefault="00FA7E5F" w:rsidP="00037DD9">
      <w:pPr>
        <w:tabs>
          <w:tab w:val="left" w:pos="2835"/>
        </w:tabs>
        <w:spacing w:after="0" w:line="240" w:lineRule="auto"/>
        <w:jc w:val="center"/>
        <w:rPr>
          <w:rFonts w:cs="Shruti"/>
          <w:bCs/>
          <w:sz w:val="20"/>
          <w:szCs w:val="20"/>
          <w:u w:val="single"/>
          <w:lang w:bidi="gu-IN"/>
        </w:rPr>
      </w:pPr>
      <w:r>
        <w:rPr>
          <w:b/>
        </w:rPr>
        <w:br/>
      </w:r>
    </w:p>
    <w:p w14:paraId="42818548" w14:textId="77777777" w:rsidR="003558DD" w:rsidRDefault="003558DD" w:rsidP="00037DD9">
      <w:pPr>
        <w:tabs>
          <w:tab w:val="left" w:pos="2835"/>
        </w:tabs>
        <w:spacing w:after="0" w:line="240" w:lineRule="auto"/>
        <w:jc w:val="center"/>
        <w:rPr>
          <w:rFonts w:cs="Shruti"/>
          <w:bCs/>
          <w:sz w:val="20"/>
          <w:szCs w:val="20"/>
          <w:u w:val="single"/>
          <w:lang w:bidi="gu-IN"/>
        </w:rPr>
      </w:pPr>
    </w:p>
    <w:p w14:paraId="7DE2E029" w14:textId="77777777" w:rsidR="003558DD" w:rsidRDefault="003558DD" w:rsidP="00037DD9">
      <w:pPr>
        <w:tabs>
          <w:tab w:val="left" w:pos="2835"/>
        </w:tabs>
        <w:spacing w:after="0" w:line="240" w:lineRule="auto"/>
        <w:jc w:val="center"/>
        <w:rPr>
          <w:rFonts w:cs="Shruti"/>
          <w:bCs/>
          <w:sz w:val="20"/>
          <w:szCs w:val="20"/>
          <w:u w:val="single"/>
          <w:lang w:bidi="gu-IN"/>
        </w:rPr>
      </w:pPr>
    </w:p>
    <w:p w14:paraId="03BE9044" w14:textId="77777777" w:rsidR="003558DD" w:rsidRDefault="003558DD" w:rsidP="00037DD9">
      <w:pPr>
        <w:tabs>
          <w:tab w:val="left" w:pos="2835"/>
        </w:tabs>
        <w:spacing w:after="0" w:line="240" w:lineRule="auto"/>
        <w:jc w:val="center"/>
        <w:rPr>
          <w:rFonts w:cs="Shruti"/>
          <w:bCs/>
          <w:sz w:val="20"/>
          <w:szCs w:val="20"/>
          <w:u w:val="single"/>
          <w:lang w:bidi="gu-IN"/>
        </w:rPr>
      </w:pPr>
    </w:p>
    <w:p w14:paraId="1AFFEAFA" w14:textId="77777777" w:rsidR="00162772" w:rsidRDefault="00162772" w:rsidP="006A36B0">
      <w:pPr>
        <w:spacing w:after="0" w:line="240" w:lineRule="auto"/>
        <w:rPr>
          <w:rFonts w:cs="Shruti"/>
          <w:sz w:val="28"/>
          <w:szCs w:val="28"/>
          <w:u w:val="single"/>
          <w:lang w:bidi="gu-IN"/>
        </w:rPr>
      </w:pPr>
    </w:p>
    <w:p w14:paraId="4A54DC88" w14:textId="2E38390C" w:rsidR="002E5B96" w:rsidRDefault="002546D1" w:rsidP="002E5B96">
      <w:pPr>
        <w:spacing w:after="0" w:line="240" w:lineRule="auto"/>
        <w:jc w:val="center"/>
        <w:rPr>
          <w:rFonts w:cs="Shruti"/>
          <w:b/>
          <w:u w:val="single"/>
          <w:lang w:val="en-IN" w:bidi="gu-IN"/>
        </w:rPr>
      </w:pPr>
      <w:r>
        <w:rPr>
          <w:rFonts w:cs="Shruti" w:hint="cs"/>
          <w:sz w:val="28"/>
          <w:szCs w:val="28"/>
          <w:u w:val="single"/>
          <w:cs/>
          <w:lang w:bidi="gu-IN"/>
        </w:rPr>
        <w:t>ઢાંકણ્રીયાવાસ પ્રાથમિક શાળા તા- લાખણી જિલ્લો - વાવ-થરાદ ડાયસ કોડ: 24021300207</w:t>
      </w:r>
    </w:p>
    <w:p w14:paraId="68512436" w14:textId="77777777" w:rsidR="0004493D" w:rsidRDefault="0004493D" w:rsidP="0004493D">
      <w:pPr>
        <w:pStyle w:val="Heading1"/>
      </w:pPr>
      <w:r>
        <w:rPr>
          <w:rFonts w:cs="Shruti"/>
          <w:cs/>
          <w:lang w:bidi="gu-IN"/>
        </w:rPr>
        <w:t>વર્ગ</w:t>
      </w:r>
      <w:r>
        <w:t xml:space="preserve"> </w:t>
      </w:r>
      <w:r>
        <w:rPr>
          <w:rFonts w:cs="Shruti"/>
          <w:cs/>
          <w:lang w:bidi="gu-IN"/>
        </w:rPr>
        <w:t>મોનિટર</w:t>
      </w:r>
      <w:r>
        <w:t xml:space="preserve">, </w:t>
      </w:r>
      <w:r>
        <w:rPr>
          <w:rFonts w:cs="Shruti"/>
          <w:cs/>
          <w:lang w:bidi="gu-IN"/>
        </w:rPr>
        <w:t>બાલવૃંદ</w:t>
      </w:r>
      <w:r>
        <w:t xml:space="preserve"> </w:t>
      </w:r>
      <w:r>
        <w:rPr>
          <w:rFonts w:cs="Shruti"/>
          <w:cs/>
          <w:lang w:bidi="gu-IN"/>
        </w:rPr>
        <w:t>પ્રતિનિધિ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ક્લબ</w:t>
      </w:r>
      <w:r>
        <w:t xml:space="preserve"> </w:t>
      </w:r>
      <w:r>
        <w:rPr>
          <w:rFonts w:cs="Shruti"/>
          <w:cs/>
          <w:lang w:bidi="gu-IN"/>
        </w:rPr>
        <w:t>લીડરની</w:t>
      </w:r>
      <w:r>
        <w:t xml:space="preserve"> </w:t>
      </w:r>
      <w:r>
        <w:rPr>
          <w:rFonts w:cs="Shruti"/>
          <w:cs/>
          <w:lang w:bidi="gu-IN"/>
        </w:rPr>
        <w:t>પસંદગી</w:t>
      </w:r>
      <w:r>
        <w:t xml:space="preserve"> </w:t>
      </w:r>
      <w:r>
        <w:rPr>
          <w:rFonts w:cs="Shruti"/>
          <w:cs/>
          <w:lang w:bidi="gu-IN"/>
        </w:rPr>
        <w:t>પ્રક્રિયાનો</w:t>
      </w:r>
      <w:r>
        <w:t xml:space="preserve"> </w:t>
      </w:r>
      <w:r>
        <w:rPr>
          <w:rFonts w:cs="Shruti"/>
          <w:cs/>
          <w:lang w:bidi="gu-IN"/>
        </w:rPr>
        <w:t>અહેવાલ</w:t>
      </w:r>
    </w:p>
    <w:p w14:paraId="0BE70B4E" w14:textId="7BDE40B7" w:rsidR="0004493D" w:rsidRPr="0004493D" w:rsidRDefault="0004493D" w:rsidP="0004493D">
      <w:pPr>
        <w:spacing w:after="0" w:line="240" w:lineRule="auto"/>
        <w:rPr>
          <w:rFonts w:cs="Shruti"/>
          <w:sz w:val="20"/>
          <w:szCs w:val="20"/>
          <w:lang w:bidi="gu-IN"/>
        </w:rPr>
      </w:pPr>
      <w:r w:rsidRPr="0004493D">
        <w:rPr>
          <w:rFonts w:cs="Shruti"/>
          <w:sz w:val="20"/>
          <w:szCs w:val="20"/>
          <w:cs/>
          <w:lang w:bidi="gu-IN"/>
        </w:rPr>
        <w:t>ગુણોત્સવ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૨</w:t>
      </w:r>
      <w:r w:rsidRPr="0004493D">
        <w:rPr>
          <w:sz w:val="20"/>
          <w:szCs w:val="20"/>
        </w:rPr>
        <w:t>.</w:t>
      </w:r>
      <w:r w:rsidRPr="0004493D">
        <w:rPr>
          <w:rFonts w:cs="Shruti"/>
          <w:sz w:val="20"/>
          <w:szCs w:val="20"/>
          <w:cs/>
          <w:lang w:bidi="gu-IN"/>
        </w:rPr>
        <w:t>૦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ના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માપદંડો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અને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રાષ્ટ્રીય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શિક્ષણ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નીતિ</w:t>
      </w:r>
      <w:r w:rsidRPr="0004493D">
        <w:rPr>
          <w:sz w:val="20"/>
          <w:szCs w:val="20"/>
        </w:rPr>
        <w:t xml:space="preserve"> (NEP-2020) </w:t>
      </w:r>
      <w:r w:rsidRPr="0004493D">
        <w:rPr>
          <w:rFonts w:cs="Shruti"/>
          <w:sz w:val="20"/>
          <w:szCs w:val="20"/>
          <w:cs/>
          <w:lang w:bidi="gu-IN"/>
        </w:rPr>
        <w:t>અંતર્ગત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વિદ્યાર્થીઓમાં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નેતૃત્વ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ગુણો</w:t>
      </w:r>
      <w:r w:rsidRPr="0004493D">
        <w:rPr>
          <w:sz w:val="20"/>
          <w:szCs w:val="20"/>
        </w:rPr>
        <w:t xml:space="preserve">, </w:t>
      </w:r>
      <w:r w:rsidRPr="0004493D">
        <w:rPr>
          <w:rFonts w:cs="Shruti"/>
          <w:sz w:val="20"/>
          <w:szCs w:val="20"/>
          <w:cs/>
          <w:lang w:bidi="gu-IN"/>
        </w:rPr>
        <w:t>લોકશાહી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મૂલ્યો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અને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જવાબદારીની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ભાવના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વિકસાવવા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માટે</w:t>
      </w:r>
      <w:r w:rsidRPr="00BD355F">
        <w:rPr>
          <w:sz w:val="20"/>
          <w:szCs w:val="20"/>
        </w:rPr>
        <w:t xml:space="preserve"> </w:t>
      </w:r>
      <w:r w:rsidR="008E13CA">
        <w:rPr>
          <w:rFonts w:cs="Shruti" w:hint="cs"/>
          <w:sz w:val="20"/>
          <w:szCs w:val="20"/>
          <w:cs/>
          <w:lang w:bidi="gu-IN"/>
        </w:rPr>
        <w:t xml:space="preserve">ઢાંકણ્રીયાવાસ પ્રાથમિક શાળા </w:t>
      </w:r>
      <w:r w:rsidRPr="0004493D">
        <w:rPr>
          <w:rFonts w:cs="Shruti"/>
          <w:sz w:val="20"/>
          <w:szCs w:val="20"/>
          <w:cs/>
          <w:lang w:bidi="gu-IN"/>
        </w:rPr>
        <w:t>માં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વર્ગ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મોનિટર</w:t>
      </w:r>
      <w:r w:rsidRPr="0004493D">
        <w:rPr>
          <w:sz w:val="20"/>
          <w:szCs w:val="20"/>
        </w:rPr>
        <w:t xml:space="preserve">, </w:t>
      </w:r>
      <w:r w:rsidRPr="0004493D">
        <w:rPr>
          <w:rFonts w:cs="Shruti"/>
          <w:sz w:val="20"/>
          <w:szCs w:val="20"/>
          <w:cs/>
          <w:lang w:bidi="gu-IN"/>
        </w:rPr>
        <w:t>બાલવૃંદ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પ્રતિનિધિ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તેમજ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શાળાની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વિવિધ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સમિતિઓ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અને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ક્લબના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લીડરની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પસંદગી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પારદર્શક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અને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લોકશાહી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પદ્ધતિથી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કરવામાં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આવે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છે</w:t>
      </w:r>
      <w:r w:rsidRPr="0004493D">
        <w:rPr>
          <w:sz w:val="20"/>
          <w:szCs w:val="20"/>
        </w:rPr>
        <w:t xml:space="preserve">. </w:t>
      </w:r>
      <w:r w:rsidRPr="0004493D">
        <w:rPr>
          <w:rFonts w:cs="Shruti"/>
          <w:sz w:val="20"/>
          <w:szCs w:val="20"/>
          <w:cs/>
          <w:lang w:bidi="gu-IN"/>
        </w:rPr>
        <w:t>આ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અંગેની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પસંદગી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પ્રક્રિયા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અને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વિગતો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નીચે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મુજબ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છે</w:t>
      </w:r>
      <w:r w:rsidRPr="0004493D">
        <w:rPr>
          <w:sz w:val="20"/>
          <w:szCs w:val="20"/>
        </w:rPr>
        <w:t>:</w:t>
      </w:r>
    </w:p>
    <w:p w14:paraId="39A96117" w14:textId="77777777" w:rsidR="0004493D" w:rsidRPr="0004493D" w:rsidRDefault="0004493D" w:rsidP="0004493D">
      <w:pPr>
        <w:pStyle w:val="Heading2"/>
        <w:spacing w:line="240" w:lineRule="auto"/>
        <w:rPr>
          <w:sz w:val="20"/>
          <w:szCs w:val="20"/>
        </w:rPr>
      </w:pPr>
      <w:r w:rsidRPr="0004493D">
        <w:rPr>
          <w:rFonts w:cs="Shruti"/>
          <w:sz w:val="20"/>
          <w:szCs w:val="20"/>
          <w:cs/>
          <w:lang w:bidi="gu-IN"/>
        </w:rPr>
        <w:t>૧</w:t>
      </w:r>
      <w:r w:rsidRPr="0004493D">
        <w:rPr>
          <w:sz w:val="20"/>
          <w:szCs w:val="20"/>
        </w:rPr>
        <w:t xml:space="preserve">. </w:t>
      </w:r>
      <w:r w:rsidRPr="0004493D">
        <w:rPr>
          <w:rFonts w:cs="Shruti"/>
          <w:sz w:val="20"/>
          <w:szCs w:val="20"/>
          <w:cs/>
          <w:lang w:bidi="gu-IN"/>
        </w:rPr>
        <w:t>પસંદગી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પ્રક્રિયાની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પદ્ધતિ</w:t>
      </w:r>
      <w:r w:rsidRPr="0004493D">
        <w:rPr>
          <w:sz w:val="20"/>
          <w:szCs w:val="20"/>
        </w:rPr>
        <w:t xml:space="preserve"> (Selection Process):</w:t>
      </w:r>
    </w:p>
    <w:p w14:paraId="31FE7A36" w14:textId="77777777" w:rsidR="0004493D" w:rsidRPr="0004493D" w:rsidRDefault="0004493D" w:rsidP="0004493D">
      <w:pPr>
        <w:pStyle w:val="ListBullet"/>
        <w:spacing w:after="0" w:line="240" w:lineRule="auto"/>
        <w:rPr>
          <w:sz w:val="20"/>
          <w:szCs w:val="20"/>
        </w:rPr>
      </w:pPr>
      <w:r w:rsidRPr="0004493D">
        <w:rPr>
          <w:rFonts w:cs="Shruti"/>
          <w:sz w:val="20"/>
          <w:szCs w:val="20"/>
          <w:cs/>
          <w:lang w:bidi="gu-IN"/>
        </w:rPr>
        <w:t>લોકશાહી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અભિગમ</w:t>
      </w:r>
      <w:r w:rsidRPr="0004493D">
        <w:rPr>
          <w:sz w:val="20"/>
          <w:szCs w:val="20"/>
        </w:rPr>
        <w:t xml:space="preserve"> (Democratic Process): </w:t>
      </w:r>
      <w:r w:rsidRPr="0004493D">
        <w:rPr>
          <w:rFonts w:cs="Shruti"/>
          <w:sz w:val="20"/>
          <w:szCs w:val="20"/>
          <w:cs/>
          <w:lang w:bidi="gu-IN"/>
        </w:rPr>
        <w:t>વર્ગ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મોનિટર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અને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ક્લબ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લીડરની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પસંદગી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કોઈ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એક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શિક્ષક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દ્વારા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કરવાને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બદલે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વર્ગના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વિદ્યાર્થીઓની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પરસ્પર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સંમતિ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અને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મતદાન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દ્વારા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કરવામાં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આવે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છે</w:t>
      </w:r>
      <w:r w:rsidRPr="0004493D">
        <w:rPr>
          <w:sz w:val="20"/>
          <w:szCs w:val="20"/>
        </w:rPr>
        <w:t>.</w:t>
      </w:r>
    </w:p>
    <w:p w14:paraId="0AA32EB4" w14:textId="77777777" w:rsidR="0004493D" w:rsidRPr="0004493D" w:rsidRDefault="0004493D" w:rsidP="0004493D">
      <w:pPr>
        <w:pStyle w:val="ListBullet"/>
        <w:spacing w:after="0" w:line="240" w:lineRule="auto"/>
        <w:rPr>
          <w:sz w:val="20"/>
          <w:szCs w:val="20"/>
        </w:rPr>
      </w:pPr>
      <w:r w:rsidRPr="0004493D">
        <w:rPr>
          <w:rFonts w:cs="Shruti"/>
          <w:sz w:val="20"/>
          <w:szCs w:val="20"/>
          <w:cs/>
          <w:lang w:bidi="gu-IN"/>
        </w:rPr>
        <w:t>યોગ્યતા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અને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શિસ્ત</w:t>
      </w:r>
      <w:r w:rsidRPr="0004493D">
        <w:rPr>
          <w:sz w:val="20"/>
          <w:szCs w:val="20"/>
        </w:rPr>
        <w:t xml:space="preserve">: </w:t>
      </w:r>
      <w:r w:rsidRPr="0004493D">
        <w:rPr>
          <w:rFonts w:cs="Shruti"/>
          <w:sz w:val="20"/>
          <w:szCs w:val="20"/>
          <w:cs/>
          <w:lang w:bidi="gu-IN"/>
        </w:rPr>
        <w:t>વિદ્યાર્થીની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શૈક્ષણિક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નિયમિતતા</w:t>
      </w:r>
      <w:r w:rsidRPr="0004493D">
        <w:rPr>
          <w:sz w:val="20"/>
          <w:szCs w:val="20"/>
        </w:rPr>
        <w:t xml:space="preserve">, </w:t>
      </w:r>
      <w:r w:rsidRPr="0004493D">
        <w:rPr>
          <w:rFonts w:cs="Shruti"/>
          <w:sz w:val="20"/>
          <w:szCs w:val="20"/>
          <w:cs/>
          <w:lang w:bidi="gu-IN"/>
        </w:rPr>
        <w:t>શિસ્ત</w:t>
      </w:r>
      <w:r w:rsidRPr="0004493D">
        <w:rPr>
          <w:sz w:val="20"/>
          <w:szCs w:val="20"/>
        </w:rPr>
        <w:t xml:space="preserve">, </w:t>
      </w:r>
      <w:r w:rsidRPr="0004493D">
        <w:rPr>
          <w:rFonts w:cs="Shruti"/>
          <w:sz w:val="20"/>
          <w:szCs w:val="20"/>
          <w:cs/>
          <w:lang w:bidi="gu-IN"/>
        </w:rPr>
        <w:t>સહઅભ્યાસિક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પ્રવૃત્તિઓમાં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રસ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અને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વર્તનને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ધ્યાનમાં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રાખી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ઉમેદવારોની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યાદી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બનાવવામાં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આવે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છે</w:t>
      </w:r>
      <w:r w:rsidRPr="0004493D">
        <w:rPr>
          <w:sz w:val="20"/>
          <w:szCs w:val="20"/>
        </w:rPr>
        <w:t>.</w:t>
      </w:r>
    </w:p>
    <w:p w14:paraId="31437500" w14:textId="77777777" w:rsidR="0004493D" w:rsidRPr="0004493D" w:rsidRDefault="0004493D" w:rsidP="0004493D">
      <w:pPr>
        <w:pStyle w:val="ListBullet"/>
        <w:spacing w:after="0" w:line="240" w:lineRule="auto"/>
        <w:rPr>
          <w:sz w:val="20"/>
          <w:szCs w:val="20"/>
        </w:rPr>
      </w:pPr>
      <w:r w:rsidRPr="0004493D">
        <w:rPr>
          <w:rFonts w:cs="Shruti"/>
          <w:sz w:val="20"/>
          <w:szCs w:val="20"/>
          <w:cs/>
          <w:lang w:bidi="gu-IN"/>
        </w:rPr>
        <w:t>બાળ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સંસદ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અંતર્ગત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રચના</w:t>
      </w:r>
      <w:r w:rsidRPr="0004493D">
        <w:rPr>
          <w:sz w:val="20"/>
          <w:szCs w:val="20"/>
        </w:rPr>
        <w:t xml:space="preserve">: </w:t>
      </w:r>
      <w:r w:rsidRPr="0004493D">
        <w:rPr>
          <w:rFonts w:cs="Shruti"/>
          <w:sz w:val="20"/>
          <w:szCs w:val="20"/>
          <w:cs/>
          <w:lang w:bidi="gu-IN"/>
        </w:rPr>
        <w:t>શાળામાં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બાળ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સંસદની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રચના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કરી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વિવિધ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મંત્રાલયો</w:t>
      </w:r>
      <w:r w:rsidRPr="0004493D">
        <w:rPr>
          <w:sz w:val="20"/>
          <w:szCs w:val="20"/>
        </w:rPr>
        <w:t xml:space="preserve"> (</w:t>
      </w:r>
      <w:r w:rsidRPr="0004493D">
        <w:rPr>
          <w:rFonts w:cs="Shruti"/>
          <w:sz w:val="20"/>
          <w:szCs w:val="20"/>
          <w:cs/>
          <w:lang w:bidi="gu-IN"/>
        </w:rPr>
        <w:t>જેમ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કે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સ્વાસ્થ્ય</w:t>
      </w:r>
      <w:r w:rsidRPr="0004493D">
        <w:rPr>
          <w:sz w:val="20"/>
          <w:szCs w:val="20"/>
        </w:rPr>
        <w:t xml:space="preserve">, </w:t>
      </w:r>
      <w:r w:rsidRPr="0004493D">
        <w:rPr>
          <w:rFonts w:cs="Shruti"/>
          <w:sz w:val="20"/>
          <w:szCs w:val="20"/>
          <w:cs/>
          <w:lang w:bidi="gu-IN"/>
        </w:rPr>
        <w:t>શિક્ષણ</w:t>
      </w:r>
      <w:r w:rsidRPr="0004493D">
        <w:rPr>
          <w:sz w:val="20"/>
          <w:szCs w:val="20"/>
        </w:rPr>
        <w:t xml:space="preserve">, </w:t>
      </w:r>
      <w:r w:rsidRPr="0004493D">
        <w:rPr>
          <w:rFonts w:cs="Shruti"/>
          <w:sz w:val="20"/>
          <w:szCs w:val="20"/>
          <w:cs/>
          <w:lang w:bidi="gu-IN"/>
        </w:rPr>
        <w:t>સફાઈ</w:t>
      </w:r>
      <w:r w:rsidRPr="0004493D">
        <w:rPr>
          <w:sz w:val="20"/>
          <w:szCs w:val="20"/>
        </w:rPr>
        <w:t xml:space="preserve">, </w:t>
      </w:r>
      <w:r w:rsidRPr="0004493D">
        <w:rPr>
          <w:rFonts w:cs="Shruti"/>
          <w:sz w:val="20"/>
          <w:szCs w:val="20"/>
          <w:cs/>
          <w:lang w:bidi="gu-IN"/>
        </w:rPr>
        <w:t>સાંસ્કૃતિક</w:t>
      </w:r>
      <w:r w:rsidRPr="0004493D">
        <w:rPr>
          <w:sz w:val="20"/>
          <w:szCs w:val="20"/>
        </w:rPr>
        <w:t xml:space="preserve">) </w:t>
      </w:r>
      <w:r w:rsidRPr="0004493D">
        <w:rPr>
          <w:rFonts w:cs="Shruti"/>
          <w:sz w:val="20"/>
          <w:szCs w:val="20"/>
          <w:cs/>
          <w:lang w:bidi="gu-IN"/>
        </w:rPr>
        <w:t>માટે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પ્રધાન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અને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નેતાઓની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પસંદગી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કરાય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છે</w:t>
      </w:r>
      <w:r w:rsidRPr="0004493D">
        <w:rPr>
          <w:sz w:val="20"/>
          <w:szCs w:val="20"/>
        </w:rPr>
        <w:t>.</w:t>
      </w:r>
    </w:p>
    <w:p w14:paraId="03EC5107" w14:textId="77777777" w:rsidR="0004493D" w:rsidRPr="0004493D" w:rsidRDefault="0004493D" w:rsidP="0004493D">
      <w:pPr>
        <w:pStyle w:val="ListBullet"/>
        <w:spacing w:after="0" w:line="240" w:lineRule="auto"/>
        <w:rPr>
          <w:sz w:val="20"/>
          <w:szCs w:val="20"/>
        </w:rPr>
      </w:pPr>
      <w:r w:rsidRPr="0004493D">
        <w:rPr>
          <w:rFonts w:cs="Shruti"/>
          <w:sz w:val="20"/>
          <w:szCs w:val="20"/>
          <w:cs/>
          <w:lang w:bidi="gu-IN"/>
        </w:rPr>
        <w:t>આચાર્ય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અને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સ્ટાફની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દેખરેખ</w:t>
      </w:r>
      <w:r w:rsidRPr="0004493D">
        <w:rPr>
          <w:sz w:val="20"/>
          <w:szCs w:val="20"/>
        </w:rPr>
        <w:t xml:space="preserve">: </w:t>
      </w:r>
      <w:r w:rsidRPr="0004493D">
        <w:rPr>
          <w:rFonts w:cs="Shruti"/>
          <w:sz w:val="20"/>
          <w:szCs w:val="20"/>
          <w:cs/>
          <w:lang w:bidi="gu-IN"/>
        </w:rPr>
        <w:t>સમગ્ર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પસંદગી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પ્રક્રિયા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આચાર્યશ્રી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અને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માર્ગદર્શક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શિક્ષકોની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દેખરેખ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હેઠળ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પારદર્શક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રીતે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પૂર્ણ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થાય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છે</w:t>
      </w:r>
      <w:r w:rsidRPr="0004493D">
        <w:rPr>
          <w:sz w:val="20"/>
          <w:szCs w:val="20"/>
        </w:rPr>
        <w:t>.</w:t>
      </w:r>
    </w:p>
    <w:p w14:paraId="1BED2CB9" w14:textId="77777777" w:rsidR="0004493D" w:rsidRPr="0004493D" w:rsidRDefault="0004493D" w:rsidP="0004493D">
      <w:pPr>
        <w:pStyle w:val="Heading2"/>
        <w:spacing w:line="240" w:lineRule="auto"/>
        <w:rPr>
          <w:sz w:val="20"/>
          <w:szCs w:val="20"/>
        </w:rPr>
      </w:pPr>
      <w:r w:rsidRPr="0004493D">
        <w:rPr>
          <w:rFonts w:cs="Shruti"/>
          <w:sz w:val="20"/>
          <w:szCs w:val="20"/>
          <w:cs/>
          <w:lang w:bidi="gu-IN"/>
        </w:rPr>
        <w:t>૨</w:t>
      </w:r>
      <w:r w:rsidRPr="0004493D">
        <w:rPr>
          <w:sz w:val="20"/>
          <w:szCs w:val="20"/>
        </w:rPr>
        <w:t xml:space="preserve">. </w:t>
      </w:r>
      <w:r w:rsidRPr="0004493D">
        <w:rPr>
          <w:rFonts w:cs="Shruti"/>
          <w:sz w:val="20"/>
          <w:szCs w:val="20"/>
          <w:cs/>
          <w:lang w:bidi="gu-IN"/>
        </w:rPr>
        <w:t>પસંદગી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પામેલ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નેતૃત્વ</w:t>
      </w:r>
      <w:r w:rsidRPr="0004493D">
        <w:rPr>
          <w:sz w:val="20"/>
          <w:szCs w:val="20"/>
        </w:rPr>
        <w:t xml:space="preserve"> </w:t>
      </w:r>
      <w:r w:rsidRPr="0004493D">
        <w:rPr>
          <w:rFonts w:cs="Shruti"/>
          <w:sz w:val="20"/>
          <w:szCs w:val="20"/>
          <w:cs/>
          <w:lang w:bidi="gu-IN"/>
        </w:rPr>
        <w:t>પત્રક</w:t>
      </w:r>
      <w:r w:rsidRPr="0004493D">
        <w:rPr>
          <w:sz w:val="20"/>
          <w:szCs w:val="20"/>
        </w:rPr>
        <w:t xml:space="preserve"> (Leadership Details):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9"/>
        <w:gridCol w:w="2424"/>
        <w:gridCol w:w="1613"/>
        <w:gridCol w:w="4064"/>
      </w:tblGrid>
      <w:tr w:rsidR="00BD355F" w:rsidRPr="0004493D" w14:paraId="1011ACE7" w14:textId="77777777" w:rsidTr="0004493D">
        <w:tc>
          <w:tcPr>
            <w:tcW w:w="534" w:type="dxa"/>
          </w:tcPr>
          <w:p w14:paraId="74D96B01" w14:textId="77777777" w:rsidR="0004493D" w:rsidRPr="0004493D" w:rsidRDefault="0004493D" w:rsidP="0004493D">
            <w:pPr>
              <w:rPr>
                <w:sz w:val="20"/>
                <w:szCs w:val="20"/>
              </w:rPr>
            </w:pPr>
            <w:r w:rsidRPr="0004493D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ક્રમ</w:t>
            </w:r>
          </w:p>
        </w:tc>
        <w:tc>
          <w:tcPr>
            <w:tcW w:w="2551" w:type="dxa"/>
          </w:tcPr>
          <w:p w14:paraId="53EAEF3C" w14:textId="77777777" w:rsidR="0004493D" w:rsidRPr="0004493D" w:rsidRDefault="0004493D" w:rsidP="0004493D">
            <w:pPr>
              <w:rPr>
                <w:sz w:val="20"/>
                <w:szCs w:val="20"/>
              </w:rPr>
            </w:pPr>
            <w:r w:rsidRPr="0004493D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પદ</w:t>
            </w:r>
            <w:r w:rsidRPr="0004493D">
              <w:rPr>
                <w:b/>
                <w:sz w:val="20"/>
                <w:szCs w:val="20"/>
              </w:rPr>
              <w:t xml:space="preserve"> / </w:t>
            </w:r>
            <w:r w:rsidRPr="0004493D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જવાબદારી</w:t>
            </w:r>
          </w:p>
        </w:tc>
        <w:tc>
          <w:tcPr>
            <w:tcW w:w="1701" w:type="dxa"/>
          </w:tcPr>
          <w:p w14:paraId="76E8C3F5" w14:textId="77777777" w:rsidR="0004493D" w:rsidRPr="0004493D" w:rsidRDefault="0004493D" w:rsidP="0004493D">
            <w:pPr>
              <w:rPr>
                <w:sz w:val="20"/>
                <w:szCs w:val="20"/>
              </w:rPr>
            </w:pPr>
            <w:r w:rsidRPr="0004493D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ધોરણ</w:t>
            </w:r>
            <w:r w:rsidRPr="0004493D">
              <w:rPr>
                <w:b/>
                <w:sz w:val="20"/>
                <w:szCs w:val="20"/>
              </w:rPr>
              <w:t xml:space="preserve"> </w:t>
            </w:r>
            <w:r w:rsidRPr="0004493D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અને</w:t>
            </w:r>
            <w:r w:rsidRPr="0004493D">
              <w:rPr>
                <w:b/>
                <w:sz w:val="20"/>
                <w:szCs w:val="20"/>
              </w:rPr>
              <w:t xml:space="preserve"> </w:t>
            </w:r>
            <w:r w:rsidRPr="0004493D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વર્ગ</w:t>
            </w:r>
          </w:p>
        </w:tc>
        <w:tc>
          <w:tcPr>
            <w:tcW w:w="4070" w:type="dxa"/>
          </w:tcPr>
          <w:p w14:paraId="5AB2952C" w14:textId="77777777" w:rsidR="0004493D" w:rsidRPr="0004493D" w:rsidRDefault="0004493D" w:rsidP="0004493D">
            <w:pPr>
              <w:rPr>
                <w:sz w:val="20"/>
                <w:szCs w:val="20"/>
              </w:rPr>
            </w:pPr>
            <w:r w:rsidRPr="0004493D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પસંદ</w:t>
            </w:r>
            <w:r w:rsidRPr="0004493D">
              <w:rPr>
                <w:b/>
                <w:sz w:val="20"/>
                <w:szCs w:val="20"/>
              </w:rPr>
              <w:t xml:space="preserve"> </w:t>
            </w:r>
            <w:r w:rsidRPr="0004493D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પામેલ</w:t>
            </w:r>
            <w:r w:rsidRPr="0004493D">
              <w:rPr>
                <w:b/>
                <w:sz w:val="20"/>
                <w:szCs w:val="20"/>
              </w:rPr>
              <w:t xml:space="preserve"> </w:t>
            </w:r>
            <w:r w:rsidRPr="0004493D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વિદ્યાર્થીનું</w:t>
            </w:r>
            <w:r w:rsidRPr="0004493D">
              <w:rPr>
                <w:b/>
                <w:sz w:val="20"/>
                <w:szCs w:val="20"/>
              </w:rPr>
              <w:t xml:space="preserve"> </w:t>
            </w:r>
            <w:r w:rsidRPr="0004493D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નામ</w:t>
            </w:r>
          </w:p>
        </w:tc>
      </w:tr>
      <w:tr w:rsidR="00BD355F" w:rsidRPr="0004493D" w14:paraId="6EE0C9C9" w14:textId="77777777" w:rsidTr="0004493D">
        <w:tc>
          <w:tcPr>
            <w:tcW w:w="534" w:type="dxa"/>
          </w:tcPr>
          <w:p w14:paraId="1122CD52" w14:textId="77777777" w:rsidR="0004493D" w:rsidRPr="0004493D" w:rsidRDefault="0004493D" w:rsidP="0004493D">
            <w:pPr>
              <w:rPr>
                <w:sz w:val="20"/>
                <w:szCs w:val="20"/>
              </w:rPr>
            </w:pPr>
            <w:r w:rsidRPr="0004493D">
              <w:rPr>
                <w:rFonts w:cs="Shruti"/>
                <w:sz w:val="20"/>
                <w:szCs w:val="20"/>
                <w:cs/>
                <w:lang w:bidi="gu-IN"/>
              </w:rPr>
              <w:t>૧</w:t>
            </w:r>
          </w:p>
        </w:tc>
        <w:tc>
          <w:tcPr>
            <w:tcW w:w="2551" w:type="dxa"/>
          </w:tcPr>
          <w:p w14:paraId="7F2B8D7D" w14:textId="77777777" w:rsidR="0004493D" w:rsidRPr="0004493D" w:rsidRDefault="0004493D" w:rsidP="0004493D">
            <w:pPr>
              <w:rPr>
                <w:sz w:val="20"/>
                <w:szCs w:val="20"/>
              </w:rPr>
            </w:pPr>
            <w:r w:rsidRPr="0004493D">
              <w:rPr>
                <w:rFonts w:cs="Shruti"/>
                <w:sz w:val="20"/>
                <w:szCs w:val="20"/>
                <w:cs/>
                <w:lang w:bidi="gu-IN"/>
              </w:rPr>
              <w:t>મુખ્ય</w:t>
            </w:r>
            <w:r w:rsidRPr="0004493D">
              <w:rPr>
                <w:sz w:val="20"/>
                <w:szCs w:val="20"/>
              </w:rPr>
              <w:t xml:space="preserve"> </w:t>
            </w:r>
            <w:r w:rsidRPr="0004493D">
              <w:rPr>
                <w:rFonts w:cs="Shruti"/>
                <w:sz w:val="20"/>
                <w:szCs w:val="20"/>
                <w:cs/>
                <w:lang w:bidi="gu-IN"/>
              </w:rPr>
              <w:t>શાળા</w:t>
            </w:r>
            <w:r w:rsidRPr="0004493D">
              <w:rPr>
                <w:sz w:val="20"/>
                <w:szCs w:val="20"/>
              </w:rPr>
              <w:t xml:space="preserve"> </w:t>
            </w:r>
            <w:r w:rsidRPr="0004493D">
              <w:rPr>
                <w:rFonts w:cs="Shruti"/>
                <w:sz w:val="20"/>
                <w:szCs w:val="20"/>
                <w:cs/>
                <w:lang w:bidi="gu-IN"/>
              </w:rPr>
              <w:t>મોનિટર</w:t>
            </w:r>
            <w:r w:rsidRPr="0004493D">
              <w:rPr>
                <w:sz w:val="20"/>
                <w:szCs w:val="20"/>
              </w:rPr>
              <w:t xml:space="preserve"> (Head Monitor)</w:t>
            </w:r>
          </w:p>
        </w:tc>
        <w:tc>
          <w:tcPr>
            <w:tcW w:w="1701" w:type="dxa"/>
          </w:tcPr>
          <w:p w14:paraId="44DFF849" w14:textId="77777777" w:rsidR="0004493D" w:rsidRPr="0004493D" w:rsidRDefault="0004493D" w:rsidP="0004493D">
            <w:pPr>
              <w:rPr>
                <w:sz w:val="20"/>
                <w:szCs w:val="20"/>
              </w:rPr>
            </w:pPr>
            <w:r w:rsidRPr="0004493D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04493D">
              <w:rPr>
                <w:sz w:val="20"/>
                <w:szCs w:val="20"/>
              </w:rPr>
              <w:t xml:space="preserve"> </w:t>
            </w:r>
            <w:r w:rsidRPr="0004493D">
              <w:rPr>
                <w:rFonts w:cs="Shruti"/>
                <w:sz w:val="20"/>
                <w:szCs w:val="20"/>
                <w:cs/>
                <w:lang w:bidi="gu-IN"/>
              </w:rPr>
              <w:t>૮</w:t>
            </w:r>
          </w:p>
        </w:tc>
        <w:tc>
          <w:tcPr>
            <w:tcW w:w="4070" w:type="dxa"/>
          </w:tcPr>
          <w:p w14:paraId="5F44D65E" w14:textId="1F99A11E" w:rsidR="0004493D" w:rsidRPr="00BD355F" w:rsidRDefault="00BD355F" w:rsidP="0004493D">
            <w:pPr>
              <w:rPr>
                <w:rFonts w:cs="Shruti"/>
                <w:sz w:val="20"/>
                <w:szCs w:val="20"/>
                <w:lang w:bidi="gu-IN"/>
              </w:rPr>
            </w:pPr>
            <w:r>
              <w:rPr>
                <w:rFonts w:cs="Shruti" w:hint="cs"/>
                <w:sz w:val="20"/>
                <w:szCs w:val="20"/>
                <w:cs/>
                <w:lang w:bidi="gu-IN"/>
              </w:rPr>
              <w:t xml:space="preserve">રોહિતકુમાર રામજીભાઈ પરમાર </w:t>
            </w:r>
          </w:p>
        </w:tc>
      </w:tr>
      <w:tr w:rsidR="00BD355F" w:rsidRPr="0004493D" w14:paraId="71981AB8" w14:textId="77777777" w:rsidTr="0004493D">
        <w:tc>
          <w:tcPr>
            <w:tcW w:w="534" w:type="dxa"/>
          </w:tcPr>
          <w:p w14:paraId="40AA049A" w14:textId="77777777" w:rsidR="0004493D" w:rsidRPr="0004493D" w:rsidRDefault="0004493D" w:rsidP="0004493D">
            <w:pPr>
              <w:rPr>
                <w:sz w:val="20"/>
                <w:szCs w:val="20"/>
              </w:rPr>
            </w:pPr>
            <w:r w:rsidRPr="0004493D">
              <w:rPr>
                <w:rFonts w:cs="Shruti"/>
                <w:sz w:val="20"/>
                <w:szCs w:val="20"/>
                <w:cs/>
                <w:lang w:bidi="gu-IN"/>
              </w:rPr>
              <w:t>૨</w:t>
            </w:r>
          </w:p>
        </w:tc>
        <w:tc>
          <w:tcPr>
            <w:tcW w:w="2551" w:type="dxa"/>
          </w:tcPr>
          <w:p w14:paraId="557F6707" w14:textId="77777777" w:rsidR="0004493D" w:rsidRPr="0004493D" w:rsidRDefault="0004493D" w:rsidP="0004493D">
            <w:pPr>
              <w:rPr>
                <w:sz w:val="20"/>
                <w:szCs w:val="20"/>
              </w:rPr>
            </w:pPr>
            <w:r w:rsidRPr="0004493D">
              <w:rPr>
                <w:rFonts w:cs="Shruti"/>
                <w:sz w:val="20"/>
                <w:szCs w:val="20"/>
                <w:cs/>
                <w:lang w:bidi="gu-IN"/>
              </w:rPr>
              <w:t>બાલવૃંદ</w:t>
            </w:r>
            <w:r w:rsidRPr="0004493D">
              <w:rPr>
                <w:sz w:val="20"/>
                <w:szCs w:val="20"/>
              </w:rPr>
              <w:t xml:space="preserve"> </w:t>
            </w:r>
            <w:r w:rsidRPr="0004493D">
              <w:rPr>
                <w:rFonts w:cs="Shruti"/>
                <w:sz w:val="20"/>
                <w:szCs w:val="20"/>
                <w:cs/>
                <w:lang w:bidi="gu-IN"/>
              </w:rPr>
              <w:t>પ્રતિનિધિ</w:t>
            </w:r>
            <w:r w:rsidRPr="0004493D">
              <w:rPr>
                <w:sz w:val="20"/>
                <w:szCs w:val="20"/>
              </w:rPr>
              <w:t xml:space="preserve"> (</w:t>
            </w:r>
            <w:proofErr w:type="spellStart"/>
            <w:r w:rsidRPr="0004493D">
              <w:rPr>
                <w:sz w:val="20"/>
                <w:szCs w:val="20"/>
              </w:rPr>
              <w:t>Balvrind</w:t>
            </w:r>
            <w:proofErr w:type="spellEnd"/>
            <w:r w:rsidRPr="0004493D">
              <w:rPr>
                <w:sz w:val="20"/>
                <w:szCs w:val="20"/>
              </w:rPr>
              <w:t xml:space="preserve"> Rep.)</w:t>
            </w:r>
          </w:p>
        </w:tc>
        <w:tc>
          <w:tcPr>
            <w:tcW w:w="1701" w:type="dxa"/>
          </w:tcPr>
          <w:p w14:paraId="13A064A4" w14:textId="53BC7301" w:rsidR="0004493D" w:rsidRPr="00BD355F" w:rsidRDefault="0004493D" w:rsidP="0004493D">
            <w:pPr>
              <w:rPr>
                <w:rFonts w:cs="Shruti"/>
                <w:sz w:val="20"/>
                <w:szCs w:val="20"/>
                <w:lang w:bidi="gu-IN"/>
              </w:rPr>
            </w:pPr>
            <w:r w:rsidRPr="0004493D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04493D">
              <w:rPr>
                <w:sz w:val="20"/>
                <w:szCs w:val="20"/>
              </w:rPr>
              <w:t xml:space="preserve"> </w:t>
            </w:r>
            <w:r w:rsidR="00BD355F">
              <w:rPr>
                <w:rFonts w:cs="Shruti" w:hint="cs"/>
                <w:sz w:val="20"/>
                <w:szCs w:val="20"/>
                <w:cs/>
                <w:lang w:bidi="gu-IN"/>
              </w:rPr>
              <w:t xml:space="preserve">8 </w:t>
            </w:r>
          </w:p>
        </w:tc>
        <w:tc>
          <w:tcPr>
            <w:tcW w:w="4070" w:type="dxa"/>
          </w:tcPr>
          <w:p w14:paraId="0B41AD0A" w14:textId="58FC33BD" w:rsidR="00BD355F" w:rsidRPr="00BD355F" w:rsidRDefault="00BD355F" w:rsidP="0004493D">
            <w:pPr>
              <w:rPr>
                <w:rFonts w:cs="Shruti"/>
                <w:sz w:val="20"/>
                <w:szCs w:val="20"/>
                <w:lang w:bidi="gu-IN"/>
              </w:rPr>
            </w:pPr>
            <w:r>
              <w:rPr>
                <w:rFonts w:cs="Shruti" w:hint="cs"/>
                <w:sz w:val="20"/>
                <w:szCs w:val="20"/>
                <w:cs/>
                <w:lang w:bidi="gu-IN"/>
              </w:rPr>
              <w:t xml:space="preserve">માયાવાતીબેન અરજણભાઈ  સોલંકી </w:t>
            </w:r>
          </w:p>
        </w:tc>
      </w:tr>
      <w:tr w:rsidR="00BD355F" w:rsidRPr="0004493D" w14:paraId="1E836BC7" w14:textId="77777777" w:rsidTr="0004493D">
        <w:tc>
          <w:tcPr>
            <w:tcW w:w="534" w:type="dxa"/>
          </w:tcPr>
          <w:p w14:paraId="7345E69F" w14:textId="77777777" w:rsidR="0004493D" w:rsidRPr="0004493D" w:rsidRDefault="0004493D" w:rsidP="0004493D">
            <w:pPr>
              <w:rPr>
                <w:sz w:val="20"/>
                <w:szCs w:val="20"/>
              </w:rPr>
            </w:pPr>
            <w:r w:rsidRPr="0004493D">
              <w:rPr>
                <w:rFonts w:cs="Shruti"/>
                <w:sz w:val="20"/>
                <w:szCs w:val="20"/>
                <w:cs/>
                <w:lang w:bidi="gu-IN"/>
              </w:rPr>
              <w:t>૩</w:t>
            </w:r>
          </w:p>
        </w:tc>
        <w:tc>
          <w:tcPr>
            <w:tcW w:w="2551" w:type="dxa"/>
          </w:tcPr>
          <w:p w14:paraId="5BAD639C" w14:textId="77777777" w:rsidR="0004493D" w:rsidRPr="0004493D" w:rsidRDefault="0004493D" w:rsidP="0004493D">
            <w:pPr>
              <w:rPr>
                <w:sz w:val="20"/>
                <w:szCs w:val="20"/>
              </w:rPr>
            </w:pPr>
            <w:r w:rsidRPr="0004493D">
              <w:rPr>
                <w:rFonts w:cs="Shruti"/>
                <w:sz w:val="20"/>
                <w:szCs w:val="20"/>
                <w:cs/>
                <w:lang w:bidi="gu-IN"/>
              </w:rPr>
              <w:t>ઇકો</w:t>
            </w:r>
            <w:r w:rsidRPr="0004493D">
              <w:rPr>
                <w:sz w:val="20"/>
                <w:szCs w:val="20"/>
              </w:rPr>
              <w:t xml:space="preserve"> </w:t>
            </w:r>
            <w:r w:rsidRPr="0004493D">
              <w:rPr>
                <w:rFonts w:cs="Shruti"/>
                <w:sz w:val="20"/>
                <w:szCs w:val="20"/>
                <w:cs/>
                <w:lang w:bidi="gu-IN"/>
              </w:rPr>
              <w:t>ક્લબ</w:t>
            </w:r>
            <w:r w:rsidRPr="0004493D">
              <w:rPr>
                <w:sz w:val="20"/>
                <w:szCs w:val="20"/>
              </w:rPr>
              <w:t xml:space="preserve"> </w:t>
            </w:r>
            <w:r w:rsidRPr="0004493D">
              <w:rPr>
                <w:rFonts w:cs="Shruti"/>
                <w:sz w:val="20"/>
                <w:szCs w:val="20"/>
                <w:cs/>
                <w:lang w:bidi="gu-IN"/>
              </w:rPr>
              <w:t>લીડર</w:t>
            </w:r>
            <w:r w:rsidRPr="0004493D">
              <w:rPr>
                <w:sz w:val="20"/>
                <w:szCs w:val="20"/>
              </w:rPr>
              <w:t xml:space="preserve"> (Eco Club Leader)</w:t>
            </w:r>
          </w:p>
        </w:tc>
        <w:tc>
          <w:tcPr>
            <w:tcW w:w="1701" w:type="dxa"/>
          </w:tcPr>
          <w:p w14:paraId="25D34FA2" w14:textId="77777777" w:rsidR="0004493D" w:rsidRPr="0004493D" w:rsidRDefault="0004493D" w:rsidP="0004493D">
            <w:pPr>
              <w:rPr>
                <w:sz w:val="20"/>
                <w:szCs w:val="20"/>
              </w:rPr>
            </w:pPr>
            <w:r w:rsidRPr="0004493D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04493D">
              <w:rPr>
                <w:sz w:val="20"/>
                <w:szCs w:val="20"/>
              </w:rPr>
              <w:t xml:space="preserve"> </w:t>
            </w:r>
            <w:r w:rsidRPr="0004493D">
              <w:rPr>
                <w:rFonts w:cs="Shruti"/>
                <w:sz w:val="20"/>
                <w:szCs w:val="20"/>
                <w:cs/>
                <w:lang w:bidi="gu-IN"/>
              </w:rPr>
              <w:t>૬</w:t>
            </w:r>
            <w:r w:rsidRPr="0004493D">
              <w:rPr>
                <w:sz w:val="20"/>
                <w:szCs w:val="20"/>
              </w:rPr>
              <w:t xml:space="preserve"> </w:t>
            </w:r>
            <w:r w:rsidRPr="0004493D">
              <w:rPr>
                <w:rFonts w:cs="Shruti"/>
                <w:sz w:val="20"/>
                <w:szCs w:val="20"/>
                <w:cs/>
                <w:lang w:bidi="gu-IN"/>
              </w:rPr>
              <w:t>થી</w:t>
            </w:r>
            <w:r w:rsidRPr="0004493D">
              <w:rPr>
                <w:sz w:val="20"/>
                <w:szCs w:val="20"/>
              </w:rPr>
              <w:t xml:space="preserve"> </w:t>
            </w:r>
            <w:r w:rsidRPr="0004493D">
              <w:rPr>
                <w:rFonts w:cs="Shruti"/>
                <w:sz w:val="20"/>
                <w:szCs w:val="20"/>
                <w:cs/>
                <w:lang w:bidi="gu-IN"/>
              </w:rPr>
              <w:t>૮</w:t>
            </w:r>
          </w:p>
        </w:tc>
        <w:tc>
          <w:tcPr>
            <w:tcW w:w="4070" w:type="dxa"/>
          </w:tcPr>
          <w:p w14:paraId="36A2CC46" w14:textId="32FD067F" w:rsidR="0004493D" w:rsidRPr="00BD355F" w:rsidRDefault="00BD355F" w:rsidP="0004493D">
            <w:pPr>
              <w:rPr>
                <w:rFonts w:cs="Shruti"/>
                <w:sz w:val="20"/>
                <w:szCs w:val="20"/>
                <w:lang w:bidi="gu-IN"/>
              </w:rPr>
            </w:pPr>
            <w:r>
              <w:rPr>
                <w:rFonts w:cs="Shruti" w:hint="cs"/>
                <w:sz w:val="20"/>
                <w:szCs w:val="20"/>
                <w:cs/>
                <w:lang w:bidi="gu-IN"/>
              </w:rPr>
              <w:t xml:space="preserve">રાહુલભાઈ ભરતભાઈ વણોલ </w:t>
            </w:r>
          </w:p>
        </w:tc>
      </w:tr>
      <w:tr w:rsidR="00BD355F" w:rsidRPr="0004493D" w14:paraId="3BA8353D" w14:textId="77777777" w:rsidTr="0004493D">
        <w:tc>
          <w:tcPr>
            <w:tcW w:w="534" w:type="dxa"/>
          </w:tcPr>
          <w:p w14:paraId="32CA7CAC" w14:textId="77777777" w:rsidR="0004493D" w:rsidRPr="0004493D" w:rsidRDefault="0004493D" w:rsidP="0004493D">
            <w:pPr>
              <w:rPr>
                <w:sz w:val="20"/>
                <w:szCs w:val="20"/>
              </w:rPr>
            </w:pPr>
            <w:r w:rsidRPr="0004493D">
              <w:rPr>
                <w:rFonts w:cs="Shruti"/>
                <w:sz w:val="20"/>
                <w:szCs w:val="20"/>
                <w:cs/>
                <w:lang w:bidi="gu-IN"/>
              </w:rPr>
              <w:t>૪</w:t>
            </w:r>
          </w:p>
        </w:tc>
        <w:tc>
          <w:tcPr>
            <w:tcW w:w="2551" w:type="dxa"/>
          </w:tcPr>
          <w:p w14:paraId="1D1DA1FC" w14:textId="77777777" w:rsidR="0004493D" w:rsidRPr="0004493D" w:rsidRDefault="0004493D" w:rsidP="0004493D">
            <w:pPr>
              <w:rPr>
                <w:sz w:val="20"/>
                <w:szCs w:val="20"/>
              </w:rPr>
            </w:pPr>
            <w:r w:rsidRPr="0004493D">
              <w:rPr>
                <w:rFonts w:cs="Shruti"/>
                <w:sz w:val="20"/>
                <w:szCs w:val="20"/>
                <w:cs/>
                <w:lang w:bidi="gu-IN"/>
              </w:rPr>
              <w:t>સાંસ્કૃતિક</w:t>
            </w:r>
            <w:r w:rsidRPr="0004493D">
              <w:rPr>
                <w:sz w:val="20"/>
                <w:szCs w:val="20"/>
              </w:rPr>
              <w:t xml:space="preserve"> </w:t>
            </w:r>
            <w:r w:rsidRPr="0004493D">
              <w:rPr>
                <w:rFonts w:cs="Shruti"/>
                <w:sz w:val="20"/>
                <w:szCs w:val="20"/>
                <w:cs/>
                <w:lang w:bidi="gu-IN"/>
              </w:rPr>
              <w:t>સમિતિ</w:t>
            </w:r>
            <w:r w:rsidRPr="0004493D">
              <w:rPr>
                <w:sz w:val="20"/>
                <w:szCs w:val="20"/>
              </w:rPr>
              <w:t xml:space="preserve"> </w:t>
            </w:r>
            <w:r w:rsidRPr="0004493D">
              <w:rPr>
                <w:rFonts w:cs="Shruti"/>
                <w:sz w:val="20"/>
                <w:szCs w:val="20"/>
                <w:cs/>
                <w:lang w:bidi="gu-IN"/>
              </w:rPr>
              <w:t>લીડર</w:t>
            </w:r>
          </w:p>
        </w:tc>
        <w:tc>
          <w:tcPr>
            <w:tcW w:w="1701" w:type="dxa"/>
          </w:tcPr>
          <w:p w14:paraId="14DC0FAD" w14:textId="77777777" w:rsidR="0004493D" w:rsidRPr="0004493D" w:rsidRDefault="0004493D" w:rsidP="0004493D">
            <w:pPr>
              <w:rPr>
                <w:sz w:val="20"/>
                <w:szCs w:val="20"/>
              </w:rPr>
            </w:pPr>
            <w:r w:rsidRPr="0004493D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04493D">
              <w:rPr>
                <w:sz w:val="20"/>
                <w:szCs w:val="20"/>
              </w:rPr>
              <w:t xml:space="preserve"> </w:t>
            </w:r>
            <w:r w:rsidRPr="0004493D">
              <w:rPr>
                <w:rFonts w:cs="Shruti"/>
                <w:sz w:val="20"/>
                <w:szCs w:val="20"/>
                <w:cs/>
                <w:lang w:bidi="gu-IN"/>
              </w:rPr>
              <w:t>૭</w:t>
            </w:r>
            <w:r w:rsidRPr="0004493D">
              <w:rPr>
                <w:sz w:val="20"/>
                <w:szCs w:val="20"/>
              </w:rPr>
              <w:t xml:space="preserve"> </w:t>
            </w:r>
            <w:r w:rsidRPr="0004493D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04493D">
              <w:rPr>
                <w:sz w:val="20"/>
                <w:szCs w:val="20"/>
              </w:rPr>
              <w:t xml:space="preserve"> </w:t>
            </w:r>
            <w:r w:rsidRPr="0004493D">
              <w:rPr>
                <w:rFonts w:cs="Shruti"/>
                <w:sz w:val="20"/>
                <w:szCs w:val="20"/>
                <w:cs/>
                <w:lang w:bidi="gu-IN"/>
              </w:rPr>
              <w:t>૮</w:t>
            </w:r>
          </w:p>
        </w:tc>
        <w:tc>
          <w:tcPr>
            <w:tcW w:w="4070" w:type="dxa"/>
          </w:tcPr>
          <w:p w14:paraId="59520C21" w14:textId="513DCEA5" w:rsidR="0004493D" w:rsidRPr="0004493D" w:rsidRDefault="0004493D" w:rsidP="0004493D">
            <w:pPr>
              <w:rPr>
                <w:sz w:val="20"/>
                <w:szCs w:val="20"/>
              </w:rPr>
            </w:pPr>
          </w:p>
        </w:tc>
      </w:tr>
      <w:tr w:rsidR="00BD355F" w:rsidRPr="0004493D" w14:paraId="1AE14CAD" w14:textId="77777777" w:rsidTr="0004493D">
        <w:tc>
          <w:tcPr>
            <w:tcW w:w="534" w:type="dxa"/>
          </w:tcPr>
          <w:p w14:paraId="3F0F4A8A" w14:textId="77777777" w:rsidR="0004493D" w:rsidRPr="0004493D" w:rsidRDefault="0004493D" w:rsidP="0004493D">
            <w:pPr>
              <w:rPr>
                <w:sz w:val="20"/>
                <w:szCs w:val="20"/>
              </w:rPr>
            </w:pPr>
            <w:r w:rsidRPr="0004493D">
              <w:rPr>
                <w:rFonts w:cs="Shruti"/>
                <w:sz w:val="20"/>
                <w:szCs w:val="20"/>
                <w:cs/>
                <w:lang w:bidi="gu-IN"/>
              </w:rPr>
              <w:t>૫</w:t>
            </w:r>
          </w:p>
        </w:tc>
        <w:tc>
          <w:tcPr>
            <w:tcW w:w="2551" w:type="dxa"/>
          </w:tcPr>
          <w:p w14:paraId="48AB60C1" w14:textId="77777777" w:rsidR="0004493D" w:rsidRPr="0004493D" w:rsidRDefault="0004493D" w:rsidP="0004493D">
            <w:pPr>
              <w:rPr>
                <w:sz w:val="20"/>
                <w:szCs w:val="20"/>
              </w:rPr>
            </w:pPr>
            <w:r w:rsidRPr="0004493D">
              <w:rPr>
                <w:rFonts w:cs="Shruti"/>
                <w:sz w:val="20"/>
                <w:szCs w:val="20"/>
                <w:cs/>
                <w:lang w:bidi="gu-IN"/>
              </w:rPr>
              <w:t>સ્વચ્છતા</w:t>
            </w:r>
            <w:r w:rsidRPr="0004493D">
              <w:rPr>
                <w:sz w:val="20"/>
                <w:szCs w:val="20"/>
              </w:rPr>
              <w:t xml:space="preserve"> </w:t>
            </w:r>
            <w:r w:rsidRPr="0004493D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04493D">
              <w:rPr>
                <w:sz w:val="20"/>
                <w:szCs w:val="20"/>
              </w:rPr>
              <w:t xml:space="preserve"> </w:t>
            </w:r>
            <w:r w:rsidRPr="0004493D">
              <w:rPr>
                <w:rFonts w:cs="Shruti"/>
                <w:sz w:val="20"/>
                <w:szCs w:val="20"/>
                <w:cs/>
                <w:lang w:bidi="gu-IN"/>
              </w:rPr>
              <w:t>આરોગ્ય</w:t>
            </w:r>
            <w:r w:rsidRPr="0004493D">
              <w:rPr>
                <w:sz w:val="20"/>
                <w:szCs w:val="20"/>
              </w:rPr>
              <w:t xml:space="preserve"> </w:t>
            </w:r>
            <w:r w:rsidRPr="0004493D">
              <w:rPr>
                <w:rFonts w:cs="Shruti"/>
                <w:sz w:val="20"/>
                <w:szCs w:val="20"/>
                <w:cs/>
                <w:lang w:bidi="gu-IN"/>
              </w:rPr>
              <w:t>મંત્રી</w:t>
            </w:r>
          </w:p>
        </w:tc>
        <w:tc>
          <w:tcPr>
            <w:tcW w:w="1701" w:type="dxa"/>
          </w:tcPr>
          <w:p w14:paraId="71ABB709" w14:textId="77777777" w:rsidR="0004493D" w:rsidRPr="0004493D" w:rsidRDefault="0004493D" w:rsidP="0004493D">
            <w:pPr>
              <w:rPr>
                <w:sz w:val="20"/>
                <w:szCs w:val="20"/>
              </w:rPr>
            </w:pPr>
            <w:r w:rsidRPr="0004493D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04493D">
              <w:rPr>
                <w:sz w:val="20"/>
                <w:szCs w:val="20"/>
              </w:rPr>
              <w:t xml:space="preserve"> </w:t>
            </w:r>
            <w:r w:rsidRPr="0004493D">
              <w:rPr>
                <w:rFonts w:cs="Shruti"/>
                <w:sz w:val="20"/>
                <w:szCs w:val="20"/>
                <w:cs/>
                <w:lang w:bidi="gu-IN"/>
              </w:rPr>
              <w:t>૬</w:t>
            </w:r>
            <w:r w:rsidRPr="0004493D">
              <w:rPr>
                <w:sz w:val="20"/>
                <w:szCs w:val="20"/>
              </w:rPr>
              <w:t xml:space="preserve"> </w:t>
            </w:r>
            <w:r w:rsidRPr="0004493D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04493D">
              <w:rPr>
                <w:sz w:val="20"/>
                <w:szCs w:val="20"/>
              </w:rPr>
              <w:t xml:space="preserve"> </w:t>
            </w:r>
            <w:r w:rsidRPr="0004493D">
              <w:rPr>
                <w:rFonts w:cs="Shruti"/>
                <w:sz w:val="20"/>
                <w:szCs w:val="20"/>
                <w:cs/>
                <w:lang w:bidi="gu-IN"/>
              </w:rPr>
              <w:t>૭</w:t>
            </w:r>
          </w:p>
        </w:tc>
        <w:tc>
          <w:tcPr>
            <w:tcW w:w="4070" w:type="dxa"/>
          </w:tcPr>
          <w:p w14:paraId="6399B5D3" w14:textId="77777777" w:rsidR="0004493D" w:rsidRPr="0004493D" w:rsidRDefault="0004493D" w:rsidP="0004493D">
            <w:pPr>
              <w:rPr>
                <w:sz w:val="20"/>
                <w:szCs w:val="20"/>
              </w:rPr>
            </w:pPr>
            <w:r w:rsidRPr="0004493D">
              <w:rPr>
                <w:sz w:val="20"/>
                <w:szCs w:val="20"/>
              </w:rPr>
              <w:t>__________________________________</w:t>
            </w:r>
          </w:p>
        </w:tc>
      </w:tr>
    </w:tbl>
    <w:p w14:paraId="50474756" w14:textId="77777777" w:rsidR="0004493D" w:rsidRPr="0004493D" w:rsidRDefault="0004493D" w:rsidP="0004493D">
      <w:pPr>
        <w:spacing w:after="0" w:line="240" w:lineRule="auto"/>
        <w:rPr>
          <w:sz w:val="20"/>
          <w:szCs w:val="20"/>
        </w:rPr>
      </w:pPr>
      <w:r w:rsidRPr="0004493D">
        <w:rPr>
          <w:sz w:val="20"/>
          <w:szCs w:val="20"/>
        </w:rPr>
        <w:br/>
      </w:r>
      <w:r w:rsidRPr="0004493D">
        <w:rPr>
          <w:rFonts w:cs="Shruti"/>
          <w:b/>
          <w:bCs/>
          <w:sz w:val="20"/>
          <w:szCs w:val="20"/>
          <w:cs/>
          <w:lang w:bidi="gu-IN"/>
        </w:rPr>
        <w:t>નિષ્કર્ષ</w:t>
      </w:r>
      <w:r w:rsidRPr="0004493D">
        <w:rPr>
          <w:b/>
          <w:sz w:val="20"/>
          <w:szCs w:val="20"/>
        </w:rPr>
        <w:t xml:space="preserve">: </w:t>
      </w:r>
      <w:r w:rsidRPr="0004493D">
        <w:rPr>
          <w:rFonts w:cs="Shruti"/>
          <w:b/>
          <w:bCs/>
          <w:sz w:val="20"/>
          <w:szCs w:val="20"/>
          <w:cs/>
          <w:lang w:bidi="gu-IN"/>
        </w:rPr>
        <w:t>આ</w:t>
      </w:r>
      <w:r w:rsidRPr="0004493D">
        <w:rPr>
          <w:b/>
          <w:sz w:val="20"/>
          <w:szCs w:val="20"/>
        </w:rPr>
        <w:t xml:space="preserve"> </w:t>
      </w:r>
      <w:r w:rsidRPr="0004493D">
        <w:rPr>
          <w:rFonts w:cs="Shruti"/>
          <w:b/>
          <w:bCs/>
          <w:sz w:val="20"/>
          <w:szCs w:val="20"/>
          <w:cs/>
          <w:lang w:bidi="gu-IN"/>
        </w:rPr>
        <w:t>પારદર્શક</w:t>
      </w:r>
      <w:r w:rsidRPr="0004493D">
        <w:rPr>
          <w:b/>
          <w:sz w:val="20"/>
          <w:szCs w:val="20"/>
        </w:rPr>
        <w:t xml:space="preserve"> </w:t>
      </w:r>
      <w:r w:rsidRPr="0004493D">
        <w:rPr>
          <w:rFonts w:cs="Shruti"/>
          <w:b/>
          <w:bCs/>
          <w:sz w:val="20"/>
          <w:szCs w:val="20"/>
          <w:cs/>
          <w:lang w:bidi="gu-IN"/>
        </w:rPr>
        <w:t>પસંદગી</w:t>
      </w:r>
      <w:r w:rsidRPr="0004493D">
        <w:rPr>
          <w:b/>
          <w:sz w:val="20"/>
          <w:szCs w:val="20"/>
        </w:rPr>
        <w:t xml:space="preserve"> </w:t>
      </w:r>
      <w:r w:rsidRPr="0004493D">
        <w:rPr>
          <w:rFonts w:cs="Shruti"/>
          <w:b/>
          <w:bCs/>
          <w:sz w:val="20"/>
          <w:szCs w:val="20"/>
          <w:cs/>
          <w:lang w:bidi="gu-IN"/>
        </w:rPr>
        <w:t>પ્રક્રિયાના</w:t>
      </w:r>
      <w:r w:rsidRPr="0004493D">
        <w:rPr>
          <w:b/>
          <w:sz w:val="20"/>
          <w:szCs w:val="20"/>
        </w:rPr>
        <w:t xml:space="preserve"> </w:t>
      </w:r>
      <w:r w:rsidRPr="0004493D">
        <w:rPr>
          <w:rFonts w:cs="Shruti"/>
          <w:b/>
          <w:bCs/>
          <w:sz w:val="20"/>
          <w:szCs w:val="20"/>
          <w:cs/>
          <w:lang w:bidi="gu-IN"/>
        </w:rPr>
        <w:t>કારણે</w:t>
      </w:r>
      <w:r w:rsidRPr="0004493D">
        <w:rPr>
          <w:b/>
          <w:sz w:val="20"/>
          <w:szCs w:val="20"/>
        </w:rPr>
        <w:t xml:space="preserve"> </w:t>
      </w:r>
      <w:r w:rsidRPr="0004493D">
        <w:rPr>
          <w:rFonts w:cs="Shruti"/>
          <w:b/>
          <w:bCs/>
          <w:sz w:val="20"/>
          <w:szCs w:val="20"/>
          <w:cs/>
          <w:lang w:bidi="gu-IN"/>
        </w:rPr>
        <w:t>વિદ્યાર્થીઓમાં</w:t>
      </w:r>
      <w:r w:rsidRPr="0004493D">
        <w:rPr>
          <w:b/>
          <w:sz w:val="20"/>
          <w:szCs w:val="20"/>
        </w:rPr>
        <w:t xml:space="preserve"> </w:t>
      </w:r>
      <w:r w:rsidRPr="0004493D">
        <w:rPr>
          <w:rFonts w:cs="Shruti"/>
          <w:b/>
          <w:bCs/>
          <w:sz w:val="20"/>
          <w:szCs w:val="20"/>
          <w:cs/>
          <w:lang w:bidi="gu-IN"/>
        </w:rPr>
        <w:t>નેતૃત્વ</w:t>
      </w:r>
      <w:r w:rsidRPr="0004493D">
        <w:rPr>
          <w:b/>
          <w:sz w:val="20"/>
          <w:szCs w:val="20"/>
        </w:rPr>
        <w:t xml:space="preserve"> </w:t>
      </w:r>
      <w:r w:rsidRPr="0004493D">
        <w:rPr>
          <w:rFonts w:cs="Shruti"/>
          <w:b/>
          <w:bCs/>
          <w:sz w:val="20"/>
          <w:szCs w:val="20"/>
          <w:cs/>
          <w:lang w:bidi="gu-IN"/>
        </w:rPr>
        <w:t>શક્તિ</w:t>
      </w:r>
      <w:r w:rsidRPr="0004493D">
        <w:rPr>
          <w:b/>
          <w:sz w:val="20"/>
          <w:szCs w:val="20"/>
        </w:rPr>
        <w:t xml:space="preserve">, </w:t>
      </w:r>
      <w:r w:rsidRPr="0004493D">
        <w:rPr>
          <w:rFonts w:cs="Shruti"/>
          <w:b/>
          <w:bCs/>
          <w:sz w:val="20"/>
          <w:szCs w:val="20"/>
          <w:cs/>
          <w:lang w:bidi="gu-IN"/>
        </w:rPr>
        <w:t>આત્મવિશ્વાસ</w:t>
      </w:r>
      <w:r w:rsidRPr="0004493D">
        <w:rPr>
          <w:b/>
          <w:sz w:val="20"/>
          <w:szCs w:val="20"/>
        </w:rPr>
        <w:t xml:space="preserve"> </w:t>
      </w:r>
      <w:r w:rsidRPr="0004493D">
        <w:rPr>
          <w:rFonts w:cs="Shruti"/>
          <w:b/>
          <w:bCs/>
          <w:sz w:val="20"/>
          <w:szCs w:val="20"/>
          <w:cs/>
          <w:lang w:bidi="gu-IN"/>
        </w:rPr>
        <w:t>અને</w:t>
      </w:r>
      <w:r w:rsidRPr="0004493D">
        <w:rPr>
          <w:b/>
          <w:sz w:val="20"/>
          <w:szCs w:val="20"/>
        </w:rPr>
        <w:t xml:space="preserve"> </w:t>
      </w:r>
      <w:r w:rsidRPr="0004493D">
        <w:rPr>
          <w:rFonts w:cs="Shruti"/>
          <w:b/>
          <w:bCs/>
          <w:sz w:val="20"/>
          <w:szCs w:val="20"/>
          <w:cs/>
          <w:lang w:bidi="gu-IN"/>
        </w:rPr>
        <w:t>શાળા</w:t>
      </w:r>
      <w:r w:rsidRPr="0004493D">
        <w:rPr>
          <w:b/>
          <w:sz w:val="20"/>
          <w:szCs w:val="20"/>
        </w:rPr>
        <w:t xml:space="preserve"> </w:t>
      </w:r>
      <w:r w:rsidRPr="0004493D">
        <w:rPr>
          <w:rFonts w:cs="Shruti"/>
          <w:b/>
          <w:bCs/>
          <w:sz w:val="20"/>
          <w:szCs w:val="20"/>
          <w:cs/>
          <w:lang w:bidi="gu-IN"/>
        </w:rPr>
        <w:t>પ્રત્યેની</w:t>
      </w:r>
      <w:r w:rsidRPr="0004493D">
        <w:rPr>
          <w:b/>
          <w:sz w:val="20"/>
          <w:szCs w:val="20"/>
        </w:rPr>
        <w:t xml:space="preserve"> </w:t>
      </w:r>
      <w:r w:rsidRPr="0004493D">
        <w:rPr>
          <w:rFonts w:cs="Shruti"/>
          <w:b/>
          <w:bCs/>
          <w:sz w:val="20"/>
          <w:szCs w:val="20"/>
          <w:cs/>
          <w:lang w:bidi="gu-IN"/>
        </w:rPr>
        <w:t>જવાબદારીની</w:t>
      </w:r>
      <w:r w:rsidRPr="0004493D">
        <w:rPr>
          <w:b/>
          <w:sz w:val="20"/>
          <w:szCs w:val="20"/>
        </w:rPr>
        <w:t xml:space="preserve"> </w:t>
      </w:r>
      <w:r w:rsidRPr="0004493D">
        <w:rPr>
          <w:rFonts w:cs="Shruti"/>
          <w:b/>
          <w:bCs/>
          <w:sz w:val="20"/>
          <w:szCs w:val="20"/>
          <w:cs/>
          <w:lang w:bidi="gu-IN"/>
        </w:rPr>
        <w:t>ભાવના</w:t>
      </w:r>
      <w:r w:rsidRPr="0004493D">
        <w:rPr>
          <w:b/>
          <w:sz w:val="20"/>
          <w:szCs w:val="20"/>
        </w:rPr>
        <w:t xml:space="preserve"> </w:t>
      </w:r>
      <w:r w:rsidRPr="0004493D">
        <w:rPr>
          <w:rFonts w:cs="Shruti"/>
          <w:b/>
          <w:bCs/>
          <w:sz w:val="20"/>
          <w:szCs w:val="20"/>
          <w:cs/>
          <w:lang w:bidi="gu-IN"/>
        </w:rPr>
        <w:t>સંતોષકારક</w:t>
      </w:r>
      <w:r w:rsidRPr="0004493D">
        <w:rPr>
          <w:b/>
          <w:sz w:val="20"/>
          <w:szCs w:val="20"/>
        </w:rPr>
        <w:t xml:space="preserve"> </w:t>
      </w:r>
      <w:r w:rsidRPr="0004493D">
        <w:rPr>
          <w:rFonts w:cs="Shruti"/>
          <w:b/>
          <w:bCs/>
          <w:sz w:val="20"/>
          <w:szCs w:val="20"/>
          <w:cs/>
          <w:lang w:bidi="gu-IN"/>
        </w:rPr>
        <w:t>રીતે</w:t>
      </w:r>
      <w:r w:rsidRPr="0004493D">
        <w:rPr>
          <w:b/>
          <w:sz w:val="20"/>
          <w:szCs w:val="20"/>
        </w:rPr>
        <w:t xml:space="preserve"> </w:t>
      </w:r>
      <w:r w:rsidRPr="0004493D">
        <w:rPr>
          <w:rFonts w:cs="Shruti"/>
          <w:b/>
          <w:bCs/>
          <w:sz w:val="20"/>
          <w:szCs w:val="20"/>
          <w:cs/>
          <w:lang w:bidi="gu-IN"/>
        </w:rPr>
        <w:t>વિકસી</w:t>
      </w:r>
      <w:r w:rsidRPr="0004493D">
        <w:rPr>
          <w:b/>
          <w:sz w:val="20"/>
          <w:szCs w:val="20"/>
        </w:rPr>
        <w:t xml:space="preserve"> </w:t>
      </w:r>
      <w:r w:rsidRPr="0004493D">
        <w:rPr>
          <w:rFonts w:cs="Shruti"/>
          <w:b/>
          <w:bCs/>
          <w:sz w:val="20"/>
          <w:szCs w:val="20"/>
          <w:cs/>
          <w:lang w:bidi="gu-IN"/>
        </w:rPr>
        <w:t>છે</w:t>
      </w:r>
      <w:r w:rsidRPr="0004493D">
        <w:rPr>
          <w:b/>
          <w:sz w:val="20"/>
          <w:szCs w:val="20"/>
        </w:rPr>
        <w:t>.</w:t>
      </w:r>
      <w:r w:rsidRPr="0004493D">
        <w:rPr>
          <w:sz w:val="20"/>
          <w:szCs w:val="20"/>
        </w:rP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04493D" w:rsidRPr="0004493D" w14:paraId="0FED4F08" w14:textId="77777777" w:rsidTr="00477258">
        <w:tc>
          <w:tcPr>
            <w:tcW w:w="4320" w:type="dxa"/>
          </w:tcPr>
          <w:p w14:paraId="59889AD0" w14:textId="77777777" w:rsidR="0004493D" w:rsidRPr="0004493D" w:rsidRDefault="0004493D" w:rsidP="0004493D">
            <w:pPr>
              <w:spacing w:after="0" w:line="240" w:lineRule="auto"/>
              <w:rPr>
                <w:sz w:val="20"/>
                <w:szCs w:val="20"/>
              </w:rPr>
            </w:pPr>
            <w:r w:rsidRPr="0004493D">
              <w:rPr>
                <w:rFonts w:cs="Shruti"/>
                <w:sz w:val="20"/>
                <w:szCs w:val="20"/>
                <w:cs/>
                <w:lang w:bidi="gu-IN"/>
              </w:rPr>
              <w:t>બાળ</w:t>
            </w:r>
            <w:r w:rsidRPr="0004493D">
              <w:rPr>
                <w:sz w:val="20"/>
                <w:szCs w:val="20"/>
              </w:rPr>
              <w:t xml:space="preserve"> </w:t>
            </w:r>
            <w:r w:rsidRPr="0004493D">
              <w:rPr>
                <w:rFonts w:cs="Shruti"/>
                <w:sz w:val="20"/>
                <w:szCs w:val="20"/>
                <w:cs/>
                <w:lang w:bidi="gu-IN"/>
              </w:rPr>
              <w:t>સંસદ</w:t>
            </w:r>
            <w:r w:rsidRPr="0004493D">
              <w:rPr>
                <w:sz w:val="20"/>
                <w:szCs w:val="20"/>
              </w:rPr>
              <w:t xml:space="preserve"> </w:t>
            </w:r>
            <w:r w:rsidRPr="0004493D">
              <w:rPr>
                <w:rFonts w:cs="Shruti"/>
                <w:sz w:val="20"/>
                <w:szCs w:val="20"/>
                <w:cs/>
                <w:lang w:bidi="gu-IN"/>
              </w:rPr>
              <w:t>ઇન્ચાર્જ</w:t>
            </w:r>
            <w:r w:rsidRPr="0004493D">
              <w:rPr>
                <w:sz w:val="20"/>
                <w:szCs w:val="20"/>
              </w:rPr>
              <w:t xml:space="preserve"> </w:t>
            </w:r>
            <w:r w:rsidRPr="0004493D">
              <w:rPr>
                <w:rFonts w:cs="Shruti"/>
                <w:sz w:val="20"/>
                <w:szCs w:val="20"/>
                <w:cs/>
                <w:lang w:bidi="gu-IN"/>
              </w:rPr>
              <w:t>શિક્ષકની</w:t>
            </w:r>
            <w:r w:rsidRPr="0004493D">
              <w:rPr>
                <w:sz w:val="20"/>
                <w:szCs w:val="20"/>
              </w:rPr>
              <w:t xml:space="preserve"> </w:t>
            </w:r>
            <w:r w:rsidRPr="0004493D">
              <w:rPr>
                <w:rFonts w:cs="Shruti"/>
                <w:sz w:val="20"/>
                <w:szCs w:val="20"/>
                <w:cs/>
                <w:lang w:bidi="gu-IN"/>
              </w:rPr>
              <w:t>સહી</w:t>
            </w:r>
            <w:r w:rsidRPr="0004493D">
              <w:rPr>
                <w:sz w:val="20"/>
                <w:szCs w:val="20"/>
              </w:rPr>
              <w:br/>
            </w:r>
            <w:r w:rsidRPr="0004493D">
              <w:rPr>
                <w:sz w:val="20"/>
                <w:szCs w:val="20"/>
              </w:rPr>
              <w:br/>
              <w:t>______________________</w:t>
            </w:r>
          </w:p>
        </w:tc>
        <w:tc>
          <w:tcPr>
            <w:tcW w:w="4320" w:type="dxa"/>
          </w:tcPr>
          <w:p w14:paraId="68A7FEF8" w14:textId="0FB87D2A" w:rsidR="0004493D" w:rsidRPr="00F56B31" w:rsidRDefault="0004493D" w:rsidP="0004493D">
            <w:pPr>
              <w:spacing w:after="0" w:line="240" w:lineRule="auto"/>
              <w:jc w:val="right"/>
              <w:rPr>
                <w:rFonts w:cs="Shruti"/>
                <w:sz w:val="20"/>
                <w:szCs w:val="20"/>
              </w:rPr>
            </w:pPr>
            <w:r w:rsidRPr="0004493D">
              <w:rPr>
                <w:rFonts w:cs="Shruti"/>
                <w:sz w:val="20"/>
                <w:szCs w:val="20"/>
                <w:cs/>
                <w:lang w:bidi="gu-IN"/>
              </w:rPr>
              <w:t>આચાર્યશ્રીની</w:t>
            </w:r>
            <w:r w:rsidRPr="0004493D">
              <w:rPr>
                <w:sz w:val="20"/>
                <w:szCs w:val="20"/>
              </w:rPr>
              <w:t xml:space="preserve"> </w:t>
            </w:r>
            <w:r w:rsidRPr="0004493D">
              <w:rPr>
                <w:rFonts w:cs="Shruti"/>
                <w:sz w:val="20"/>
                <w:szCs w:val="20"/>
                <w:cs/>
                <w:lang w:bidi="gu-IN"/>
              </w:rPr>
              <w:t>સહી</w:t>
            </w:r>
            <w:r w:rsidRPr="0004493D">
              <w:rPr>
                <w:sz w:val="20"/>
                <w:szCs w:val="20"/>
              </w:rPr>
              <w:t xml:space="preserve"> </w:t>
            </w:r>
            <w:r w:rsidRPr="0004493D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04493D">
              <w:rPr>
                <w:sz w:val="20"/>
                <w:szCs w:val="20"/>
              </w:rPr>
              <w:t xml:space="preserve"> </w:t>
            </w:r>
            <w:r w:rsidRPr="0004493D">
              <w:rPr>
                <w:rFonts w:cs="Shruti"/>
                <w:sz w:val="20"/>
                <w:szCs w:val="20"/>
                <w:cs/>
                <w:lang w:bidi="gu-IN"/>
              </w:rPr>
              <w:t>સિક્કો</w:t>
            </w:r>
            <w:r w:rsidRPr="0004493D">
              <w:rPr>
                <w:sz w:val="20"/>
                <w:szCs w:val="20"/>
              </w:rPr>
              <w:br/>
            </w:r>
            <w:r w:rsidRPr="0004493D">
              <w:rPr>
                <w:sz w:val="20"/>
                <w:szCs w:val="20"/>
              </w:rPr>
              <w:br/>
            </w:r>
            <w:r w:rsidRPr="0004493D">
              <w:rPr>
                <w:rFonts w:cs="Shruti"/>
                <w:sz w:val="20"/>
                <w:szCs w:val="20"/>
                <w:cs/>
                <w:lang w:bidi="gu-IN"/>
              </w:rPr>
              <w:t>સ્થળ</w:t>
            </w:r>
            <w:r w:rsidRPr="0004493D">
              <w:rPr>
                <w:sz w:val="20"/>
                <w:szCs w:val="20"/>
              </w:rPr>
              <w:t xml:space="preserve">: </w:t>
            </w:r>
            <w:r w:rsidR="008E13CA">
              <w:rPr>
                <w:rFonts w:cs="Shruti" w:hint="cs"/>
                <w:cs/>
                <w:lang w:bidi="gu-IN"/>
              </w:rPr>
              <w:t xml:space="preserve">ઢાંકણ્રીયાવાસ પ્રાથમિક શાળા </w:t>
            </w:r>
          </w:p>
        </w:tc>
      </w:tr>
    </w:tbl>
    <w:p w14:paraId="1DFD9EB4" w14:textId="77777777" w:rsidR="0004493D" w:rsidRPr="0004493D" w:rsidRDefault="0004493D" w:rsidP="0004493D">
      <w:pPr>
        <w:spacing w:after="0" w:line="240" w:lineRule="auto"/>
        <w:rPr>
          <w:sz w:val="20"/>
          <w:szCs w:val="20"/>
        </w:rPr>
      </w:pPr>
    </w:p>
    <w:p w14:paraId="25BE2D18" w14:textId="77777777" w:rsidR="003558DD" w:rsidRDefault="003558DD" w:rsidP="0004493D">
      <w:pPr>
        <w:tabs>
          <w:tab w:val="left" w:pos="2835"/>
        </w:tabs>
        <w:spacing w:after="0" w:line="240" w:lineRule="auto"/>
        <w:jc w:val="center"/>
        <w:rPr>
          <w:rFonts w:cs="Shruti"/>
          <w:bCs/>
          <w:sz w:val="20"/>
          <w:szCs w:val="20"/>
          <w:u w:val="single"/>
          <w:lang w:bidi="gu-IN"/>
        </w:rPr>
      </w:pPr>
    </w:p>
    <w:p w14:paraId="0BD4B30F" w14:textId="77777777" w:rsidR="00477258" w:rsidRDefault="00477258" w:rsidP="0004493D">
      <w:pPr>
        <w:tabs>
          <w:tab w:val="left" w:pos="2835"/>
        </w:tabs>
        <w:spacing w:after="0" w:line="240" w:lineRule="auto"/>
        <w:jc w:val="center"/>
        <w:rPr>
          <w:rFonts w:cs="Shruti"/>
          <w:bCs/>
          <w:sz w:val="20"/>
          <w:szCs w:val="20"/>
          <w:u w:val="single"/>
          <w:lang w:bidi="gu-IN"/>
        </w:rPr>
      </w:pPr>
    </w:p>
    <w:p w14:paraId="79E608E8" w14:textId="77777777" w:rsidR="00477258" w:rsidRDefault="00477258" w:rsidP="0004493D">
      <w:pPr>
        <w:tabs>
          <w:tab w:val="left" w:pos="2835"/>
        </w:tabs>
        <w:spacing w:after="0" w:line="240" w:lineRule="auto"/>
        <w:jc w:val="center"/>
        <w:rPr>
          <w:rFonts w:cs="Shruti"/>
          <w:bCs/>
          <w:sz w:val="20"/>
          <w:szCs w:val="20"/>
          <w:u w:val="single"/>
          <w:lang w:bidi="gu-IN"/>
        </w:rPr>
      </w:pPr>
    </w:p>
    <w:p w14:paraId="08F0B0E8" w14:textId="77777777" w:rsidR="00477258" w:rsidRDefault="00477258" w:rsidP="0004493D">
      <w:pPr>
        <w:tabs>
          <w:tab w:val="left" w:pos="2835"/>
        </w:tabs>
        <w:spacing w:after="0" w:line="240" w:lineRule="auto"/>
        <w:jc w:val="center"/>
        <w:rPr>
          <w:rFonts w:cs="Shruti"/>
          <w:bCs/>
          <w:sz w:val="20"/>
          <w:szCs w:val="20"/>
          <w:u w:val="single"/>
          <w:lang w:bidi="gu-IN"/>
        </w:rPr>
      </w:pPr>
    </w:p>
    <w:p w14:paraId="14BF7B3E" w14:textId="77777777" w:rsidR="00477258" w:rsidRDefault="00477258" w:rsidP="0004493D">
      <w:pPr>
        <w:tabs>
          <w:tab w:val="left" w:pos="2835"/>
        </w:tabs>
        <w:spacing w:after="0" w:line="240" w:lineRule="auto"/>
        <w:jc w:val="center"/>
        <w:rPr>
          <w:rFonts w:cs="Shruti"/>
          <w:bCs/>
          <w:sz w:val="20"/>
          <w:szCs w:val="20"/>
          <w:u w:val="single"/>
          <w:lang w:bidi="gu-IN"/>
        </w:rPr>
      </w:pPr>
    </w:p>
    <w:p w14:paraId="10E7AD87" w14:textId="77777777" w:rsidR="00477258" w:rsidRDefault="00477258" w:rsidP="0004493D">
      <w:pPr>
        <w:tabs>
          <w:tab w:val="left" w:pos="2835"/>
        </w:tabs>
        <w:spacing w:after="0" w:line="240" w:lineRule="auto"/>
        <w:jc w:val="center"/>
        <w:rPr>
          <w:rFonts w:cs="Shruti"/>
          <w:bCs/>
          <w:sz w:val="20"/>
          <w:szCs w:val="20"/>
          <w:u w:val="single"/>
          <w:lang w:bidi="gu-IN"/>
        </w:rPr>
      </w:pPr>
    </w:p>
    <w:p w14:paraId="22F8C9C5" w14:textId="77777777" w:rsidR="00477258" w:rsidRDefault="00477258" w:rsidP="0004493D">
      <w:pPr>
        <w:tabs>
          <w:tab w:val="left" w:pos="2835"/>
        </w:tabs>
        <w:spacing w:after="0" w:line="240" w:lineRule="auto"/>
        <w:jc w:val="center"/>
        <w:rPr>
          <w:rFonts w:cs="Shruti"/>
          <w:bCs/>
          <w:sz w:val="20"/>
          <w:szCs w:val="20"/>
          <w:u w:val="single"/>
          <w:lang w:bidi="gu-IN"/>
        </w:rPr>
      </w:pPr>
    </w:p>
    <w:p w14:paraId="3D61471C" w14:textId="77777777" w:rsidR="00477258" w:rsidRDefault="00477258" w:rsidP="0004493D">
      <w:pPr>
        <w:tabs>
          <w:tab w:val="left" w:pos="2835"/>
        </w:tabs>
        <w:spacing w:after="0" w:line="240" w:lineRule="auto"/>
        <w:jc w:val="center"/>
        <w:rPr>
          <w:rFonts w:cs="Shruti"/>
          <w:bCs/>
          <w:sz w:val="20"/>
          <w:szCs w:val="20"/>
          <w:u w:val="single"/>
          <w:lang w:bidi="gu-IN"/>
        </w:rPr>
      </w:pPr>
    </w:p>
    <w:p w14:paraId="57F1CE05" w14:textId="77777777" w:rsidR="00477258" w:rsidRDefault="00477258" w:rsidP="0004493D">
      <w:pPr>
        <w:tabs>
          <w:tab w:val="left" w:pos="2835"/>
        </w:tabs>
        <w:spacing w:after="0" w:line="240" w:lineRule="auto"/>
        <w:jc w:val="center"/>
        <w:rPr>
          <w:rFonts w:cs="Shruti"/>
          <w:bCs/>
          <w:sz w:val="20"/>
          <w:szCs w:val="20"/>
          <w:u w:val="single"/>
          <w:lang w:bidi="gu-IN"/>
        </w:rPr>
      </w:pPr>
    </w:p>
    <w:p w14:paraId="3D600CE3" w14:textId="77777777" w:rsidR="00162772" w:rsidRDefault="00162772" w:rsidP="006A36B0">
      <w:pPr>
        <w:spacing w:after="0" w:line="240" w:lineRule="auto"/>
        <w:rPr>
          <w:rFonts w:cs="Shruti"/>
          <w:sz w:val="28"/>
          <w:szCs w:val="28"/>
          <w:u w:val="single"/>
          <w:lang w:bidi="gu-IN"/>
        </w:rPr>
      </w:pPr>
    </w:p>
    <w:p w14:paraId="349D2141" w14:textId="6C67862D" w:rsidR="002E5B96" w:rsidRDefault="002546D1" w:rsidP="002E5B96">
      <w:pPr>
        <w:spacing w:after="0" w:line="240" w:lineRule="auto"/>
        <w:jc w:val="center"/>
        <w:rPr>
          <w:rFonts w:cs="Shruti"/>
          <w:b/>
          <w:u w:val="single"/>
          <w:lang w:val="en-IN" w:bidi="gu-IN"/>
        </w:rPr>
      </w:pPr>
      <w:r>
        <w:rPr>
          <w:rFonts w:cs="Shruti" w:hint="cs"/>
          <w:sz w:val="28"/>
          <w:szCs w:val="28"/>
          <w:u w:val="single"/>
          <w:cs/>
          <w:lang w:bidi="gu-IN"/>
        </w:rPr>
        <w:t>ઢાંકણ્રીયાવાસ પ્રાથમિક શાળા તા- લાખણી જિલ્લો - વાવ-થરાદ ડાયસ કોડ: 24021300207</w:t>
      </w:r>
    </w:p>
    <w:p w14:paraId="4D942E67" w14:textId="77777777" w:rsidR="00477258" w:rsidRDefault="00477258" w:rsidP="00477258">
      <w:pPr>
        <w:pStyle w:val="Heading1"/>
      </w:pPr>
      <w:r>
        <w:rPr>
          <w:rFonts w:cs="Shruti"/>
          <w:cs/>
          <w:lang w:bidi="gu-IN"/>
        </w:rPr>
        <w:t>વર્ગ</w:t>
      </w:r>
      <w:r>
        <w:t xml:space="preserve"> </w:t>
      </w:r>
      <w:r>
        <w:rPr>
          <w:rFonts w:cs="Shruti"/>
          <w:cs/>
          <w:lang w:bidi="gu-IN"/>
        </w:rPr>
        <w:t>મોનિટર</w:t>
      </w:r>
      <w:r>
        <w:t xml:space="preserve">, </w:t>
      </w:r>
      <w:r>
        <w:rPr>
          <w:rFonts w:cs="Shruti"/>
          <w:cs/>
          <w:lang w:bidi="gu-IN"/>
        </w:rPr>
        <w:t>બાલવૃંદ</w:t>
      </w:r>
      <w:r>
        <w:t xml:space="preserve"> </w:t>
      </w:r>
      <w:r>
        <w:rPr>
          <w:rFonts w:cs="Shruti"/>
          <w:cs/>
          <w:lang w:bidi="gu-IN"/>
        </w:rPr>
        <w:t>પ્રતિનિધિ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શાળાની</w:t>
      </w:r>
      <w:r>
        <w:t xml:space="preserve"> </w:t>
      </w:r>
      <w:r>
        <w:rPr>
          <w:rFonts w:cs="Shruti"/>
          <w:cs/>
          <w:lang w:bidi="gu-IN"/>
        </w:rPr>
        <w:t>વિવિધ</w:t>
      </w:r>
      <w:r>
        <w:t xml:space="preserve"> </w:t>
      </w:r>
      <w:r>
        <w:rPr>
          <w:rFonts w:cs="Shruti"/>
          <w:cs/>
          <w:lang w:bidi="gu-IN"/>
        </w:rPr>
        <w:t>સમિતિ</w:t>
      </w:r>
      <w:r>
        <w:t>/</w:t>
      </w:r>
      <w:r>
        <w:rPr>
          <w:rFonts w:cs="Shruti"/>
          <w:cs/>
          <w:lang w:bidi="gu-IN"/>
        </w:rPr>
        <w:t>ક્લબના</w:t>
      </w:r>
      <w:r>
        <w:t xml:space="preserve"> </w:t>
      </w:r>
      <w:r>
        <w:rPr>
          <w:rFonts w:cs="Shruti"/>
          <w:cs/>
          <w:lang w:bidi="gu-IN"/>
        </w:rPr>
        <w:t>લીડરની</w:t>
      </w:r>
      <w:r>
        <w:t xml:space="preserve"> </w:t>
      </w:r>
      <w:r>
        <w:rPr>
          <w:rFonts w:cs="Shruti"/>
          <w:cs/>
          <w:lang w:bidi="gu-IN"/>
        </w:rPr>
        <w:t>યાદી</w:t>
      </w:r>
    </w:p>
    <w:p w14:paraId="48C4F8BD" w14:textId="11B58B2C" w:rsidR="00477258" w:rsidRPr="00EA2060" w:rsidRDefault="00477258" w:rsidP="00EA2060">
      <w:pPr>
        <w:spacing w:after="0" w:line="240" w:lineRule="auto"/>
        <w:rPr>
          <w:rFonts w:cs="Shruti"/>
          <w:sz w:val="20"/>
          <w:szCs w:val="20"/>
          <w:lang w:bidi="gu-IN"/>
        </w:rPr>
      </w:pPr>
      <w:r w:rsidRPr="00EA2060">
        <w:rPr>
          <w:rFonts w:cs="Shruti"/>
          <w:sz w:val="20"/>
          <w:szCs w:val="20"/>
          <w:cs/>
          <w:lang w:bidi="gu-IN"/>
        </w:rPr>
        <w:t>ગુણોત્સવ</w:t>
      </w:r>
      <w:r w:rsidRPr="00EA2060">
        <w:rPr>
          <w:sz w:val="20"/>
          <w:szCs w:val="20"/>
        </w:rPr>
        <w:t xml:space="preserve"> </w:t>
      </w:r>
      <w:r w:rsidRPr="00EA2060">
        <w:rPr>
          <w:rFonts w:cs="Shruti"/>
          <w:sz w:val="20"/>
          <w:szCs w:val="20"/>
          <w:cs/>
          <w:lang w:bidi="gu-IN"/>
        </w:rPr>
        <w:t>૨</w:t>
      </w:r>
      <w:r w:rsidRPr="00EA2060">
        <w:rPr>
          <w:sz w:val="20"/>
          <w:szCs w:val="20"/>
        </w:rPr>
        <w:t>.</w:t>
      </w:r>
      <w:r w:rsidRPr="00EA2060">
        <w:rPr>
          <w:rFonts w:cs="Shruti"/>
          <w:sz w:val="20"/>
          <w:szCs w:val="20"/>
          <w:cs/>
          <w:lang w:bidi="gu-IN"/>
        </w:rPr>
        <w:t>૦</w:t>
      </w:r>
      <w:r w:rsidRPr="00EA2060">
        <w:rPr>
          <w:sz w:val="20"/>
          <w:szCs w:val="20"/>
        </w:rPr>
        <w:t xml:space="preserve"> </w:t>
      </w:r>
      <w:r w:rsidRPr="00EA2060">
        <w:rPr>
          <w:rFonts w:cs="Shruti"/>
          <w:sz w:val="20"/>
          <w:szCs w:val="20"/>
          <w:cs/>
          <w:lang w:bidi="gu-IN"/>
        </w:rPr>
        <w:t>ના</w:t>
      </w:r>
      <w:r w:rsidRPr="00EA2060">
        <w:rPr>
          <w:sz w:val="20"/>
          <w:szCs w:val="20"/>
        </w:rPr>
        <w:t xml:space="preserve"> </w:t>
      </w:r>
      <w:r w:rsidRPr="00EA2060">
        <w:rPr>
          <w:rFonts w:cs="Shruti"/>
          <w:sz w:val="20"/>
          <w:szCs w:val="20"/>
          <w:cs/>
          <w:lang w:bidi="gu-IN"/>
        </w:rPr>
        <w:t>માપદંડો</w:t>
      </w:r>
      <w:r w:rsidRPr="00EA2060">
        <w:rPr>
          <w:sz w:val="20"/>
          <w:szCs w:val="20"/>
        </w:rPr>
        <w:t xml:space="preserve"> </w:t>
      </w:r>
      <w:r w:rsidRPr="00EA2060">
        <w:rPr>
          <w:rFonts w:cs="Shruti"/>
          <w:sz w:val="20"/>
          <w:szCs w:val="20"/>
          <w:cs/>
          <w:lang w:bidi="gu-IN"/>
        </w:rPr>
        <w:t>અને</w:t>
      </w:r>
      <w:r w:rsidRPr="00EA2060">
        <w:rPr>
          <w:sz w:val="20"/>
          <w:szCs w:val="20"/>
        </w:rPr>
        <w:t xml:space="preserve"> </w:t>
      </w:r>
      <w:r w:rsidRPr="00EA2060">
        <w:rPr>
          <w:rFonts w:cs="Shruti"/>
          <w:sz w:val="20"/>
          <w:szCs w:val="20"/>
          <w:cs/>
          <w:lang w:bidi="gu-IN"/>
        </w:rPr>
        <w:t>રાષ્ટ્રીય</w:t>
      </w:r>
      <w:r w:rsidRPr="00EA2060">
        <w:rPr>
          <w:sz w:val="20"/>
          <w:szCs w:val="20"/>
        </w:rPr>
        <w:t xml:space="preserve"> </w:t>
      </w:r>
      <w:r w:rsidRPr="00EA2060">
        <w:rPr>
          <w:rFonts w:cs="Shruti"/>
          <w:sz w:val="20"/>
          <w:szCs w:val="20"/>
          <w:cs/>
          <w:lang w:bidi="gu-IN"/>
        </w:rPr>
        <w:t>શિક્ષણ</w:t>
      </w:r>
      <w:r w:rsidRPr="00EA2060">
        <w:rPr>
          <w:sz w:val="20"/>
          <w:szCs w:val="20"/>
        </w:rPr>
        <w:t xml:space="preserve"> </w:t>
      </w:r>
      <w:r w:rsidRPr="00EA2060">
        <w:rPr>
          <w:rFonts w:cs="Shruti"/>
          <w:sz w:val="20"/>
          <w:szCs w:val="20"/>
          <w:cs/>
          <w:lang w:bidi="gu-IN"/>
        </w:rPr>
        <w:t>નીતિ</w:t>
      </w:r>
      <w:r w:rsidRPr="00EA2060">
        <w:rPr>
          <w:sz w:val="20"/>
          <w:szCs w:val="20"/>
        </w:rPr>
        <w:t xml:space="preserve"> (NEP-2020) </w:t>
      </w:r>
      <w:r w:rsidRPr="00EA2060">
        <w:rPr>
          <w:rFonts w:cs="Shruti"/>
          <w:sz w:val="20"/>
          <w:szCs w:val="20"/>
          <w:cs/>
          <w:lang w:bidi="gu-IN"/>
        </w:rPr>
        <w:t>અંતર્ગત</w:t>
      </w:r>
      <w:r w:rsidRPr="00EA2060">
        <w:rPr>
          <w:sz w:val="20"/>
          <w:szCs w:val="20"/>
        </w:rPr>
        <w:t xml:space="preserve"> </w:t>
      </w:r>
      <w:r w:rsidRPr="00EA2060">
        <w:rPr>
          <w:rFonts w:cs="Shruti"/>
          <w:sz w:val="20"/>
          <w:szCs w:val="20"/>
          <w:cs/>
          <w:lang w:bidi="gu-IN"/>
        </w:rPr>
        <w:t>વિદ્યાર્થીઓમાં</w:t>
      </w:r>
      <w:r w:rsidRPr="00EA2060">
        <w:rPr>
          <w:sz w:val="20"/>
          <w:szCs w:val="20"/>
        </w:rPr>
        <w:t xml:space="preserve"> </w:t>
      </w:r>
      <w:r w:rsidRPr="00EA2060">
        <w:rPr>
          <w:rFonts w:cs="Shruti"/>
          <w:sz w:val="20"/>
          <w:szCs w:val="20"/>
          <w:cs/>
          <w:lang w:bidi="gu-IN"/>
        </w:rPr>
        <w:t>નેતૃત્વ</w:t>
      </w:r>
      <w:r w:rsidRPr="00EA2060">
        <w:rPr>
          <w:sz w:val="20"/>
          <w:szCs w:val="20"/>
        </w:rPr>
        <w:t xml:space="preserve"> </w:t>
      </w:r>
      <w:r w:rsidRPr="00EA2060">
        <w:rPr>
          <w:rFonts w:cs="Shruti"/>
          <w:sz w:val="20"/>
          <w:szCs w:val="20"/>
          <w:cs/>
          <w:lang w:bidi="gu-IN"/>
        </w:rPr>
        <w:t>ગુણો</w:t>
      </w:r>
      <w:r w:rsidRPr="00EA2060">
        <w:rPr>
          <w:sz w:val="20"/>
          <w:szCs w:val="20"/>
        </w:rPr>
        <w:t xml:space="preserve">, </w:t>
      </w:r>
      <w:r w:rsidRPr="00EA2060">
        <w:rPr>
          <w:rFonts w:cs="Shruti"/>
          <w:sz w:val="20"/>
          <w:szCs w:val="20"/>
          <w:cs/>
          <w:lang w:bidi="gu-IN"/>
        </w:rPr>
        <w:t>સહકારની</w:t>
      </w:r>
      <w:r w:rsidRPr="00EA2060">
        <w:rPr>
          <w:sz w:val="20"/>
          <w:szCs w:val="20"/>
        </w:rPr>
        <w:t xml:space="preserve"> </w:t>
      </w:r>
      <w:r w:rsidRPr="00EA2060">
        <w:rPr>
          <w:rFonts w:cs="Shruti"/>
          <w:sz w:val="20"/>
          <w:szCs w:val="20"/>
          <w:cs/>
          <w:lang w:bidi="gu-IN"/>
        </w:rPr>
        <w:t>ભાવના</w:t>
      </w:r>
      <w:r w:rsidRPr="00EA2060">
        <w:rPr>
          <w:sz w:val="20"/>
          <w:szCs w:val="20"/>
        </w:rPr>
        <w:t xml:space="preserve"> </w:t>
      </w:r>
      <w:r w:rsidRPr="00EA2060">
        <w:rPr>
          <w:rFonts w:cs="Shruti"/>
          <w:sz w:val="20"/>
          <w:szCs w:val="20"/>
          <w:cs/>
          <w:lang w:bidi="gu-IN"/>
        </w:rPr>
        <w:t>અને</w:t>
      </w:r>
      <w:r w:rsidRPr="00EA2060">
        <w:rPr>
          <w:sz w:val="20"/>
          <w:szCs w:val="20"/>
        </w:rPr>
        <w:t xml:space="preserve"> </w:t>
      </w:r>
      <w:r w:rsidRPr="00EA2060">
        <w:rPr>
          <w:rFonts w:cs="Shruti"/>
          <w:sz w:val="20"/>
          <w:szCs w:val="20"/>
          <w:cs/>
          <w:lang w:bidi="gu-IN"/>
        </w:rPr>
        <w:t>જવાબદારી</w:t>
      </w:r>
      <w:r w:rsidRPr="00EA2060">
        <w:rPr>
          <w:sz w:val="20"/>
          <w:szCs w:val="20"/>
        </w:rPr>
        <w:t xml:space="preserve"> </w:t>
      </w:r>
      <w:r w:rsidRPr="00EA2060">
        <w:rPr>
          <w:rFonts w:cs="Shruti"/>
          <w:sz w:val="20"/>
          <w:szCs w:val="20"/>
          <w:cs/>
          <w:lang w:bidi="gu-IN"/>
        </w:rPr>
        <w:t>વિકસાવવા</w:t>
      </w:r>
      <w:r w:rsidRPr="00EA2060">
        <w:rPr>
          <w:sz w:val="20"/>
          <w:szCs w:val="20"/>
        </w:rPr>
        <w:t xml:space="preserve"> </w:t>
      </w:r>
      <w:r w:rsidRPr="00EA2060">
        <w:rPr>
          <w:rFonts w:cs="Shruti"/>
          <w:sz w:val="20"/>
          <w:szCs w:val="20"/>
          <w:cs/>
          <w:lang w:bidi="gu-IN"/>
        </w:rPr>
        <w:t>માટે</w:t>
      </w:r>
      <w:r w:rsidRPr="00EA2060">
        <w:rPr>
          <w:sz w:val="20"/>
          <w:szCs w:val="20"/>
        </w:rPr>
        <w:t xml:space="preserve"> </w:t>
      </w:r>
      <w:r w:rsidR="008E13CA">
        <w:rPr>
          <w:rFonts w:cs="Shruti" w:hint="cs"/>
          <w:sz w:val="20"/>
          <w:szCs w:val="20"/>
          <w:cs/>
          <w:lang w:bidi="gu-IN"/>
        </w:rPr>
        <w:t xml:space="preserve">ઢાંકણ્રીયાવાસ પ્રાથમિક શાળા </w:t>
      </w:r>
      <w:r w:rsidRPr="00EA2060">
        <w:rPr>
          <w:rFonts w:cs="Shruti"/>
          <w:sz w:val="20"/>
          <w:szCs w:val="20"/>
          <w:cs/>
          <w:lang w:bidi="gu-IN"/>
        </w:rPr>
        <w:t>માં</w:t>
      </w:r>
      <w:r w:rsidRPr="00EA2060">
        <w:rPr>
          <w:sz w:val="20"/>
          <w:szCs w:val="20"/>
        </w:rPr>
        <w:t xml:space="preserve"> </w:t>
      </w:r>
      <w:r w:rsidRPr="00EA2060">
        <w:rPr>
          <w:rFonts w:cs="Shruti"/>
          <w:sz w:val="20"/>
          <w:szCs w:val="20"/>
          <w:cs/>
          <w:lang w:bidi="gu-IN"/>
        </w:rPr>
        <w:t>વર્ગ</w:t>
      </w:r>
      <w:r w:rsidRPr="00EA2060">
        <w:rPr>
          <w:sz w:val="20"/>
          <w:szCs w:val="20"/>
        </w:rPr>
        <w:t xml:space="preserve"> </w:t>
      </w:r>
      <w:r w:rsidRPr="00EA2060">
        <w:rPr>
          <w:rFonts w:cs="Shruti"/>
          <w:sz w:val="20"/>
          <w:szCs w:val="20"/>
          <w:cs/>
          <w:lang w:bidi="gu-IN"/>
        </w:rPr>
        <w:t>મોનિટર</w:t>
      </w:r>
      <w:r w:rsidRPr="00EA2060">
        <w:rPr>
          <w:sz w:val="20"/>
          <w:szCs w:val="20"/>
        </w:rPr>
        <w:t xml:space="preserve">, </w:t>
      </w:r>
      <w:r w:rsidRPr="00EA2060">
        <w:rPr>
          <w:rFonts w:cs="Shruti"/>
          <w:sz w:val="20"/>
          <w:szCs w:val="20"/>
          <w:cs/>
          <w:lang w:bidi="gu-IN"/>
        </w:rPr>
        <w:t>બાલવૃંદ</w:t>
      </w:r>
      <w:r w:rsidRPr="00EA2060">
        <w:rPr>
          <w:sz w:val="20"/>
          <w:szCs w:val="20"/>
        </w:rPr>
        <w:t xml:space="preserve"> </w:t>
      </w:r>
      <w:r w:rsidRPr="00EA2060">
        <w:rPr>
          <w:rFonts w:cs="Shruti"/>
          <w:sz w:val="20"/>
          <w:szCs w:val="20"/>
          <w:cs/>
          <w:lang w:bidi="gu-IN"/>
        </w:rPr>
        <w:t>પ્રતિનિધિ</w:t>
      </w:r>
      <w:r w:rsidRPr="00EA2060">
        <w:rPr>
          <w:sz w:val="20"/>
          <w:szCs w:val="20"/>
        </w:rPr>
        <w:t xml:space="preserve"> </w:t>
      </w:r>
      <w:r w:rsidRPr="00EA2060">
        <w:rPr>
          <w:rFonts w:cs="Shruti"/>
          <w:sz w:val="20"/>
          <w:szCs w:val="20"/>
          <w:cs/>
          <w:lang w:bidi="gu-IN"/>
        </w:rPr>
        <w:t>તેમજ</w:t>
      </w:r>
      <w:r w:rsidRPr="00EA2060">
        <w:rPr>
          <w:sz w:val="20"/>
          <w:szCs w:val="20"/>
        </w:rPr>
        <w:t xml:space="preserve"> </w:t>
      </w:r>
      <w:r w:rsidRPr="00EA2060">
        <w:rPr>
          <w:rFonts w:cs="Shruti"/>
          <w:sz w:val="20"/>
          <w:szCs w:val="20"/>
          <w:cs/>
          <w:lang w:bidi="gu-IN"/>
        </w:rPr>
        <w:t>વિવિધ</w:t>
      </w:r>
      <w:r w:rsidRPr="00EA2060">
        <w:rPr>
          <w:sz w:val="20"/>
          <w:szCs w:val="20"/>
        </w:rPr>
        <w:t xml:space="preserve"> </w:t>
      </w:r>
      <w:r w:rsidRPr="00EA2060">
        <w:rPr>
          <w:rFonts w:cs="Shruti"/>
          <w:sz w:val="20"/>
          <w:szCs w:val="20"/>
          <w:cs/>
          <w:lang w:bidi="gu-IN"/>
        </w:rPr>
        <w:t>સમિતિઓ</w:t>
      </w:r>
      <w:r w:rsidRPr="00EA2060">
        <w:rPr>
          <w:sz w:val="20"/>
          <w:szCs w:val="20"/>
        </w:rPr>
        <w:t xml:space="preserve"> </w:t>
      </w:r>
      <w:r w:rsidRPr="00EA2060">
        <w:rPr>
          <w:rFonts w:cs="Shruti"/>
          <w:sz w:val="20"/>
          <w:szCs w:val="20"/>
          <w:cs/>
          <w:lang w:bidi="gu-IN"/>
        </w:rPr>
        <w:t>અને</w:t>
      </w:r>
      <w:r w:rsidRPr="00EA2060">
        <w:rPr>
          <w:sz w:val="20"/>
          <w:szCs w:val="20"/>
        </w:rPr>
        <w:t xml:space="preserve"> </w:t>
      </w:r>
      <w:r w:rsidRPr="00EA2060">
        <w:rPr>
          <w:rFonts w:cs="Shruti"/>
          <w:sz w:val="20"/>
          <w:szCs w:val="20"/>
          <w:cs/>
          <w:lang w:bidi="gu-IN"/>
        </w:rPr>
        <w:t>ક્લબના</w:t>
      </w:r>
      <w:r w:rsidRPr="00EA2060">
        <w:rPr>
          <w:sz w:val="20"/>
          <w:szCs w:val="20"/>
        </w:rPr>
        <w:t xml:space="preserve"> </w:t>
      </w:r>
      <w:r w:rsidRPr="00EA2060">
        <w:rPr>
          <w:rFonts w:cs="Shruti"/>
          <w:sz w:val="20"/>
          <w:szCs w:val="20"/>
          <w:cs/>
          <w:lang w:bidi="gu-IN"/>
        </w:rPr>
        <w:t>લીડરની</w:t>
      </w:r>
      <w:r w:rsidRPr="00EA2060">
        <w:rPr>
          <w:sz w:val="20"/>
          <w:szCs w:val="20"/>
        </w:rPr>
        <w:t xml:space="preserve"> </w:t>
      </w:r>
      <w:r w:rsidRPr="00EA2060">
        <w:rPr>
          <w:rFonts w:cs="Shruti"/>
          <w:sz w:val="20"/>
          <w:szCs w:val="20"/>
          <w:cs/>
          <w:lang w:bidi="gu-IN"/>
        </w:rPr>
        <w:t>નિમણૂક</w:t>
      </w:r>
      <w:r w:rsidRPr="00EA2060">
        <w:rPr>
          <w:sz w:val="20"/>
          <w:szCs w:val="20"/>
        </w:rPr>
        <w:t xml:space="preserve"> </w:t>
      </w:r>
      <w:r w:rsidRPr="00EA2060">
        <w:rPr>
          <w:rFonts w:cs="Shruti"/>
          <w:sz w:val="20"/>
          <w:szCs w:val="20"/>
          <w:cs/>
          <w:lang w:bidi="gu-IN"/>
        </w:rPr>
        <w:t>કરવામાં</w:t>
      </w:r>
      <w:r w:rsidRPr="00EA2060">
        <w:rPr>
          <w:sz w:val="20"/>
          <w:szCs w:val="20"/>
        </w:rPr>
        <w:t xml:space="preserve"> </w:t>
      </w:r>
      <w:r w:rsidRPr="00EA2060">
        <w:rPr>
          <w:rFonts w:cs="Shruti"/>
          <w:sz w:val="20"/>
          <w:szCs w:val="20"/>
          <w:cs/>
          <w:lang w:bidi="gu-IN"/>
        </w:rPr>
        <w:t>આવે</w:t>
      </w:r>
      <w:r w:rsidRPr="00EA2060">
        <w:rPr>
          <w:sz w:val="20"/>
          <w:szCs w:val="20"/>
        </w:rPr>
        <w:t xml:space="preserve"> </w:t>
      </w:r>
      <w:r w:rsidRPr="00EA2060">
        <w:rPr>
          <w:rFonts w:cs="Shruti"/>
          <w:sz w:val="20"/>
          <w:szCs w:val="20"/>
          <w:cs/>
          <w:lang w:bidi="gu-IN"/>
        </w:rPr>
        <w:t>છે</w:t>
      </w:r>
      <w:r w:rsidRPr="00EA2060">
        <w:rPr>
          <w:sz w:val="20"/>
          <w:szCs w:val="20"/>
        </w:rPr>
        <w:t xml:space="preserve">. </w:t>
      </w:r>
      <w:r w:rsidRPr="00EA2060">
        <w:rPr>
          <w:rFonts w:cs="Shruti"/>
          <w:sz w:val="20"/>
          <w:szCs w:val="20"/>
          <w:cs/>
          <w:lang w:bidi="gu-IN"/>
        </w:rPr>
        <w:t>જેની</w:t>
      </w:r>
      <w:r w:rsidRPr="00EA2060">
        <w:rPr>
          <w:sz w:val="20"/>
          <w:szCs w:val="20"/>
        </w:rPr>
        <w:t xml:space="preserve"> </w:t>
      </w:r>
      <w:r w:rsidRPr="00EA2060">
        <w:rPr>
          <w:rFonts w:cs="Shruti"/>
          <w:sz w:val="20"/>
          <w:szCs w:val="20"/>
          <w:cs/>
          <w:lang w:bidi="gu-IN"/>
        </w:rPr>
        <w:t>યાદી</w:t>
      </w:r>
      <w:r w:rsidRPr="00EA2060">
        <w:rPr>
          <w:sz w:val="20"/>
          <w:szCs w:val="20"/>
        </w:rPr>
        <w:t xml:space="preserve"> </w:t>
      </w:r>
      <w:r w:rsidRPr="00EA2060">
        <w:rPr>
          <w:rFonts w:cs="Shruti"/>
          <w:sz w:val="20"/>
          <w:szCs w:val="20"/>
          <w:cs/>
          <w:lang w:bidi="gu-IN"/>
        </w:rPr>
        <w:t>નીચે</w:t>
      </w:r>
      <w:r w:rsidRPr="00EA2060">
        <w:rPr>
          <w:sz w:val="20"/>
          <w:szCs w:val="20"/>
        </w:rPr>
        <w:t xml:space="preserve"> </w:t>
      </w:r>
      <w:r w:rsidRPr="00EA2060">
        <w:rPr>
          <w:rFonts w:cs="Shruti"/>
          <w:sz w:val="20"/>
          <w:szCs w:val="20"/>
          <w:cs/>
          <w:lang w:bidi="gu-IN"/>
        </w:rPr>
        <w:t>મુજબ</w:t>
      </w:r>
      <w:r w:rsidRPr="00EA2060">
        <w:rPr>
          <w:sz w:val="20"/>
          <w:szCs w:val="20"/>
        </w:rPr>
        <w:t xml:space="preserve"> </w:t>
      </w:r>
      <w:r w:rsidRPr="00EA2060">
        <w:rPr>
          <w:rFonts w:cs="Shruti"/>
          <w:sz w:val="20"/>
          <w:szCs w:val="20"/>
          <w:cs/>
          <w:lang w:bidi="gu-IN"/>
        </w:rPr>
        <w:t>છે</w:t>
      </w:r>
      <w:r w:rsidRPr="00EA2060">
        <w:rPr>
          <w:sz w:val="20"/>
          <w:szCs w:val="20"/>
        </w:rPr>
        <w:t>:</w:t>
      </w:r>
    </w:p>
    <w:p w14:paraId="478743E6" w14:textId="77777777" w:rsidR="00477258" w:rsidRPr="00EA2060" w:rsidRDefault="00477258" w:rsidP="00EA2060">
      <w:pPr>
        <w:pStyle w:val="Heading2"/>
        <w:spacing w:line="240" w:lineRule="auto"/>
        <w:rPr>
          <w:sz w:val="20"/>
          <w:szCs w:val="20"/>
        </w:rPr>
      </w:pPr>
      <w:r w:rsidRPr="00EA2060">
        <w:rPr>
          <w:rFonts w:cs="Shruti"/>
          <w:sz w:val="20"/>
          <w:szCs w:val="20"/>
          <w:cs/>
          <w:lang w:bidi="gu-IN"/>
        </w:rPr>
        <w:t>૧</w:t>
      </w:r>
      <w:r w:rsidRPr="00EA2060">
        <w:rPr>
          <w:sz w:val="20"/>
          <w:szCs w:val="20"/>
        </w:rPr>
        <w:t xml:space="preserve">. </w:t>
      </w:r>
      <w:r w:rsidRPr="00EA2060">
        <w:rPr>
          <w:rFonts w:cs="Shruti"/>
          <w:sz w:val="20"/>
          <w:szCs w:val="20"/>
          <w:cs/>
          <w:lang w:bidi="gu-IN"/>
        </w:rPr>
        <w:t>મુખ્ય</w:t>
      </w:r>
      <w:r w:rsidRPr="00EA2060">
        <w:rPr>
          <w:sz w:val="20"/>
          <w:szCs w:val="20"/>
        </w:rPr>
        <w:t xml:space="preserve"> </w:t>
      </w:r>
      <w:r w:rsidRPr="00EA2060">
        <w:rPr>
          <w:rFonts w:cs="Shruti"/>
          <w:sz w:val="20"/>
          <w:szCs w:val="20"/>
          <w:cs/>
          <w:lang w:bidi="gu-IN"/>
        </w:rPr>
        <w:t>શાળા</w:t>
      </w:r>
      <w:r w:rsidRPr="00EA2060">
        <w:rPr>
          <w:sz w:val="20"/>
          <w:szCs w:val="20"/>
        </w:rPr>
        <w:t xml:space="preserve"> </w:t>
      </w:r>
      <w:r w:rsidRPr="00EA2060">
        <w:rPr>
          <w:rFonts w:cs="Shruti"/>
          <w:sz w:val="20"/>
          <w:szCs w:val="20"/>
          <w:cs/>
          <w:lang w:bidi="gu-IN"/>
        </w:rPr>
        <w:t>અને</w:t>
      </w:r>
      <w:r w:rsidRPr="00EA2060">
        <w:rPr>
          <w:sz w:val="20"/>
          <w:szCs w:val="20"/>
        </w:rPr>
        <w:t xml:space="preserve"> </w:t>
      </w:r>
      <w:r w:rsidRPr="00EA2060">
        <w:rPr>
          <w:rFonts w:cs="Shruti"/>
          <w:sz w:val="20"/>
          <w:szCs w:val="20"/>
          <w:cs/>
          <w:lang w:bidi="gu-IN"/>
        </w:rPr>
        <w:t>વર્ગ</w:t>
      </w:r>
      <w:r w:rsidRPr="00EA2060">
        <w:rPr>
          <w:sz w:val="20"/>
          <w:szCs w:val="20"/>
        </w:rPr>
        <w:t xml:space="preserve"> </w:t>
      </w:r>
      <w:r w:rsidRPr="00EA2060">
        <w:rPr>
          <w:rFonts w:cs="Shruti"/>
          <w:sz w:val="20"/>
          <w:szCs w:val="20"/>
          <w:cs/>
          <w:lang w:bidi="gu-IN"/>
        </w:rPr>
        <w:t>મોનિટરની</w:t>
      </w:r>
      <w:r w:rsidRPr="00EA2060">
        <w:rPr>
          <w:sz w:val="20"/>
          <w:szCs w:val="20"/>
        </w:rPr>
        <w:t xml:space="preserve"> </w:t>
      </w:r>
      <w:r w:rsidRPr="00EA2060">
        <w:rPr>
          <w:rFonts w:cs="Shruti"/>
          <w:sz w:val="20"/>
          <w:szCs w:val="20"/>
          <w:cs/>
          <w:lang w:bidi="gu-IN"/>
        </w:rPr>
        <w:t>યાદી</w:t>
      </w:r>
      <w:r w:rsidRPr="00EA2060">
        <w:rPr>
          <w:sz w:val="20"/>
          <w:szCs w:val="20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8"/>
        <w:gridCol w:w="1496"/>
        <w:gridCol w:w="3488"/>
        <w:gridCol w:w="2988"/>
      </w:tblGrid>
      <w:tr w:rsidR="00477258" w:rsidRPr="00EA2060" w14:paraId="37B24841" w14:textId="77777777" w:rsidTr="00EA2060">
        <w:tc>
          <w:tcPr>
            <w:tcW w:w="675" w:type="dxa"/>
          </w:tcPr>
          <w:p w14:paraId="2B44B535" w14:textId="77777777" w:rsidR="00477258" w:rsidRPr="00EA2060" w:rsidRDefault="00477258" w:rsidP="00EA2060">
            <w:pPr>
              <w:rPr>
                <w:sz w:val="20"/>
                <w:szCs w:val="20"/>
              </w:rPr>
            </w:pPr>
            <w:r w:rsidRPr="00EA2060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ક્રમ</w:t>
            </w:r>
          </w:p>
        </w:tc>
        <w:tc>
          <w:tcPr>
            <w:tcW w:w="1560" w:type="dxa"/>
          </w:tcPr>
          <w:p w14:paraId="05E88641" w14:textId="77777777" w:rsidR="00477258" w:rsidRPr="00EA2060" w:rsidRDefault="00477258" w:rsidP="00EA2060">
            <w:pPr>
              <w:rPr>
                <w:sz w:val="20"/>
                <w:szCs w:val="20"/>
              </w:rPr>
            </w:pPr>
            <w:r w:rsidRPr="00EA2060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વર્ગ</w:t>
            </w:r>
            <w:r w:rsidRPr="00EA2060">
              <w:rPr>
                <w:b/>
                <w:sz w:val="20"/>
                <w:szCs w:val="20"/>
              </w:rPr>
              <w:t xml:space="preserve"> / </w:t>
            </w:r>
            <w:r w:rsidRPr="00EA2060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વિભાગ</w:t>
            </w:r>
          </w:p>
        </w:tc>
        <w:tc>
          <w:tcPr>
            <w:tcW w:w="3543" w:type="dxa"/>
          </w:tcPr>
          <w:p w14:paraId="4473107A" w14:textId="77777777" w:rsidR="00477258" w:rsidRPr="00EA2060" w:rsidRDefault="00477258" w:rsidP="00EA2060">
            <w:pPr>
              <w:rPr>
                <w:sz w:val="20"/>
                <w:szCs w:val="20"/>
              </w:rPr>
            </w:pPr>
            <w:r w:rsidRPr="00EA2060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મોનિટરનું</w:t>
            </w:r>
            <w:r w:rsidRPr="00EA2060">
              <w:rPr>
                <w:b/>
                <w:sz w:val="20"/>
                <w:szCs w:val="20"/>
              </w:rPr>
              <w:t xml:space="preserve"> </w:t>
            </w:r>
            <w:r w:rsidRPr="00EA2060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નામ</w:t>
            </w:r>
          </w:p>
        </w:tc>
        <w:tc>
          <w:tcPr>
            <w:tcW w:w="3078" w:type="dxa"/>
          </w:tcPr>
          <w:p w14:paraId="0D4C0040" w14:textId="77777777" w:rsidR="00477258" w:rsidRPr="00EA2060" w:rsidRDefault="00477258" w:rsidP="00EA2060">
            <w:pPr>
              <w:rPr>
                <w:sz w:val="20"/>
                <w:szCs w:val="20"/>
              </w:rPr>
            </w:pPr>
            <w:r w:rsidRPr="00EA2060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મોબાઈલ</w:t>
            </w:r>
            <w:r w:rsidRPr="00EA2060">
              <w:rPr>
                <w:b/>
                <w:sz w:val="20"/>
                <w:szCs w:val="20"/>
              </w:rPr>
              <w:t xml:space="preserve"> </w:t>
            </w:r>
            <w:r w:rsidRPr="00EA2060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નંબર</w:t>
            </w:r>
            <w:r w:rsidRPr="00EA2060">
              <w:rPr>
                <w:b/>
                <w:sz w:val="20"/>
                <w:szCs w:val="20"/>
              </w:rPr>
              <w:t xml:space="preserve"> (</w:t>
            </w:r>
            <w:r w:rsidRPr="00EA2060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જો</w:t>
            </w:r>
            <w:r w:rsidRPr="00EA2060">
              <w:rPr>
                <w:b/>
                <w:sz w:val="20"/>
                <w:szCs w:val="20"/>
              </w:rPr>
              <w:t xml:space="preserve"> </w:t>
            </w:r>
            <w:r w:rsidRPr="00EA2060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લાગુ</w:t>
            </w:r>
            <w:r w:rsidRPr="00EA2060">
              <w:rPr>
                <w:b/>
                <w:sz w:val="20"/>
                <w:szCs w:val="20"/>
              </w:rPr>
              <w:t xml:space="preserve"> </w:t>
            </w:r>
            <w:r w:rsidRPr="00EA2060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પડે</w:t>
            </w:r>
            <w:r w:rsidRPr="00EA2060">
              <w:rPr>
                <w:b/>
                <w:sz w:val="20"/>
                <w:szCs w:val="20"/>
              </w:rPr>
              <w:t>)</w:t>
            </w:r>
          </w:p>
        </w:tc>
      </w:tr>
      <w:tr w:rsidR="00477258" w:rsidRPr="00EA2060" w14:paraId="0B891B4A" w14:textId="77777777" w:rsidTr="00EA2060">
        <w:tc>
          <w:tcPr>
            <w:tcW w:w="675" w:type="dxa"/>
          </w:tcPr>
          <w:p w14:paraId="4D8AB782" w14:textId="77777777" w:rsidR="00477258" w:rsidRPr="00EA2060" w:rsidRDefault="00477258" w:rsidP="00EA2060">
            <w:pPr>
              <w:rPr>
                <w:sz w:val="20"/>
                <w:szCs w:val="20"/>
              </w:rPr>
            </w:pPr>
            <w:r w:rsidRPr="00EA2060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14:paraId="5DAEE485" w14:textId="77777777" w:rsidR="00477258" w:rsidRPr="00EA2060" w:rsidRDefault="00477258" w:rsidP="00EA2060">
            <w:pPr>
              <w:rPr>
                <w:sz w:val="20"/>
                <w:szCs w:val="20"/>
              </w:rPr>
            </w:pPr>
            <w:r w:rsidRPr="00EA2060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EA2060">
              <w:rPr>
                <w:sz w:val="20"/>
                <w:szCs w:val="20"/>
              </w:rPr>
              <w:t xml:space="preserve"> 1</w:t>
            </w:r>
          </w:p>
        </w:tc>
        <w:tc>
          <w:tcPr>
            <w:tcW w:w="3543" w:type="dxa"/>
          </w:tcPr>
          <w:p w14:paraId="1981AA8B" w14:textId="77777777" w:rsidR="00477258" w:rsidRPr="00EA2060" w:rsidRDefault="00477258" w:rsidP="00EA2060">
            <w:pPr>
              <w:rPr>
                <w:sz w:val="20"/>
                <w:szCs w:val="20"/>
              </w:rPr>
            </w:pPr>
            <w:r w:rsidRPr="00EA2060">
              <w:rPr>
                <w:sz w:val="20"/>
                <w:szCs w:val="20"/>
              </w:rPr>
              <w:t>________________________</w:t>
            </w:r>
          </w:p>
        </w:tc>
        <w:tc>
          <w:tcPr>
            <w:tcW w:w="3078" w:type="dxa"/>
          </w:tcPr>
          <w:p w14:paraId="1E786360" w14:textId="77777777" w:rsidR="00477258" w:rsidRPr="00EA2060" w:rsidRDefault="00477258" w:rsidP="00EA2060">
            <w:pPr>
              <w:rPr>
                <w:sz w:val="20"/>
                <w:szCs w:val="20"/>
              </w:rPr>
            </w:pPr>
            <w:r w:rsidRPr="00EA2060">
              <w:rPr>
                <w:sz w:val="20"/>
                <w:szCs w:val="20"/>
              </w:rPr>
              <w:t>________________</w:t>
            </w:r>
          </w:p>
        </w:tc>
      </w:tr>
      <w:tr w:rsidR="00477258" w:rsidRPr="00EA2060" w14:paraId="388405EC" w14:textId="77777777" w:rsidTr="00EA2060">
        <w:tc>
          <w:tcPr>
            <w:tcW w:w="675" w:type="dxa"/>
          </w:tcPr>
          <w:p w14:paraId="25E8AF51" w14:textId="77777777" w:rsidR="00477258" w:rsidRPr="00EA2060" w:rsidRDefault="00477258" w:rsidP="00EA2060">
            <w:pPr>
              <w:rPr>
                <w:sz w:val="20"/>
                <w:szCs w:val="20"/>
              </w:rPr>
            </w:pPr>
            <w:r w:rsidRPr="00EA2060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</w:tcPr>
          <w:p w14:paraId="6A9A6A33" w14:textId="77777777" w:rsidR="00477258" w:rsidRPr="00EA2060" w:rsidRDefault="00477258" w:rsidP="00EA2060">
            <w:pPr>
              <w:rPr>
                <w:sz w:val="20"/>
                <w:szCs w:val="20"/>
              </w:rPr>
            </w:pPr>
            <w:r w:rsidRPr="00EA2060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EA2060">
              <w:rPr>
                <w:sz w:val="20"/>
                <w:szCs w:val="20"/>
              </w:rPr>
              <w:t xml:space="preserve"> 2</w:t>
            </w:r>
          </w:p>
        </w:tc>
        <w:tc>
          <w:tcPr>
            <w:tcW w:w="3543" w:type="dxa"/>
          </w:tcPr>
          <w:p w14:paraId="40E91413" w14:textId="77777777" w:rsidR="00477258" w:rsidRPr="00EA2060" w:rsidRDefault="00477258" w:rsidP="00EA2060">
            <w:pPr>
              <w:rPr>
                <w:sz w:val="20"/>
                <w:szCs w:val="20"/>
              </w:rPr>
            </w:pPr>
            <w:r w:rsidRPr="00EA2060">
              <w:rPr>
                <w:sz w:val="20"/>
                <w:szCs w:val="20"/>
              </w:rPr>
              <w:t>________________________</w:t>
            </w:r>
          </w:p>
        </w:tc>
        <w:tc>
          <w:tcPr>
            <w:tcW w:w="3078" w:type="dxa"/>
          </w:tcPr>
          <w:p w14:paraId="48B3E5CF" w14:textId="77777777" w:rsidR="00477258" w:rsidRPr="00EA2060" w:rsidRDefault="00477258" w:rsidP="00EA2060">
            <w:pPr>
              <w:rPr>
                <w:sz w:val="20"/>
                <w:szCs w:val="20"/>
              </w:rPr>
            </w:pPr>
            <w:r w:rsidRPr="00EA2060">
              <w:rPr>
                <w:sz w:val="20"/>
                <w:szCs w:val="20"/>
              </w:rPr>
              <w:t>________________</w:t>
            </w:r>
          </w:p>
        </w:tc>
      </w:tr>
      <w:tr w:rsidR="00477258" w:rsidRPr="00EA2060" w14:paraId="6E44DDE4" w14:textId="77777777" w:rsidTr="00EA2060">
        <w:tc>
          <w:tcPr>
            <w:tcW w:w="675" w:type="dxa"/>
          </w:tcPr>
          <w:p w14:paraId="3BE412C4" w14:textId="77777777" w:rsidR="00477258" w:rsidRPr="00EA2060" w:rsidRDefault="00477258" w:rsidP="00EA2060">
            <w:pPr>
              <w:rPr>
                <w:sz w:val="20"/>
                <w:szCs w:val="20"/>
              </w:rPr>
            </w:pPr>
            <w:r w:rsidRPr="00EA2060">
              <w:rPr>
                <w:sz w:val="20"/>
                <w:szCs w:val="20"/>
              </w:rPr>
              <w:t>3</w:t>
            </w:r>
          </w:p>
        </w:tc>
        <w:tc>
          <w:tcPr>
            <w:tcW w:w="1560" w:type="dxa"/>
          </w:tcPr>
          <w:p w14:paraId="37B0AF7D" w14:textId="77777777" w:rsidR="00477258" w:rsidRPr="00EA2060" w:rsidRDefault="00477258" w:rsidP="00EA2060">
            <w:pPr>
              <w:rPr>
                <w:sz w:val="20"/>
                <w:szCs w:val="20"/>
              </w:rPr>
            </w:pPr>
            <w:r w:rsidRPr="00EA2060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EA2060">
              <w:rPr>
                <w:sz w:val="20"/>
                <w:szCs w:val="20"/>
              </w:rPr>
              <w:t xml:space="preserve"> 3</w:t>
            </w:r>
          </w:p>
        </w:tc>
        <w:tc>
          <w:tcPr>
            <w:tcW w:w="3543" w:type="dxa"/>
          </w:tcPr>
          <w:p w14:paraId="1049106D" w14:textId="77777777" w:rsidR="00477258" w:rsidRPr="00EA2060" w:rsidRDefault="00477258" w:rsidP="00EA2060">
            <w:pPr>
              <w:rPr>
                <w:sz w:val="20"/>
                <w:szCs w:val="20"/>
              </w:rPr>
            </w:pPr>
            <w:r w:rsidRPr="00EA2060">
              <w:rPr>
                <w:sz w:val="20"/>
                <w:szCs w:val="20"/>
              </w:rPr>
              <w:t>________________________</w:t>
            </w:r>
          </w:p>
        </w:tc>
        <w:tc>
          <w:tcPr>
            <w:tcW w:w="3078" w:type="dxa"/>
          </w:tcPr>
          <w:p w14:paraId="5E07DA0C" w14:textId="77777777" w:rsidR="00477258" w:rsidRPr="00EA2060" w:rsidRDefault="00477258" w:rsidP="00EA2060">
            <w:pPr>
              <w:rPr>
                <w:sz w:val="20"/>
                <w:szCs w:val="20"/>
              </w:rPr>
            </w:pPr>
            <w:r w:rsidRPr="00EA2060">
              <w:rPr>
                <w:sz w:val="20"/>
                <w:szCs w:val="20"/>
              </w:rPr>
              <w:t>________________</w:t>
            </w:r>
          </w:p>
        </w:tc>
      </w:tr>
      <w:tr w:rsidR="00477258" w:rsidRPr="00EA2060" w14:paraId="6C7C0D83" w14:textId="77777777" w:rsidTr="00EA2060">
        <w:tc>
          <w:tcPr>
            <w:tcW w:w="675" w:type="dxa"/>
          </w:tcPr>
          <w:p w14:paraId="6301645E" w14:textId="77777777" w:rsidR="00477258" w:rsidRPr="00EA2060" w:rsidRDefault="00477258" w:rsidP="00EA2060">
            <w:pPr>
              <w:rPr>
                <w:sz w:val="20"/>
                <w:szCs w:val="20"/>
              </w:rPr>
            </w:pPr>
            <w:r w:rsidRPr="00EA2060">
              <w:rPr>
                <w:sz w:val="20"/>
                <w:szCs w:val="20"/>
              </w:rPr>
              <w:t>4</w:t>
            </w:r>
          </w:p>
        </w:tc>
        <w:tc>
          <w:tcPr>
            <w:tcW w:w="1560" w:type="dxa"/>
          </w:tcPr>
          <w:p w14:paraId="477463C2" w14:textId="77777777" w:rsidR="00477258" w:rsidRPr="00EA2060" w:rsidRDefault="00477258" w:rsidP="00EA2060">
            <w:pPr>
              <w:rPr>
                <w:sz w:val="20"/>
                <w:szCs w:val="20"/>
              </w:rPr>
            </w:pPr>
            <w:r w:rsidRPr="00EA2060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EA2060">
              <w:rPr>
                <w:sz w:val="20"/>
                <w:szCs w:val="20"/>
              </w:rPr>
              <w:t xml:space="preserve"> 4</w:t>
            </w:r>
          </w:p>
        </w:tc>
        <w:tc>
          <w:tcPr>
            <w:tcW w:w="3543" w:type="dxa"/>
          </w:tcPr>
          <w:p w14:paraId="5723DBBF" w14:textId="77777777" w:rsidR="00477258" w:rsidRPr="00EA2060" w:rsidRDefault="00477258" w:rsidP="00EA2060">
            <w:pPr>
              <w:rPr>
                <w:sz w:val="20"/>
                <w:szCs w:val="20"/>
              </w:rPr>
            </w:pPr>
            <w:r w:rsidRPr="00EA2060">
              <w:rPr>
                <w:sz w:val="20"/>
                <w:szCs w:val="20"/>
              </w:rPr>
              <w:t>________________________</w:t>
            </w:r>
          </w:p>
        </w:tc>
        <w:tc>
          <w:tcPr>
            <w:tcW w:w="3078" w:type="dxa"/>
          </w:tcPr>
          <w:p w14:paraId="15B2192A" w14:textId="77777777" w:rsidR="00477258" w:rsidRPr="00EA2060" w:rsidRDefault="00477258" w:rsidP="00EA2060">
            <w:pPr>
              <w:rPr>
                <w:sz w:val="20"/>
                <w:szCs w:val="20"/>
              </w:rPr>
            </w:pPr>
            <w:r w:rsidRPr="00EA2060">
              <w:rPr>
                <w:sz w:val="20"/>
                <w:szCs w:val="20"/>
              </w:rPr>
              <w:t>________________</w:t>
            </w:r>
          </w:p>
        </w:tc>
      </w:tr>
      <w:tr w:rsidR="00477258" w:rsidRPr="00EA2060" w14:paraId="08EB52EA" w14:textId="77777777" w:rsidTr="00EA2060">
        <w:tc>
          <w:tcPr>
            <w:tcW w:w="675" w:type="dxa"/>
          </w:tcPr>
          <w:p w14:paraId="6E1F4FB3" w14:textId="77777777" w:rsidR="00477258" w:rsidRPr="00EA2060" w:rsidRDefault="00477258" w:rsidP="00EA2060">
            <w:pPr>
              <w:rPr>
                <w:sz w:val="20"/>
                <w:szCs w:val="20"/>
              </w:rPr>
            </w:pPr>
            <w:r w:rsidRPr="00EA2060">
              <w:rPr>
                <w:sz w:val="20"/>
                <w:szCs w:val="20"/>
              </w:rPr>
              <w:t>5</w:t>
            </w:r>
          </w:p>
        </w:tc>
        <w:tc>
          <w:tcPr>
            <w:tcW w:w="1560" w:type="dxa"/>
          </w:tcPr>
          <w:p w14:paraId="424182A2" w14:textId="77777777" w:rsidR="00477258" w:rsidRPr="00EA2060" w:rsidRDefault="00477258" w:rsidP="00EA2060">
            <w:pPr>
              <w:rPr>
                <w:sz w:val="20"/>
                <w:szCs w:val="20"/>
              </w:rPr>
            </w:pPr>
            <w:r w:rsidRPr="00EA2060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EA2060">
              <w:rPr>
                <w:sz w:val="20"/>
                <w:szCs w:val="20"/>
              </w:rPr>
              <w:t xml:space="preserve"> 5</w:t>
            </w:r>
          </w:p>
        </w:tc>
        <w:tc>
          <w:tcPr>
            <w:tcW w:w="3543" w:type="dxa"/>
          </w:tcPr>
          <w:p w14:paraId="663D5D63" w14:textId="77777777" w:rsidR="00477258" w:rsidRPr="00EA2060" w:rsidRDefault="00477258" w:rsidP="00EA2060">
            <w:pPr>
              <w:rPr>
                <w:sz w:val="20"/>
                <w:szCs w:val="20"/>
              </w:rPr>
            </w:pPr>
            <w:r w:rsidRPr="00EA2060">
              <w:rPr>
                <w:sz w:val="20"/>
                <w:szCs w:val="20"/>
              </w:rPr>
              <w:t>________________________</w:t>
            </w:r>
          </w:p>
        </w:tc>
        <w:tc>
          <w:tcPr>
            <w:tcW w:w="3078" w:type="dxa"/>
          </w:tcPr>
          <w:p w14:paraId="5B348551" w14:textId="77777777" w:rsidR="00477258" w:rsidRPr="00EA2060" w:rsidRDefault="00477258" w:rsidP="00EA2060">
            <w:pPr>
              <w:rPr>
                <w:sz w:val="20"/>
                <w:szCs w:val="20"/>
              </w:rPr>
            </w:pPr>
            <w:r w:rsidRPr="00EA2060">
              <w:rPr>
                <w:sz w:val="20"/>
                <w:szCs w:val="20"/>
              </w:rPr>
              <w:t>________________</w:t>
            </w:r>
          </w:p>
        </w:tc>
      </w:tr>
      <w:tr w:rsidR="00477258" w:rsidRPr="00EA2060" w14:paraId="6BAF4DE5" w14:textId="77777777" w:rsidTr="00EA2060">
        <w:tc>
          <w:tcPr>
            <w:tcW w:w="675" w:type="dxa"/>
          </w:tcPr>
          <w:p w14:paraId="46D8905B" w14:textId="77777777" w:rsidR="00477258" w:rsidRPr="00EA2060" w:rsidRDefault="00477258" w:rsidP="00EA2060">
            <w:pPr>
              <w:rPr>
                <w:sz w:val="20"/>
                <w:szCs w:val="20"/>
              </w:rPr>
            </w:pPr>
            <w:r w:rsidRPr="00EA2060">
              <w:rPr>
                <w:sz w:val="20"/>
                <w:szCs w:val="20"/>
              </w:rPr>
              <w:t>6</w:t>
            </w:r>
          </w:p>
        </w:tc>
        <w:tc>
          <w:tcPr>
            <w:tcW w:w="1560" w:type="dxa"/>
          </w:tcPr>
          <w:p w14:paraId="7D26D97B" w14:textId="77777777" w:rsidR="00477258" w:rsidRPr="00EA2060" w:rsidRDefault="00477258" w:rsidP="00EA2060">
            <w:pPr>
              <w:rPr>
                <w:sz w:val="20"/>
                <w:szCs w:val="20"/>
              </w:rPr>
            </w:pPr>
            <w:r w:rsidRPr="00EA2060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EA2060">
              <w:rPr>
                <w:sz w:val="20"/>
                <w:szCs w:val="20"/>
              </w:rPr>
              <w:t xml:space="preserve"> 6</w:t>
            </w:r>
          </w:p>
        </w:tc>
        <w:tc>
          <w:tcPr>
            <w:tcW w:w="3543" w:type="dxa"/>
          </w:tcPr>
          <w:p w14:paraId="56724F80" w14:textId="77777777" w:rsidR="00477258" w:rsidRPr="00EA2060" w:rsidRDefault="00477258" w:rsidP="00EA2060">
            <w:pPr>
              <w:rPr>
                <w:sz w:val="20"/>
                <w:szCs w:val="20"/>
              </w:rPr>
            </w:pPr>
            <w:r w:rsidRPr="00EA2060">
              <w:rPr>
                <w:sz w:val="20"/>
                <w:szCs w:val="20"/>
              </w:rPr>
              <w:t>________________________</w:t>
            </w:r>
          </w:p>
        </w:tc>
        <w:tc>
          <w:tcPr>
            <w:tcW w:w="3078" w:type="dxa"/>
          </w:tcPr>
          <w:p w14:paraId="7A60B93D" w14:textId="77777777" w:rsidR="00477258" w:rsidRPr="00EA2060" w:rsidRDefault="00477258" w:rsidP="00EA2060">
            <w:pPr>
              <w:rPr>
                <w:sz w:val="20"/>
                <w:szCs w:val="20"/>
              </w:rPr>
            </w:pPr>
            <w:r w:rsidRPr="00EA2060">
              <w:rPr>
                <w:sz w:val="20"/>
                <w:szCs w:val="20"/>
              </w:rPr>
              <w:t>________________</w:t>
            </w:r>
          </w:p>
        </w:tc>
      </w:tr>
      <w:tr w:rsidR="00477258" w:rsidRPr="00EA2060" w14:paraId="79FDBE19" w14:textId="77777777" w:rsidTr="00EA2060">
        <w:tc>
          <w:tcPr>
            <w:tcW w:w="675" w:type="dxa"/>
          </w:tcPr>
          <w:p w14:paraId="3F4C4A65" w14:textId="77777777" w:rsidR="00477258" w:rsidRPr="00EA2060" w:rsidRDefault="00477258" w:rsidP="00EA2060">
            <w:pPr>
              <w:rPr>
                <w:sz w:val="20"/>
                <w:szCs w:val="20"/>
              </w:rPr>
            </w:pPr>
            <w:r w:rsidRPr="00EA2060">
              <w:rPr>
                <w:sz w:val="20"/>
                <w:szCs w:val="20"/>
              </w:rPr>
              <w:t>7</w:t>
            </w:r>
          </w:p>
        </w:tc>
        <w:tc>
          <w:tcPr>
            <w:tcW w:w="1560" w:type="dxa"/>
          </w:tcPr>
          <w:p w14:paraId="6CCED670" w14:textId="77777777" w:rsidR="00477258" w:rsidRPr="00EA2060" w:rsidRDefault="00477258" w:rsidP="00EA2060">
            <w:pPr>
              <w:rPr>
                <w:sz w:val="20"/>
                <w:szCs w:val="20"/>
              </w:rPr>
            </w:pPr>
            <w:r w:rsidRPr="00EA2060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EA2060">
              <w:rPr>
                <w:sz w:val="20"/>
                <w:szCs w:val="20"/>
              </w:rPr>
              <w:t xml:space="preserve"> 7</w:t>
            </w:r>
          </w:p>
        </w:tc>
        <w:tc>
          <w:tcPr>
            <w:tcW w:w="3543" w:type="dxa"/>
          </w:tcPr>
          <w:p w14:paraId="5605670B" w14:textId="77777777" w:rsidR="00477258" w:rsidRPr="00EA2060" w:rsidRDefault="00477258" w:rsidP="00EA2060">
            <w:pPr>
              <w:rPr>
                <w:sz w:val="20"/>
                <w:szCs w:val="20"/>
              </w:rPr>
            </w:pPr>
            <w:r w:rsidRPr="00EA2060">
              <w:rPr>
                <w:sz w:val="20"/>
                <w:szCs w:val="20"/>
              </w:rPr>
              <w:t>________________________</w:t>
            </w:r>
          </w:p>
        </w:tc>
        <w:tc>
          <w:tcPr>
            <w:tcW w:w="3078" w:type="dxa"/>
          </w:tcPr>
          <w:p w14:paraId="284F019D" w14:textId="77777777" w:rsidR="00477258" w:rsidRPr="00EA2060" w:rsidRDefault="00477258" w:rsidP="00EA2060">
            <w:pPr>
              <w:rPr>
                <w:sz w:val="20"/>
                <w:szCs w:val="20"/>
              </w:rPr>
            </w:pPr>
            <w:r w:rsidRPr="00EA2060">
              <w:rPr>
                <w:sz w:val="20"/>
                <w:szCs w:val="20"/>
              </w:rPr>
              <w:t>________________</w:t>
            </w:r>
          </w:p>
        </w:tc>
      </w:tr>
      <w:tr w:rsidR="00477258" w:rsidRPr="00EA2060" w14:paraId="6F745660" w14:textId="77777777" w:rsidTr="00EA2060">
        <w:tc>
          <w:tcPr>
            <w:tcW w:w="675" w:type="dxa"/>
          </w:tcPr>
          <w:p w14:paraId="1672ABA9" w14:textId="77777777" w:rsidR="00477258" w:rsidRPr="00EA2060" w:rsidRDefault="00477258" w:rsidP="00EA2060">
            <w:pPr>
              <w:rPr>
                <w:sz w:val="20"/>
                <w:szCs w:val="20"/>
              </w:rPr>
            </w:pPr>
            <w:r w:rsidRPr="00EA2060">
              <w:rPr>
                <w:sz w:val="20"/>
                <w:szCs w:val="20"/>
              </w:rPr>
              <w:t>8</w:t>
            </w:r>
          </w:p>
        </w:tc>
        <w:tc>
          <w:tcPr>
            <w:tcW w:w="1560" w:type="dxa"/>
          </w:tcPr>
          <w:p w14:paraId="48303F7F" w14:textId="77777777" w:rsidR="00477258" w:rsidRPr="00EA2060" w:rsidRDefault="00477258" w:rsidP="00EA2060">
            <w:pPr>
              <w:rPr>
                <w:sz w:val="20"/>
                <w:szCs w:val="20"/>
              </w:rPr>
            </w:pPr>
            <w:r w:rsidRPr="00EA2060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EA2060">
              <w:rPr>
                <w:sz w:val="20"/>
                <w:szCs w:val="20"/>
              </w:rPr>
              <w:t xml:space="preserve"> 8</w:t>
            </w:r>
          </w:p>
        </w:tc>
        <w:tc>
          <w:tcPr>
            <w:tcW w:w="3543" w:type="dxa"/>
          </w:tcPr>
          <w:p w14:paraId="7E00C173" w14:textId="77777777" w:rsidR="00477258" w:rsidRPr="00EA2060" w:rsidRDefault="00477258" w:rsidP="00EA2060">
            <w:pPr>
              <w:rPr>
                <w:sz w:val="20"/>
                <w:szCs w:val="20"/>
              </w:rPr>
            </w:pPr>
            <w:r w:rsidRPr="00EA2060">
              <w:rPr>
                <w:sz w:val="20"/>
                <w:szCs w:val="20"/>
              </w:rPr>
              <w:t>________________________</w:t>
            </w:r>
          </w:p>
        </w:tc>
        <w:tc>
          <w:tcPr>
            <w:tcW w:w="3078" w:type="dxa"/>
          </w:tcPr>
          <w:p w14:paraId="7E0A6291" w14:textId="77777777" w:rsidR="00477258" w:rsidRPr="00EA2060" w:rsidRDefault="00477258" w:rsidP="00EA2060">
            <w:pPr>
              <w:rPr>
                <w:sz w:val="20"/>
                <w:szCs w:val="20"/>
              </w:rPr>
            </w:pPr>
            <w:r w:rsidRPr="00EA2060">
              <w:rPr>
                <w:sz w:val="20"/>
                <w:szCs w:val="20"/>
              </w:rPr>
              <w:t>________________</w:t>
            </w:r>
          </w:p>
        </w:tc>
      </w:tr>
    </w:tbl>
    <w:p w14:paraId="5D228AE6" w14:textId="77777777" w:rsidR="00477258" w:rsidRPr="00EA2060" w:rsidRDefault="00477258" w:rsidP="00EA2060">
      <w:pPr>
        <w:spacing w:after="0" w:line="240" w:lineRule="auto"/>
        <w:rPr>
          <w:rFonts w:cs="Shruti"/>
          <w:sz w:val="20"/>
          <w:szCs w:val="20"/>
          <w:lang w:bidi="gu-IN"/>
        </w:rPr>
      </w:pPr>
    </w:p>
    <w:p w14:paraId="1137744C" w14:textId="77777777" w:rsidR="00477258" w:rsidRPr="00EA2060" w:rsidRDefault="00477258" w:rsidP="00EA2060">
      <w:pPr>
        <w:pStyle w:val="Heading2"/>
        <w:spacing w:line="240" w:lineRule="auto"/>
        <w:rPr>
          <w:sz w:val="20"/>
          <w:szCs w:val="20"/>
        </w:rPr>
      </w:pPr>
      <w:r w:rsidRPr="00EA2060">
        <w:rPr>
          <w:rFonts w:cs="Shruti"/>
          <w:sz w:val="20"/>
          <w:szCs w:val="20"/>
          <w:cs/>
          <w:lang w:bidi="gu-IN"/>
        </w:rPr>
        <w:t>૨</w:t>
      </w:r>
      <w:r w:rsidRPr="00EA2060">
        <w:rPr>
          <w:sz w:val="20"/>
          <w:szCs w:val="20"/>
        </w:rPr>
        <w:t xml:space="preserve">. </w:t>
      </w:r>
      <w:r w:rsidRPr="00EA2060">
        <w:rPr>
          <w:rFonts w:cs="Shruti"/>
          <w:sz w:val="20"/>
          <w:szCs w:val="20"/>
          <w:cs/>
          <w:lang w:bidi="gu-IN"/>
        </w:rPr>
        <w:t>બાલવૃંદ</w:t>
      </w:r>
      <w:r w:rsidRPr="00EA2060">
        <w:rPr>
          <w:sz w:val="20"/>
          <w:szCs w:val="20"/>
        </w:rPr>
        <w:t xml:space="preserve"> </w:t>
      </w:r>
      <w:r w:rsidRPr="00EA2060">
        <w:rPr>
          <w:rFonts w:cs="Shruti"/>
          <w:sz w:val="20"/>
          <w:szCs w:val="20"/>
          <w:cs/>
          <w:lang w:bidi="gu-IN"/>
        </w:rPr>
        <w:t>પ્રતિનિધિ</w:t>
      </w:r>
      <w:r w:rsidRPr="00EA2060">
        <w:rPr>
          <w:sz w:val="20"/>
          <w:szCs w:val="20"/>
        </w:rPr>
        <w:t xml:space="preserve"> </w:t>
      </w:r>
      <w:r w:rsidRPr="00EA2060">
        <w:rPr>
          <w:rFonts w:cs="Shruti"/>
          <w:sz w:val="20"/>
          <w:szCs w:val="20"/>
          <w:cs/>
          <w:lang w:bidi="gu-IN"/>
        </w:rPr>
        <w:t>અને</w:t>
      </w:r>
      <w:r w:rsidRPr="00EA2060">
        <w:rPr>
          <w:sz w:val="20"/>
          <w:szCs w:val="20"/>
        </w:rPr>
        <w:t xml:space="preserve"> </w:t>
      </w:r>
      <w:r w:rsidRPr="00EA2060">
        <w:rPr>
          <w:rFonts w:cs="Shruti"/>
          <w:sz w:val="20"/>
          <w:szCs w:val="20"/>
          <w:cs/>
          <w:lang w:bidi="gu-IN"/>
        </w:rPr>
        <w:t>ક્લબ</w:t>
      </w:r>
      <w:r w:rsidRPr="00EA2060">
        <w:rPr>
          <w:sz w:val="20"/>
          <w:szCs w:val="20"/>
        </w:rPr>
        <w:t xml:space="preserve"> </w:t>
      </w:r>
      <w:r w:rsidRPr="00EA2060">
        <w:rPr>
          <w:rFonts w:cs="Shruti"/>
          <w:sz w:val="20"/>
          <w:szCs w:val="20"/>
          <w:cs/>
          <w:lang w:bidi="gu-IN"/>
        </w:rPr>
        <w:t>લીડરની</w:t>
      </w:r>
      <w:r w:rsidRPr="00EA2060">
        <w:rPr>
          <w:sz w:val="20"/>
          <w:szCs w:val="20"/>
        </w:rPr>
        <w:t xml:space="preserve"> </w:t>
      </w:r>
      <w:r w:rsidRPr="00EA2060">
        <w:rPr>
          <w:rFonts w:cs="Shruti"/>
          <w:sz w:val="20"/>
          <w:szCs w:val="20"/>
          <w:cs/>
          <w:lang w:bidi="gu-IN"/>
        </w:rPr>
        <w:t>યાદી</w:t>
      </w:r>
      <w:r w:rsidRPr="00EA2060">
        <w:rPr>
          <w:sz w:val="20"/>
          <w:szCs w:val="20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3"/>
        <w:gridCol w:w="3015"/>
        <w:gridCol w:w="3137"/>
        <w:gridCol w:w="1815"/>
      </w:tblGrid>
      <w:tr w:rsidR="00477258" w:rsidRPr="00EA2060" w14:paraId="7EE11875" w14:textId="77777777" w:rsidTr="00EA2060">
        <w:tc>
          <w:tcPr>
            <w:tcW w:w="675" w:type="dxa"/>
          </w:tcPr>
          <w:p w14:paraId="177539D0" w14:textId="77777777" w:rsidR="00477258" w:rsidRPr="00EA2060" w:rsidRDefault="00477258" w:rsidP="00EA2060">
            <w:pPr>
              <w:rPr>
                <w:sz w:val="20"/>
                <w:szCs w:val="20"/>
              </w:rPr>
            </w:pPr>
            <w:r w:rsidRPr="00EA2060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ક્રમ</w:t>
            </w:r>
          </w:p>
        </w:tc>
        <w:tc>
          <w:tcPr>
            <w:tcW w:w="3140" w:type="dxa"/>
          </w:tcPr>
          <w:p w14:paraId="0737AEDE" w14:textId="77777777" w:rsidR="00477258" w:rsidRPr="00EA2060" w:rsidRDefault="00477258" w:rsidP="00EA2060">
            <w:pPr>
              <w:rPr>
                <w:sz w:val="20"/>
                <w:szCs w:val="20"/>
              </w:rPr>
            </w:pPr>
            <w:r w:rsidRPr="00EA2060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સમિતિ</w:t>
            </w:r>
            <w:r w:rsidRPr="00EA2060">
              <w:rPr>
                <w:b/>
                <w:sz w:val="20"/>
                <w:szCs w:val="20"/>
              </w:rPr>
              <w:t xml:space="preserve"> / </w:t>
            </w:r>
            <w:r w:rsidRPr="00EA2060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ક્લબનું</w:t>
            </w:r>
            <w:r w:rsidRPr="00EA2060">
              <w:rPr>
                <w:b/>
                <w:sz w:val="20"/>
                <w:szCs w:val="20"/>
              </w:rPr>
              <w:t xml:space="preserve"> </w:t>
            </w:r>
            <w:r w:rsidRPr="00EA2060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નામ</w:t>
            </w:r>
          </w:p>
        </w:tc>
        <w:tc>
          <w:tcPr>
            <w:tcW w:w="3153" w:type="dxa"/>
          </w:tcPr>
          <w:p w14:paraId="7E3C2701" w14:textId="77777777" w:rsidR="00477258" w:rsidRPr="00EA2060" w:rsidRDefault="00477258" w:rsidP="00EA2060">
            <w:pPr>
              <w:rPr>
                <w:sz w:val="20"/>
                <w:szCs w:val="20"/>
              </w:rPr>
            </w:pPr>
            <w:r w:rsidRPr="00EA2060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લીડર</w:t>
            </w:r>
            <w:r w:rsidRPr="00EA2060">
              <w:rPr>
                <w:b/>
                <w:sz w:val="20"/>
                <w:szCs w:val="20"/>
              </w:rPr>
              <w:t xml:space="preserve"> / </w:t>
            </w:r>
            <w:r w:rsidRPr="00EA2060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પ્રતિનિધિનું</w:t>
            </w:r>
            <w:r w:rsidRPr="00EA2060">
              <w:rPr>
                <w:b/>
                <w:sz w:val="20"/>
                <w:szCs w:val="20"/>
              </w:rPr>
              <w:t xml:space="preserve"> </w:t>
            </w:r>
            <w:r w:rsidRPr="00EA2060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નામ</w:t>
            </w:r>
          </w:p>
        </w:tc>
        <w:tc>
          <w:tcPr>
            <w:tcW w:w="1888" w:type="dxa"/>
          </w:tcPr>
          <w:p w14:paraId="64B13F95" w14:textId="77777777" w:rsidR="00477258" w:rsidRPr="00EA2060" w:rsidRDefault="00477258" w:rsidP="00EA2060">
            <w:pPr>
              <w:rPr>
                <w:sz w:val="20"/>
                <w:szCs w:val="20"/>
              </w:rPr>
            </w:pPr>
            <w:r w:rsidRPr="00EA2060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ધોરણ</w:t>
            </w:r>
          </w:p>
        </w:tc>
      </w:tr>
      <w:tr w:rsidR="00D133E9" w:rsidRPr="00EA2060" w14:paraId="6B498DA5" w14:textId="77777777" w:rsidTr="00EA2060">
        <w:tc>
          <w:tcPr>
            <w:tcW w:w="675" w:type="dxa"/>
          </w:tcPr>
          <w:p w14:paraId="1C743ED6" w14:textId="77777777" w:rsidR="00D133E9" w:rsidRPr="00EA2060" w:rsidRDefault="00D133E9" w:rsidP="00D133E9">
            <w:pPr>
              <w:rPr>
                <w:sz w:val="20"/>
                <w:szCs w:val="20"/>
              </w:rPr>
            </w:pPr>
            <w:r w:rsidRPr="00EA2060">
              <w:rPr>
                <w:rFonts w:cs="Shruti"/>
                <w:sz w:val="20"/>
                <w:szCs w:val="20"/>
                <w:cs/>
                <w:lang w:bidi="gu-IN"/>
              </w:rPr>
              <w:t>૧</w:t>
            </w:r>
          </w:p>
        </w:tc>
        <w:tc>
          <w:tcPr>
            <w:tcW w:w="3140" w:type="dxa"/>
          </w:tcPr>
          <w:p w14:paraId="329B54CF" w14:textId="77777777" w:rsidR="00D133E9" w:rsidRPr="00EA2060" w:rsidRDefault="00D133E9" w:rsidP="00D133E9">
            <w:pPr>
              <w:rPr>
                <w:sz w:val="20"/>
                <w:szCs w:val="20"/>
              </w:rPr>
            </w:pPr>
            <w:r w:rsidRPr="00EA2060">
              <w:rPr>
                <w:rFonts w:cs="Shruti"/>
                <w:sz w:val="20"/>
                <w:szCs w:val="20"/>
                <w:cs/>
                <w:lang w:bidi="gu-IN"/>
              </w:rPr>
              <w:t>બાલવૃંદ</w:t>
            </w:r>
            <w:r w:rsidRPr="00EA2060">
              <w:rPr>
                <w:sz w:val="20"/>
                <w:szCs w:val="20"/>
              </w:rPr>
              <w:t xml:space="preserve"> </w:t>
            </w:r>
            <w:r w:rsidRPr="00EA2060">
              <w:rPr>
                <w:rFonts w:cs="Shruti"/>
                <w:sz w:val="20"/>
                <w:szCs w:val="20"/>
                <w:cs/>
                <w:lang w:bidi="gu-IN"/>
              </w:rPr>
              <w:t>પ્રતિનિધિ</w:t>
            </w:r>
            <w:r w:rsidRPr="00EA2060">
              <w:rPr>
                <w:sz w:val="20"/>
                <w:szCs w:val="20"/>
              </w:rPr>
              <w:t xml:space="preserve"> (</w:t>
            </w:r>
            <w:proofErr w:type="spellStart"/>
            <w:r w:rsidRPr="00EA2060">
              <w:rPr>
                <w:sz w:val="20"/>
                <w:szCs w:val="20"/>
              </w:rPr>
              <w:t>Balvrind</w:t>
            </w:r>
            <w:proofErr w:type="spellEnd"/>
            <w:r w:rsidRPr="00EA2060">
              <w:rPr>
                <w:sz w:val="20"/>
                <w:szCs w:val="20"/>
              </w:rPr>
              <w:t xml:space="preserve"> Rep.)</w:t>
            </w:r>
          </w:p>
        </w:tc>
        <w:tc>
          <w:tcPr>
            <w:tcW w:w="3153" w:type="dxa"/>
          </w:tcPr>
          <w:p w14:paraId="0C116477" w14:textId="27219B00" w:rsidR="00D133E9" w:rsidRPr="00EA2060" w:rsidRDefault="00D133E9" w:rsidP="00D133E9">
            <w:pPr>
              <w:rPr>
                <w:sz w:val="20"/>
                <w:szCs w:val="20"/>
              </w:rPr>
            </w:pPr>
            <w:r>
              <w:rPr>
                <w:rFonts w:cs="Shruti" w:hint="cs"/>
                <w:sz w:val="20"/>
                <w:szCs w:val="20"/>
                <w:cs/>
                <w:lang w:bidi="gu-IN"/>
              </w:rPr>
              <w:t xml:space="preserve">માયાવાતીબેન અરજણભાઈ  સોલંકી </w:t>
            </w:r>
          </w:p>
        </w:tc>
        <w:tc>
          <w:tcPr>
            <w:tcW w:w="1888" w:type="dxa"/>
          </w:tcPr>
          <w:p w14:paraId="1247E5DA" w14:textId="77777777" w:rsidR="00D133E9" w:rsidRPr="00EA2060" w:rsidRDefault="00D133E9" w:rsidP="00D133E9">
            <w:pPr>
              <w:rPr>
                <w:sz w:val="20"/>
                <w:szCs w:val="20"/>
              </w:rPr>
            </w:pPr>
            <w:r w:rsidRPr="00EA2060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EA2060">
              <w:rPr>
                <w:sz w:val="20"/>
                <w:szCs w:val="20"/>
              </w:rPr>
              <w:t xml:space="preserve"> </w:t>
            </w:r>
            <w:r w:rsidRPr="00EA2060">
              <w:rPr>
                <w:rFonts w:cs="Shruti"/>
                <w:sz w:val="20"/>
                <w:szCs w:val="20"/>
                <w:cs/>
                <w:lang w:bidi="gu-IN"/>
              </w:rPr>
              <w:t>૭</w:t>
            </w:r>
            <w:r w:rsidRPr="00EA2060">
              <w:rPr>
                <w:sz w:val="20"/>
                <w:szCs w:val="20"/>
              </w:rPr>
              <w:t>/</w:t>
            </w:r>
            <w:r w:rsidRPr="00EA2060">
              <w:rPr>
                <w:rFonts w:cs="Shruti"/>
                <w:sz w:val="20"/>
                <w:szCs w:val="20"/>
                <w:cs/>
                <w:lang w:bidi="gu-IN"/>
              </w:rPr>
              <w:t>૮</w:t>
            </w:r>
          </w:p>
        </w:tc>
      </w:tr>
      <w:tr w:rsidR="00D133E9" w:rsidRPr="00EA2060" w14:paraId="57A9F2DC" w14:textId="77777777" w:rsidTr="00EA2060">
        <w:tc>
          <w:tcPr>
            <w:tcW w:w="675" w:type="dxa"/>
          </w:tcPr>
          <w:p w14:paraId="7FCBEEA5" w14:textId="77777777" w:rsidR="00D133E9" w:rsidRPr="00EA2060" w:rsidRDefault="00D133E9" w:rsidP="00D133E9">
            <w:pPr>
              <w:rPr>
                <w:sz w:val="20"/>
                <w:szCs w:val="20"/>
              </w:rPr>
            </w:pPr>
            <w:r w:rsidRPr="00EA2060">
              <w:rPr>
                <w:rFonts w:cs="Shruti"/>
                <w:sz w:val="20"/>
                <w:szCs w:val="20"/>
                <w:cs/>
                <w:lang w:bidi="gu-IN"/>
              </w:rPr>
              <w:t>૨</w:t>
            </w:r>
          </w:p>
        </w:tc>
        <w:tc>
          <w:tcPr>
            <w:tcW w:w="3140" w:type="dxa"/>
          </w:tcPr>
          <w:p w14:paraId="4D8F2BF2" w14:textId="77777777" w:rsidR="00D133E9" w:rsidRPr="00EA2060" w:rsidRDefault="00D133E9" w:rsidP="00D133E9">
            <w:pPr>
              <w:rPr>
                <w:sz w:val="20"/>
                <w:szCs w:val="20"/>
              </w:rPr>
            </w:pPr>
            <w:r w:rsidRPr="00EA2060">
              <w:rPr>
                <w:rFonts w:cs="Shruti"/>
                <w:sz w:val="20"/>
                <w:szCs w:val="20"/>
                <w:cs/>
                <w:lang w:bidi="gu-IN"/>
              </w:rPr>
              <w:t>ઇકો</w:t>
            </w:r>
            <w:r w:rsidRPr="00EA2060">
              <w:rPr>
                <w:sz w:val="20"/>
                <w:szCs w:val="20"/>
              </w:rPr>
              <w:t xml:space="preserve"> </w:t>
            </w:r>
            <w:r w:rsidRPr="00EA2060">
              <w:rPr>
                <w:rFonts w:cs="Shruti"/>
                <w:sz w:val="20"/>
                <w:szCs w:val="20"/>
                <w:cs/>
                <w:lang w:bidi="gu-IN"/>
              </w:rPr>
              <w:t>ક્લબ</w:t>
            </w:r>
            <w:r w:rsidRPr="00EA2060">
              <w:rPr>
                <w:sz w:val="20"/>
                <w:szCs w:val="20"/>
              </w:rPr>
              <w:t xml:space="preserve"> </w:t>
            </w:r>
            <w:r w:rsidRPr="00EA2060">
              <w:rPr>
                <w:rFonts w:cs="Shruti"/>
                <w:sz w:val="20"/>
                <w:szCs w:val="20"/>
                <w:cs/>
                <w:lang w:bidi="gu-IN"/>
              </w:rPr>
              <w:t>લીડર</w:t>
            </w:r>
            <w:r w:rsidRPr="00EA2060">
              <w:rPr>
                <w:sz w:val="20"/>
                <w:szCs w:val="20"/>
              </w:rPr>
              <w:t xml:space="preserve"> (Eco Club)</w:t>
            </w:r>
          </w:p>
        </w:tc>
        <w:tc>
          <w:tcPr>
            <w:tcW w:w="3153" w:type="dxa"/>
          </w:tcPr>
          <w:p w14:paraId="0895D46F" w14:textId="08CA92BB" w:rsidR="00D133E9" w:rsidRPr="00EA2060" w:rsidRDefault="00D133E9" w:rsidP="00D133E9">
            <w:pPr>
              <w:rPr>
                <w:sz w:val="20"/>
                <w:szCs w:val="20"/>
              </w:rPr>
            </w:pPr>
            <w:r>
              <w:rPr>
                <w:rFonts w:cs="Shruti" w:hint="cs"/>
                <w:sz w:val="20"/>
                <w:szCs w:val="20"/>
                <w:cs/>
                <w:lang w:bidi="gu-IN"/>
              </w:rPr>
              <w:t xml:space="preserve">રાહુલભાઈ ભરતભાઈ વણોલ </w:t>
            </w:r>
          </w:p>
        </w:tc>
        <w:tc>
          <w:tcPr>
            <w:tcW w:w="1888" w:type="dxa"/>
          </w:tcPr>
          <w:p w14:paraId="770360EA" w14:textId="77777777" w:rsidR="00D133E9" w:rsidRPr="00EA2060" w:rsidRDefault="00D133E9" w:rsidP="00D133E9">
            <w:pPr>
              <w:rPr>
                <w:sz w:val="20"/>
                <w:szCs w:val="20"/>
              </w:rPr>
            </w:pPr>
            <w:r w:rsidRPr="00EA2060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EA2060">
              <w:rPr>
                <w:sz w:val="20"/>
                <w:szCs w:val="20"/>
              </w:rPr>
              <w:t xml:space="preserve"> </w:t>
            </w:r>
            <w:r w:rsidRPr="00EA2060">
              <w:rPr>
                <w:rFonts w:cs="Shruti"/>
                <w:sz w:val="20"/>
                <w:szCs w:val="20"/>
                <w:cs/>
                <w:lang w:bidi="gu-IN"/>
              </w:rPr>
              <w:t>૬</w:t>
            </w:r>
            <w:r w:rsidRPr="00EA2060">
              <w:rPr>
                <w:sz w:val="20"/>
                <w:szCs w:val="20"/>
              </w:rPr>
              <w:t xml:space="preserve"> </w:t>
            </w:r>
            <w:r w:rsidRPr="00EA2060">
              <w:rPr>
                <w:rFonts w:cs="Shruti"/>
                <w:sz w:val="20"/>
                <w:szCs w:val="20"/>
                <w:cs/>
                <w:lang w:bidi="gu-IN"/>
              </w:rPr>
              <w:t>થી</w:t>
            </w:r>
            <w:r w:rsidRPr="00EA2060">
              <w:rPr>
                <w:sz w:val="20"/>
                <w:szCs w:val="20"/>
              </w:rPr>
              <w:t xml:space="preserve"> </w:t>
            </w:r>
            <w:r w:rsidRPr="00EA2060">
              <w:rPr>
                <w:rFonts w:cs="Shruti"/>
                <w:sz w:val="20"/>
                <w:szCs w:val="20"/>
                <w:cs/>
                <w:lang w:bidi="gu-IN"/>
              </w:rPr>
              <w:t>૮</w:t>
            </w:r>
          </w:p>
        </w:tc>
      </w:tr>
      <w:tr w:rsidR="00D133E9" w:rsidRPr="00EA2060" w14:paraId="3AF2834F" w14:textId="77777777" w:rsidTr="00EA2060">
        <w:tc>
          <w:tcPr>
            <w:tcW w:w="675" w:type="dxa"/>
          </w:tcPr>
          <w:p w14:paraId="2DD6B385" w14:textId="77777777" w:rsidR="00D133E9" w:rsidRPr="00EA2060" w:rsidRDefault="00D133E9" w:rsidP="00D133E9">
            <w:pPr>
              <w:rPr>
                <w:sz w:val="20"/>
                <w:szCs w:val="20"/>
              </w:rPr>
            </w:pPr>
            <w:r w:rsidRPr="00EA2060">
              <w:rPr>
                <w:rFonts w:cs="Shruti"/>
                <w:sz w:val="20"/>
                <w:szCs w:val="20"/>
                <w:cs/>
                <w:lang w:bidi="gu-IN"/>
              </w:rPr>
              <w:t>૩</w:t>
            </w:r>
          </w:p>
        </w:tc>
        <w:tc>
          <w:tcPr>
            <w:tcW w:w="3140" w:type="dxa"/>
          </w:tcPr>
          <w:p w14:paraId="20B1C7BD" w14:textId="77777777" w:rsidR="00D133E9" w:rsidRPr="00EA2060" w:rsidRDefault="00D133E9" w:rsidP="00D133E9">
            <w:pPr>
              <w:rPr>
                <w:sz w:val="20"/>
                <w:szCs w:val="20"/>
              </w:rPr>
            </w:pPr>
            <w:r w:rsidRPr="00EA2060">
              <w:rPr>
                <w:rFonts w:cs="Shruti"/>
                <w:sz w:val="20"/>
                <w:szCs w:val="20"/>
                <w:cs/>
                <w:lang w:bidi="gu-IN"/>
              </w:rPr>
              <w:t>સાંસ્કૃતિક</w:t>
            </w:r>
            <w:r w:rsidRPr="00EA2060">
              <w:rPr>
                <w:sz w:val="20"/>
                <w:szCs w:val="20"/>
              </w:rPr>
              <w:t xml:space="preserve"> </w:t>
            </w:r>
            <w:r w:rsidRPr="00EA2060">
              <w:rPr>
                <w:rFonts w:cs="Shruti"/>
                <w:sz w:val="20"/>
                <w:szCs w:val="20"/>
                <w:cs/>
                <w:lang w:bidi="gu-IN"/>
              </w:rPr>
              <w:t>સમિતિ</w:t>
            </w:r>
            <w:r w:rsidRPr="00EA2060">
              <w:rPr>
                <w:sz w:val="20"/>
                <w:szCs w:val="20"/>
              </w:rPr>
              <w:t xml:space="preserve"> </w:t>
            </w:r>
            <w:r w:rsidRPr="00EA2060">
              <w:rPr>
                <w:rFonts w:cs="Shruti"/>
                <w:sz w:val="20"/>
                <w:szCs w:val="20"/>
                <w:cs/>
                <w:lang w:bidi="gu-IN"/>
              </w:rPr>
              <w:t>લીડર</w:t>
            </w:r>
          </w:p>
        </w:tc>
        <w:tc>
          <w:tcPr>
            <w:tcW w:w="3153" w:type="dxa"/>
          </w:tcPr>
          <w:p w14:paraId="5F487001" w14:textId="77777777" w:rsidR="00D133E9" w:rsidRPr="00EA2060" w:rsidRDefault="00D133E9" w:rsidP="00D133E9">
            <w:pPr>
              <w:rPr>
                <w:sz w:val="20"/>
                <w:szCs w:val="20"/>
              </w:rPr>
            </w:pPr>
            <w:r w:rsidRPr="00EA2060">
              <w:rPr>
                <w:sz w:val="20"/>
                <w:szCs w:val="20"/>
              </w:rPr>
              <w:t>________________________</w:t>
            </w:r>
          </w:p>
        </w:tc>
        <w:tc>
          <w:tcPr>
            <w:tcW w:w="1888" w:type="dxa"/>
          </w:tcPr>
          <w:p w14:paraId="78FDC81A" w14:textId="77777777" w:rsidR="00D133E9" w:rsidRPr="00EA2060" w:rsidRDefault="00D133E9" w:rsidP="00D133E9">
            <w:pPr>
              <w:rPr>
                <w:sz w:val="20"/>
                <w:szCs w:val="20"/>
              </w:rPr>
            </w:pPr>
            <w:r w:rsidRPr="00EA2060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EA2060">
              <w:rPr>
                <w:sz w:val="20"/>
                <w:szCs w:val="20"/>
              </w:rPr>
              <w:t xml:space="preserve"> </w:t>
            </w:r>
            <w:r w:rsidRPr="00EA2060">
              <w:rPr>
                <w:rFonts w:cs="Shruti"/>
                <w:sz w:val="20"/>
                <w:szCs w:val="20"/>
                <w:cs/>
                <w:lang w:bidi="gu-IN"/>
              </w:rPr>
              <w:t>૭</w:t>
            </w:r>
            <w:r w:rsidRPr="00EA2060">
              <w:rPr>
                <w:sz w:val="20"/>
                <w:szCs w:val="20"/>
              </w:rPr>
              <w:t>/</w:t>
            </w:r>
            <w:r w:rsidRPr="00EA2060">
              <w:rPr>
                <w:rFonts w:cs="Shruti"/>
                <w:sz w:val="20"/>
                <w:szCs w:val="20"/>
                <w:cs/>
                <w:lang w:bidi="gu-IN"/>
              </w:rPr>
              <w:t>૮</w:t>
            </w:r>
          </w:p>
        </w:tc>
      </w:tr>
      <w:tr w:rsidR="00D133E9" w:rsidRPr="00EA2060" w14:paraId="7C43C5F6" w14:textId="77777777" w:rsidTr="00EA2060">
        <w:tc>
          <w:tcPr>
            <w:tcW w:w="675" w:type="dxa"/>
          </w:tcPr>
          <w:p w14:paraId="04A43CE7" w14:textId="77777777" w:rsidR="00D133E9" w:rsidRPr="00EA2060" w:rsidRDefault="00D133E9" w:rsidP="00D133E9">
            <w:pPr>
              <w:rPr>
                <w:sz w:val="20"/>
                <w:szCs w:val="20"/>
              </w:rPr>
            </w:pPr>
            <w:r w:rsidRPr="00EA2060">
              <w:rPr>
                <w:rFonts w:cs="Shruti"/>
                <w:sz w:val="20"/>
                <w:szCs w:val="20"/>
                <w:cs/>
                <w:lang w:bidi="gu-IN"/>
              </w:rPr>
              <w:t>૪</w:t>
            </w:r>
          </w:p>
        </w:tc>
        <w:tc>
          <w:tcPr>
            <w:tcW w:w="3140" w:type="dxa"/>
          </w:tcPr>
          <w:p w14:paraId="2BC11D2C" w14:textId="77777777" w:rsidR="00D133E9" w:rsidRPr="00EA2060" w:rsidRDefault="00D133E9" w:rsidP="00D133E9">
            <w:pPr>
              <w:rPr>
                <w:sz w:val="20"/>
                <w:szCs w:val="20"/>
              </w:rPr>
            </w:pPr>
            <w:r w:rsidRPr="00EA2060">
              <w:rPr>
                <w:rFonts w:cs="Shruti"/>
                <w:sz w:val="20"/>
                <w:szCs w:val="20"/>
                <w:cs/>
                <w:lang w:bidi="gu-IN"/>
              </w:rPr>
              <w:t>સ્વચ્છતા</w:t>
            </w:r>
            <w:r w:rsidRPr="00EA2060">
              <w:rPr>
                <w:sz w:val="20"/>
                <w:szCs w:val="20"/>
              </w:rPr>
              <w:t xml:space="preserve"> </w:t>
            </w:r>
            <w:r w:rsidRPr="00EA2060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EA2060">
              <w:rPr>
                <w:sz w:val="20"/>
                <w:szCs w:val="20"/>
              </w:rPr>
              <w:t xml:space="preserve"> </w:t>
            </w:r>
            <w:r w:rsidRPr="00EA2060">
              <w:rPr>
                <w:rFonts w:cs="Shruti"/>
                <w:sz w:val="20"/>
                <w:szCs w:val="20"/>
                <w:cs/>
                <w:lang w:bidi="gu-IN"/>
              </w:rPr>
              <w:t>આરોગ્ય</w:t>
            </w:r>
            <w:r w:rsidRPr="00EA2060">
              <w:rPr>
                <w:sz w:val="20"/>
                <w:szCs w:val="20"/>
              </w:rPr>
              <w:t xml:space="preserve"> </w:t>
            </w:r>
            <w:r w:rsidRPr="00EA2060">
              <w:rPr>
                <w:rFonts w:cs="Shruti"/>
                <w:sz w:val="20"/>
                <w:szCs w:val="20"/>
                <w:cs/>
                <w:lang w:bidi="gu-IN"/>
              </w:rPr>
              <w:t>મંત્રી</w:t>
            </w:r>
          </w:p>
        </w:tc>
        <w:tc>
          <w:tcPr>
            <w:tcW w:w="3153" w:type="dxa"/>
          </w:tcPr>
          <w:p w14:paraId="2A88DDC1" w14:textId="77777777" w:rsidR="00D133E9" w:rsidRPr="00EA2060" w:rsidRDefault="00D133E9" w:rsidP="00D133E9">
            <w:pPr>
              <w:rPr>
                <w:sz w:val="20"/>
                <w:szCs w:val="20"/>
              </w:rPr>
            </w:pPr>
            <w:r w:rsidRPr="00EA2060">
              <w:rPr>
                <w:sz w:val="20"/>
                <w:szCs w:val="20"/>
              </w:rPr>
              <w:t>________________________</w:t>
            </w:r>
          </w:p>
        </w:tc>
        <w:tc>
          <w:tcPr>
            <w:tcW w:w="1888" w:type="dxa"/>
          </w:tcPr>
          <w:p w14:paraId="5FAFF480" w14:textId="77777777" w:rsidR="00D133E9" w:rsidRPr="00EA2060" w:rsidRDefault="00D133E9" w:rsidP="00D133E9">
            <w:pPr>
              <w:rPr>
                <w:sz w:val="20"/>
                <w:szCs w:val="20"/>
              </w:rPr>
            </w:pPr>
            <w:r w:rsidRPr="00EA2060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EA2060">
              <w:rPr>
                <w:sz w:val="20"/>
                <w:szCs w:val="20"/>
              </w:rPr>
              <w:t xml:space="preserve"> </w:t>
            </w:r>
            <w:r w:rsidRPr="00EA2060">
              <w:rPr>
                <w:rFonts w:cs="Shruti"/>
                <w:sz w:val="20"/>
                <w:szCs w:val="20"/>
                <w:cs/>
                <w:lang w:bidi="gu-IN"/>
              </w:rPr>
              <w:t>૬</w:t>
            </w:r>
            <w:r w:rsidRPr="00EA2060">
              <w:rPr>
                <w:sz w:val="20"/>
                <w:szCs w:val="20"/>
              </w:rPr>
              <w:t xml:space="preserve"> </w:t>
            </w:r>
            <w:r w:rsidRPr="00EA2060">
              <w:rPr>
                <w:rFonts w:cs="Shruti"/>
                <w:sz w:val="20"/>
                <w:szCs w:val="20"/>
                <w:cs/>
                <w:lang w:bidi="gu-IN"/>
              </w:rPr>
              <w:t>થી</w:t>
            </w:r>
            <w:r w:rsidRPr="00EA2060">
              <w:rPr>
                <w:sz w:val="20"/>
                <w:szCs w:val="20"/>
              </w:rPr>
              <w:t xml:space="preserve"> </w:t>
            </w:r>
            <w:r w:rsidRPr="00EA2060">
              <w:rPr>
                <w:rFonts w:cs="Shruti"/>
                <w:sz w:val="20"/>
                <w:szCs w:val="20"/>
                <w:cs/>
                <w:lang w:bidi="gu-IN"/>
              </w:rPr>
              <w:t>૮</w:t>
            </w:r>
          </w:p>
        </w:tc>
      </w:tr>
      <w:tr w:rsidR="00D133E9" w:rsidRPr="00EA2060" w14:paraId="0D57874C" w14:textId="77777777" w:rsidTr="00EA2060">
        <w:tc>
          <w:tcPr>
            <w:tcW w:w="675" w:type="dxa"/>
          </w:tcPr>
          <w:p w14:paraId="4F0E6B0C" w14:textId="77777777" w:rsidR="00D133E9" w:rsidRPr="00EA2060" w:rsidRDefault="00D133E9" w:rsidP="00D133E9">
            <w:pPr>
              <w:rPr>
                <w:sz w:val="20"/>
                <w:szCs w:val="20"/>
              </w:rPr>
            </w:pPr>
            <w:r w:rsidRPr="00EA2060">
              <w:rPr>
                <w:rFonts w:cs="Shruti"/>
                <w:sz w:val="20"/>
                <w:szCs w:val="20"/>
                <w:cs/>
                <w:lang w:bidi="gu-IN"/>
              </w:rPr>
              <w:t>૫</w:t>
            </w:r>
          </w:p>
        </w:tc>
        <w:tc>
          <w:tcPr>
            <w:tcW w:w="3140" w:type="dxa"/>
          </w:tcPr>
          <w:p w14:paraId="772D8EC9" w14:textId="77777777" w:rsidR="00D133E9" w:rsidRPr="00EA2060" w:rsidRDefault="00D133E9" w:rsidP="00D133E9">
            <w:pPr>
              <w:rPr>
                <w:sz w:val="20"/>
                <w:szCs w:val="20"/>
              </w:rPr>
            </w:pPr>
            <w:r w:rsidRPr="00EA2060">
              <w:rPr>
                <w:rFonts w:cs="Shruti"/>
                <w:sz w:val="20"/>
                <w:szCs w:val="20"/>
                <w:cs/>
                <w:lang w:bidi="gu-IN"/>
              </w:rPr>
              <w:t>પુસ્તકાલય</w:t>
            </w:r>
            <w:r w:rsidRPr="00EA2060">
              <w:rPr>
                <w:sz w:val="20"/>
                <w:szCs w:val="20"/>
              </w:rPr>
              <w:t xml:space="preserve"> </w:t>
            </w:r>
            <w:r w:rsidRPr="00EA2060">
              <w:rPr>
                <w:rFonts w:cs="Shruti"/>
                <w:sz w:val="20"/>
                <w:szCs w:val="20"/>
                <w:cs/>
                <w:lang w:bidi="gu-IN"/>
              </w:rPr>
              <w:t>મોનિટર</w:t>
            </w:r>
            <w:r w:rsidRPr="00EA2060">
              <w:rPr>
                <w:sz w:val="20"/>
                <w:szCs w:val="20"/>
              </w:rPr>
              <w:t xml:space="preserve"> (Library Monitor)</w:t>
            </w:r>
          </w:p>
        </w:tc>
        <w:tc>
          <w:tcPr>
            <w:tcW w:w="3153" w:type="dxa"/>
          </w:tcPr>
          <w:p w14:paraId="29CBB6A6" w14:textId="77777777" w:rsidR="00D133E9" w:rsidRPr="00EA2060" w:rsidRDefault="00D133E9" w:rsidP="00D133E9">
            <w:pPr>
              <w:rPr>
                <w:sz w:val="20"/>
                <w:szCs w:val="20"/>
              </w:rPr>
            </w:pPr>
            <w:r w:rsidRPr="00EA2060">
              <w:rPr>
                <w:sz w:val="20"/>
                <w:szCs w:val="20"/>
              </w:rPr>
              <w:t>________________________</w:t>
            </w:r>
          </w:p>
        </w:tc>
        <w:tc>
          <w:tcPr>
            <w:tcW w:w="1888" w:type="dxa"/>
          </w:tcPr>
          <w:p w14:paraId="072ABB13" w14:textId="77777777" w:rsidR="00D133E9" w:rsidRPr="00EA2060" w:rsidRDefault="00D133E9" w:rsidP="00D133E9">
            <w:pPr>
              <w:rPr>
                <w:sz w:val="20"/>
                <w:szCs w:val="20"/>
              </w:rPr>
            </w:pPr>
            <w:r w:rsidRPr="00EA2060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EA2060">
              <w:rPr>
                <w:sz w:val="20"/>
                <w:szCs w:val="20"/>
              </w:rPr>
              <w:t xml:space="preserve"> </w:t>
            </w:r>
            <w:r w:rsidRPr="00EA2060">
              <w:rPr>
                <w:rFonts w:cs="Shruti"/>
                <w:sz w:val="20"/>
                <w:szCs w:val="20"/>
                <w:cs/>
                <w:lang w:bidi="gu-IN"/>
              </w:rPr>
              <w:t>૬</w:t>
            </w:r>
            <w:r w:rsidRPr="00EA2060">
              <w:rPr>
                <w:sz w:val="20"/>
                <w:szCs w:val="20"/>
              </w:rPr>
              <w:t xml:space="preserve"> </w:t>
            </w:r>
            <w:r w:rsidRPr="00EA2060">
              <w:rPr>
                <w:rFonts w:cs="Shruti"/>
                <w:sz w:val="20"/>
                <w:szCs w:val="20"/>
                <w:cs/>
                <w:lang w:bidi="gu-IN"/>
              </w:rPr>
              <w:t>થી</w:t>
            </w:r>
            <w:r w:rsidRPr="00EA2060">
              <w:rPr>
                <w:sz w:val="20"/>
                <w:szCs w:val="20"/>
              </w:rPr>
              <w:t xml:space="preserve"> </w:t>
            </w:r>
            <w:r w:rsidRPr="00EA2060">
              <w:rPr>
                <w:rFonts w:cs="Shruti"/>
                <w:sz w:val="20"/>
                <w:szCs w:val="20"/>
                <w:cs/>
                <w:lang w:bidi="gu-IN"/>
              </w:rPr>
              <w:t>૮</w:t>
            </w:r>
          </w:p>
        </w:tc>
      </w:tr>
      <w:tr w:rsidR="00D133E9" w:rsidRPr="00EA2060" w14:paraId="6A65F7ED" w14:textId="77777777" w:rsidTr="00EA2060">
        <w:tc>
          <w:tcPr>
            <w:tcW w:w="675" w:type="dxa"/>
          </w:tcPr>
          <w:p w14:paraId="71EE1558" w14:textId="77777777" w:rsidR="00D133E9" w:rsidRPr="00EA2060" w:rsidRDefault="00D133E9" w:rsidP="00D133E9">
            <w:pPr>
              <w:rPr>
                <w:sz w:val="20"/>
                <w:szCs w:val="20"/>
              </w:rPr>
            </w:pPr>
            <w:r w:rsidRPr="00EA2060">
              <w:rPr>
                <w:rFonts w:cs="Shruti"/>
                <w:sz w:val="20"/>
                <w:szCs w:val="20"/>
                <w:cs/>
                <w:lang w:bidi="gu-IN"/>
              </w:rPr>
              <w:t>૬</w:t>
            </w:r>
          </w:p>
        </w:tc>
        <w:tc>
          <w:tcPr>
            <w:tcW w:w="3140" w:type="dxa"/>
          </w:tcPr>
          <w:p w14:paraId="55B5CDA6" w14:textId="77777777" w:rsidR="00D133E9" w:rsidRPr="00EA2060" w:rsidRDefault="00D133E9" w:rsidP="00D133E9">
            <w:pPr>
              <w:rPr>
                <w:sz w:val="20"/>
                <w:szCs w:val="20"/>
              </w:rPr>
            </w:pPr>
            <w:r w:rsidRPr="00EA2060">
              <w:rPr>
                <w:rFonts w:cs="Shruti"/>
                <w:sz w:val="20"/>
                <w:szCs w:val="20"/>
                <w:cs/>
                <w:lang w:bidi="gu-IN"/>
              </w:rPr>
              <w:t>રમતગમત</w:t>
            </w:r>
            <w:r w:rsidRPr="00EA2060">
              <w:rPr>
                <w:sz w:val="20"/>
                <w:szCs w:val="20"/>
              </w:rPr>
              <w:t xml:space="preserve"> </w:t>
            </w:r>
            <w:r w:rsidRPr="00EA2060">
              <w:rPr>
                <w:rFonts w:cs="Shruti"/>
                <w:sz w:val="20"/>
                <w:szCs w:val="20"/>
                <w:cs/>
                <w:lang w:bidi="gu-IN"/>
              </w:rPr>
              <w:t>ક્લબ</w:t>
            </w:r>
            <w:r w:rsidRPr="00EA2060">
              <w:rPr>
                <w:sz w:val="20"/>
                <w:szCs w:val="20"/>
              </w:rPr>
              <w:t xml:space="preserve"> </w:t>
            </w:r>
            <w:r w:rsidRPr="00EA2060">
              <w:rPr>
                <w:rFonts w:cs="Shruti"/>
                <w:sz w:val="20"/>
                <w:szCs w:val="20"/>
                <w:cs/>
                <w:lang w:bidi="gu-IN"/>
              </w:rPr>
              <w:t>લીડર</w:t>
            </w:r>
            <w:r w:rsidRPr="00EA2060">
              <w:rPr>
                <w:sz w:val="20"/>
                <w:szCs w:val="20"/>
              </w:rPr>
              <w:t xml:space="preserve"> (Sports Leader)</w:t>
            </w:r>
          </w:p>
        </w:tc>
        <w:tc>
          <w:tcPr>
            <w:tcW w:w="3153" w:type="dxa"/>
          </w:tcPr>
          <w:p w14:paraId="3A9F3CBC" w14:textId="77777777" w:rsidR="00D133E9" w:rsidRPr="00EA2060" w:rsidRDefault="00D133E9" w:rsidP="00D133E9">
            <w:pPr>
              <w:rPr>
                <w:sz w:val="20"/>
                <w:szCs w:val="20"/>
              </w:rPr>
            </w:pPr>
            <w:r w:rsidRPr="00EA2060">
              <w:rPr>
                <w:sz w:val="20"/>
                <w:szCs w:val="20"/>
              </w:rPr>
              <w:t>________________________</w:t>
            </w:r>
          </w:p>
        </w:tc>
        <w:tc>
          <w:tcPr>
            <w:tcW w:w="1888" w:type="dxa"/>
          </w:tcPr>
          <w:p w14:paraId="09E9D390" w14:textId="77777777" w:rsidR="00D133E9" w:rsidRPr="00EA2060" w:rsidRDefault="00D133E9" w:rsidP="00D133E9">
            <w:pPr>
              <w:rPr>
                <w:sz w:val="20"/>
                <w:szCs w:val="20"/>
              </w:rPr>
            </w:pPr>
            <w:r w:rsidRPr="00EA2060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EA2060">
              <w:rPr>
                <w:sz w:val="20"/>
                <w:szCs w:val="20"/>
              </w:rPr>
              <w:t xml:space="preserve"> </w:t>
            </w:r>
            <w:r w:rsidRPr="00EA2060">
              <w:rPr>
                <w:rFonts w:cs="Shruti"/>
                <w:sz w:val="20"/>
                <w:szCs w:val="20"/>
                <w:cs/>
                <w:lang w:bidi="gu-IN"/>
              </w:rPr>
              <w:t>૭</w:t>
            </w:r>
            <w:r w:rsidRPr="00EA2060">
              <w:rPr>
                <w:sz w:val="20"/>
                <w:szCs w:val="20"/>
              </w:rPr>
              <w:t>/</w:t>
            </w:r>
            <w:r w:rsidRPr="00EA2060">
              <w:rPr>
                <w:rFonts w:cs="Shruti"/>
                <w:sz w:val="20"/>
                <w:szCs w:val="20"/>
                <w:cs/>
                <w:lang w:bidi="gu-IN"/>
              </w:rPr>
              <w:t>૮</w:t>
            </w:r>
          </w:p>
        </w:tc>
      </w:tr>
    </w:tbl>
    <w:p w14:paraId="64E53D46" w14:textId="77777777" w:rsidR="00477258" w:rsidRPr="00EA2060" w:rsidRDefault="00477258" w:rsidP="00EA2060">
      <w:pPr>
        <w:spacing w:after="0" w:line="240" w:lineRule="auto"/>
        <w:rPr>
          <w:sz w:val="20"/>
          <w:szCs w:val="20"/>
        </w:rPr>
      </w:pPr>
      <w:r w:rsidRPr="00EA2060">
        <w:rPr>
          <w:rFonts w:cs="Shruti"/>
          <w:b/>
          <w:bCs/>
          <w:sz w:val="20"/>
          <w:szCs w:val="20"/>
          <w:cs/>
          <w:lang w:bidi="gu-IN"/>
        </w:rPr>
        <w:t>નિષ્કર્ષ</w:t>
      </w:r>
      <w:r w:rsidRPr="00EA2060">
        <w:rPr>
          <w:b/>
          <w:sz w:val="20"/>
          <w:szCs w:val="20"/>
        </w:rPr>
        <w:t xml:space="preserve">: </w:t>
      </w:r>
      <w:r w:rsidRPr="00EA2060">
        <w:rPr>
          <w:rFonts w:cs="Shruti"/>
          <w:b/>
          <w:bCs/>
          <w:sz w:val="20"/>
          <w:szCs w:val="20"/>
          <w:cs/>
          <w:lang w:bidi="gu-IN"/>
        </w:rPr>
        <w:t>આ</w:t>
      </w:r>
      <w:r w:rsidRPr="00EA2060">
        <w:rPr>
          <w:b/>
          <w:sz w:val="20"/>
          <w:szCs w:val="20"/>
        </w:rPr>
        <w:t xml:space="preserve"> </w:t>
      </w:r>
      <w:r w:rsidRPr="00EA2060">
        <w:rPr>
          <w:rFonts w:cs="Shruti"/>
          <w:b/>
          <w:bCs/>
          <w:sz w:val="20"/>
          <w:szCs w:val="20"/>
          <w:cs/>
          <w:lang w:bidi="gu-IN"/>
        </w:rPr>
        <w:t>વિદ્યાર્થી</w:t>
      </w:r>
      <w:r w:rsidRPr="00EA2060">
        <w:rPr>
          <w:b/>
          <w:sz w:val="20"/>
          <w:szCs w:val="20"/>
        </w:rPr>
        <w:t xml:space="preserve"> </w:t>
      </w:r>
      <w:r w:rsidRPr="00EA2060">
        <w:rPr>
          <w:rFonts w:cs="Shruti"/>
          <w:b/>
          <w:bCs/>
          <w:sz w:val="20"/>
          <w:szCs w:val="20"/>
          <w:cs/>
          <w:lang w:bidi="gu-IN"/>
        </w:rPr>
        <w:t>નેતૃત્વ</w:t>
      </w:r>
      <w:r w:rsidRPr="00EA2060">
        <w:rPr>
          <w:b/>
          <w:sz w:val="20"/>
          <w:szCs w:val="20"/>
        </w:rPr>
        <w:t xml:space="preserve"> </w:t>
      </w:r>
      <w:r w:rsidRPr="00EA2060">
        <w:rPr>
          <w:rFonts w:cs="Shruti"/>
          <w:b/>
          <w:bCs/>
          <w:sz w:val="20"/>
          <w:szCs w:val="20"/>
          <w:cs/>
          <w:lang w:bidi="gu-IN"/>
        </w:rPr>
        <w:t>દ્વારા</w:t>
      </w:r>
      <w:r w:rsidRPr="00EA2060">
        <w:rPr>
          <w:b/>
          <w:sz w:val="20"/>
          <w:szCs w:val="20"/>
        </w:rPr>
        <w:t xml:space="preserve"> </w:t>
      </w:r>
      <w:r w:rsidRPr="00EA2060">
        <w:rPr>
          <w:rFonts w:cs="Shruti"/>
          <w:b/>
          <w:bCs/>
          <w:sz w:val="20"/>
          <w:szCs w:val="20"/>
          <w:cs/>
          <w:lang w:bidi="gu-IN"/>
        </w:rPr>
        <w:t>શાળાના</w:t>
      </w:r>
      <w:r w:rsidRPr="00EA2060">
        <w:rPr>
          <w:b/>
          <w:sz w:val="20"/>
          <w:szCs w:val="20"/>
        </w:rPr>
        <w:t xml:space="preserve"> </w:t>
      </w:r>
      <w:r w:rsidRPr="00EA2060">
        <w:rPr>
          <w:rFonts w:cs="Shruti"/>
          <w:b/>
          <w:bCs/>
          <w:sz w:val="20"/>
          <w:szCs w:val="20"/>
          <w:cs/>
          <w:lang w:bidi="gu-IN"/>
        </w:rPr>
        <w:t>દૈનિક</w:t>
      </w:r>
      <w:r w:rsidRPr="00EA2060">
        <w:rPr>
          <w:b/>
          <w:sz w:val="20"/>
          <w:szCs w:val="20"/>
        </w:rPr>
        <w:t xml:space="preserve"> </w:t>
      </w:r>
      <w:r w:rsidRPr="00EA2060">
        <w:rPr>
          <w:rFonts w:cs="Shruti"/>
          <w:b/>
          <w:bCs/>
          <w:sz w:val="20"/>
          <w:szCs w:val="20"/>
          <w:cs/>
          <w:lang w:bidi="gu-IN"/>
        </w:rPr>
        <w:t>આયોજન</w:t>
      </w:r>
      <w:r w:rsidRPr="00EA2060">
        <w:rPr>
          <w:b/>
          <w:sz w:val="20"/>
          <w:szCs w:val="20"/>
        </w:rPr>
        <w:t xml:space="preserve">, </w:t>
      </w:r>
      <w:r w:rsidRPr="00EA2060">
        <w:rPr>
          <w:rFonts w:cs="Shruti"/>
          <w:b/>
          <w:bCs/>
          <w:sz w:val="20"/>
          <w:szCs w:val="20"/>
          <w:cs/>
          <w:lang w:bidi="gu-IN"/>
        </w:rPr>
        <w:t>શિસ્ત</w:t>
      </w:r>
      <w:r w:rsidRPr="00EA2060">
        <w:rPr>
          <w:b/>
          <w:sz w:val="20"/>
          <w:szCs w:val="20"/>
        </w:rPr>
        <w:t xml:space="preserve"> </w:t>
      </w:r>
      <w:r w:rsidRPr="00EA2060">
        <w:rPr>
          <w:rFonts w:cs="Shruti"/>
          <w:b/>
          <w:bCs/>
          <w:sz w:val="20"/>
          <w:szCs w:val="20"/>
          <w:cs/>
          <w:lang w:bidi="gu-IN"/>
        </w:rPr>
        <w:t>અને</w:t>
      </w:r>
      <w:r w:rsidRPr="00EA2060">
        <w:rPr>
          <w:b/>
          <w:sz w:val="20"/>
          <w:szCs w:val="20"/>
        </w:rPr>
        <w:t xml:space="preserve"> </w:t>
      </w:r>
      <w:r w:rsidRPr="00EA2060">
        <w:rPr>
          <w:rFonts w:cs="Shruti"/>
          <w:b/>
          <w:bCs/>
          <w:sz w:val="20"/>
          <w:szCs w:val="20"/>
          <w:cs/>
          <w:lang w:bidi="gu-IN"/>
        </w:rPr>
        <w:t>સહઅભ્યાસિક</w:t>
      </w:r>
      <w:r w:rsidRPr="00EA2060">
        <w:rPr>
          <w:b/>
          <w:sz w:val="20"/>
          <w:szCs w:val="20"/>
        </w:rPr>
        <w:t xml:space="preserve"> </w:t>
      </w:r>
      <w:r w:rsidRPr="00EA2060">
        <w:rPr>
          <w:rFonts w:cs="Shruti"/>
          <w:b/>
          <w:bCs/>
          <w:sz w:val="20"/>
          <w:szCs w:val="20"/>
          <w:cs/>
          <w:lang w:bidi="gu-IN"/>
        </w:rPr>
        <w:t>પ્રવૃત્તિઓમાં</w:t>
      </w:r>
      <w:r w:rsidRPr="00EA2060">
        <w:rPr>
          <w:b/>
          <w:sz w:val="20"/>
          <w:szCs w:val="20"/>
        </w:rPr>
        <w:t xml:space="preserve"> </w:t>
      </w:r>
      <w:r w:rsidRPr="00EA2060">
        <w:rPr>
          <w:rFonts w:cs="Shruti"/>
          <w:b/>
          <w:bCs/>
          <w:sz w:val="20"/>
          <w:szCs w:val="20"/>
          <w:cs/>
          <w:lang w:bidi="gu-IN"/>
        </w:rPr>
        <w:t>ઉત્તમ</w:t>
      </w:r>
      <w:r w:rsidRPr="00EA2060">
        <w:rPr>
          <w:b/>
          <w:sz w:val="20"/>
          <w:szCs w:val="20"/>
        </w:rPr>
        <w:t xml:space="preserve"> </w:t>
      </w:r>
      <w:r w:rsidRPr="00EA2060">
        <w:rPr>
          <w:rFonts w:cs="Shruti"/>
          <w:b/>
          <w:bCs/>
          <w:sz w:val="20"/>
          <w:szCs w:val="20"/>
          <w:cs/>
          <w:lang w:bidi="gu-IN"/>
        </w:rPr>
        <w:t>સંચાલન</w:t>
      </w:r>
      <w:r w:rsidRPr="00EA2060">
        <w:rPr>
          <w:b/>
          <w:sz w:val="20"/>
          <w:szCs w:val="20"/>
        </w:rPr>
        <w:t xml:space="preserve"> </w:t>
      </w:r>
      <w:r w:rsidRPr="00EA2060">
        <w:rPr>
          <w:rFonts w:cs="Shruti"/>
          <w:b/>
          <w:bCs/>
          <w:sz w:val="20"/>
          <w:szCs w:val="20"/>
          <w:cs/>
          <w:lang w:bidi="gu-IN"/>
        </w:rPr>
        <w:t>કરવામાં</w:t>
      </w:r>
      <w:r w:rsidRPr="00EA2060">
        <w:rPr>
          <w:b/>
          <w:sz w:val="20"/>
          <w:szCs w:val="20"/>
        </w:rPr>
        <w:t xml:space="preserve"> </w:t>
      </w:r>
      <w:r w:rsidRPr="00EA2060">
        <w:rPr>
          <w:rFonts w:cs="Shruti"/>
          <w:b/>
          <w:bCs/>
          <w:sz w:val="20"/>
          <w:szCs w:val="20"/>
          <w:cs/>
          <w:lang w:bidi="gu-IN"/>
        </w:rPr>
        <w:t>આવે</w:t>
      </w:r>
      <w:r w:rsidRPr="00EA2060">
        <w:rPr>
          <w:b/>
          <w:sz w:val="20"/>
          <w:szCs w:val="20"/>
        </w:rPr>
        <w:t xml:space="preserve"> </w:t>
      </w:r>
      <w:r w:rsidRPr="00EA2060">
        <w:rPr>
          <w:rFonts w:cs="Shruti"/>
          <w:b/>
          <w:bCs/>
          <w:sz w:val="20"/>
          <w:szCs w:val="20"/>
          <w:cs/>
          <w:lang w:bidi="gu-IN"/>
        </w:rPr>
        <w:t>છે</w:t>
      </w:r>
      <w:r w:rsidRPr="00EA2060">
        <w:rPr>
          <w:b/>
          <w:sz w:val="20"/>
          <w:szCs w:val="20"/>
        </w:rPr>
        <w:t>.</w:t>
      </w:r>
    </w:p>
    <w:p w14:paraId="496CA223" w14:textId="77777777" w:rsidR="00477258" w:rsidRPr="00EA2060" w:rsidRDefault="00477258" w:rsidP="00EA2060">
      <w:pPr>
        <w:spacing w:after="0" w:line="240" w:lineRule="auto"/>
        <w:rPr>
          <w:sz w:val="20"/>
          <w:szCs w:val="20"/>
        </w:rPr>
      </w:pPr>
      <w:r w:rsidRPr="00EA2060">
        <w:rPr>
          <w:sz w:val="20"/>
          <w:szCs w:val="20"/>
        </w:rP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477258" w:rsidRPr="00EA2060" w14:paraId="511E4099" w14:textId="77777777" w:rsidTr="00477258">
        <w:tc>
          <w:tcPr>
            <w:tcW w:w="4320" w:type="dxa"/>
          </w:tcPr>
          <w:p w14:paraId="6794EE48" w14:textId="77777777" w:rsidR="00477258" w:rsidRPr="00EA2060" w:rsidRDefault="00477258" w:rsidP="00EA2060">
            <w:pPr>
              <w:spacing w:after="0" w:line="240" w:lineRule="auto"/>
              <w:rPr>
                <w:sz w:val="20"/>
                <w:szCs w:val="20"/>
              </w:rPr>
            </w:pPr>
            <w:r w:rsidRPr="00EA2060">
              <w:rPr>
                <w:rFonts w:cs="Shruti"/>
                <w:sz w:val="20"/>
                <w:szCs w:val="20"/>
                <w:cs/>
                <w:lang w:bidi="gu-IN"/>
              </w:rPr>
              <w:t>માર્ગદર્શક</w:t>
            </w:r>
            <w:r w:rsidRPr="00EA2060">
              <w:rPr>
                <w:sz w:val="20"/>
                <w:szCs w:val="20"/>
              </w:rPr>
              <w:t xml:space="preserve"> </w:t>
            </w:r>
            <w:r w:rsidRPr="00EA2060">
              <w:rPr>
                <w:rFonts w:cs="Shruti"/>
                <w:sz w:val="20"/>
                <w:szCs w:val="20"/>
                <w:cs/>
                <w:lang w:bidi="gu-IN"/>
              </w:rPr>
              <w:t>શિક્ષકની</w:t>
            </w:r>
            <w:r w:rsidRPr="00EA2060">
              <w:rPr>
                <w:sz w:val="20"/>
                <w:szCs w:val="20"/>
              </w:rPr>
              <w:t xml:space="preserve"> </w:t>
            </w:r>
            <w:r w:rsidRPr="00EA2060">
              <w:rPr>
                <w:rFonts w:cs="Shruti"/>
                <w:sz w:val="20"/>
                <w:szCs w:val="20"/>
                <w:cs/>
                <w:lang w:bidi="gu-IN"/>
              </w:rPr>
              <w:t>સહી</w:t>
            </w:r>
            <w:r w:rsidRPr="00EA2060">
              <w:rPr>
                <w:sz w:val="20"/>
                <w:szCs w:val="20"/>
              </w:rPr>
              <w:br/>
            </w:r>
            <w:r w:rsidRPr="00EA2060">
              <w:rPr>
                <w:sz w:val="20"/>
                <w:szCs w:val="20"/>
              </w:rPr>
              <w:br/>
              <w:t>______________________</w:t>
            </w:r>
          </w:p>
        </w:tc>
        <w:tc>
          <w:tcPr>
            <w:tcW w:w="4320" w:type="dxa"/>
          </w:tcPr>
          <w:p w14:paraId="57862AA1" w14:textId="715ACED3" w:rsidR="00477258" w:rsidRPr="00F56B31" w:rsidRDefault="00477258" w:rsidP="00EA2060">
            <w:pPr>
              <w:spacing w:after="0" w:line="240" w:lineRule="auto"/>
              <w:jc w:val="right"/>
              <w:rPr>
                <w:rFonts w:cs="Shruti"/>
                <w:sz w:val="20"/>
                <w:szCs w:val="20"/>
              </w:rPr>
            </w:pPr>
            <w:r w:rsidRPr="00EA2060">
              <w:rPr>
                <w:rFonts w:cs="Shruti"/>
                <w:sz w:val="20"/>
                <w:szCs w:val="20"/>
                <w:cs/>
                <w:lang w:bidi="gu-IN"/>
              </w:rPr>
              <w:t>આચાર્યશ્રીની</w:t>
            </w:r>
            <w:r w:rsidRPr="00EA2060">
              <w:rPr>
                <w:sz w:val="20"/>
                <w:szCs w:val="20"/>
              </w:rPr>
              <w:t xml:space="preserve"> </w:t>
            </w:r>
            <w:r w:rsidRPr="00EA2060">
              <w:rPr>
                <w:rFonts w:cs="Shruti"/>
                <w:sz w:val="20"/>
                <w:szCs w:val="20"/>
                <w:cs/>
                <w:lang w:bidi="gu-IN"/>
              </w:rPr>
              <w:t>સહી</w:t>
            </w:r>
            <w:r w:rsidRPr="00EA2060">
              <w:rPr>
                <w:sz w:val="20"/>
                <w:szCs w:val="20"/>
              </w:rPr>
              <w:t xml:space="preserve"> </w:t>
            </w:r>
            <w:r w:rsidRPr="00EA2060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EA2060">
              <w:rPr>
                <w:sz w:val="20"/>
                <w:szCs w:val="20"/>
              </w:rPr>
              <w:t xml:space="preserve"> </w:t>
            </w:r>
            <w:r w:rsidRPr="00EA2060">
              <w:rPr>
                <w:rFonts w:cs="Shruti"/>
                <w:sz w:val="20"/>
                <w:szCs w:val="20"/>
                <w:cs/>
                <w:lang w:bidi="gu-IN"/>
              </w:rPr>
              <w:t>સિક્કો</w:t>
            </w:r>
            <w:r w:rsidRPr="00EA2060">
              <w:rPr>
                <w:sz w:val="20"/>
                <w:szCs w:val="20"/>
              </w:rPr>
              <w:br/>
            </w:r>
            <w:r w:rsidRPr="00EA2060">
              <w:rPr>
                <w:sz w:val="20"/>
                <w:szCs w:val="20"/>
              </w:rPr>
              <w:br/>
            </w:r>
            <w:r w:rsidRPr="00EA2060">
              <w:rPr>
                <w:rFonts w:cs="Shruti"/>
                <w:sz w:val="20"/>
                <w:szCs w:val="20"/>
                <w:cs/>
                <w:lang w:bidi="gu-IN"/>
              </w:rPr>
              <w:t>સ્થળ</w:t>
            </w:r>
            <w:r w:rsidRPr="00EA2060">
              <w:rPr>
                <w:sz w:val="20"/>
                <w:szCs w:val="20"/>
              </w:rPr>
              <w:t xml:space="preserve">: </w:t>
            </w:r>
            <w:r w:rsidR="008E13CA">
              <w:rPr>
                <w:rFonts w:cs="Shruti" w:hint="cs"/>
                <w:cs/>
                <w:lang w:bidi="gu-IN"/>
              </w:rPr>
              <w:t xml:space="preserve">ઢાંકણ્રીયાવાસ પ્રાથમિક શાળા </w:t>
            </w:r>
          </w:p>
        </w:tc>
      </w:tr>
    </w:tbl>
    <w:p w14:paraId="10A10CD2" w14:textId="77777777" w:rsidR="00477258" w:rsidRDefault="00477258" w:rsidP="00EA2060">
      <w:pPr>
        <w:spacing w:after="0"/>
      </w:pPr>
    </w:p>
    <w:p w14:paraId="0D758299" w14:textId="77777777" w:rsidR="00477258" w:rsidRDefault="00477258" w:rsidP="0004493D">
      <w:pPr>
        <w:tabs>
          <w:tab w:val="left" w:pos="2835"/>
        </w:tabs>
        <w:spacing w:after="0" w:line="240" w:lineRule="auto"/>
        <w:jc w:val="center"/>
        <w:rPr>
          <w:rFonts w:cs="Shruti"/>
          <w:bCs/>
          <w:sz w:val="20"/>
          <w:szCs w:val="20"/>
          <w:u w:val="single"/>
          <w:lang w:bidi="gu-IN"/>
        </w:rPr>
      </w:pPr>
    </w:p>
    <w:p w14:paraId="701FE4CC" w14:textId="77777777" w:rsidR="00827A42" w:rsidRDefault="00827A42" w:rsidP="0004493D">
      <w:pPr>
        <w:tabs>
          <w:tab w:val="left" w:pos="2835"/>
        </w:tabs>
        <w:spacing w:after="0" w:line="240" w:lineRule="auto"/>
        <w:jc w:val="center"/>
        <w:rPr>
          <w:rFonts w:cs="Shruti"/>
          <w:bCs/>
          <w:sz w:val="20"/>
          <w:szCs w:val="20"/>
          <w:u w:val="single"/>
          <w:lang w:bidi="gu-IN"/>
        </w:rPr>
      </w:pPr>
    </w:p>
    <w:p w14:paraId="0788A5D1" w14:textId="6128F80A" w:rsidR="00FB2C88" w:rsidRDefault="002546D1" w:rsidP="00521B9B">
      <w:pPr>
        <w:spacing w:after="0" w:line="240" w:lineRule="auto"/>
        <w:rPr>
          <w:rFonts w:cs="Shruti"/>
          <w:b/>
          <w:u w:val="single"/>
          <w:lang w:val="en-IN" w:bidi="gu-IN"/>
        </w:rPr>
      </w:pPr>
      <w:r>
        <w:rPr>
          <w:rFonts w:cs="Shruti" w:hint="cs"/>
          <w:sz w:val="28"/>
          <w:szCs w:val="28"/>
          <w:u w:val="single"/>
          <w:cs/>
          <w:lang w:bidi="gu-IN"/>
        </w:rPr>
        <w:t>ઢાંકણ્રીયાવાસ પ્રાથમિક શાળા તા- લાખણી જિલ્લો - વાવ-થરાદ ડાયસ કોડ: 24021300207</w:t>
      </w:r>
    </w:p>
    <w:p w14:paraId="194008E2" w14:textId="77777777" w:rsidR="00827A42" w:rsidRPr="00827A42" w:rsidRDefault="00827A42" w:rsidP="00827A42">
      <w:pPr>
        <w:jc w:val="center"/>
        <w:rPr>
          <w:rFonts w:cs="Shruti"/>
          <w:lang w:bidi="gu-IN"/>
        </w:rPr>
      </w:pPr>
    </w:p>
    <w:p w14:paraId="48A173A8" w14:textId="77777777" w:rsidR="00827A42" w:rsidRDefault="00827A42" w:rsidP="00827A42">
      <w:pPr>
        <w:pStyle w:val="Heading1"/>
      </w:pPr>
      <w:r>
        <w:rPr>
          <w:rFonts w:cs="Shruti"/>
          <w:cs/>
          <w:lang w:bidi="gu-IN"/>
        </w:rPr>
        <w:t>શાળા</w:t>
      </w:r>
      <w:r>
        <w:t xml:space="preserve"> </w:t>
      </w:r>
      <w:r>
        <w:rPr>
          <w:rFonts w:cs="Shruti"/>
          <w:cs/>
          <w:lang w:bidi="gu-IN"/>
        </w:rPr>
        <w:t>દ્વારા</w:t>
      </w:r>
      <w:r>
        <w:t xml:space="preserve"> </w:t>
      </w:r>
      <w:r>
        <w:rPr>
          <w:rFonts w:cs="Shruti"/>
          <w:cs/>
          <w:lang w:bidi="gu-IN"/>
        </w:rPr>
        <w:t>યોજાયેલ</w:t>
      </w:r>
      <w:r>
        <w:t xml:space="preserve"> </w:t>
      </w:r>
      <w:r>
        <w:rPr>
          <w:rFonts w:cs="Shruti"/>
          <w:cs/>
          <w:lang w:bidi="gu-IN"/>
        </w:rPr>
        <w:t>પુસ્તકાલય</w:t>
      </w:r>
      <w:r>
        <w:t xml:space="preserve"> </w:t>
      </w:r>
      <w:r>
        <w:rPr>
          <w:rFonts w:cs="Shruti"/>
          <w:cs/>
          <w:lang w:bidi="gu-IN"/>
        </w:rPr>
        <w:t>અને</w:t>
      </w:r>
      <w:r>
        <w:t xml:space="preserve"> </w:t>
      </w:r>
      <w:r>
        <w:rPr>
          <w:rFonts w:cs="Shruti"/>
          <w:cs/>
          <w:lang w:bidi="gu-IN"/>
        </w:rPr>
        <w:t>વાંચન</w:t>
      </w:r>
      <w:r>
        <w:t xml:space="preserve"> </w:t>
      </w:r>
      <w:r>
        <w:rPr>
          <w:rFonts w:cs="Shruti"/>
          <w:cs/>
          <w:lang w:bidi="gu-IN"/>
        </w:rPr>
        <w:t>સંવર્ધન</w:t>
      </w:r>
      <w:r>
        <w:t xml:space="preserve"> </w:t>
      </w:r>
      <w:r>
        <w:rPr>
          <w:rFonts w:cs="Shruti"/>
          <w:cs/>
          <w:lang w:bidi="gu-IN"/>
        </w:rPr>
        <w:t>પ્રવૃત્તિઓનો</w:t>
      </w:r>
      <w:r>
        <w:t xml:space="preserve"> </w:t>
      </w:r>
      <w:r>
        <w:rPr>
          <w:rFonts w:cs="Shruti"/>
          <w:cs/>
          <w:lang w:bidi="gu-IN"/>
        </w:rPr>
        <w:t>અહેવાલ</w:t>
      </w:r>
      <w:r>
        <w:br/>
      </w:r>
      <w:r>
        <w:rPr>
          <w:rFonts w:cs="Shruti"/>
          <w:cs/>
          <w:lang w:bidi="gu-IN"/>
        </w:rPr>
        <w:t>પ્રસ્તાવના</w:t>
      </w:r>
      <w:r>
        <w:t>:</w:t>
      </w:r>
    </w:p>
    <w:p w14:paraId="74DEDEA7" w14:textId="51987C96" w:rsidR="00827A42" w:rsidRPr="00827A42" w:rsidRDefault="00827A42" w:rsidP="00827A42">
      <w:pPr>
        <w:spacing w:after="0" w:line="240" w:lineRule="auto"/>
        <w:rPr>
          <w:rFonts w:cs="Shruti"/>
          <w:sz w:val="20"/>
          <w:szCs w:val="20"/>
          <w:lang w:bidi="gu-IN"/>
        </w:rPr>
      </w:pPr>
      <w:r w:rsidRPr="00827A42">
        <w:rPr>
          <w:rFonts w:cs="Shruti"/>
          <w:sz w:val="20"/>
          <w:szCs w:val="20"/>
          <w:cs/>
          <w:lang w:bidi="gu-IN"/>
        </w:rPr>
        <w:t>ગુણોત્સવ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૨</w:t>
      </w:r>
      <w:r w:rsidRPr="00827A42">
        <w:rPr>
          <w:sz w:val="20"/>
          <w:szCs w:val="20"/>
        </w:rPr>
        <w:t>.</w:t>
      </w:r>
      <w:r w:rsidRPr="00827A42">
        <w:rPr>
          <w:rFonts w:cs="Shruti"/>
          <w:sz w:val="20"/>
          <w:szCs w:val="20"/>
          <w:cs/>
          <w:lang w:bidi="gu-IN"/>
        </w:rPr>
        <w:t>૦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ના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માપદંડો</w:t>
      </w:r>
      <w:r w:rsidRPr="00827A42">
        <w:rPr>
          <w:sz w:val="20"/>
          <w:szCs w:val="20"/>
        </w:rPr>
        <w:t>, FLN (</w:t>
      </w:r>
      <w:r w:rsidRPr="00827A42">
        <w:rPr>
          <w:rFonts w:cs="Shruti"/>
          <w:sz w:val="20"/>
          <w:szCs w:val="20"/>
          <w:cs/>
          <w:lang w:bidi="gu-IN"/>
        </w:rPr>
        <w:t>પાયાની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સાક્ષરતા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અને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સંખ્યાજ્ઞાન</w:t>
      </w:r>
      <w:r w:rsidRPr="00827A42">
        <w:rPr>
          <w:sz w:val="20"/>
          <w:szCs w:val="20"/>
        </w:rPr>
        <w:t xml:space="preserve">) </w:t>
      </w:r>
      <w:r w:rsidRPr="00827A42">
        <w:rPr>
          <w:rFonts w:cs="Shruti"/>
          <w:sz w:val="20"/>
          <w:szCs w:val="20"/>
          <w:cs/>
          <w:lang w:bidi="gu-IN"/>
        </w:rPr>
        <w:t>લક્ષ્યો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અને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રાષ્ટ્રીય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શિક્ષણ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નીતિ</w:t>
      </w:r>
      <w:r w:rsidRPr="00827A42">
        <w:rPr>
          <w:sz w:val="20"/>
          <w:szCs w:val="20"/>
        </w:rPr>
        <w:t xml:space="preserve"> (NEP-2020) </w:t>
      </w:r>
      <w:r w:rsidRPr="00827A42">
        <w:rPr>
          <w:rFonts w:cs="Shruti"/>
          <w:sz w:val="20"/>
          <w:szCs w:val="20"/>
          <w:cs/>
          <w:lang w:bidi="gu-IN"/>
        </w:rPr>
        <w:t>અંતર્ગત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વિદ્યાર્થીઓમાં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વાંચન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રુચિ</w:t>
      </w:r>
      <w:r w:rsidRPr="00827A42">
        <w:rPr>
          <w:sz w:val="20"/>
          <w:szCs w:val="20"/>
        </w:rPr>
        <w:t xml:space="preserve">, </w:t>
      </w:r>
      <w:r w:rsidRPr="00827A42">
        <w:rPr>
          <w:rFonts w:cs="Shruti"/>
          <w:sz w:val="20"/>
          <w:szCs w:val="20"/>
          <w:cs/>
          <w:lang w:bidi="gu-IN"/>
        </w:rPr>
        <w:t>પુસ્તકાલયનો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મહત્તમ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ઉપયોગ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અને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અર્થગ્રહણ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ક્ષમતા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વિકસાવવા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માટે</w:t>
      </w:r>
      <w:r w:rsidRPr="00827A42">
        <w:rPr>
          <w:sz w:val="20"/>
          <w:szCs w:val="20"/>
        </w:rPr>
        <w:t xml:space="preserve"> </w:t>
      </w:r>
      <w:r w:rsidR="008E13CA">
        <w:rPr>
          <w:rFonts w:cs="Shruti" w:hint="cs"/>
          <w:sz w:val="20"/>
          <w:szCs w:val="20"/>
          <w:cs/>
          <w:lang w:bidi="gu-IN"/>
        </w:rPr>
        <w:t xml:space="preserve">ઢાંકણ્રીયાવાસ પ્રાથમિક શાળા </w:t>
      </w:r>
      <w:r w:rsidRPr="00827A42">
        <w:rPr>
          <w:rFonts w:cs="Shruti"/>
          <w:sz w:val="20"/>
          <w:szCs w:val="20"/>
          <w:cs/>
          <w:lang w:bidi="gu-IN"/>
        </w:rPr>
        <w:t>માં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વિવિધ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પુસ્તકાલય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અને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વાંચનલક્ષી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પ્રવૃત્તિઓનું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આયોજન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કરવામાં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આવે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છે</w:t>
      </w:r>
      <w:r w:rsidRPr="00827A42">
        <w:rPr>
          <w:sz w:val="20"/>
          <w:szCs w:val="20"/>
        </w:rPr>
        <w:t xml:space="preserve">. </w:t>
      </w:r>
      <w:r w:rsidRPr="00827A42">
        <w:rPr>
          <w:rFonts w:cs="Shruti"/>
          <w:sz w:val="20"/>
          <w:szCs w:val="20"/>
          <w:cs/>
          <w:lang w:bidi="gu-IN"/>
        </w:rPr>
        <w:t>જેનો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વિગતવાર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અહેવાલ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નીચે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મુજબ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છે</w:t>
      </w:r>
      <w:r w:rsidRPr="00827A42">
        <w:rPr>
          <w:sz w:val="20"/>
          <w:szCs w:val="20"/>
        </w:rPr>
        <w:t>:</w:t>
      </w:r>
    </w:p>
    <w:p w14:paraId="251098B7" w14:textId="77777777" w:rsidR="00827A42" w:rsidRPr="00827A42" w:rsidRDefault="00827A42" w:rsidP="00827A42">
      <w:pPr>
        <w:pStyle w:val="Heading2"/>
        <w:spacing w:line="240" w:lineRule="auto"/>
        <w:rPr>
          <w:sz w:val="20"/>
          <w:szCs w:val="20"/>
        </w:rPr>
      </w:pPr>
      <w:r w:rsidRPr="00827A42">
        <w:rPr>
          <w:rFonts w:cs="Shruti"/>
          <w:sz w:val="20"/>
          <w:szCs w:val="20"/>
          <w:cs/>
          <w:lang w:bidi="gu-IN"/>
        </w:rPr>
        <w:t>૧</w:t>
      </w:r>
      <w:r w:rsidRPr="00827A42">
        <w:rPr>
          <w:sz w:val="20"/>
          <w:szCs w:val="20"/>
        </w:rPr>
        <w:t xml:space="preserve">. </w:t>
      </w:r>
      <w:r w:rsidRPr="00827A42">
        <w:rPr>
          <w:rFonts w:cs="Shruti"/>
          <w:sz w:val="20"/>
          <w:szCs w:val="20"/>
          <w:cs/>
          <w:lang w:bidi="gu-IN"/>
        </w:rPr>
        <w:t>પુસ્તકાલય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અને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વાંચન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પ્રવૃત્તિઓનું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આયોજન</w:t>
      </w:r>
      <w:r w:rsidRPr="00827A42">
        <w:rPr>
          <w:sz w:val="20"/>
          <w:szCs w:val="20"/>
        </w:rPr>
        <w:t>:</w:t>
      </w:r>
    </w:p>
    <w:p w14:paraId="08BF7BA0" w14:textId="77777777" w:rsidR="00827A42" w:rsidRPr="00827A42" w:rsidRDefault="00827A42" w:rsidP="00827A42">
      <w:pPr>
        <w:pStyle w:val="ListBullet"/>
        <w:spacing w:after="0" w:line="240" w:lineRule="auto"/>
        <w:rPr>
          <w:sz w:val="20"/>
          <w:szCs w:val="20"/>
        </w:rPr>
      </w:pPr>
      <w:r w:rsidRPr="00827A42">
        <w:rPr>
          <w:rFonts w:cs="Shruti"/>
          <w:sz w:val="20"/>
          <w:szCs w:val="20"/>
          <w:cs/>
          <w:lang w:bidi="gu-IN"/>
        </w:rPr>
        <w:t>નિયમિત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પુસ્તક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વિતરણ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અને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વાંચન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તાસ</w:t>
      </w:r>
      <w:r w:rsidRPr="00827A42">
        <w:rPr>
          <w:sz w:val="20"/>
          <w:szCs w:val="20"/>
        </w:rPr>
        <w:t xml:space="preserve"> (Library Period): </w:t>
      </w:r>
      <w:r w:rsidRPr="00827A42">
        <w:rPr>
          <w:rFonts w:cs="Shruti"/>
          <w:sz w:val="20"/>
          <w:szCs w:val="20"/>
          <w:cs/>
          <w:lang w:bidi="gu-IN"/>
        </w:rPr>
        <w:t>શાળાના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સમયપત્રક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મુજબ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દરેક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ધોરણ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માટે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અઠવાડિયામાં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પુસ્તકાલયનો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વિશેષ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તાસ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ફાળવવામાં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આવ્યો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છે</w:t>
      </w:r>
      <w:r w:rsidRPr="00827A42">
        <w:rPr>
          <w:sz w:val="20"/>
          <w:szCs w:val="20"/>
        </w:rPr>
        <w:t xml:space="preserve">, </w:t>
      </w:r>
      <w:r w:rsidRPr="00827A42">
        <w:rPr>
          <w:rFonts w:cs="Shruti"/>
          <w:sz w:val="20"/>
          <w:szCs w:val="20"/>
          <w:cs/>
          <w:lang w:bidi="gu-IN"/>
        </w:rPr>
        <w:t>જેમાં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વિદ્યાર્થીઓ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પોતાની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પસંદગીના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વાર્તા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પુસ્તકો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અને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શૈક્ષણિક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સામગ્રી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વાંચે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છે</w:t>
      </w:r>
      <w:r w:rsidRPr="00827A42">
        <w:rPr>
          <w:sz w:val="20"/>
          <w:szCs w:val="20"/>
        </w:rPr>
        <w:t>.</w:t>
      </w:r>
    </w:p>
    <w:p w14:paraId="34F6661E" w14:textId="77777777" w:rsidR="00827A42" w:rsidRPr="00827A42" w:rsidRDefault="00827A42" w:rsidP="00827A42">
      <w:pPr>
        <w:pStyle w:val="ListBullet"/>
        <w:spacing w:after="0" w:line="240" w:lineRule="auto"/>
        <w:rPr>
          <w:sz w:val="20"/>
          <w:szCs w:val="20"/>
        </w:rPr>
      </w:pPr>
      <w:r w:rsidRPr="00827A42">
        <w:rPr>
          <w:rFonts w:cs="Shruti"/>
          <w:sz w:val="20"/>
          <w:szCs w:val="20"/>
          <w:cs/>
          <w:lang w:bidi="gu-IN"/>
        </w:rPr>
        <w:t>વાંચન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અભિયાન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અને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મોટેથી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વાંચન</w:t>
      </w:r>
      <w:r w:rsidRPr="00827A42">
        <w:rPr>
          <w:sz w:val="20"/>
          <w:szCs w:val="20"/>
        </w:rPr>
        <w:t xml:space="preserve"> (Read Aloud): </w:t>
      </w:r>
      <w:r w:rsidRPr="00827A42">
        <w:rPr>
          <w:rFonts w:cs="Shruti"/>
          <w:sz w:val="20"/>
          <w:szCs w:val="20"/>
          <w:cs/>
          <w:lang w:bidi="gu-IN"/>
        </w:rPr>
        <w:t>પ્રાથમિક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ધોરણોમાં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વિદ્યાર્થીઓનું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વાંચન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કૌશલ્ય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મજબૂત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કરવા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માટે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શિક્ષકો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દ્વારા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મોટેથી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વાંચન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કરાવવામાં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આવે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છે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અને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વિદ્યાર્થીઓ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પાસે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પુનરાવર્તન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કરાવાય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છે</w:t>
      </w:r>
      <w:r w:rsidRPr="00827A42">
        <w:rPr>
          <w:sz w:val="20"/>
          <w:szCs w:val="20"/>
        </w:rPr>
        <w:t>.</w:t>
      </w:r>
    </w:p>
    <w:p w14:paraId="6BB86131" w14:textId="77777777" w:rsidR="00827A42" w:rsidRPr="00827A42" w:rsidRDefault="00827A42" w:rsidP="00827A42">
      <w:pPr>
        <w:pStyle w:val="ListBullet"/>
        <w:spacing w:after="0" w:line="240" w:lineRule="auto"/>
        <w:rPr>
          <w:sz w:val="20"/>
          <w:szCs w:val="20"/>
        </w:rPr>
      </w:pPr>
      <w:r w:rsidRPr="00827A42">
        <w:rPr>
          <w:rFonts w:cs="Shruti"/>
          <w:sz w:val="20"/>
          <w:szCs w:val="20"/>
          <w:cs/>
          <w:lang w:bidi="gu-IN"/>
        </w:rPr>
        <w:t>પુસ્તક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સમીક્ષા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અને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વાર્તા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કથન</w:t>
      </w:r>
      <w:r w:rsidRPr="00827A42">
        <w:rPr>
          <w:sz w:val="20"/>
          <w:szCs w:val="20"/>
        </w:rPr>
        <w:t xml:space="preserve"> (Book Review &amp; Storytelling): </w:t>
      </w:r>
      <w:r w:rsidRPr="00827A42">
        <w:rPr>
          <w:rFonts w:cs="Shruti"/>
          <w:sz w:val="20"/>
          <w:szCs w:val="20"/>
          <w:cs/>
          <w:lang w:bidi="gu-IN"/>
        </w:rPr>
        <w:t>વિદ્યાર્થીઓ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પુસ્તક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વાંચ્યા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બાદ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તેના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પાત્રો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કે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સારાંશ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વિશે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પોતાના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શબ્દોમાં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વર્ગ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સમક્ષ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રજૂઆત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કરે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છે</w:t>
      </w:r>
      <w:r w:rsidRPr="00827A42">
        <w:rPr>
          <w:sz w:val="20"/>
          <w:szCs w:val="20"/>
        </w:rPr>
        <w:t>.</w:t>
      </w:r>
    </w:p>
    <w:p w14:paraId="1B757BE8" w14:textId="77777777" w:rsidR="00827A42" w:rsidRPr="00827A42" w:rsidRDefault="00827A42" w:rsidP="00827A42">
      <w:pPr>
        <w:pStyle w:val="ListBullet"/>
        <w:spacing w:after="0" w:line="240" w:lineRule="auto"/>
        <w:rPr>
          <w:sz w:val="20"/>
          <w:szCs w:val="20"/>
        </w:rPr>
      </w:pPr>
      <w:r w:rsidRPr="00827A42">
        <w:rPr>
          <w:rFonts w:cs="Shruti"/>
          <w:sz w:val="20"/>
          <w:szCs w:val="20"/>
          <w:cs/>
          <w:lang w:bidi="gu-IN"/>
        </w:rPr>
        <w:t>વાચન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સ્પર્ધાઓનું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આયોજન</w:t>
      </w:r>
      <w:r w:rsidRPr="00827A42">
        <w:rPr>
          <w:sz w:val="20"/>
          <w:szCs w:val="20"/>
        </w:rPr>
        <w:t xml:space="preserve">: </w:t>
      </w:r>
      <w:r w:rsidRPr="00827A42">
        <w:rPr>
          <w:rFonts w:cs="Shruti"/>
          <w:sz w:val="20"/>
          <w:szCs w:val="20"/>
          <w:cs/>
          <w:lang w:bidi="gu-IN"/>
        </w:rPr>
        <w:t>શૈક્ષણિક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સત્ર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દરમિયાન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પુસ્તકાલયના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પુસ્તકો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આધારિત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સુંદર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વાંચન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સ્પર્ધા</w:t>
      </w:r>
      <w:r w:rsidRPr="00827A42">
        <w:rPr>
          <w:sz w:val="20"/>
          <w:szCs w:val="20"/>
        </w:rPr>
        <w:t xml:space="preserve">, </w:t>
      </w:r>
      <w:r w:rsidRPr="00827A42">
        <w:rPr>
          <w:rFonts w:cs="Shruti"/>
          <w:sz w:val="20"/>
          <w:szCs w:val="20"/>
          <w:cs/>
          <w:lang w:bidi="gu-IN"/>
        </w:rPr>
        <w:t>વક્તૃત્વ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અને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નિબંધ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સ્પર્ધાનું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આયોજન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થાય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છે</w:t>
      </w:r>
      <w:r w:rsidRPr="00827A42">
        <w:rPr>
          <w:sz w:val="20"/>
          <w:szCs w:val="20"/>
        </w:rPr>
        <w:t>.</w:t>
      </w:r>
    </w:p>
    <w:p w14:paraId="051F245D" w14:textId="77777777" w:rsidR="00827A42" w:rsidRPr="00827A42" w:rsidRDefault="00827A42" w:rsidP="00827A42">
      <w:pPr>
        <w:pStyle w:val="ListBullet"/>
        <w:spacing w:after="0" w:line="240" w:lineRule="auto"/>
        <w:rPr>
          <w:sz w:val="20"/>
          <w:szCs w:val="20"/>
        </w:rPr>
      </w:pPr>
      <w:r w:rsidRPr="00827A42">
        <w:rPr>
          <w:rFonts w:cs="Shruti"/>
          <w:sz w:val="20"/>
          <w:szCs w:val="20"/>
          <w:cs/>
          <w:lang w:bidi="gu-IN"/>
        </w:rPr>
        <w:t>પુસ્તકાલય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સંવર્ધન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અને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પુસ્તક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દાન</w:t>
      </w:r>
      <w:r w:rsidRPr="00827A42">
        <w:rPr>
          <w:sz w:val="20"/>
          <w:szCs w:val="20"/>
        </w:rPr>
        <w:t xml:space="preserve">: </w:t>
      </w:r>
      <w:r w:rsidRPr="00827A42">
        <w:rPr>
          <w:rFonts w:cs="Shruti"/>
          <w:sz w:val="20"/>
          <w:szCs w:val="20"/>
          <w:cs/>
          <w:lang w:bidi="gu-IN"/>
        </w:rPr>
        <w:t>શાળાના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પુસ્તકાલયમાં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દાતાઓ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અને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વાલીઓના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સહયોગથી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નવા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જ્ઞાનવર્ધક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પુસ્તકો</w:t>
      </w:r>
      <w:r w:rsidRPr="00827A42">
        <w:rPr>
          <w:sz w:val="20"/>
          <w:szCs w:val="20"/>
        </w:rPr>
        <w:t xml:space="preserve">, </w:t>
      </w:r>
      <w:r w:rsidRPr="00827A42">
        <w:rPr>
          <w:rFonts w:cs="Shruti"/>
          <w:sz w:val="20"/>
          <w:szCs w:val="20"/>
          <w:cs/>
          <w:lang w:bidi="gu-IN"/>
        </w:rPr>
        <w:t>બાળ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સાહિત્ય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અને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સામયિકોનો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ઉમેરો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કરવામાં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આવે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છે</w:t>
      </w:r>
      <w:r w:rsidRPr="00827A42">
        <w:rPr>
          <w:sz w:val="20"/>
          <w:szCs w:val="20"/>
        </w:rPr>
        <w:t>.</w:t>
      </w:r>
    </w:p>
    <w:p w14:paraId="16C2B64A" w14:textId="77777777" w:rsidR="00827A42" w:rsidRPr="00827A42" w:rsidRDefault="00827A42" w:rsidP="00827A42">
      <w:pPr>
        <w:pStyle w:val="Heading2"/>
        <w:spacing w:line="240" w:lineRule="auto"/>
        <w:rPr>
          <w:sz w:val="20"/>
          <w:szCs w:val="20"/>
        </w:rPr>
      </w:pPr>
      <w:r w:rsidRPr="00827A42">
        <w:rPr>
          <w:rFonts w:cs="Shruti"/>
          <w:sz w:val="20"/>
          <w:szCs w:val="20"/>
          <w:cs/>
          <w:lang w:bidi="gu-IN"/>
        </w:rPr>
        <w:t>૨</w:t>
      </w:r>
      <w:r w:rsidRPr="00827A42">
        <w:rPr>
          <w:sz w:val="20"/>
          <w:szCs w:val="20"/>
        </w:rPr>
        <w:t xml:space="preserve">. </w:t>
      </w:r>
      <w:r w:rsidRPr="00827A42">
        <w:rPr>
          <w:rFonts w:cs="Shruti"/>
          <w:sz w:val="20"/>
          <w:szCs w:val="20"/>
          <w:cs/>
          <w:lang w:bidi="gu-IN"/>
        </w:rPr>
        <w:t>વાંચન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પ્રવૃત્તિઓનું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સંકલન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પત્રક</w:t>
      </w:r>
      <w:r w:rsidRPr="00827A42">
        <w:rPr>
          <w:sz w:val="20"/>
          <w:szCs w:val="20"/>
        </w:rPr>
        <w:t>:</w:t>
      </w: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534"/>
        <w:gridCol w:w="3786"/>
        <w:gridCol w:w="2160"/>
        <w:gridCol w:w="2984"/>
      </w:tblGrid>
      <w:tr w:rsidR="00827A42" w:rsidRPr="00827A42" w14:paraId="538D6C66" w14:textId="77777777" w:rsidTr="00827A42">
        <w:tc>
          <w:tcPr>
            <w:tcW w:w="534" w:type="dxa"/>
          </w:tcPr>
          <w:p w14:paraId="46D7F8B1" w14:textId="77777777" w:rsidR="00827A42" w:rsidRPr="00827A42" w:rsidRDefault="00827A42" w:rsidP="00827A42">
            <w:pPr>
              <w:rPr>
                <w:sz w:val="20"/>
                <w:szCs w:val="20"/>
              </w:rPr>
            </w:pPr>
            <w:r w:rsidRPr="00827A42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ક્રમ</w:t>
            </w:r>
          </w:p>
        </w:tc>
        <w:tc>
          <w:tcPr>
            <w:tcW w:w="3786" w:type="dxa"/>
          </w:tcPr>
          <w:p w14:paraId="666C86E6" w14:textId="77777777" w:rsidR="00827A42" w:rsidRPr="00827A42" w:rsidRDefault="00827A42" w:rsidP="00827A42">
            <w:pPr>
              <w:rPr>
                <w:sz w:val="20"/>
                <w:szCs w:val="20"/>
              </w:rPr>
            </w:pPr>
            <w:r w:rsidRPr="00827A42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પુસ્તકાલય</w:t>
            </w:r>
            <w:r w:rsidRPr="00827A42">
              <w:rPr>
                <w:b/>
                <w:sz w:val="20"/>
                <w:szCs w:val="20"/>
              </w:rPr>
              <w:t xml:space="preserve"> / </w:t>
            </w:r>
            <w:r w:rsidRPr="00827A42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વાંચન</w:t>
            </w:r>
            <w:r w:rsidRPr="00827A42">
              <w:rPr>
                <w:b/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પ્રવૃત્તિ</w:t>
            </w:r>
          </w:p>
        </w:tc>
        <w:tc>
          <w:tcPr>
            <w:tcW w:w="2160" w:type="dxa"/>
          </w:tcPr>
          <w:p w14:paraId="6C801545" w14:textId="77777777" w:rsidR="00827A42" w:rsidRPr="00827A42" w:rsidRDefault="00827A42" w:rsidP="00827A42">
            <w:pPr>
              <w:rPr>
                <w:sz w:val="20"/>
                <w:szCs w:val="20"/>
              </w:rPr>
            </w:pPr>
            <w:r w:rsidRPr="00827A42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ભાગ</w:t>
            </w:r>
            <w:r w:rsidRPr="00827A42">
              <w:rPr>
                <w:b/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લેનાર</w:t>
            </w:r>
            <w:r w:rsidRPr="00827A42">
              <w:rPr>
                <w:b/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ધોરણ</w:t>
            </w:r>
          </w:p>
        </w:tc>
        <w:tc>
          <w:tcPr>
            <w:tcW w:w="2984" w:type="dxa"/>
          </w:tcPr>
          <w:p w14:paraId="08BCF19B" w14:textId="77777777" w:rsidR="00827A42" w:rsidRPr="00827A42" w:rsidRDefault="00827A42" w:rsidP="00827A42">
            <w:pPr>
              <w:rPr>
                <w:sz w:val="20"/>
                <w:szCs w:val="20"/>
              </w:rPr>
            </w:pPr>
            <w:r w:rsidRPr="00827A42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આયોજનનો</w:t>
            </w:r>
            <w:r w:rsidRPr="00827A42">
              <w:rPr>
                <w:b/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સમય</w:t>
            </w:r>
            <w:r w:rsidRPr="00827A42">
              <w:rPr>
                <w:b/>
                <w:sz w:val="20"/>
                <w:szCs w:val="20"/>
              </w:rPr>
              <w:t xml:space="preserve"> / </w:t>
            </w:r>
            <w:r w:rsidRPr="00827A42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આવૃત્તિ</w:t>
            </w:r>
          </w:p>
        </w:tc>
      </w:tr>
      <w:tr w:rsidR="00827A42" w:rsidRPr="00827A42" w14:paraId="3CB478F1" w14:textId="77777777" w:rsidTr="00827A42">
        <w:tc>
          <w:tcPr>
            <w:tcW w:w="534" w:type="dxa"/>
          </w:tcPr>
          <w:p w14:paraId="73845B85" w14:textId="77777777" w:rsidR="00827A42" w:rsidRPr="00827A42" w:rsidRDefault="00827A42" w:rsidP="00827A42">
            <w:pPr>
              <w:rPr>
                <w:sz w:val="20"/>
                <w:szCs w:val="20"/>
              </w:rPr>
            </w:pP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૧</w:t>
            </w:r>
          </w:p>
        </w:tc>
        <w:tc>
          <w:tcPr>
            <w:tcW w:w="3786" w:type="dxa"/>
          </w:tcPr>
          <w:p w14:paraId="37B7EEAF" w14:textId="77777777" w:rsidR="00827A42" w:rsidRPr="00827A42" w:rsidRDefault="00827A42" w:rsidP="00827A42">
            <w:pPr>
              <w:rPr>
                <w:sz w:val="20"/>
                <w:szCs w:val="20"/>
              </w:rPr>
            </w:pP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સાપ્તાહિક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પુસ્તકાલય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તાસ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પુસ્તક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ઇશ્યુ</w:t>
            </w:r>
          </w:p>
        </w:tc>
        <w:tc>
          <w:tcPr>
            <w:tcW w:w="2160" w:type="dxa"/>
          </w:tcPr>
          <w:p w14:paraId="264C82AC" w14:textId="77777777" w:rsidR="00827A42" w:rsidRPr="00827A42" w:rsidRDefault="00827A42" w:rsidP="00827A42">
            <w:pPr>
              <w:rPr>
                <w:sz w:val="20"/>
                <w:szCs w:val="20"/>
              </w:rPr>
            </w:pP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૧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થી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૮</w:t>
            </w:r>
          </w:p>
        </w:tc>
        <w:tc>
          <w:tcPr>
            <w:tcW w:w="2984" w:type="dxa"/>
          </w:tcPr>
          <w:p w14:paraId="603DC4D1" w14:textId="77777777" w:rsidR="00827A42" w:rsidRPr="00827A42" w:rsidRDefault="00827A42" w:rsidP="00827A42">
            <w:pPr>
              <w:rPr>
                <w:sz w:val="20"/>
                <w:szCs w:val="20"/>
              </w:rPr>
            </w:pP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દર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અઠવાડિયે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નિયમિત</w:t>
            </w:r>
          </w:p>
        </w:tc>
      </w:tr>
      <w:tr w:rsidR="00827A42" w:rsidRPr="00827A42" w14:paraId="5662C7E9" w14:textId="77777777" w:rsidTr="00827A42">
        <w:tc>
          <w:tcPr>
            <w:tcW w:w="534" w:type="dxa"/>
          </w:tcPr>
          <w:p w14:paraId="7290886B" w14:textId="77777777" w:rsidR="00827A42" w:rsidRPr="00827A42" w:rsidRDefault="00827A42" w:rsidP="00827A42">
            <w:pPr>
              <w:rPr>
                <w:sz w:val="20"/>
                <w:szCs w:val="20"/>
              </w:rPr>
            </w:pP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૨</w:t>
            </w:r>
          </w:p>
        </w:tc>
        <w:tc>
          <w:tcPr>
            <w:tcW w:w="3786" w:type="dxa"/>
          </w:tcPr>
          <w:p w14:paraId="2DCE6D07" w14:textId="77777777" w:rsidR="00827A42" w:rsidRPr="00827A42" w:rsidRDefault="00827A42" w:rsidP="00827A42">
            <w:pPr>
              <w:rPr>
                <w:sz w:val="20"/>
                <w:szCs w:val="20"/>
              </w:rPr>
            </w:pP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મોટેથી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વાંચન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અર્થગ્રહણ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સત્ર</w:t>
            </w:r>
          </w:p>
        </w:tc>
        <w:tc>
          <w:tcPr>
            <w:tcW w:w="2160" w:type="dxa"/>
          </w:tcPr>
          <w:p w14:paraId="63397EA2" w14:textId="77777777" w:rsidR="00827A42" w:rsidRPr="00827A42" w:rsidRDefault="00827A42" w:rsidP="00827A42">
            <w:pPr>
              <w:rPr>
                <w:sz w:val="20"/>
                <w:szCs w:val="20"/>
              </w:rPr>
            </w:pP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૧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થી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૫</w:t>
            </w:r>
          </w:p>
        </w:tc>
        <w:tc>
          <w:tcPr>
            <w:tcW w:w="2984" w:type="dxa"/>
          </w:tcPr>
          <w:p w14:paraId="2FBBE591" w14:textId="77777777" w:rsidR="00827A42" w:rsidRPr="00827A42" w:rsidRDefault="00827A42" w:rsidP="00827A42">
            <w:pPr>
              <w:rPr>
                <w:sz w:val="20"/>
                <w:szCs w:val="20"/>
              </w:rPr>
            </w:pP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દૈનિક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શૈક્ષણિક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કાર્યમાં</w:t>
            </w:r>
          </w:p>
        </w:tc>
      </w:tr>
      <w:tr w:rsidR="00827A42" w:rsidRPr="00827A42" w14:paraId="305A1D37" w14:textId="77777777" w:rsidTr="00827A42">
        <w:tc>
          <w:tcPr>
            <w:tcW w:w="534" w:type="dxa"/>
          </w:tcPr>
          <w:p w14:paraId="269C267D" w14:textId="77777777" w:rsidR="00827A42" w:rsidRPr="00827A42" w:rsidRDefault="00827A42" w:rsidP="00827A42">
            <w:pPr>
              <w:rPr>
                <w:sz w:val="20"/>
                <w:szCs w:val="20"/>
              </w:rPr>
            </w:pP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૩</w:t>
            </w:r>
          </w:p>
        </w:tc>
        <w:tc>
          <w:tcPr>
            <w:tcW w:w="3786" w:type="dxa"/>
          </w:tcPr>
          <w:p w14:paraId="4F7D5204" w14:textId="77777777" w:rsidR="00827A42" w:rsidRPr="00827A42" w:rsidRDefault="00827A42" w:rsidP="00827A42">
            <w:pPr>
              <w:rPr>
                <w:sz w:val="20"/>
                <w:szCs w:val="20"/>
              </w:rPr>
            </w:pP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વાર્તા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કથન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પુસ્તક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સમીક્ષા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પ્રવૃત્તિ</w:t>
            </w:r>
          </w:p>
        </w:tc>
        <w:tc>
          <w:tcPr>
            <w:tcW w:w="2160" w:type="dxa"/>
          </w:tcPr>
          <w:p w14:paraId="15C03DAB" w14:textId="77777777" w:rsidR="00827A42" w:rsidRPr="00827A42" w:rsidRDefault="00827A42" w:rsidP="00827A42">
            <w:pPr>
              <w:rPr>
                <w:sz w:val="20"/>
                <w:szCs w:val="20"/>
              </w:rPr>
            </w:pP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૬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થી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૮</w:t>
            </w:r>
          </w:p>
        </w:tc>
        <w:tc>
          <w:tcPr>
            <w:tcW w:w="2984" w:type="dxa"/>
          </w:tcPr>
          <w:p w14:paraId="0B0A9746" w14:textId="77777777" w:rsidR="00827A42" w:rsidRPr="00827A42" w:rsidRDefault="00827A42" w:rsidP="00827A42">
            <w:pPr>
              <w:rPr>
                <w:sz w:val="20"/>
                <w:szCs w:val="20"/>
              </w:rPr>
            </w:pP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માસિક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ધોરણે</w:t>
            </w:r>
          </w:p>
        </w:tc>
      </w:tr>
      <w:tr w:rsidR="00827A42" w:rsidRPr="00827A42" w14:paraId="156DBA2D" w14:textId="77777777" w:rsidTr="00827A42">
        <w:tc>
          <w:tcPr>
            <w:tcW w:w="534" w:type="dxa"/>
          </w:tcPr>
          <w:p w14:paraId="0C1F9715" w14:textId="77777777" w:rsidR="00827A42" w:rsidRPr="00827A42" w:rsidRDefault="00827A42" w:rsidP="00827A42">
            <w:pPr>
              <w:rPr>
                <w:sz w:val="20"/>
                <w:szCs w:val="20"/>
              </w:rPr>
            </w:pP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૪</w:t>
            </w:r>
          </w:p>
        </w:tc>
        <w:tc>
          <w:tcPr>
            <w:tcW w:w="3786" w:type="dxa"/>
          </w:tcPr>
          <w:p w14:paraId="32F3BAC6" w14:textId="77777777" w:rsidR="00827A42" w:rsidRPr="00827A42" w:rsidRDefault="00827A42" w:rsidP="00827A42">
            <w:pPr>
              <w:rPr>
                <w:sz w:val="20"/>
                <w:szCs w:val="20"/>
              </w:rPr>
            </w:pP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શાળા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કક્ષાની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સુંદર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વાંચન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સ્પર્ધા</w:t>
            </w:r>
          </w:p>
        </w:tc>
        <w:tc>
          <w:tcPr>
            <w:tcW w:w="2160" w:type="dxa"/>
          </w:tcPr>
          <w:p w14:paraId="4B5115F8" w14:textId="77777777" w:rsidR="00827A42" w:rsidRPr="00827A42" w:rsidRDefault="00827A42" w:rsidP="00827A42">
            <w:pPr>
              <w:rPr>
                <w:sz w:val="20"/>
                <w:szCs w:val="20"/>
              </w:rPr>
            </w:pP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સમસ્ત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વિદ્યાર્થીઓ</w:t>
            </w:r>
          </w:p>
        </w:tc>
        <w:tc>
          <w:tcPr>
            <w:tcW w:w="2984" w:type="dxa"/>
          </w:tcPr>
          <w:p w14:paraId="00C4B559" w14:textId="77777777" w:rsidR="00827A42" w:rsidRPr="00827A42" w:rsidRDefault="00827A42" w:rsidP="00827A42">
            <w:pPr>
              <w:rPr>
                <w:sz w:val="20"/>
                <w:szCs w:val="20"/>
              </w:rPr>
            </w:pP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વાર્ષિક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સત્ર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દરમિયાન</w:t>
            </w:r>
          </w:p>
        </w:tc>
      </w:tr>
    </w:tbl>
    <w:p w14:paraId="2D8C1596" w14:textId="77777777" w:rsidR="00827A42" w:rsidRPr="00827A42" w:rsidRDefault="00827A42" w:rsidP="00827A42">
      <w:pPr>
        <w:spacing w:after="0" w:line="240" w:lineRule="auto"/>
        <w:rPr>
          <w:sz w:val="20"/>
          <w:szCs w:val="20"/>
        </w:rPr>
      </w:pPr>
      <w:r w:rsidRPr="00827A42">
        <w:rPr>
          <w:rFonts w:cs="Shruti"/>
          <w:b/>
          <w:bCs/>
          <w:sz w:val="20"/>
          <w:szCs w:val="20"/>
          <w:cs/>
          <w:lang w:bidi="gu-IN"/>
        </w:rPr>
        <w:t>નિષ્કર્ષ</w:t>
      </w:r>
      <w:r w:rsidRPr="00827A42">
        <w:rPr>
          <w:b/>
          <w:sz w:val="20"/>
          <w:szCs w:val="20"/>
        </w:rPr>
        <w:t xml:space="preserve">: </w:t>
      </w:r>
      <w:r w:rsidRPr="00827A42">
        <w:rPr>
          <w:rFonts w:cs="Shruti"/>
          <w:b/>
          <w:bCs/>
          <w:sz w:val="20"/>
          <w:szCs w:val="20"/>
          <w:cs/>
          <w:lang w:bidi="gu-IN"/>
        </w:rPr>
        <w:t>પુસ્તકાલય</w:t>
      </w:r>
      <w:r w:rsidRPr="00827A42">
        <w:rPr>
          <w:b/>
          <w:sz w:val="20"/>
          <w:szCs w:val="20"/>
        </w:rPr>
        <w:t xml:space="preserve"> </w:t>
      </w:r>
      <w:r w:rsidRPr="00827A42">
        <w:rPr>
          <w:rFonts w:cs="Shruti"/>
          <w:b/>
          <w:bCs/>
          <w:sz w:val="20"/>
          <w:szCs w:val="20"/>
          <w:cs/>
          <w:lang w:bidi="gu-IN"/>
        </w:rPr>
        <w:t>અને</w:t>
      </w:r>
      <w:r w:rsidRPr="00827A42">
        <w:rPr>
          <w:b/>
          <w:sz w:val="20"/>
          <w:szCs w:val="20"/>
        </w:rPr>
        <w:t xml:space="preserve"> </w:t>
      </w:r>
      <w:r w:rsidRPr="00827A42">
        <w:rPr>
          <w:rFonts w:cs="Shruti"/>
          <w:b/>
          <w:bCs/>
          <w:sz w:val="20"/>
          <w:szCs w:val="20"/>
          <w:cs/>
          <w:lang w:bidi="gu-IN"/>
        </w:rPr>
        <w:t>વાંચન</w:t>
      </w:r>
      <w:r w:rsidRPr="00827A42">
        <w:rPr>
          <w:b/>
          <w:sz w:val="20"/>
          <w:szCs w:val="20"/>
        </w:rPr>
        <w:t xml:space="preserve"> </w:t>
      </w:r>
      <w:r w:rsidRPr="00827A42">
        <w:rPr>
          <w:rFonts w:cs="Shruti"/>
          <w:b/>
          <w:bCs/>
          <w:sz w:val="20"/>
          <w:szCs w:val="20"/>
          <w:cs/>
          <w:lang w:bidi="gu-IN"/>
        </w:rPr>
        <w:t>સંવર્ધનની</w:t>
      </w:r>
      <w:r w:rsidRPr="00827A42">
        <w:rPr>
          <w:b/>
          <w:sz w:val="20"/>
          <w:szCs w:val="20"/>
        </w:rPr>
        <w:t xml:space="preserve"> </w:t>
      </w:r>
      <w:r w:rsidRPr="00827A42">
        <w:rPr>
          <w:rFonts w:cs="Shruti"/>
          <w:b/>
          <w:bCs/>
          <w:sz w:val="20"/>
          <w:szCs w:val="20"/>
          <w:cs/>
          <w:lang w:bidi="gu-IN"/>
        </w:rPr>
        <w:t>આ</w:t>
      </w:r>
      <w:r w:rsidRPr="00827A42">
        <w:rPr>
          <w:b/>
          <w:sz w:val="20"/>
          <w:szCs w:val="20"/>
        </w:rPr>
        <w:t xml:space="preserve"> </w:t>
      </w:r>
      <w:r w:rsidRPr="00827A42">
        <w:rPr>
          <w:rFonts w:cs="Shruti"/>
          <w:b/>
          <w:bCs/>
          <w:sz w:val="20"/>
          <w:szCs w:val="20"/>
          <w:cs/>
          <w:lang w:bidi="gu-IN"/>
        </w:rPr>
        <w:t>પ્રવૃત્તિઓના</w:t>
      </w:r>
      <w:r w:rsidRPr="00827A42">
        <w:rPr>
          <w:b/>
          <w:sz w:val="20"/>
          <w:szCs w:val="20"/>
        </w:rPr>
        <w:t xml:space="preserve"> </w:t>
      </w:r>
      <w:r w:rsidRPr="00827A42">
        <w:rPr>
          <w:rFonts w:cs="Shruti"/>
          <w:b/>
          <w:bCs/>
          <w:sz w:val="20"/>
          <w:szCs w:val="20"/>
          <w:cs/>
          <w:lang w:bidi="gu-IN"/>
        </w:rPr>
        <w:t>કારણે</w:t>
      </w:r>
      <w:r w:rsidRPr="00827A42">
        <w:rPr>
          <w:b/>
          <w:sz w:val="20"/>
          <w:szCs w:val="20"/>
        </w:rPr>
        <w:t xml:space="preserve"> </w:t>
      </w:r>
      <w:r w:rsidRPr="00827A42">
        <w:rPr>
          <w:rFonts w:cs="Shruti"/>
          <w:b/>
          <w:bCs/>
          <w:sz w:val="20"/>
          <w:szCs w:val="20"/>
          <w:cs/>
          <w:lang w:bidi="gu-IN"/>
        </w:rPr>
        <w:t>વિદ્યાર્થીઓમાં</w:t>
      </w:r>
      <w:r w:rsidRPr="00827A42">
        <w:rPr>
          <w:b/>
          <w:sz w:val="20"/>
          <w:szCs w:val="20"/>
        </w:rPr>
        <w:t xml:space="preserve"> </w:t>
      </w:r>
      <w:r w:rsidRPr="00827A42">
        <w:rPr>
          <w:rFonts w:cs="Shruti"/>
          <w:b/>
          <w:bCs/>
          <w:sz w:val="20"/>
          <w:szCs w:val="20"/>
          <w:cs/>
          <w:lang w:bidi="gu-IN"/>
        </w:rPr>
        <w:t>પુસ્તકો</w:t>
      </w:r>
      <w:r w:rsidRPr="00827A42">
        <w:rPr>
          <w:b/>
          <w:sz w:val="20"/>
          <w:szCs w:val="20"/>
        </w:rPr>
        <w:t xml:space="preserve"> </w:t>
      </w:r>
      <w:r w:rsidRPr="00827A42">
        <w:rPr>
          <w:rFonts w:cs="Shruti"/>
          <w:b/>
          <w:bCs/>
          <w:sz w:val="20"/>
          <w:szCs w:val="20"/>
          <w:cs/>
          <w:lang w:bidi="gu-IN"/>
        </w:rPr>
        <w:t>પ્રત્યેનો</w:t>
      </w:r>
      <w:r w:rsidRPr="00827A42">
        <w:rPr>
          <w:b/>
          <w:sz w:val="20"/>
          <w:szCs w:val="20"/>
        </w:rPr>
        <w:t xml:space="preserve"> </w:t>
      </w:r>
      <w:r w:rsidRPr="00827A42">
        <w:rPr>
          <w:rFonts w:cs="Shruti"/>
          <w:b/>
          <w:bCs/>
          <w:sz w:val="20"/>
          <w:szCs w:val="20"/>
          <w:cs/>
          <w:lang w:bidi="gu-IN"/>
        </w:rPr>
        <w:t>પ્રેમ</w:t>
      </w:r>
      <w:r w:rsidRPr="00827A42">
        <w:rPr>
          <w:b/>
          <w:sz w:val="20"/>
          <w:szCs w:val="20"/>
        </w:rPr>
        <w:t xml:space="preserve"> </w:t>
      </w:r>
      <w:r w:rsidRPr="00827A42">
        <w:rPr>
          <w:rFonts w:cs="Shruti"/>
          <w:b/>
          <w:bCs/>
          <w:sz w:val="20"/>
          <w:szCs w:val="20"/>
          <w:cs/>
          <w:lang w:bidi="gu-IN"/>
        </w:rPr>
        <w:t>વધ્યો</w:t>
      </w:r>
      <w:r w:rsidRPr="00827A42">
        <w:rPr>
          <w:b/>
          <w:sz w:val="20"/>
          <w:szCs w:val="20"/>
        </w:rPr>
        <w:t xml:space="preserve"> </w:t>
      </w:r>
      <w:r w:rsidRPr="00827A42">
        <w:rPr>
          <w:rFonts w:cs="Shruti"/>
          <w:b/>
          <w:bCs/>
          <w:sz w:val="20"/>
          <w:szCs w:val="20"/>
          <w:cs/>
          <w:lang w:bidi="gu-IN"/>
        </w:rPr>
        <w:t>છે</w:t>
      </w:r>
      <w:r w:rsidRPr="00827A42">
        <w:rPr>
          <w:b/>
          <w:sz w:val="20"/>
          <w:szCs w:val="20"/>
        </w:rPr>
        <w:t xml:space="preserve">, </w:t>
      </w:r>
      <w:r w:rsidRPr="00827A42">
        <w:rPr>
          <w:rFonts w:cs="Shruti"/>
          <w:b/>
          <w:bCs/>
          <w:sz w:val="20"/>
          <w:szCs w:val="20"/>
          <w:cs/>
          <w:lang w:bidi="gu-IN"/>
        </w:rPr>
        <w:t>શબ્દભંડોળ</w:t>
      </w:r>
      <w:r w:rsidRPr="00827A42">
        <w:rPr>
          <w:b/>
          <w:sz w:val="20"/>
          <w:szCs w:val="20"/>
        </w:rPr>
        <w:t xml:space="preserve"> </w:t>
      </w:r>
      <w:r w:rsidRPr="00827A42">
        <w:rPr>
          <w:rFonts w:cs="Shruti"/>
          <w:b/>
          <w:bCs/>
          <w:sz w:val="20"/>
          <w:szCs w:val="20"/>
          <w:cs/>
          <w:lang w:bidi="gu-IN"/>
        </w:rPr>
        <w:t>સમૃદ્ધ</w:t>
      </w:r>
      <w:r w:rsidRPr="00827A42">
        <w:rPr>
          <w:b/>
          <w:sz w:val="20"/>
          <w:szCs w:val="20"/>
        </w:rPr>
        <w:t xml:space="preserve"> </w:t>
      </w:r>
      <w:r w:rsidRPr="00827A42">
        <w:rPr>
          <w:rFonts w:cs="Shruti"/>
          <w:b/>
          <w:bCs/>
          <w:sz w:val="20"/>
          <w:szCs w:val="20"/>
          <w:cs/>
          <w:lang w:bidi="gu-IN"/>
        </w:rPr>
        <w:t>બન્યું</w:t>
      </w:r>
      <w:r w:rsidRPr="00827A42">
        <w:rPr>
          <w:b/>
          <w:sz w:val="20"/>
          <w:szCs w:val="20"/>
        </w:rPr>
        <w:t xml:space="preserve"> </w:t>
      </w:r>
      <w:r w:rsidRPr="00827A42">
        <w:rPr>
          <w:rFonts w:cs="Shruti"/>
          <w:b/>
          <w:bCs/>
          <w:sz w:val="20"/>
          <w:szCs w:val="20"/>
          <w:cs/>
          <w:lang w:bidi="gu-IN"/>
        </w:rPr>
        <w:t>છે</w:t>
      </w:r>
      <w:r w:rsidRPr="00827A42">
        <w:rPr>
          <w:b/>
          <w:sz w:val="20"/>
          <w:szCs w:val="20"/>
        </w:rPr>
        <w:t xml:space="preserve"> </w:t>
      </w:r>
      <w:r w:rsidRPr="00827A42">
        <w:rPr>
          <w:rFonts w:cs="Shruti"/>
          <w:b/>
          <w:bCs/>
          <w:sz w:val="20"/>
          <w:szCs w:val="20"/>
          <w:cs/>
          <w:lang w:bidi="gu-IN"/>
        </w:rPr>
        <w:t>અને</w:t>
      </w:r>
      <w:r w:rsidRPr="00827A42">
        <w:rPr>
          <w:b/>
          <w:sz w:val="20"/>
          <w:szCs w:val="20"/>
        </w:rPr>
        <w:t xml:space="preserve"> </w:t>
      </w:r>
      <w:r w:rsidRPr="00827A42">
        <w:rPr>
          <w:rFonts w:cs="Shruti"/>
          <w:b/>
          <w:bCs/>
          <w:sz w:val="20"/>
          <w:szCs w:val="20"/>
          <w:cs/>
          <w:lang w:bidi="gu-IN"/>
        </w:rPr>
        <w:t>શૈક્ષણિક</w:t>
      </w:r>
      <w:r w:rsidRPr="00827A42">
        <w:rPr>
          <w:b/>
          <w:sz w:val="20"/>
          <w:szCs w:val="20"/>
        </w:rPr>
        <w:t xml:space="preserve"> </w:t>
      </w:r>
      <w:r w:rsidRPr="00827A42">
        <w:rPr>
          <w:rFonts w:cs="Shruti"/>
          <w:b/>
          <w:bCs/>
          <w:sz w:val="20"/>
          <w:szCs w:val="20"/>
          <w:cs/>
          <w:lang w:bidi="gu-IN"/>
        </w:rPr>
        <w:t>પરિણામોમાં</w:t>
      </w:r>
      <w:r w:rsidRPr="00827A42">
        <w:rPr>
          <w:b/>
          <w:sz w:val="20"/>
          <w:szCs w:val="20"/>
        </w:rPr>
        <w:t xml:space="preserve"> </w:t>
      </w:r>
      <w:r w:rsidRPr="00827A42">
        <w:rPr>
          <w:rFonts w:cs="Shruti"/>
          <w:b/>
          <w:bCs/>
          <w:sz w:val="20"/>
          <w:szCs w:val="20"/>
          <w:cs/>
          <w:lang w:bidi="gu-IN"/>
        </w:rPr>
        <w:t>સંતોષકારક</w:t>
      </w:r>
      <w:r w:rsidRPr="00827A42">
        <w:rPr>
          <w:b/>
          <w:sz w:val="20"/>
          <w:szCs w:val="20"/>
        </w:rPr>
        <w:t xml:space="preserve"> </w:t>
      </w:r>
      <w:r w:rsidRPr="00827A42">
        <w:rPr>
          <w:rFonts w:cs="Shruti"/>
          <w:b/>
          <w:bCs/>
          <w:sz w:val="20"/>
          <w:szCs w:val="20"/>
          <w:cs/>
          <w:lang w:bidi="gu-IN"/>
        </w:rPr>
        <w:t>સુધારો</w:t>
      </w:r>
      <w:r w:rsidRPr="00827A42">
        <w:rPr>
          <w:b/>
          <w:sz w:val="20"/>
          <w:szCs w:val="20"/>
        </w:rPr>
        <w:t xml:space="preserve"> </w:t>
      </w:r>
      <w:r w:rsidRPr="00827A42">
        <w:rPr>
          <w:rFonts w:cs="Shruti"/>
          <w:b/>
          <w:bCs/>
          <w:sz w:val="20"/>
          <w:szCs w:val="20"/>
          <w:cs/>
          <w:lang w:bidi="gu-IN"/>
        </w:rPr>
        <w:t>જોવા</w:t>
      </w:r>
      <w:r w:rsidRPr="00827A42">
        <w:rPr>
          <w:b/>
          <w:sz w:val="20"/>
          <w:szCs w:val="20"/>
        </w:rPr>
        <w:t xml:space="preserve"> </w:t>
      </w:r>
      <w:r w:rsidRPr="00827A42">
        <w:rPr>
          <w:rFonts w:cs="Shruti"/>
          <w:b/>
          <w:bCs/>
          <w:sz w:val="20"/>
          <w:szCs w:val="20"/>
          <w:cs/>
          <w:lang w:bidi="gu-IN"/>
        </w:rPr>
        <w:t>મળ્યો</w:t>
      </w:r>
      <w:r w:rsidRPr="00827A42">
        <w:rPr>
          <w:b/>
          <w:sz w:val="20"/>
          <w:szCs w:val="20"/>
        </w:rPr>
        <w:t xml:space="preserve"> </w:t>
      </w:r>
      <w:r w:rsidRPr="00827A42">
        <w:rPr>
          <w:rFonts w:cs="Shruti"/>
          <w:b/>
          <w:bCs/>
          <w:sz w:val="20"/>
          <w:szCs w:val="20"/>
          <w:cs/>
          <w:lang w:bidi="gu-IN"/>
        </w:rPr>
        <w:t>છે</w:t>
      </w:r>
      <w:r w:rsidRPr="00827A42">
        <w:rPr>
          <w:b/>
          <w:sz w:val="20"/>
          <w:szCs w:val="20"/>
        </w:rPr>
        <w:t>.</w:t>
      </w:r>
    </w:p>
    <w:p w14:paraId="7224D42C" w14:textId="77777777" w:rsidR="00827A42" w:rsidRPr="00827A42" w:rsidRDefault="00827A42" w:rsidP="00827A42">
      <w:pPr>
        <w:spacing w:after="0" w:line="240" w:lineRule="auto"/>
        <w:rPr>
          <w:sz w:val="20"/>
          <w:szCs w:val="20"/>
        </w:rPr>
      </w:pPr>
      <w:r w:rsidRPr="00827A42">
        <w:rPr>
          <w:sz w:val="20"/>
          <w:szCs w:val="20"/>
        </w:rP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827A42" w:rsidRPr="00827A42" w14:paraId="2E383C79" w14:textId="77777777" w:rsidTr="00016805">
        <w:tc>
          <w:tcPr>
            <w:tcW w:w="4320" w:type="dxa"/>
          </w:tcPr>
          <w:p w14:paraId="09EC98C8" w14:textId="77777777" w:rsidR="00827A42" w:rsidRPr="00827A42" w:rsidRDefault="00827A42" w:rsidP="00827A42">
            <w:pPr>
              <w:spacing w:after="0" w:line="240" w:lineRule="auto"/>
              <w:rPr>
                <w:sz w:val="20"/>
                <w:szCs w:val="20"/>
              </w:rPr>
            </w:pP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પુસ્તકાલય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ઇન્ચાર્જ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શિક્ષકની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સહી</w:t>
            </w:r>
            <w:r w:rsidRPr="00827A42">
              <w:rPr>
                <w:sz w:val="20"/>
                <w:szCs w:val="20"/>
              </w:rPr>
              <w:br/>
            </w:r>
            <w:r w:rsidRPr="00827A42">
              <w:rPr>
                <w:sz w:val="20"/>
                <w:szCs w:val="20"/>
              </w:rPr>
              <w:br/>
              <w:t>______________________</w:t>
            </w:r>
          </w:p>
        </w:tc>
        <w:tc>
          <w:tcPr>
            <w:tcW w:w="4320" w:type="dxa"/>
          </w:tcPr>
          <w:p w14:paraId="54ADE508" w14:textId="6021F23A" w:rsidR="00827A42" w:rsidRPr="00F56B31" w:rsidRDefault="00827A42" w:rsidP="00827A42">
            <w:pPr>
              <w:spacing w:after="0" w:line="240" w:lineRule="auto"/>
              <w:jc w:val="right"/>
              <w:rPr>
                <w:rFonts w:cs="Shruti"/>
                <w:sz w:val="20"/>
                <w:szCs w:val="20"/>
              </w:rPr>
            </w:pP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આચાર્યશ્રીની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સહી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સિક્કો</w:t>
            </w:r>
            <w:r w:rsidRPr="00827A42">
              <w:rPr>
                <w:sz w:val="20"/>
                <w:szCs w:val="20"/>
              </w:rPr>
              <w:br/>
            </w:r>
            <w:r w:rsidRPr="00827A42">
              <w:rPr>
                <w:sz w:val="20"/>
                <w:szCs w:val="20"/>
              </w:rPr>
              <w:br/>
              <w:t>______________________</w:t>
            </w:r>
            <w:r w:rsidRPr="00827A42">
              <w:rPr>
                <w:sz w:val="20"/>
                <w:szCs w:val="20"/>
              </w:rPr>
              <w:br/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સ્થળ</w:t>
            </w:r>
            <w:r w:rsidRPr="00827A42">
              <w:rPr>
                <w:sz w:val="20"/>
                <w:szCs w:val="20"/>
              </w:rPr>
              <w:t>:</w:t>
            </w:r>
            <w:r w:rsidR="00F56B31">
              <w:rPr>
                <w:rFonts w:cs="Shruti" w:hint="cs"/>
                <w:cs/>
                <w:lang w:bidi="gu-IN"/>
              </w:rPr>
              <w:t xml:space="preserve"> </w:t>
            </w:r>
            <w:r w:rsidR="008E13CA">
              <w:rPr>
                <w:rFonts w:cs="Shruti" w:hint="cs"/>
                <w:cs/>
                <w:lang w:bidi="gu-IN"/>
              </w:rPr>
              <w:t xml:space="preserve">ઢાંકણ્રીયાવાસ પ્રાથમિક શાળા </w:t>
            </w:r>
          </w:p>
        </w:tc>
      </w:tr>
    </w:tbl>
    <w:p w14:paraId="3E74BC42" w14:textId="77777777" w:rsidR="00827A42" w:rsidRPr="00827A42" w:rsidRDefault="00827A42" w:rsidP="00827A42">
      <w:pPr>
        <w:spacing w:after="0" w:line="240" w:lineRule="auto"/>
        <w:rPr>
          <w:sz w:val="20"/>
          <w:szCs w:val="20"/>
        </w:rPr>
      </w:pPr>
    </w:p>
    <w:p w14:paraId="1F6702B3" w14:textId="77777777" w:rsidR="00827A42" w:rsidRDefault="00827A42" w:rsidP="00827A42">
      <w:pPr>
        <w:tabs>
          <w:tab w:val="left" w:pos="2835"/>
        </w:tabs>
        <w:spacing w:after="0" w:line="240" w:lineRule="auto"/>
        <w:jc w:val="center"/>
        <w:rPr>
          <w:rFonts w:cs="Shruti"/>
          <w:bCs/>
          <w:sz w:val="20"/>
          <w:szCs w:val="20"/>
          <w:u w:val="single"/>
          <w:lang w:bidi="gu-IN"/>
        </w:rPr>
      </w:pPr>
    </w:p>
    <w:p w14:paraId="4DDF54E2" w14:textId="77777777" w:rsidR="00827A42" w:rsidRDefault="00827A42" w:rsidP="00827A42">
      <w:pPr>
        <w:tabs>
          <w:tab w:val="left" w:pos="2835"/>
        </w:tabs>
        <w:spacing w:after="0" w:line="240" w:lineRule="auto"/>
        <w:jc w:val="center"/>
        <w:rPr>
          <w:rFonts w:cs="Shruti"/>
          <w:bCs/>
          <w:sz w:val="20"/>
          <w:szCs w:val="20"/>
          <w:u w:val="single"/>
          <w:lang w:bidi="gu-IN"/>
        </w:rPr>
      </w:pPr>
    </w:p>
    <w:p w14:paraId="0BC8435D" w14:textId="77777777" w:rsidR="00827A42" w:rsidRDefault="00827A42" w:rsidP="00827A42">
      <w:pPr>
        <w:tabs>
          <w:tab w:val="left" w:pos="2835"/>
        </w:tabs>
        <w:spacing w:after="0" w:line="240" w:lineRule="auto"/>
        <w:jc w:val="center"/>
        <w:rPr>
          <w:rFonts w:cs="Shruti"/>
          <w:bCs/>
          <w:sz w:val="20"/>
          <w:szCs w:val="20"/>
          <w:u w:val="single"/>
          <w:lang w:bidi="gu-IN"/>
        </w:rPr>
      </w:pPr>
    </w:p>
    <w:p w14:paraId="6B8ACCB9" w14:textId="232105DC" w:rsidR="00FB2C88" w:rsidRDefault="002546D1" w:rsidP="00521B9B">
      <w:pPr>
        <w:spacing w:after="0" w:line="240" w:lineRule="auto"/>
        <w:rPr>
          <w:rFonts w:cs="Shruti"/>
          <w:b/>
          <w:u w:val="single"/>
          <w:lang w:val="en-IN" w:bidi="gu-IN"/>
        </w:rPr>
      </w:pPr>
      <w:r>
        <w:rPr>
          <w:rFonts w:cs="Shruti" w:hint="cs"/>
          <w:sz w:val="28"/>
          <w:szCs w:val="28"/>
          <w:u w:val="single"/>
          <w:cs/>
          <w:lang w:bidi="gu-IN"/>
        </w:rPr>
        <w:t>ઢાંકણ્રીયાવાસ પ્રાથમિક શાળા તા- લાખણી જિલ્લો - વાવ-થરાદ ડાયસ કોડ: 24021300207</w:t>
      </w:r>
    </w:p>
    <w:p w14:paraId="7A10B361" w14:textId="204E010B" w:rsidR="00827A42" w:rsidRPr="00827A42" w:rsidRDefault="00827A42" w:rsidP="00827A42">
      <w:pPr>
        <w:tabs>
          <w:tab w:val="left" w:pos="2835"/>
        </w:tabs>
        <w:spacing w:after="0" w:line="240" w:lineRule="auto"/>
        <w:jc w:val="center"/>
        <w:rPr>
          <w:rFonts w:cs="Shruti"/>
          <w:b/>
          <w:u w:val="single"/>
          <w:lang w:bidi="gu-IN"/>
        </w:rPr>
      </w:pPr>
      <w:r>
        <w:rPr>
          <w:b/>
        </w:rPr>
        <w:br/>
      </w:r>
    </w:p>
    <w:p w14:paraId="6DBE7F0E" w14:textId="77777777" w:rsidR="00827A42" w:rsidRDefault="00827A42" w:rsidP="00827A42">
      <w:pPr>
        <w:pStyle w:val="Heading1"/>
      </w:pPr>
      <w:r>
        <w:rPr>
          <w:rFonts w:cs="Shruti"/>
          <w:cs/>
          <w:lang w:bidi="gu-IN"/>
        </w:rPr>
        <w:t>વિદ્યાર્થીઓની</w:t>
      </w:r>
      <w:r>
        <w:t xml:space="preserve"> </w:t>
      </w:r>
      <w:r>
        <w:rPr>
          <w:rFonts w:cs="Shruti"/>
          <w:cs/>
          <w:lang w:bidi="gu-IN"/>
        </w:rPr>
        <w:t>વ્યક્તિગત</w:t>
      </w:r>
      <w:r>
        <w:t xml:space="preserve"> </w:t>
      </w:r>
      <w:r>
        <w:rPr>
          <w:rFonts w:cs="Shruti"/>
          <w:cs/>
          <w:lang w:bidi="gu-IN"/>
        </w:rPr>
        <w:t>સ્વચ્છતા</w:t>
      </w:r>
      <w:r>
        <w:t xml:space="preserve"> (Personal Hygiene) </w:t>
      </w:r>
      <w:r>
        <w:rPr>
          <w:rFonts w:cs="Shruti"/>
          <w:cs/>
          <w:lang w:bidi="gu-IN"/>
        </w:rPr>
        <w:t>ની</w:t>
      </w:r>
      <w:r>
        <w:t xml:space="preserve"> </w:t>
      </w:r>
      <w:r>
        <w:rPr>
          <w:rFonts w:cs="Shruti"/>
          <w:cs/>
          <w:lang w:bidi="gu-IN"/>
        </w:rPr>
        <w:t>કેળવણી</w:t>
      </w:r>
      <w:r>
        <w:t xml:space="preserve"> </w:t>
      </w:r>
      <w:r>
        <w:rPr>
          <w:rFonts w:cs="Shruti"/>
          <w:cs/>
          <w:lang w:bidi="gu-IN"/>
        </w:rPr>
        <w:t>માટેના</w:t>
      </w:r>
      <w:r>
        <w:t xml:space="preserve"> </w:t>
      </w:r>
      <w:r>
        <w:rPr>
          <w:rFonts w:cs="Shruti"/>
          <w:cs/>
          <w:lang w:bidi="gu-IN"/>
        </w:rPr>
        <w:t>શાળાના</w:t>
      </w:r>
      <w:r>
        <w:t xml:space="preserve"> </w:t>
      </w:r>
      <w:r>
        <w:rPr>
          <w:rFonts w:cs="Shruti"/>
          <w:cs/>
          <w:lang w:bidi="gu-IN"/>
        </w:rPr>
        <w:t>પ્રયાસોનો</w:t>
      </w:r>
      <w:r>
        <w:t xml:space="preserve"> </w:t>
      </w:r>
      <w:r>
        <w:rPr>
          <w:rFonts w:cs="Shruti"/>
          <w:cs/>
          <w:lang w:bidi="gu-IN"/>
        </w:rPr>
        <w:t>અહેવાલ</w:t>
      </w:r>
      <w:r>
        <w:br/>
      </w:r>
      <w:r>
        <w:rPr>
          <w:rFonts w:cs="Shruti"/>
          <w:cs/>
          <w:lang w:bidi="gu-IN"/>
        </w:rPr>
        <w:t>પ્રસ્તાવના</w:t>
      </w:r>
      <w:r>
        <w:t>:</w:t>
      </w:r>
    </w:p>
    <w:p w14:paraId="401D2ECD" w14:textId="3F7921AB" w:rsidR="00827A42" w:rsidRPr="00827A42" w:rsidRDefault="00827A42" w:rsidP="00827A42">
      <w:pPr>
        <w:spacing w:after="0" w:line="240" w:lineRule="auto"/>
        <w:rPr>
          <w:rFonts w:cs="Shruti"/>
          <w:sz w:val="20"/>
          <w:szCs w:val="20"/>
          <w:lang w:bidi="gu-IN"/>
        </w:rPr>
      </w:pPr>
      <w:r w:rsidRPr="00827A42">
        <w:rPr>
          <w:rFonts w:cs="Shruti"/>
          <w:sz w:val="20"/>
          <w:szCs w:val="20"/>
          <w:cs/>
          <w:lang w:bidi="gu-IN"/>
        </w:rPr>
        <w:t>સ્વાસ્થ્ય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એ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જ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સંપત્તિ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છે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અને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ઉત્તમ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સ્વાસ્થ્ય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માટે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વ્યક્તિગત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સ્વચ્છતા</w:t>
      </w:r>
      <w:r w:rsidRPr="00827A42">
        <w:rPr>
          <w:sz w:val="20"/>
          <w:szCs w:val="20"/>
        </w:rPr>
        <w:t xml:space="preserve"> (Personal Hygiene) </w:t>
      </w:r>
      <w:r w:rsidRPr="00827A42">
        <w:rPr>
          <w:rFonts w:cs="Shruti"/>
          <w:sz w:val="20"/>
          <w:szCs w:val="20"/>
          <w:cs/>
          <w:lang w:bidi="gu-IN"/>
        </w:rPr>
        <w:t>અત્યંત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આવશ્યક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છે</w:t>
      </w:r>
      <w:r w:rsidRPr="00827A42">
        <w:rPr>
          <w:sz w:val="20"/>
          <w:szCs w:val="20"/>
        </w:rPr>
        <w:t xml:space="preserve">. </w:t>
      </w:r>
      <w:r w:rsidRPr="00827A42">
        <w:rPr>
          <w:rFonts w:cs="Shruti"/>
          <w:sz w:val="20"/>
          <w:szCs w:val="20"/>
          <w:cs/>
          <w:lang w:bidi="gu-IN"/>
        </w:rPr>
        <w:t>ગુણોત્સવ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૨</w:t>
      </w:r>
      <w:r w:rsidRPr="00827A42">
        <w:rPr>
          <w:sz w:val="20"/>
          <w:szCs w:val="20"/>
        </w:rPr>
        <w:t>.</w:t>
      </w:r>
      <w:r w:rsidRPr="00827A42">
        <w:rPr>
          <w:rFonts w:cs="Shruti"/>
          <w:sz w:val="20"/>
          <w:szCs w:val="20"/>
          <w:cs/>
          <w:lang w:bidi="gu-IN"/>
        </w:rPr>
        <w:t>૦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ના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માપદંડો</w:t>
      </w:r>
      <w:r w:rsidRPr="00827A42">
        <w:rPr>
          <w:sz w:val="20"/>
          <w:szCs w:val="20"/>
        </w:rPr>
        <w:t xml:space="preserve">, </w:t>
      </w:r>
      <w:r w:rsidRPr="00827A42">
        <w:rPr>
          <w:rFonts w:cs="Shruti"/>
          <w:sz w:val="20"/>
          <w:szCs w:val="20"/>
          <w:cs/>
          <w:lang w:bidi="gu-IN"/>
        </w:rPr>
        <w:t>સ્વચ્છ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ભારત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અભિયાન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અને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શાળા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આરોગ્ય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કાર્યક્રમ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અંતર્ગત</w:t>
      </w:r>
      <w:r w:rsidRPr="00827A42">
        <w:rPr>
          <w:sz w:val="20"/>
          <w:szCs w:val="20"/>
        </w:rPr>
        <w:t xml:space="preserve"> </w:t>
      </w:r>
      <w:r w:rsidR="008E13CA">
        <w:rPr>
          <w:rFonts w:cs="Shruti" w:hint="cs"/>
          <w:sz w:val="20"/>
          <w:szCs w:val="20"/>
          <w:cs/>
          <w:lang w:bidi="gu-IN"/>
        </w:rPr>
        <w:t xml:space="preserve">ઢાંકણ્રીયાવાસ પ્રાથમિક શાળા </w:t>
      </w:r>
      <w:r w:rsidRPr="00827A42">
        <w:rPr>
          <w:rFonts w:cs="Shruti"/>
          <w:sz w:val="20"/>
          <w:szCs w:val="20"/>
          <w:cs/>
          <w:lang w:bidi="gu-IN"/>
        </w:rPr>
        <w:t>માં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વિદ્યાર્થીઓમાં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સ્વચ્છતાની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આદતો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કેળવવા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માટે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વિવિધ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પ્રવૃત્તિઓ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અને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માર્ગદર્શન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આપવામાં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આવે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છે</w:t>
      </w:r>
      <w:r w:rsidRPr="00827A42">
        <w:rPr>
          <w:sz w:val="20"/>
          <w:szCs w:val="20"/>
        </w:rPr>
        <w:t xml:space="preserve">. </w:t>
      </w:r>
      <w:r w:rsidRPr="00827A42">
        <w:rPr>
          <w:rFonts w:cs="Shruti"/>
          <w:sz w:val="20"/>
          <w:szCs w:val="20"/>
          <w:cs/>
          <w:lang w:bidi="gu-IN"/>
        </w:rPr>
        <w:t>જેનો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અહેવાલ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નીચે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મુજબ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છે</w:t>
      </w:r>
      <w:r w:rsidRPr="00827A42">
        <w:rPr>
          <w:sz w:val="20"/>
          <w:szCs w:val="20"/>
        </w:rPr>
        <w:t>:</w:t>
      </w:r>
    </w:p>
    <w:p w14:paraId="3A994BE9" w14:textId="77777777" w:rsidR="00827A42" w:rsidRPr="00827A42" w:rsidRDefault="00827A42" w:rsidP="00827A42">
      <w:pPr>
        <w:pStyle w:val="Heading2"/>
        <w:spacing w:line="240" w:lineRule="auto"/>
        <w:rPr>
          <w:sz w:val="20"/>
          <w:szCs w:val="20"/>
        </w:rPr>
      </w:pPr>
      <w:r w:rsidRPr="00827A42">
        <w:rPr>
          <w:rFonts w:cs="Shruti"/>
          <w:sz w:val="20"/>
          <w:szCs w:val="20"/>
          <w:cs/>
          <w:lang w:bidi="gu-IN"/>
        </w:rPr>
        <w:t>૧</w:t>
      </w:r>
      <w:r w:rsidRPr="00827A42">
        <w:rPr>
          <w:sz w:val="20"/>
          <w:szCs w:val="20"/>
        </w:rPr>
        <w:t xml:space="preserve">. </w:t>
      </w:r>
      <w:r w:rsidRPr="00827A42">
        <w:rPr>
          <w:rFonts w:cs="Shruti"/>
          <w:sz w:val="20"/>
          <w:szCs w:val="20"/>
          <w:cs/>
          <w:lang w:bidi="gu-IN"/>
        </w:rPr>
        <w:t>વ્યક્તિગત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સ્વચ્છતા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કેળવણી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માટે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શાળા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દ્વારા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થતા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પ્રયાસો</w:t>
      </w:r>
      <w:r w:rsidRPr="00827A42">
        <w:rPr>
          <w:sz w:val="20"/>
          <w:szCs w:val="20"/>
        </w:rPr>
        <w:t>:</w:t>
      </w:r>
    </w:p>
    <w:p w14:paraId="2601F087" w14:textId="77777777" w:rsidR="00827A42" w:rsidRPr="00827A42" w:rsidRDefault="00827A42" w:rsidP="00827A42">
      <w:pPr>
        <w:pStyle w:val="ListBullet"/>
        <w:spacing w:after="0" w:line="240" w:lineRule="auto"/>
        <w:rPr>
          <w:sz w:val="20"/>
          <w:szCs w:val="20"/>
        </w:rPr>
      </w:pPr>
      <w:r w:rsidRPr="00827A42">
        <w:rPr>
          <w:rFonts w:cs="Shruti"/>
          <w:sz w:val="20"/>
          <w:szCs w:val="20"/>
          <w:cs/>
          <w:lang w:bidi="gu-IN"/>
        </w:rPr>
        <w:t>દૈનિક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સ્વચ્છતા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ચકાસણી</w:t>
      </w:r>
      <w:r w:rsidRPr="00827A42">
        <w:rPr>
          <w:sz w:val="20"/>
          <w:szCs w:val="20"/>
        </w:rPr>
        <w:t xml:space="preserve"> (Daily Inspection): </w:t>
      </w:r>
      <w:r w:rsidRPr="00827A42">
        <w:rPr>
          <w:rFonts w:cs="Shruti"/>
          <w:sz w:val="20"/>
          <w:szCs w:val="20"/>
          <w:cs/>
          <w:lang w:bidi="gu-IN"/>
        </w:rPr>
        <w:t>શાળા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પ્રવેશે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દરરોજ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શિક્ષકો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દ્વારા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વિદ્યાર્થીઓના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નખ</w:t>
      </w:r>
      <w:r w:rsidRPr="00827A42">
        <w:rPr>
          <w:sz w:val="20"/>
          <w:szCs w:val="20"/>
        </w:rPr>
        <w:t xml:space="preserve">, </w:t>
      </w:r>
      <w:r w:rsidRPr="00827A42">
        <w:rPr>
          <w:rFonts w:cs="Shruti"/>
          <w:sz w:val="20"/>
          <w:szCs w:val="20"/>
          <w:cs/>
          <w:lang w:bidi="gu-IN"/>
        </w:rPr>
        <w:t>વાળ</w:t>
      </w:r>
      <w:r w:rsidRPr="00827A42">
        <w:rPr>
          <w:sz w:val="20"/>
          <w:szCs w:val="20"/>
        </w:rPr>
        <w:t xml:space="preserve">, </w:t>
      </w:r>
      <w:r w:rsidRPr="00827A42">
        <w:rPr>
          <w:rFonts w:cs="Shruti"/>
          <w:sz w:val="20"/>
          <w:szCs w:val="20"/>
          <w:cs/>
          <w:lang w:bidi="gu-IN"/>
        </w:rPr>
        <w:t>ગણવેશ</w:t>
      </w:r>
      <w:r w:rsidRPr="00827A42">
        <w:rPr>
          <w:sz w:val="20"/>
          <w:szCs w:val="20"/>
        </w:rPr>
        <w:t xml:space="preserve"> (Uniform), </w:t>
      </w:r>
      <w:r w:rsidRPr="00827A42">
        <w:rPr>
          <w:rFonts w:cs="Shruti"/>
          <w:sz w:val="20"/>
          <w:szCs w:val="20"/>
          <w:cs/>
          <w:lang w:bidi="gu-IN"/>
        </w:rPr>
        <w:t>દાંત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અને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હાથની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સફાઈની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નિયમિત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ચકાસણી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કરવામાં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આવે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છે</w:t>
      </w:r>
      <w:r w:rsidRPr="00827A42">
        <w:rPr>
          <w:sz w:val="20"/>
          <w:szCs w:val="20"/>
        </w:rPr>
        <w:t>.</w:t>
      </w:r>
    </w:p>
    <w:p w14:paraId="33753E70" w14:textId="77777777" w:rsidR="00827A42" w:rsidRPr="00827A42" w:rsidRDefault="00827A42" w:rsidP="00827A42">
      <w:pPr>
        <w:pStyle w:val="ListBullet"/>
        <w:spacing w:after="0" w:line="240" w:lineRule="auto"/>
        <w:rPr>
          <w:sz w:val="20"/>
          <w:szCs w:val="20"/>
        </w:rPr>
      </w:pPr>
      <w:r w:rsidRPr="00827A42">
        <w:rPr>
          <w:rFonts w:cs="Shruti"/>
          <w:sz w:val="20"/>
          <w:szCs w:val="20"/>
          <w:cs/>
          <w:lang w:bidi="gu-IN"/>
        </w:rPr>
        <w:t>હાથ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ધોવાની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સાચી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પદ્ધતિ</w:t>
      </w:r>
      <w:r w:rsidRPr="00827A42">
        <w:rPr>
          <w:sz w:val="20"/>
          <w:szCs w:val="20"/>
        </w:rPr>
        <w:t xml:space="preserve"> (Handwashing Practice): </w:t>
      </w:r>
      <w:r w:rsidRPr="00827A42">
        <w:rPr>
          <w:rFonts w:cs="Shruti"/>
          <w:sz w:val="20"/>
          <w:szCs w:val="20"/>
          <w:cs/>
          <w:lang w:bidi="gu-IN"/>
        </w:rPr>
        <w:t>મધ્યાહ્ન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ભોજન</w:t>
      </w:r>
      <w:r w:rsidRPr="00827A42">
        <w:rPr>
          <w:sz w:val="20"/>
          <w:szCs w:val="20"/>
        </w:rPr>
        <w:t xml:space="preserve"> (MDM) </w:t>
      </w:r>
      <w:r w:rsidRPr="00827A42">
        <w:rPr>
          <w:rFonts w:cs="Shruti"/>
          <w:sz w:val="20"/>
          <w:szCs w:val="20"/>
          <w:cs/>
          <w:lang w:bidi="gu-IN"/>
        </w:rPr>
        <w:t>પહેલાં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અને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શૌચાલયનો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ઉપયોગ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કર્યા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પછી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સાબુથી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ઓછામાં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૨૦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સેકન્ડ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સુધી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હાથ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ધોવાની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ટેવ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વિદ્યાર્થીઓમાં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પાડવામાં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આવે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છે</w:t>
      </w:r>
      <w:r w:rsidRPr="00827A42">
        <w:rPr>
          <w:sz w:val="20"/>
          <w:szCs w:val="20"/>
        </w:rPr>
        <w:t>.</w:t>
      </w:r>
    </w:p>
    <w:p w14:paraId="33E92EE6" w14:textId="77777777" w:rsidR="00827A42" w:rsidRPr="00827A42" w:rsidRDefault="00827A42" w:rsidP="00827A42">
      <w:pPr>
        <w:pStyle w:val="ListBullet"/>
        <w:spacing w:after="0" w:line="240" w:lineRule="auto"/>
        <w:rPr>
          <w:sz w:val="20"/>
          <w:szCs w:val="20"/>
        </w:rPr>
      </w:pPr>
      <w:r w:rsidRPr="00827A42">
        <w:rPr>
          <w:rFonts w:cs="Shruti"/>
          <w:sz w:val="20"/>
          <w:szCs w:val="20"/>
          <w:cs/>
          <w:lang w:bidi="gu-IN"/>
        </w:rPr>
        <w:t>હાથ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ધોવાની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સાચી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પદ્ધતિ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અને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આરોગ્ય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માર્ગદર્શન</w:t>
      </w:r>
      <w:r w:rsidRPr="00827A42">
        <w:rPr>
          <w:sz w:val="20"/>
          <w:szCs w:val="20"/>
        </w:rPr>
        <w:t xml:space="preserve">: </w:t>
      </w:r>
      <w:r w:rsidRPr="00827A42">
        <w:rPr>
          <w:rFonts w:cs="Shruti"/>
          <w:sz w:val="20"/>
          <w:szCs w:val="20"/>
          <w:cs/>
          <w:lang w:bidi="gu-IN"/>
        </w:rPr>
        <w:t>આરોગ્ય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વિભાગ</w:t>
      </w:r>
      <w:r w:rsidRPr="00827A42">
        <w:rPr>
          <w:sz w:val="20"/>
          <w:szCs w:val="20"/>
        </w:rPr>
        <w:t xml:space="preserve"> (RBSK) </w:t>
      </w:r>
      <w:r w:rsidRPr="00827A42">
        <w:rPr>
          <w:rFonts w:cs="Shruti"/>
          <w:sz w:val="20"/>
          <w:szCs w:val="20"/>
          <w:cs/>
          <w:lang w:bidi="gu-IN"/>
        </w:rPr>
        <w:t>ના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સહયોગથી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પીએચસી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ટીમ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દ્વારા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વ્યક્તિગત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હાઇજીન</w:t>
      </w:r>
      <w:r w:rsidRPr="00827A42">
        <w:rPr>
          <w:sz w:val="20"/>
          <w:szCs w:val="20"/>
        </w:rPr>
        <w:t xml:space="preserve">, </w:t>
      </w:r>
      <w:r w:rsidRPr="00827A42">
        <w:rPr>
          <w:rFonts w:cs="Shruti"/>
          <w:sz w:val="20"/>
          <w:szCs w:val="20"/>
          <w:cs/>
          <w:lang w:bidi="gu-IN"/>
        </w:rPr>
        <w:t>માસિક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ધર્મ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સ્વચ્છતા</w:t>
      </w:r>
      <w:r w:rsidRPr="00827A42">
        <w:rPr>
          <w:sz w:val="20"/>
          <w:szCs w:val="20"/>
        </w:rPr>
        <w:t xml:space="preserve"> (MHM) </w:t>
      </w:r>
      <w:r w:rsidRPr="00827A42">
        <w:rPr>
          <w:rFonts w:cs="Shruti"/>
          <w:sz w:val="20"/>
          <w:szCs w:val="20"/>
          <w:cs/>
          <w:lang w:bidi="gu-IN"/>
        </w:rPr>
        <w:t>અને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આરોગ્ય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રક્ષણ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વિશે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માર્ગદર્શન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સત્રો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યોજાય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છે</w:t>
      </w:r>
      <w:r w:rsidRPr="00827A42">
        <w:rPr>
          <w:sz w:val="20"/>
          <w:szCs w:val="20"/>
        </w:rPr>
        <w:t>.</w:t>
      </w:r>
    </w:p>
    <w:p w14:paraId="13B8E9BA" w14:textId="77777777" w:rsidR="00827A42" w:rsidRPr="00827A42" w:rsidRDefault="00827A42" w:rsidP="00827A42">
      <w:pPr>
        <w:pStyle w:val="ListBullet"/>
        <w:spacing w:after="0" w:line="240" w:lineRule="auto"/>
        <w:rPr>
          <w:sz w:val="20"/>
          <w:szCs w:val="20"/>
        </w:rPr>
      </w:pPr>
      <w:r w:rsidRPr="00827A42">
        <w:rPr>
          <w:rFonts w:cs="Shruti"/>
          <w:sz w:val="20"/>
          <w:szCs w:val="20"/>
          <w:cs/>
          <w:lang w:bidi="gu-IN"/>
        </w:rPr>
        <w:t>શૌચાલય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અને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પરિસરની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સફાઈ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જાગૃતિ</w:t>
      </w:r>
      <w:r w:rsidRPr="00827A42">
        <w:rPr>
          <w:sz w:val="20"/>
          <w:szCs w:val="20"/>
        </w:rPr>
        <w:t xml:space="preserve">: </w:t>
      </w:r>
      <w:r w:rsidRPr="00827A42">
        <w:rPr>
          <w:rFonts w:cs="Shruti"/>
          <w:sz w:val="20"/>
          <w:szCs w:val="20"/>
          <w:cs/>
          <w:lang w:bidi="gu-IN"/>
        </w:rPr>
        <w:t>વિદ્યાર્થીઓમાં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શાળાના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શૌચાલય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અને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પીવાના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પાણીની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જગ્યાએ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સ્વચ્છતા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જાળવવાની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આદત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વિકસાવવા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માટે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વિશેષ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સૂચનાઓ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અને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નિરીક્ષણ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રાખવામાં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આવે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છે</w:t>
      </w:r>
      <w:r w:rsidRPr="00827A42">
        <w:rPr>
          <w:sz w:val="20"/>
          <w:szCs w:val="20"/>
        </w:rPr>
        <w:t>.</w:t>
      </w:r>
    </w:p>
    <w:p w14:paraId="37EB3294" w14:textId="77777777" w:rsidR="00827A42" w:rsidRPr="00827A42" w:rsidRDefault="00827A42" w:rsidP="00827A42">
      <w:pPr>
        <w:pStyle w:val="Heading2"/>
        <w:spacing w:line="240" w:lineRule="auto"/>
        <w:rPr>
          <w:sz w:val="20"/>
          <w:szCs w:val="20"/>
        </w:rPr>
      </w:pPr>
      <w:r w:rsidRPr="00827A42">
        <w:rPr>
          <w:rFonts w:cs="Shruti"/>
          <w:sz w:val="20"/>
          <w:szCs w:val="20"/>
          <w:cs/>
          <w:lang w:bidi="gu-IN"/>
        </w:rPr>
        <w:t>૨</w:t>
      </w:r>
      <w:r w:rsidRPr="00827A42">
        <w:rPr>
          <w:sz w:val="20"/>
          <w:szCs w:val="20"/>
        </w:rPr>
        <w:t xml:space="preserve">. </w:t>
      </w:r>
      <w:r w:rsidRPr="00827A42">
        <w:rPr>
          <w:rFonts w:cs="Shruti"/>
          <w:sz w:val="20"/>
          <w:szCs w:val="20"/>
          <w:cs/>
          <w:lang w:bidi="gu-IN"/>
        </w:rPr>
        <w:t>સ્વચ્છતા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પ્રવૃત્તિઓનું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સંકલન</w:t>
      </w:r>
      <w:r w:rsidRPr="00827A42">
        <w:rPr>
          <w:sz w:val="20"/>
          <w:szCs w:val="20"/>
        </w:rPr>
        <w:t xml:space="preserve"> </w:t>
      </w:r>
      <w:r w:rsidRPr="00827A42">
        <w:rPr>
          <w:rFonts w:cs="Shruti"/>
          <w:sz w:val="20"/>
          <w:szCs w:val="20"/>
          <w:cs/>
          <w:lang w:bidi="gu-IN"/>
        </w:rPr>
        <w:t>પત્રક</w:t>
      </w:r>
      <w:r w:rsidRPr="00827A42">
        <w:rPr>
          <w:sz w:val="20"/>
          <w:szCs w:val="20"/>
        </w:rPr>
        <w:t>:</w:t>
      </w:r>
    </w:p>
    <w:tbl>
      <w:tblPr>
        <w:tblStyle w:val="TableGrid"/>
        <w:tblW w:w="9180" w:type="dxa"/>
        <w:tblLook w:val="04A0" w:firstRow="1" w:lastRow="0" w:firstColumn="1" w:lastColumn="0" w:noHBand="0" w:noVBand="1"/>
      </w:tblPr>
      <w:tblGrid>
        <w:gridCol w:w="534"/>
        <w:gridCol w:w="3786"/>
        <w:gridCol w:w="2160"/>
        <w:gridCol w:w="2700"/>
      </w:tblGrid>
      <w:tr w:rsidR="00827A42" w:rsidRPr="00827A42" w14:paraId="5E469F71" w14:textId="77777777" w:rsidTr="00827A42">
        <w:tc>
          <w:tcPr>
            <w:tcW w:w="534" w:type="dxa"/>
          </w:tcPr>
          <w:p w14:paraId="55001F79" w14:textId="77777777" w:rsidR="00827A42" w:rsidRPr="00827A42" w:rsidRDefault="00827A42" w:rsidP="00827A42">
            <w:pPr>
              <w:jc w:val="center"/>
              <w:rPr>
                <w:sz w:val="20"/>
                <w:szCs w:val="20"/>
              </w:rPr>
            </w:pPr>
            <w:r w:rsidRPr="00827A42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ક્રમ</w:t>
            </w:r>
          </w:p>
        </w:tc>
        <w:tc>
          <w:tcPr>
            <w:tcW w:w="3786" w:type="dxa"/>
          </w:tcPr>
          <w:p w14:paraId="00C43848" w14:textId="77777777" w:rsidR="00827A42" w:rsidRPr="00827A42" w:rsidRDefault="00827A42" w:rsidP="00827A42">
            <w:pPr>
              <w:jc w:val="center"/>
              <w:rPr>
                <w:sz w:val="20"/>
                <w:szCs w:val="20"/>
              </w:rPr>
            </w:pPr>
            <w:r w:rsidRPr="00827A42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સ્વચ્છતા</w:t>
            </w:r>
            <w:r w:rsidRPr="00827A42">
              <w:rPr>
                <w:b/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પ્રવૃત્તિ</w:t>
            </w:r>
            <w:r w:rsidRPr="00827A42">
              <w:rPr>
                <w:b/>
                <w:sz w:val="20"/>
                <w:szCs w:val="20"/>
              </w:rPr>
              <w:t xml:space="preserve"> / </w:t>
            </w:r>
            <w:r w:rsidRPr="00827A42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કાર્યક્રમ</w:t>
            </w:r>
          </w:p>
        </w:tc>
        <w:tc>
          <w:tcPr>
            <w:tcW w:w="2160" w:type="dxa"/>
          </w:tcPr>
          <w:p w14:paraId="02AFD509" w14:textId="77777777" w:rsidR="00827A42" w:rsidRPr="00827A42" w:rsidRDefault="00827A42" w:rsidP="00827A42">
            <w:pPr>
              <w:jc w:val="center"/>
              <w:rPr>
                <w:sz w:val="20"/>
                <w:szCs w:val="20"/>
              </w:rPr>
            </w:pPr>
            <w:r w:rsidRPr="00827A42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ભાગ</w:t>
            </w:r>
            <w:r w:rsidRPr="00827A42">
              <w:rPr>
                <w:b/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લેનાર</w:t>
            </w:r>
          </w:p>
        </w:tc>
        <w:tc>
          <w:tcPr>
            <w:tcW w:w="2700" w:type="dxa"/>
          </w:tcPr>
          <w:p w14:paraId="2E8C7A90" w14:textId="77777777" w:rsidR="00827A42" w:rsidRPr="00827A42" w:rsidRDefault="00827A42" w:rsidP="00827A42">
            <w:pPr>
              <w:jc w:val="center"/>
              <w:rPr>
                <w:sz w:val="20"/>
                <w:szCs w:val="20"/>
              </w:rPr>
            </w:pPr>
            <w:r w:rsidRPr="00827A42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આયોજનનો</w:t>
            </w:r>
            <w:r w:rsidRPr="00827A42">
              <w:rPr>
                <w:b/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સમય</w:t>
            </w:r>
            <w:r w:rsidRPr="00827A42">
              <w:rPr>
                <w:b/>
                <w:sz w:val="20"/>
                <w:szCs w:val="20"/>
              </w:rPr>
              <w:t xml:space="preserve"> / </w:t>
            </w:r>
            <w:r w:rsidRPr="00827A42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આવૃત્તિ</w:t>
            </w:r>
          </w:p>
        </w:tc>
      </w:tr>
      <w:tr w:rsidR="00827A42" w:rsidRPr="00827A42" w14:paraId="77E14A44" w14:textId="77777777" w:rsidTr="00827A42">
        <w:tc>
          <w:tcPr>
            <w:tcW w:w="534" w:type="dxa"/>
          </w:tcPr>
          <w:p w14:paraId="565F9B49" w14:textId="77777777" w:rsidR="00827A42" w:rsidRPr="00827A42" w:rsidRDefault="00827A42" w:rsidP="00827A42">
            <w:pPr>
              <w:rPr>
                <w:sz w:val="20"/>
                <w:szCs w:val="20"/>
              </w:rPr>
            </w:pP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૧</w:t>
            </w:r>
          </w:p>
        </w:tc>
        <w:tc>
          <w:tcPr>
            <w:tcW w:w="3786" w:type="dxa"/>
          </w:tcPr>
          <w:p w14:paraId="2CD530F6" w14:textId="77777777" w:rsidR="00827A42" w:rsidRPr="00827A42" w:rsidRDefault="00827A42" w:rsidP="00827A42">
            <w:pPr>
              <w:rPr>
                <w:sz w:val="20"/>
                <w:szCs w:val="20"/>
              </w:rPr>
            </w:pP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દૈનિક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નખ</w:t>
            </w:r>
            <w:r w:rsidRPr="00827A42">
              <w:rPr>
                <w:sz w:val="20"/>
                <w:szCs w:val="20"/>
              </w:rPr>
              <w:t xml:space="preserve">,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વાળ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ગણવેશ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ચકાસણી</w:t>
            </w:r>
          </w:p>
        </w:tc>
        <w:tc>
          <w:tcPr>
            <w:tcW w:w="2160" w:type="dxa"/>
          </w:tcPr>
          <w:p w14:paraId="09C4275C" w14:textId="77777777" w:rsidR="00827A42" w:rsidRPr="00827A42" w:rsidRDefault="00827A42" w:rsidP="00827A42">
            <w:pPr>
              <w:rPr>
                <w:sz w:val="20"/>
                <w:szCs w:val="20"/>
              </w:rPr>
            </w:pP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૧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થી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૮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ના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વિદ્યાર્થીઓ</w:t>
            </w:r>
          </w:p>
        </w:tc>
        <w:tc>
          <w:tcPr>
            <w:tcW w:w="2700" w:type="dxa"/>
          </w:tcPr>
          <w:p w14:paraId="4526ADAB" w14:textId="77777777" w:rsidR="00827A42" w:rsidRPr="00827A42" w:rsidRDefault="00827A42" w:rsidP="00827A42">
            <w:pPr>
              <w:rPr>
                <w:sz w:val="20"/>
                <w:szCs w:val="20"/>
              </w:rPr>
            </w:pP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રોજ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સવારે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પ્રાર્થના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સમયે</w:t>
            </w:r>
          </w:p>
        </w:tc>
      </w:tr>
      <w:tr w:rsidR="00827A42" w:rsidRPr="00827A42" w14:paraId="6358BA01" w14:textId="77777777" w:rsidTr="00827A42">
        <w:tc>
          <w:tcPr>
            <w:tcW w:w="534" w:type="dxa"/>
          </w:tcPr>
          <w:p w14:paraId="18EB080B" w14:textId="77777777" w:rsidR="00827A42" w:rsidRPr="00827A42" w:rsidRDefault="00827A42" w:rsidP="00827A42">
            <w:pPr>
              <w:rPr>
                <w:sz w:val="20"/>
                <w:szCs w:val="20"/>
              </w:rPr>
            </w:pP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૨</w:t>
            </w:r>
          </w:p>
        </w:tc>
        <w:tc>
          <w:tcPr>
            <w:tcW w:w="3786" w:type="dxa"/>
          </w:tcPr>
          <w:p w14:paraId="0BA052DC" w14:textId="77777777" w:rsidR="00827A42" w:rsidRPr="00827A42" w:rsidRDefault="00827A42" w:rsidP="00827A42">
            <w:pPr>
              <w:rPr>
                <w:sz w:val="20"/>
                <w:szCs w:val="20"/>
              </w:rPr>
            </w:pP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સાબુથી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હાથ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ધોવાની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ટેવ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અભિયાન</w:t>
            </w:r>
          </w:p>
        </w:tc>
        <w:tc>
          <w:tcPr>
            <w:tcW w:w="2160" w:type="dxa"/>
          </w:tcPr>
          <w:p w14:paraId="209772A1" w14:textId="77777777" w:rsidR="00827A42" w:rsidRPr="00827A42" w:rsidRDefault="00827A42" w:rsidP="00827A42">
            <w:pPr>
              <w:rPr>
                <w:sz w:val="20"/>
                <w:szCs w:val="20"/>
              </w:rPr>
            </w:pP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સમસ્ત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વિદ્યાર્થીઓ</w:t>
            </w:r>
          </w:p>
        </w:tc>
        <w:tc>
          <w:tcPr>
            <w:tcW w:w="2700" w:type="dxa"/>
          </w:tcPr>
          <w:p w14:paraId="6D154082" w14:textId="77777777" w:rsidR="00827A42" w:rsidRPr="00827A42" w:rsidRDefault="00827A42" w:rsidP="00827A42">
            <w:pPr>
              <w:rPr>
                <w:sz w:val="20"/>
                <w:szCs w:val="20"/>
              </w:rPr>
            </w:pP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મધ્યાહ્ન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ભોજન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સમયે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દૈનિક</w:t>
            </w:r>
          </w:p>
        </w:tc>
      </w:tr>
      <w:tr w:rsidR="00827A42" w:rsidRPr="00827A42" w14:paraId="73534A9E" w14:textId="77777777" w:rsidTr="00827A42">
        <w:tc>
          <w:tcPr>
            <w:tcW w:w="534" w:type="dxa"/>
          </w:tcPr>
          <w:p w14:paraId="5DE49F17" w14:textId="77777777" w:rsidR="00827A42" w:rsidRPr="00827A42" w:rsidRDefault="00827A42" w:rsidP="00827A42">
            <w:pPr>
              <w:rPr>
                <w:sz w:val="20"/>
                <w:szCs w:val="20"/>
              </w:rPr>
            </w:pP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૩</w:t>
            </w:r>
          </w:p>
        </w:tc>
        <w:tc>
          <w:tcPr>
            <w:tcW w:w="3786" w:type="dxa"/>
          </w:tcPr>
          <w:p w14:paraId="26B81052" w14:textId="77777777" w:rsidR="00827A42" w:rsidRPr="00827A42" w:rsidRDefault="00827A42" w:rsidP="00827A42">
            <w:pPr>
              <w:rPr>
                <w:sz w:val="20"/>
                <w:szCs w:val="20"/>
              </w:rPr>
            </w:pP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આરોગ્ય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વ્યક્તિગત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સ્વચ્છતા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માર્ગદર્શન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સત્ર</w:t>
            </w:r>
          </w:p>
        </w:tc>
        <w:tc>
          <w:tcPr>
            <w:tcW w:w="2160" w:type="dxa"/>
          </w:tcPr>
          <w:p w14:paraId="7E56E0E4" w14:textId="77777777" w:rsidR="00827A42" w:rsidRPr="00827A42" w:rsidRDefault="00827A42" w:rsidP="00827A42">
            <w:pPr>
              <w:rPr>
                <w:sz w:val="20"/>
                <w:szCs w:val="20"/>
              </w:rPr>
            </w:pP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૬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થી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૮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ની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કન્યાઓ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છાત્રો</w:t>
            </w:r>
          </w:p>
        </w:tc>
        <w:tc>
          <w:tcPr>
            <w:tcW w:w="2700" w:type="dxa"/>
          </w:tcPr>
          <w:p w14:paraId="65FE997D" w14:textId="77777777" w:rsidR="00827A42" w:rsidRPr="00827A42" w:rsidRDefault="00827A42" w:rsidP="00827A42">
            <w:pPr>
              <w:rPr>
                <w:sz w:val="20"/>
                <w:szCs w:val="20"/>
              </w:rPr>
            </w:pP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માસિક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ધોરણે</w:t>
            </w:r>
            <w:r w:rsidRPr="00827A42">
              <w:rPr>
                <w:sz w:val="20"/>
                <w:szCs w:val="20"/>
              </w:rPr>
              <w:t xml:space="preserve"> (RBSK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ટીમ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દ્વારા</w:t>
            </w:r>
            <w:r w:rsidRPr="00827A42">
              <w:rPr>
                <w:sz w:val="20"/>
                <w:szCs w:val="20"/>
              </w:rPr>
              <w:t>)</w:t>
            </w:r>
          </w:p>
        </w:tc>
      </w:tr>
      <w:tr w:rsidR="00827A42" w:rsidRPr="00827A42" w14:paraId="5F0A9A51" w14:textId="77777777" w:rsidTr="00827A42">
        <w:tc>
          <w:tcPr>
            <w:tcW w:w="534" w:type="dxa"/>
          </w:tcPr>
          <w:p w14:paraId="5D62730D" w14:textId="77777777" w:rsidR="00827A42" w:rsidRPr="00827A42" w:rsidRDefault="00827A42" w:rsidP="00827A42">
            <w:pPr>
              <w:rPr>
                <w:sz w:val="20"/>
                <w:szCs w:val="20"/>
              </w:rPr>
            </w:pP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૪</w:t>
            </w:r>
          </w:p>
        </w:tc>
        <w:tc>
          <w:tcPr>
            <w:tcW w:w="3786" w:type="dxa"/>
          </w:tcPr>
          <w:p w14:paraId="24E4AA0B" w14:textId="77777777" w:rsidR="00827A42" w:rsidRPr="00827A42" w:rsidRDefault="00827A42" w:rsidP="00827A42">
            <w:pPr>
              <w:rPr>
                <w:sz w:val="20"/>
                <w:szCs w:val="20"/>
              </w:rPr>
            </w:pP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શાળા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કક્ષાની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સ્વચ્છતા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સપ્તાહ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ઉજવણી</w:t>
            </w:r>
          </w:p>
        </w:tc>
        <w:tc>
          <w:tcPr>
            <w:tcW w:w="2160" w:type="dxa"/>
          </w:tcPr>
          <w:p w14:paraId="735C262F" w14:textId="77777777" w:rsidR="00827A42" w:rsidRPr="00827A42" w:rsidRDefault="00827A42" w:rsidP="00827A42">
            <w:pPr>
              <w:rPr>
                <w:sz w:val="20"/>
                <w:szCs w:val="20"/>
              </w:rPr>
            </w:pP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સમસ્ત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વિદ્યાર્થીઓ</w:t>
            </w:r>
          </w:p>
        </w:tc>
        <w:tc>
          <w:tcPr>
            <w:tcW w:w="2700" w:type="dxa"/>
          </w:tcPr>
          <w:p w14:paraId="3131D023" w14:textId="77777777" w:rsidR="00827A42" w:rsidRPr="00827A42" w:rsidRDefault="00827A42" w:rsidP="00827A42">
            <w:pPr>
              <w:rPr>
                <w:sz w:val="20"/>
                <w:szCs w:val="20"/>
              </w:rPr>
            </w:pP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ગાંધી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જયંતિ</w:t>
            </w:r>
            <w:r w:rsidRPr="00827A42">
              <w:rPr>
                <w:sz w:val="20"/>
                <w:szCs w:val="20"/>
              </w:rPr>
              <w:t xml:space="preserve"> /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સ્વચ્છતા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પખવાડિયું</w:t>
            </w:r>
          </w:p>
        </w:tc>
      </w:tr>
    </w:tbl>
    <w:p w14:paraId="34CEF9D5" w14:textId="77777777" w:rsidR="00827A42" w:rsidRPr="00827A42" w:rsidRDefault="00827A42" w:rsidP="00827A42">
      <w:pPr>
        <w:spacing w:after="0" w:line="240" w:lineRule="auto"/>
        <w:rPr>
          <w:rFonts w:cs="Shruti"/>
          <w:sz w:val="20"/>
          <w:szCs w:val="20"/>
          <w:cs/>
          <w:lang w:bidi="gu-IN"/>
        </w:rPr>
      </w:pPr>
      <w:r w:rsidRPr="00827A42">
        <w:rPr>
          <w:sz w:val="20"/>
          <w:szCs w:val="20"/>
        </w:rPr>
        <w:br/>
      </w:r>
      <w:r w:rsidRPr="00827A42">
        <w:rPr>
          <w:rFonts w:cs="Shruti"/>
          <w:b/>
          <w:bCs/>
          <w:sz w:val="20"/>
          <w:szCs w:val="20"/>
          <w:cs/>
          <w:lang w:bidi="gu-IN"/>
        </w:rPr>
        <w:t>નિષ્કર્ષ</w:t>
      </w:r>
      <w:r w:rsidRPr="00827A42">
        <w:rPr>
          <w:b/>
          <w:sz w:val="20"/>
          <w:szCs w:val="20"/>
        </w:rPr>
        <w:t xml:space="preserve">: </w:t>
      </w:r>
      <w:r w:rsidRPr="00827A42">
        <w:rPr>
          <w:rFonts w:cs="Shruti"/>
          <w:b/>
          <w:bCs/>
          <w:sz w:val="20"/>
          <w:szCs w:val="20"/>
          <w:cs/>
          <w:lang w:bidi="gu-IN"/>
        </w:rPr>
        <w:t>શાળાના</w:t>
      </w:r>
      <w:r w:rsidRPr="00827A42">
        <w:rPr>
          <w:b/>
          <w:sz w:val="20"/>
          <w:szCs w:val="20"/>
        </w:rPr>
        <w:t xml:space="preserve"> </w:t>
      </w:r>
      <w:r w:rsidRPr="00827A42">
        <w:rPr>
          <w:rFonts w:cs="Shruti"/>
          <w:b/>
          <w:bCs/>
          <w:sz w:val="20"/>
          <w:szCs w:val="20"/>
          <w:cs/>
          <w:lang w:bidi="gu-IN"/>
        </w:rPr>
        <w:t>આ</w:t>
      </w:r>
      <w:r w:rsidRPr="00827A42">
        <w:rPr>
          <w:b/>
          <w:sz w:val="20"/>
          <w:szCs w:val="20"/>
        </w:rPr>
        <w:t xml:space="preserve"> </w:t>
      </w:r>
      <w:r w:rsidRPr="00827A42">
        <w:rPr>
          <w:rFonts w:cs="Shruti"/>
          <w:b/>
          <w:bCs/>
          <w:sz w:val="20"/>
          <w:szCs w:val="20"/>
          <w:cs/>
          <w:lang w:bidi="gu-IN"/>
        </w:rPr>
        <w:t>સઘન</w:t>
      </w:r>
      <w:r w:rsidRPr="00827A42">
        <w:rPr>
          <w:b/>
          <w:sz w:val="20"/>
          <w:szCs w:val="20"/>
        </w:rPr>
        <w:t xml:space="preserve"> </w:t>
      </w:r>
      <w:r w:rsidRPr="00827A42">
        <w:rPr>
          <w:rFonts w:cs="Shruti"/>
          <w:b/>
          <w:bCs/>
          <w:sz w:val="20"/>
          <w:szCs w:val="20"/>
          <w:cs/>
          <w:lang w:bidi="gu-IN"/>
        </w:rPr>
        <w:t>અને</w:t>
      </w:r>
      <w:r w:rsidRPr="00827A42">
        <w:rPr>
          <w:b/>
          <w:sz w:val="20"/>
          <w:szCs w:val="20"/>
        </w:rPr>
        <w:t xml:space="preserve"> </w:t>
      </w:r>
      <w:r w:rsidRPr="00827A42">
        <w:rPr>
          <w:rFonts w:cs="Shruti"/>
          <w:b/>
          <w:bCs/>
          <w:sz w:val="20"/>
          <w:szCs w:val="20"/>
          <w:cs/>
          <w:lang w:bidi="gu-IN"/>
        </w:rPr>
        <w:t>સતત</w:t>
      </w:r>
      <w:r w:rsidRPr="00827A42">
        <w:rPr>
          <w:b/>
          <w:sz w:val="20"/>
          <w:szCs w:val="20"/>
        </w:rPr>
        <w:t xml:space="preserve"> </w:t>
      </w:r>
      <w:r w:rsidRPr="00827A42">
        <w:rPr>
          <w:rFonts w:cs="Shruti"/>
          <w:b/>
          <w:bCs/>
          <w:sz w:val="20"/>
          <w:szCs w:val="20"/>
          <w:cs/>
          <w:lang w:bidi="gu-IN"/>
        </w:rPr>
        <w:t>પ્રયાસોના</w:t>
      </w:r>
      <w:r w:rsidRPr="00827A42">
        <w:rPr>
          <w:b/>
          <w:sz w:val="20"/>
          <w:szCs w:val="20"/>
        </w:rPr>
        <w:t xml:space="preserve"> </w:t>
      </w:r>
      <w:r w:rsidRPr="00827A42">
        <w:rPr>
          <w:rFonts w:cs="Shruti"/>
          <w:b/>
          <w:bCs/>
          <w:sz w:val="20"/>
          <w:szCs w:val="20"/>
          <w:cs/>
          <w:lang w:bidi="gu-IN"/>
        </w:rPr>
        <w:t>કારણે</w:t>
      </w:r>
      <w:r w:rsidRPr="00827A42">
        <w:rPr>
          <w:b/>
          <w:sz w:val="20"/>
          <w:szCs w:val="20"/>
        </w:rPr>
        <w:t xml:space="preserve"> </w:t>
      </w:r>
      <w:r w:rsidRPr="00827A42">
        <w:rPr>
          <w:rFonts w:cs="Shruti"/>
          <w:b/>
          <w:bCs/>
          <w:sz w:val="20"/>
          <w:szCs w:val="20"/>
          <w:cs/>
          <w:lang w:bidi="gu-IN"/>
        </w:rPr>
        <w:t>વિદ્યાર્થીઓમાં</w:t>
      </w:r>
      <w:r w:rsidRPr="00827A42">
        <w:rPr>
          <w:b/>
          <w:sz w:val="20"/>
          <w:szCs w:val="20"/>
        </w:rPr>
        <w:t xml:space="preserve"> </w:t>
      </w:r>
      <w:r w:rsidRPr="00827A42">
        <w:rPr>
          <w:rFonts w:cs="Shruti"/>
          <w:b/>
          <w:bCs/>
          <w:sz w:val="20"/>
          <w:szCs w:val="20"/>
          <w:cs/>
          <w:lang w:bidi="gu-IN"/>
        </w:rPr>
        <w:t>વ્યક્તિગત</w:t>
      </w:r>
      <w:r w:rsidRPr="00827A42">
        <w:rPr>
          <w:b/>
          <w:sz w:val="20"/>
          <w:szCs w:val="20"/>
        </w:rPr>
        <w:t xml:space="preserve"> </w:t>
      </w:r>
      <w:r w:rsidRPr="00827A42">
        <w:rPr>
          <w:rFonts w:cs="Shruti"/>
          <w:b/>
          <w:bCs/>
          <w:sz w:val="20"/>
          <w:szCs w:val="20"/>
          <w:cs/>
          <w:lang w:bidi="gu-IN"/>
        </w:rPr>
        <w:t>સ્વચ્છતા</w:t>
      </w:r>
      <w:r w:rsidRPr="00827A42">
        <w:rPr>
          <w:b/>
          <w:sz w:val="20"/>
          <w:szCs w:val="20"/>
        </w:rPr>
        <w:t xml:space="preserve"> </w:t>
      </w:r>
      <w:r w:rsidRPr="00827A42">
        <w:rPr>
          <w:rFonts w:cs="Shruti"/>
          <w:b/>
          <w:bCs/>
          <w:sz w:val="20"/>
          <w:szCs w:val="20"/>
          <w:cs/>
          <w:lang w:bidi="gu-IN"/>
        </w:rPr>
        <w:t>પ્રત્યે</w:t>
      </w:r>
      <w:r w:rsidRPr="00827A42">
        <w:rPr>
          <w:b/>
          <w:sz w:val="20"/>
          <w:szCs w:val="20"/>
        </w:rPr>
        <w:t xml:space="preserve"> </w:t>
      </w:r>
      <w:r w:rsidRPr="00827A42">
        <w:rPr>
          <w:rFonts w:cs="Shruti"/>
          <w:b/>
          <w:bCs/>
          <w:sz w:val="20"/>
          <w:szCs w:val="20"/>
          <w:cs/>
          <w:lang w:bidi="gu-IN"/>
        </w:rPr>
        <w:t>સભાનતા</w:t>
      </w:r>
      <w:r w:rsidRPr="00827A42">
        <w:rPr>
          <w:b/>
          <w:sz w:val="20"/>
          <w:szCs w:val="20"/>
        </w:rPr>
        <w:t xml:space="preserve"> </w:t>
      </w:r>
      <w:r w:rsidRPr="00827A42">
        <w:rPr>
          <w:rFonts w:cs="Shruti"/>
          <w:b/>
          <w:bCs/>
          <w:sz w:val="20"/>
          <w:szCs w:val="20"/>
          <w:cs/>
          <w:lang w:bidi="gu-IN"/>
        </w:rPr>
        <w:t>વધી</w:t>
      </w:r>
      <w:r w:rsidRPr="00827A42">
        <w:rPr>
          <w:b/>
          <w:sz w:val="20"/>
          <w:szCs w:val="20"/>
        </w:rPr>
        <w:t xml:space="preserve"> </w:t>
      </w:r>
      <w:r w:rsidRPr="00827A42">
        <w:rPr>
          <w:rFonts w:cs="Shruti"/>
          <w:b/>
          <w:bCs/>
          <w:sz w:val="20"/>
          <w:szCs w:val="20"/>
          <w:cs/>
          <w:lang w:bidi="gu-IN"/>
        </w:rPr>
        <w:t>છે</w:t>
      </w:r>
      <w:r w:rsidRPr="00827A42">
        <w:rPr>
          <w:b/>
          <w:sz w:val="20"/>
          <w:szCs w:val="20"/>
        </w:rPr>
        <w:t xml:space="preserve">, </w:t>
      </w:r>
      <w:r w:rsidRPr="00827A42">
        <w:rPr>
          <w:rFonts w:cs="Shruti"/>
          <w:b/>
          <w:bCs/>
          <w:sz w:val="20"/>
          <w:szCs w:val="20"/>
          <w:cs/>
          <w:lang w:bidi="gu-IN"/>
        </w:rPr>
        <w:t>બિમારીનું</w:t>
      </w:r>
      <w:r w:rsidRPr="00827A42">
        <w:rPr>
          <w:b/>
          <w:sz w:val="20"/>
          <w:szCs w:val="20"/>
        </w:rPr>
        <w:t xml:space="preserve"> </w:t>
      </w:r>
      <w:r w:rsidRPr="00827A42">
        <w:rPr>
          <w:rFonts w:cs="Shruti"/>
          <w:b/>
          <w:bCs/>
          <w:sz w:val="20"/>
          <w:szCs w:val="20"/>
          <w:cs/>
          <w:lang w:bidi="gu-IN"/>
        </w:rPr>
        <w:t>પ્રમાણ</w:t>
      </w:r>
      <w:r w:rsidRPr="00827A42">
        <w:rPr>
          <w:b/>
          <w:sz w:val="20"/>
          <w:szCs w:val="20"/>
        </w:rPr>
        <w:t xml:space="preserve"> </w:t>
      </w:r>
      <w:r w:rsidRPr="00827A42">
        <w:rPr>
          <w:rFonts w:cs="Shruti"/>
          <w:b/>
          <w:bCs/>
          <w:sz w:val="20"/>
          <w:szCs w:val="20"/>
          <w:cs/>
          <w:lang w:bidi="gu-IN"/>
        </w:rPr>
        <w:t>ઘટ્યું</w:t>
      </w:r>
      <w:r w:rsidRPr="00827A42">
        <w:rPr>
          <w:b/>
          <w:sz w:val="20"/>
          <w:szCs w:val="20"/>
        </w:rPr>
        <w:t xml:space="preserve"> </w:t>
      </w:r>
      <w:r w:rsidRPr="00827A42">
        <w:rPr>
          <w:rFonts w:cs="Shruti"/>
          <w:b/>
          <w:bCs/>
          <w:sz w:val="20"/>
          <w:szCs w:val="20"/>
          <w:cs/>
          <w:lang w:bidi="gu-IN"/>
        </w:rPr>
        <w:t>છે</w:t>
      </w:r>
      <w:r w:rsidRPr="00827A42">
        <w:rPr>
          <w:b/>
          <w:sz w:val="20"/>
          <w:szCs w:val="20"/>
        </w:rPr>
        <w:t xml:space="preserve"> </w:t>
      </w:r>
      <w:r w:rsidRPr="00827A42">
        <w:rPr>
          <w:rFonts w:cs="Shruti"/>
          <w:b/>
          <w:bCs/>
          <w:sz w:val="20"/>
          <w:szCs w:val="20"/>
          <w:cs/>
          <w:lang w:bidi="gu-IN"/>
        </w:rPr>
        <w:t>અને</w:t>
      </w:r>
      <w:r w:rsidRPr="00827A42">
        <w:rPr>
          <w:b/>
          <w:sz w:val="20"/>
          <w:szCs w:val="20"/>
        </w:rPr>
        <w:t xml:space="preserve"> </w:t>
      </w:r>
      <w:r w:rsidRPr="00827A42">
        <w:rPr>
          <w:rFonts w:cs="Shruti"/>
          <w:b/>
          <w:bCs/>
          <w:sz w:val="20"/>
          <w:szCs w:val="20"/>
          <w:cs/>
          <w:lang w:bidi="gu-IN"/>
        </w:rPr>
        <w:t>તંદુરસ્ત</w:t>
      </w:r>
      <w:r w:rsidRPr="00827A42">
        <w:rPr>
          <w:b/>
          <w:sz w:val="20"/>
          <w:szCs w:val="20"/>
        </w:rPr>
        <w:t xml:space="preserve"> </w:t>
      </w:r>
      <w:r w:rsidRPr="00827A42">
        <w:rPr>
          <w:rFonts w:cs="Shruti"/>
          <w:b/>
          <w:bCs/>
          <w:sz w:val="20"/>
          <w:szCs w:val="20"/>
          <w:cs/>
          <w:lang w:bidi="gu-IN"/>
        </w:rPr>
        <w:t>શૈક્ષણિક</w:t>
      </w:r>
      <w:r w:rsidRPr="00827A42">
        <w:rPr>
          <w:b/>
          <w:sz w:val="20"/>
          <w:szCs w:val="20"/>
        </w:rPr>
        <w:t xml:space="preserve"> </w:t>
      </w:r>
      <w:r w:rsidRPr="00827A42">
        <w:rPr>
          <w:rFonts w:cs="Shruti"/>
          <w:b/>
          <w:bCs/>
          <w:sz w:val="20"/>
          <w:szCs w:val="20"/>
          <w:cs/>
          <w:lang w:bidi="gu-IN"/>
        </w:rPr>
        <w:t>વાતાવરણ</w:t>
      </w:r>
      <w:r w:rsidRPr="00827A42">
        <w:rPr>
          <w:b/>
          <w:sz w:val="20"/>
          <w:szCs w:val="20"/>
        </w:rPr>
        <w:t xml:space="preserve"> </w:t>
      </w:r>
      <w:r w:rsidRPr="00827A42">
        <w:rPr>
          <w:rFonts w:cs="Shruti"/>
          <w:b/>
          <w:bCs/>
          <w:sz w:val="20"/>
          <w:szCs w:val="20"/>
          <w:cs/>
          <w:lang w:bidi="gu-IN"/>
        </w:rPr>
        <w:t>નિર્માણ</w:t>
      </w:r>
      <w:r w:rsidRPr="00827A42">
        <w:rPr>
          <w:b/>
          <w:sz w:val="20"/>
          <w:szCs w:val="20"/>
        </w:rPr>
        <w:t xml:space="preserve"> </w:t>
      </w:r>
      <w:r w:rsidRPr="00827A42">
        <w:rPr>
          <w:rFonts w:cs="Shruti"/>
          <w:b/>
          <w:bCs/>
          <w:sz w:val="20"/>
          <w:szCs w:val="20"/>
          <w:cs/>
          <w:lang w:bidi="gu-IN"/>
        </w:rPr>
        <w:t>પામ્યું</w:t>
      </w:r>
      <w:r w:rsidRPr="00827A42">
        <w:rPr>
          <w:b/>
          <w:sz w:val="20"/>
          <w:szCs w:val="20"/>
        </w:rPr>
        <w:t xml:space="preserve"> </w:t>
      </w:r>
      <w:r w:rsidRPr="00827A42">
        <w:rPr>
          <w:rFonts w:cs="Shruti"/>
          <w:b/>
          <w:bCs/>
          <w:sz w:val="20"/>
          <w:szCs w:val="20"/>
          <w:cs/>
          <w:lang w:bidi="gu-IN"/>
        </w:rPr>
        <w:t>છે</w:t>
      </w:r>
      <w:r w:rsidRPr="00827A42">
        <w:rPr>
          <w:b/>
          <w:sz w:val="20"/>
          <w:szCs w:val="20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827A42" w:rsidRPr="00827A42" w14:paraId="3F393485" w14:textId="77777777" w:rsidTr="00016805">
        <w:tc>
          <w:tcPr>
            <w:tcW w:w="4320" w:type="dxa"/>
          </w:tcPr>
          <w:p w14:paraId="03532325" w14:textId="77777777" w:rsidR="00827A42" w:rsidRPr="00827A42" w:rsidRDefault="00827A42" w:rsidP="00827A42">
            <w:pPr>
              <w:spacing w:after="0" w:line="240" w:lineRule="auto"/>
              <w:rPr>
                <w:sz w:val="20"/>
                <w:szCs w:val="20"/>
              </w:rPr>
            </w:pP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સ્વચ્છતા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આરોગ્ય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ઇન્ચાર્જની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સહી</w:t>
            </w:r>
            <w:r w:rsidRPr="00827A42">
              <w:rPr>
                <w:sz w:val="20"/>
                <w:szCs w:val="20"/>
              </w:rPr>
              <w:br/>
            </w:r>
            <w:r w:rsidRPr="00827A42">
              <w:rPr>
                <w:sz w:val="20"/>
                <w:szCs w:val="20"/>
              </w:rPr>
              <w:br/>
              <w:t>______________________</w:t>
            </w:r>
          </w:p>
        </w:tc>
        <w:tc>
          <w:tcPr>
            <w:tcW w:w="4320" w:type="dxa"/>
          </w:tcPr>
          <w:p w14:paraId="2777EFDA" w14:textId="0DE4CC36" w:rsidR="00827A42" w:rsidRPr="00F56B31" w:rsidRDefault="00827A42" w:rsidP="00827A42">
            <w:pPr>
              <w:spacing w:after="0" w:line="240" w:lineRule="auto"/>
              <w:jc w:val="right"/>
              <w:rPr>
                <w:rFonts w:cs="Shruti"/>
                <w:sz w:val="20"/>
                <w:szCs w:val="20"/>
              </w:rPr>
            </w:pP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આચાર્યશ્રીની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સહી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827A42">
              <w:rPr>
                <w:sz w:val="20"/>
                <w:szCs w:val="20"/>
              </w:rPr>
              <w:t xml:space="preserve"> </w:t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સિક્કો</w:t>
            </w:r>
            <w:r w:rsidRPr="00827A42">
              <w:rPr>
                <w:sz w:val="20"/>
                <w:szCs w:val="20"/>
              </w:rPr>
              <w:br/>
            </w:r>
            <w:r w:rsidRPr="00827A42">
              <w:rPr>
                <w:sz w:val="20"/>
                <w:szCs w:val="20"/>
              </w:rPr>
              <w:br/>
              <w:t>______________________</w:t>
            </w:r>
            <w:r w:rsidRPr="00827A42">
              <w:rPr>
                <w:sz w:val="20"/>
                <w:szCs w:val="20"/>
              </w:rPr>
              <w:br/>
            </w:r>
            <w:r w:rsidRPr="00827A42">
              <w:rPr>
                <w:rFonts w:cs="Shruti"/>
                <w:sz w:val="20"/>
                <w:szCs w:val="20"/>
                <w:cs/>
                <w:lang w:bidi="gu-IN"/>
              </w:rPr>
              <w:t>સ્થળ</w:t>
            </w:r>
            <w:r w:rsidRPr="00827A42">
              <w:rPr>
                <w:sz w:val="20"/>
                <w:szCs w:val="20"/>
              </w:rPr>
              <w:t>:</w:t>
            </w:r>
            <w:r w:rsidR="00F56B31">
              <w:rPr>
                <w:rFonts w:cs="Shruti" w:hint="cs"/>
                <w:cs/>
                <w:lang w:bidi="gu-IN"/>
              </w:rPr>
              <w:t xml:space="preserve"> </w:t>
            </w:r>
            <w:r w:rsidR="008E13CA">
              <w:rPr>
                <w:rFonts w:cs="Shruti" w:hint="cs"/>
                <w:cs/>
                <w:lang w:bidi="gu-IN"/>
              </w:rPr>
              <w:t xml:space="preserve">ઢાંકણ્રીયાવાસ પ્રાથમિક શાળા </w:t>
            </w:r>
          </w:p>
        </w:tc>
      </w:tr>
    </w:tbl>
    <w:p w14:paraId="10A0B73F" w14:textId="77777777" w:rsidR="00827A42" w:rsidRPr="00827A42" w:rsidRDefault="00827A42" w:rsidP="00827A42">
      <w:pPr>
        <w:spacing w:after="0" w:line="240" w:lineRule="auto"/>
        <w:rPr>
          <w:sz w:val="20"/>
          <w:szCs w:val="20"/>
        </w:rPr>
      </w:pPr>
    </w:p>
    <w:p w14:paraId="2687222D" w14:textId="77777777" w:rsidR="00D5108F" w:rsidRDefault="00D5108F" w:rsidP="006A36B0">
      <w:pPr>
        <w:tabs>
          <w:tab w:val="left" w:pos="2835"/>
        </w:tabs>
        <w:spacing w:after="0" w:line="240" w:lineRule="auto"/>
        <w:rPr>
          <w:rFonts w:cs="Shruti"/>
          <w:sz w:val="28"/>
          <w:szCs w:val="28"/>
          <w:u w:val="single"/>
          <w:lang w:bidi="gu-IN"/>
        </w:rPr>
      </w:pPr>
    </w:p>
    <w:p w14:paraId="10E3EB37" w14:textId="77777777" w:rsidR="00162772" w:rsidRDefault="00162772" w:rsidP="00FB2C88">
      <w:pPr>
        <w:spacing w:after="0" w:line="240" w:lineRule="auto"/>
        <w:jc w:val="center"/>
        <w:rPr>
          <w:rFonts w:cs="Shruti"/>
          <w:sz w:val="28"/>
          <w:szCs w:val="28"/>
          <w:u w:val="single"/>
          <w:lang w:bidi="gu-IN"/>
        </w:rPr>
      </w:pPr>
    </w:p>
    <w:p w14:paraId="46DCCB38" w14:textId="562439FD" w:rsidR="00FB2C88" w:rsidRDefault="002546D1" w:rsidP="00FB2C88">
      <w:pPr>
        <w:spacing w:after="0" w:line="240" w:lineRule="auto"/>
        <w:jc w:val="center"/>
        <w:rPr>
          <w:rFonts w:cs="Shruti"/>
          <w:b/>
          <w:u w:val="single"/>
          <w:lang w:val="en-IN" w:bidi="gu-IN"/>
        </w:rPr>
      </w:pPr>
      <w:r>
        <w:rPr>
          <w:rFonts w:cs="Shruti" w:hint="cs"/>
          <w:sz w:val="28"/>
          <w:szCs w:val="28"/>
          <w:u w:val="single"/>
          <w:cs/>
          <w:lang w:bidi="gu-IN"/>
        </w:rPr>
        <w:t>ઢાંકણ્રીયાવાસ પ્રાથમિક શાળા તા- લાખણી જિલ્લો - વાવ-થરાદ ડાયસ કોડ: 24021300207</w:t>
      </w:r>
    </w:p>
    <w:p w14:paraId="38B7327C" w14:textId="77777777" w:rsidR="00C72E4E" w:rsidRPr="00C72E4E" w:rsidRDefault="00C72E4E" w:rsidP="00C72E4E">
      <w:pPr>
        <w:pStyle w:val="Heading1"/>
        <w:rPr>
          <w:sz w:val="24"/>
          <w:szCs w:val="24"/>
        </w:rPr>
      </w:pPr>
      <w:r w:rsidRPr="00C72E4E">
        <w:rPr>
          <w:rFonts w:cs="Shruti"/>
          <w:sz w:val="24"/>
          <w:szCs w:val="24"/>
          <w:cs/>
          <w:lang w:bidi="gu-IN"/>
        </w:rPr>
        <w:t>વિદ્યાર્થીઓના</w:t>
      </w:r>
      <w:r w:rsidRPr="00C72E4E">
        <w:rPr>
          <w:sz w:val="24"/>
          <w:szCs w:val="24"/>
        </w:rPr>
        <w:t xml:space="preserve"> </w:t>
      </w:r>
      <w:r w:rsidRPr="00C72E4E">
        <w:rPr>
          <w:rFonts w:cs="Shruti"/>
          <w:sz w:val="24"/>
          <w:szCs w:val="24"/>
          <w:cs/>
          <w:lang w:bidi="gu-IN"/>
        </w:rPr>
        <w:t>માનસિક</w:t>
      </w:r>
      <w:r w:rsidRPr="00C72E4E">
        <w:rPr>
          <w:sz w:val="24"/>
          <w:szCs w:val="24"/>
        </w:rPr>
        <w:t xml:space="preserve"> </w:t>
      </w:r>
      <w:r w:rsidRPr="00C72E4E">
        <w:rPr>
          <w:rFonts w:cs="Shruti"/>
          <w:sz w:val="24"/>
          <w:szCs w:val="24"/>
          <w:cs/>
          <w:lang w:bidi="gu-IN"/>
        </w:rPr>
        <w:t>સ્વાસ્થ્ય</w:t>
      </w:r>
      <w:r w:rsidRPr="00C72E4E">
        <w:rPr>
          <w:sz w:val="24"/>
          <w:szCs w:val="24"/>
        </w:rPr>
        <w:t xml:space="preserve">, </w:t>
      </w:r>
      <w:r w:rsidRPr="00C72E4E">
        <w:rPr>
          <w:rFonts w:cs="Shruti"/>
          <w:sz w:val="24"/>
          <w:szCs w:val="24"/>
          <w:cs/>
          <w:lang w:bidi="gu-IN"/>
        </w:rPr>
        <w:t>સુખાકારી</w:t>
      </w:r>
      <w:r w:rsidRPr="00C72E4E">
        <w:rPr>
          <w:sz w:val="24"/>
          <w:szCs w:val="24"/>
        </w:rPr>
        <w:t xml:space="preserve"> </w:t>
      </w:r>
      <w:r w:rsidRPr="00C72E4E">
        <w:rPr>
          <w:rFonts w:cs="Shruti"/>
          <w:sz w:val="24"/>
          <w:szCs w:val="24"/>
          <w:cs/>
          <w:lang w:bidi="gu-IN"/>
        </w:rPr>
        <w:t>અને</w:t>
      </w:r>
      <w:r w:rsidRPr="00C72E4E">
        <w:rPr>
          <w:sz w:val="24"/>
          <w:szCs w:val="24"/>
        </w:rPr>
        <w:t xml:space="preserve"> </w:t>
      </w:r>
      <w:r w:rsidRPr="00C72E4E">
        <w:rPr>
          <w:rFonts w:cs="Shruti"/>
          <w:sz w:val="24"/>
          <w:szCs w:val="24"/>
          <w:cs/>
          <w:lang w:bidi="gu-IN"/>
        </w:rPr>
        <w:t>કારકિર્દી</w:t>
      </w:r>
      <w:r w:rsidRPr="00C72E4E">
        <w:rPr>
          <w:sz w:val="24"/>
          <w:szCs w:val="24"/>
        </w:rPr>
        <w:t xml:space="preserve"> </w:t>
      </w:r>
      <w:r w:rsidRPr="00C72E4E">
        <w:rPr>
          <w:rFonts w:cs="Shruti"/>
          <w:sz w:val="24"/>
          <w:szCs w:val="24"/>
          <w:cs/>
          <w:lang w:bidi="gu-IN"/>
        </w:rPr>
        <w:t>માર્ગદર્શન</w:t>
      </w:r>
      <w:r w:rsidRPr="00C72E4E">
        <w:rPr>
          <w:sz w:val="24"/>
          <w:szCs w:val="24"/>
        </w:rPr>
        <w:t xml:space="preserve"> </w:t>
      </w:r>
      <w:r w:rsidRPr="00C72E4E">
        <w:rPr>
          <w:rFonts w:cs="Shruti"/>
          <w:sz w:val="24"/>
          <w:szCs w:val="24"/>
          <w:cs/>
          <w:lang w:bidi="gu-IN"/>
        </w:rPr>
        <w:t>અંગેનો</w:t>
      </w:r>
      <w:r w:rsidRPr="00C72E4E">
        <w:rPr>
          <w:sz w:val="24"/>
          <w:szCs w:val="24"/>
        </w:rPr>
        <w:t xml:space="preserve"> </w:t>
      </w:r>
      <w:r w:rsidRPr="00C72E4E">
        <w:rPr>
          <w:rFonts w:cs="Shruti"/>
          <w:sz w:val="24"/>
          <w:szCs w:val="24"/>
          <w:cs/>
          <w:lang w:bidi="gu-IN"/>
        </w:rPr>
        <w:t>અહેવાલ</w:t>
      </w:r>
    </w:p>
    <w:p w14:paraId="67189A28" w14:textId="77777777" w:rsidR="00C72E4E" w:rsidRDefault="00C72E4E" w:rsidP="00C72E4E">
      <w:pPr>
        <w:pStyle w:val="Heading2"/>
      </w:pPr>
      <w:r>
        <w:rPr>
          <w:rFonts w:cs="Shruti"/>
          <w:cs/>
          <w:lang w:bidi="gu-IN"/>
        </w:rPr>
        <w:t>પ્રસ્તાવના</w:t>
      </w:r>
      <w:r>
        <w:t>:</w:t>
      </w:r>
    </w:p>
    <w:p w14:paraId="35DEEBF0" w14:textId="0E4B3D8B" w:rsidR="00C72E4E" w:rsidRPr="00C72E4E" w:rsidRDefault="00C72E4E" w:rsidP="00C72E4E">
      <w:pPr>
        <w:spacing w:after="0" w:line="240" w:lineRule="auto"/>
        <w:rPr>
          <w:rFonts w:cs="Shruti"/>
          <w:sz w:val="20"/>
          <w:szCs w:val="20"/>
          <w:lang w:bidi="gu-IN"/>
        </w:rPr>
      </w:pPr>
      <w:r w:rsidRPr="00C72E4E">
        <w:rPr>
          <w:rFonts w:cs="Shruti"/>
          <w:sz w:val="20"/>
          <w:szCs w:val="20"/>
          <w:cs/>
          <w:lang w:bidi="gu-IN"/>
        </w:rPr>
        <w:t>ગુણોત્સવ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૨</w:t>
      </w:r>
      <w:r w:rsidRPr="00C72E4E">
        <w:rPr>
          <w:sz w:val="20"/>
          <w:szCs w:val="20"/>
        </w:rPr>
        <w:t>.</w:t>
      </w:r>
      <w:r w:rsidRPr="00C72E4E">
        <w:rPr>
          <w:rFonts w:cs="Shruti"/>
          <w:sz w:val="20"/>
          <w:szCs w:val="20"/>
          <w:cs/>
          <w:lang w:bidi="gu-IN"/>
        </w:rPr>
        <w:t>૦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ના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માપદંડો</w:t>
      </w:r>
      <w:r w:rsidRPr="00C72E4E">
        <w:rPr>
          <w:sz w:val="20"/>
          <w:szCs w:val="20"/>
        </w:rPr>
        <w:t xml:space="preserve">, </w:t>
      </w:r>
      <w:r w:rsidRPr="00C72E4E">
        <w:rPr>
          <w:rFonts w:cs="Shruti"/>
          <w:sz w:val="20"/>
          <w:szCs w:val="20"/>
          <w:cs/>
          <w:lang w:bidi="gu-IN"/>
        </w:rPr>
        <w:t>રાષ્ટ્રીય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શિક્ષણ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નીતિ</w:t>
      </w:r>
      <w:r w:rsidRPr="00C72E4E">
        <w:rPr>
          <w:sz w:val="20"/>
          <w:szCs w:val="20"/>
        </w:rPr>
        <w:t xml:space="preserve"> (NEP-2020) </w:t>
      </w:r>
      <w:r w:rsidRPr="00C72E4E">
        <w:rPr>
          <w:rFonts w:cs="Shruti"/>
          <w:sz w:val="20"/>
          <w:szCs w:val="20"/>
          <w:cs/>
          <w:lang w:bidi="gu-IN"/>
        </w:rPr>
        <w:t>અને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વિદ્યાર્થીઓના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સર્વાંગી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વિકાસ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અંતર્ગત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માત્ર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શૈક્ષણિક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જ્ઞાન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નહીં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પરંતુ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વિદ્યાર્થીઓનું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માનસિક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સ્વાસ્થ્ય</w:t>
      </w:r>
      <w:r w:rsidRPr="00C72E4E">
        <w:rPr>
          <w:sz w:val="20"/>
          <w:szCs w:val="20"/>
        </w:rPr>
        <w:t xml:space="preserve">, </w:t>
      </w:r>
      <w:r w:rsidRPr="00C72E4E">
        <w:rPr>
          <w:rFonts w:cs="Shruti"/>
          <w:sz w:val="20"/>
          <w:szCs w:val="20"/>
          <w:cs/>
          <w:lang w:bidi="gu-IN"/>
        </w:rPr>
        <w:t>સુખાકારી</w:t>
      </w:r>
      <w:r w:rsidRPr="00C72E4E">
        <w:rPr>
          <w:sz w:val="20"/>
          <w:szCs w:val="20"/>
        </w:rPr>
        <w:t xml:space="preserve"> (Mental Health &amp; Well-being) </w:t>
      </w:r>
      <w:r w:rsidRPr="00C72E4E">
        <w:rPr>
          <w:rFonts w:cs="Shruti"/>
          <w:sz w:val="20"/>
          <w:szCs w:val="20"/>
          <w:cs/>
          <w:lang w:bidi="gu-IN"/>
        </w:rPr>
        <w:t>અને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ભવિષ્યની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કારકિર્દી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માટે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યોગ્ય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માર્ગદર્શન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મળવું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અત્યંત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આવશ્યક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છે</w:t>
      </w:r>
      <w:r w:rsidRPr="00C72E4E">
        <w:rPr>
          <w:sz w:val="20"/>
          <w:szCs w:val="20"/>
        </w:rPr>
        <w:t>.</w:t>
      </w:r>
      <w:r w:rsidR="00AE5D9D" w:rsidRPr="00AE5D9D">
        <w:rPr>
          <w:rFonts w:cs="Shruti" w:hint="cs"/>
          <w:sz w:val="20"/>
          <w:szCs w:val="20"/>
          <w:cs/>
          <w:lang w:bidi="gu-IN"/>
        </w:rPr>
        <w:t xml:space="preserve"> </w:t>
      </w:r>
      <w:r w:rsidR="008E13CA">
        <w:rPr>
          <w:rFonts w:cs="Shruti" w:hint="cs"/>
          <w:sz w:val="20"/>
          <w:szCs w:val="20"/>
          <w:cs/>
          <w:lang w:bidi="gu-IN"/>
        </w:rPr>
        <w:t xml:space="preserve">ઢાંકણ્રીયાવાસ પ્રાથમિક શાળા 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દ્વારા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આ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અંગે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ગોઠવવામાં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આવેલી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વ્યવસ્થા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અને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યોજાયેલ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પ્રવૃત્તિઓનો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વિગતવાર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અહેવાલ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નીચે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મુજબ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છે</w:t>
      </w:r>
      <w:r w:rsidRPr="00C72E4E">
        <w:rPr>
          <w:sz w:val="20"/>
          <w:szCs w:val="20"/>
        </w:rPr>
        <w:t>:</w:t>
      </w:r>
    </w:p>
    <w:p w14:paraId="440E363F" w14:textId="77777777" w:rsidR="00C72E4E" w:rsidRPr="00C72E4E" w:rsidRDefault="00C72E4E" w:rsidP="00C72E4E">
      <w:pPr>
        <w:pStyle w:val="Heading2"/>
        <w:spacing w:line="240" w:lineRule="auto"/>
        <w:rPr>
          <w:sz w:val="20"/>
          <w:szCs w:val="20"/>
        </w:rPr>
      </w:pPr>
      <w:r w:rsidRPr="00C72E4E">
        <w:rPr>
          <w:rFonts w:cs="Shruti"/>
          <w:sz w:val="20"/>
          <w:szCs w:val="20"/>
          <w:cs/>
          <w:lang w:bidi="gu-IN"/>
        </w:rPr>
        <w:t>૧</w:t>
      </w:r>
      <w:r w:rsidRPr="00C72E4E">
        <w:rPr>
          <w:sz w:val="20"/>
          <w:szCs w:val="20"/>
        </w:rPr>
        <w:t xml:space="preserve">. </w:t>
      </w:r>
      <w:r w:rsidRPr="00C72E4E">
        <w:rPr>
          <w:rFonts w:cs="Shruti"/>
          <w:sz w:val="20"/>
          <w:szCs w:val="20"/>
          <w:cs/>
          <w:lang w:bidi="gu-IN"/>
        </w:rPr>
        <w:t>માનસિક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સ્વાસ્થ્ય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અને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કારકિર્દી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માર્ગદર્શન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માટેની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વ્યવસ્થા</w:t>
      </w:r>
      <w:r w:rsidRPr="00C72E4E">
        <w:rPr>
          <w:sz w:val="20"/>
          <w:szCs w:val="20"/>
        </w:rPr>
        <w:t>:</w:t>
      </w:r>
    </w:p>
    <w:p w14:paraId="7043E37A" w14:textId="77777777" w:rsidR="00C72E4E" w:rsidRPr="00C72E4E" w:rsidRDefault="00C72E4E" w:rsidP="00C72E4E">
      <w:pPr>
        <w:pStyle w:val="ListBullet"/>
        <w:spacing w:after="0" w:line="240" w:lineRule="auto"/>
        <w:rPr>
          <w:sz w:val="20"/>
          <w:szCs w:val="20"/>
        </w:rPr>
      </w:pPr>
      <w:r w:rsidRPr="00C72E4E">
        <w:rPr>
          <w:rFonts w:cs="Shruti"/>
          <w:sz w:val="20"/>
          <w:szCs w:val="20"/>
          <w:cs/>
          <w:lang w:bidi="gu-IN"/>
        </w:rPr>
        <w:t>શાળા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કક્ષાની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કાઉન્સિલિંગ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સમિતિ</w:t>
      </w:r>
      <w:r w:rsidRPr="00C72E4E">
        <w:rPr>
          <w:sz w:val="20"/>
          <w:szCs w:val="20"/>
        </w:rPr>
        <w:t xml:space="preserve">: </w:t>
      </w:r>
      <w:r w:rsidRPr="00C72E4E">
        <w:rPr>
          <w:rFonts w:cs="Shruti"/>
          <w:sz w:val="20"/>
          <w:szCs w:val="20"/>
          <w:cs/>
          <w:lang w:bidi="gu-IN"/>
        </w:rPr>
        <w:t>શાળાના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શિક્ષકોની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બનેલી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કાઉન્સિલિંગ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ટીમ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દ્વારા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વિદ્યાર્થીઓની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માનસિક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સ્થિતિ</w:t>
      </w:r>
      <w:r w:rsidRPr="00C72E4E">
        <w:rPr>
          <w:sz w:val="20"/>
          <w:szCs w:val="20"/>
        </w:rPr>
        <w:t xml:space="preserve">, </w:t>
      </w:r>
      <w:r w:rsidRPr="00C72E4E">
        <w:rPr>
          <w:rFonts w:cs="Shruti"/>
          <w:sz w:val="20"/>
          <w:szCs w:val="20"/>
          <w:cs/>
          <w:lang w:bidi="gu-IN"/>
        </w:rPr>
        <w:t>મૂંઝવણો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અને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શૈક્ષણિક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તણાવનું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નિરીક્ષણ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કરી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વ્યક્તિગત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માર્ગદર્શન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અપાય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છે</w:t>
      </w:r>
      <w:r w:rsidRPr="00C72E4E">
        <w:rPr>
          <w:sz w:val="20"/>
          <w:szCs w:val="20"/>
        </w:rPr>
        <w:t>.</w:t>
      </w:r>
    </w:p>
    <w:p w14:paraId="777AC24B" w14:textId="77777777" w:rsidR="00C72E4E" w:rsidRPr="00C72E4E" w:rsidRDefault="00C72E4E" w:rsidP="00C72E4E">
      <w:pPr>
        <w:pStyle w:val="ListBullet"/>
        <w:spacing w:after="0" w:line="240" w:lineRule="auto"/>
        <w:rPr>
          <w:sz w:val="20"/>
          <w:szCs w:val="20"/>
        </w:rPr>
      </w:pPr>
      <w:r w:rsidRPr="00C72E4E">
        <w:rPr>
          <w:rFonts w:cs="Shruti"/>
          <w:sz w:val="20"/>
          <w:szCs w:val="20"/>
          <w:cs/>
          <w:lang w:bidi="gu-IN"/>
        </w:rPr>
        <w:t>તણાવમુક્ત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વાતાવરણ</w:t>
      </w:r>
      <w:r w:rsidRPr="00C72E4E">
        <w:rPr>
          <w:sz w:val="20"/>
          <w:szCs w:val="20"/>
        </w:rPr>
        <w:t xml:space="preserve"> (Stress-free Environment): </w:t>
      </w:r>
      <w:r w:rsidRPr="00C72E4E">
        <w:rPr>
          <w:rFonts w:cs="Shruti"/>
          <w:sz w:val="20"/>
          <w:szCs w:val="20"/>
          <w:cs/>
          <w:lang w:bidi="gu-IN"/>
        </w:rPr>
        <w:t>પ્રાર્થના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સભા</w:t>
      </w:r>
      <w:r w:rsidRPr="00C72E4E">
        <w:rPr>
          <w:sz w:val="20"/>
          <w:szCs w:val="20"/>
        </w:rPr>
        <w:t xml:space="preserve">, </w:t>
      </w:r>
      <w:r w:rsidRPr="00C72E4E">
        <w:rPr>
          <w:rFonts w:cs="Shruti"/>
          <w:sz w:val="20"/>
          <w:szCs w:val="20"/>
          <w:cs/>
          <w:lang w:bidi="gu-IN"/>
        </w:rPr>
        <w:t>યોગ</w:t>
      </w:r>
      <w:r w:rsidRPr="00C72E4E">
        <w:rPr>
          <w:sz w:val="20"/>
          <w:szCs w:val="20"/>
        </w:rPr>
        <w:t xml:space="preserve">, </w:t>
      </w:r>
      <w:r w:rsidRPr="00C72E4E">
        <w:rPr>
          <w:rFonts w:cs="Shruti"/>
          <w:sz w:val="20"/>
          <w:szCs w:val="20"/>
          <w:cs/>
          <w:lang w:bidi="gu-IN"/>
        </w:rPr>
        <w:t>ધ્યાન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અને</w:t>
      </w:r>
      <w:r w:rsidRPr="00C72E4E">
        <w:rPr>
          <w:sz w:val="20"/>
          <w:szCs w:val="20"/>
        </w:rPr>
        <w:t xml:space="preserve"> "</w:t>
      </w:r>
      <w:r w:rsidRPr="00C72E4E">
        <w:rPr>
          <w:rFonts w:cs="Shruti"/>
          <w:sz w:val="20"/>
          <w:szCs w:val="20"/>
          <w:cs/>
          <w:lang w:bidi="gu-IN"/>
        </w:rPr>
        <w:t>આનંદદાયી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શનિવાર</w:t>
      </w:r>
      <w:r w:rsidRPr="00C72E4E">
        <w:rPr>
          <w:sz w:val="20"/>
          <w:szCs w:val="20"/>
        </w:rPr>
        <w:t xml:space="preserve">" (Bagless Day) </w:t>
      </w:r>
      <w:r w:rsidRPr="00C72E4E">
        <w:rPr>
          <w:rFonts w:cs="Shruti"/>
          <w:sz w:val="20"/>
          <w:szCs w:val="20"/>
          <w:cs/>
          <w:lang w:bidi="gu-IN"/>
        </w:rPr>
        <w:t>જેવી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પ્રવૃત્તિઓ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દ્વારા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વિદ્યાર્થીઓ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તણાવમુક્ત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રહે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તેવું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સકારાત્મક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વાતાવરણ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પૂરું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પાડવામાં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આવે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છે</w:t>
      </w:r>
      <w:r w:rsidRPr="00C72E4E">
        <w:rPr>
          <w:sz w:val="20"/>
          <w:szCs w:val="20"/>
        </w:rPr>
        <w:t>.</w:t>
      </w:r>
    </w:p>
    <w:p w14:paraId="3B7CA491" w14:textId="77777777" w:rsidR="00C72E4E" w:rsidRPr="00C72E4E" w:rsidRDefault="00C72E4E" w:rsidP="00C72E4E">
      <w:pPr>
        <w:pStyle w:val="ListBullet"/>
        <w:spacing w:after="0" w:line="240" w:lineRule="auto"/>
        <w:rPr>
          <w:sz w:val="20"/>
          <w:szCs w:val="20"/>
        </w:rPr>
      </w:pPr>
      <w:r w:rsidRPr="00C72E4E">
        <w:rPr>
          <w:rFonts w:cs="Shruti"/>
          <w:sz w:val="20"/>
          <w:szCs w:val="20"/>
          <w:cs/>
          <w:lang w:bidi="gu-IN"/>
        </w:rPr>
        <w:t>કારકિર્દી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અને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ઉત્સાહવર્ધન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સત્રો</w:t>
      </w:r>
      <w:r w:rsidRPr="00C72E4E">
        <w:rPr>
          <w:sz w:val="20"/>
          <w:szCs w:val="20"/>
        </w:rPr>
        <w:t xml:space="preserve">: </w:t>
      </w:r>
      <w:r w:rsidRPr="00C72E4E">
        <w:rPr>
          <w:rFonts w:cs="Shruti"/>
          <w:sz w:val="20"/>
          <w:szCs w:val="20"/>
          <w:cs/>
          <w:lang w:bidi="gu-IN"/>
        </w:rPr>
        <w:t>ખાસ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કરીને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ધોરણ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૬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થી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૮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ના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વિદ્યાર્થીઓ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માટે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ભવિષ્યના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અભ્યાસ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અને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કારકિર્દી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અંગે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પ્રેરણાત્મક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વ્યાખ્યાનો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ગોઠવવામાં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આવે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છે</w:t>
      </w:r>
      <w:r w:rsidRPr="00C72E4E">
        <w:rPr>
          <w:sz w:val="20"/>
          <w:szCs w:val="20"/>
        </w:rPr>
        <w:t>.</w:t>
      </w:r>
    </w:p>
    <w:p w14:paraId="37C2291D" w14:textId="77777777" w:rsidR="00C72E4E" w:rsidRPr="00C72E4E" w:rsidRDefault="00C72E4E" w:rsidP="00C72E4E">
      <w:pPr>
        <w:pStyle w:val="ListBullet"/>
        <w:spacing w:after="0" w:line="240" w:lineRule="auto"/>
        <w:rPr>
          <w:sz w:val="20"/>
          <w:szCs w:val="20"/>
        </w:rPr>
      </w:pPr>
      <w:r w:rsidRPr="00C72E4E">
        <w:rPr>
          <w:rFonts w:cs="Shruti"/>
          <w:sz w:val="20"/>
          <w:szCs w:val="20"/>
          <w:cs/>
          <w:lang w:bidi="gu-IN"/>
        </w:rPr>
        <w:t>વાલી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સંકલન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અને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પરામર્શ</w:t>
      </w:r>
      <w:r w:rsidRPr="00C72E4E">
        <w:rPr>
          <w:sz w:val="20"/>
          <w:szCs w:val="20"/>
        </w:rPr>
        <w:t xml:space="preserve">: </w:t>
      </w:r>
      <w:r w:rsidRPr="00C72E4E">
        <w:rPr>
          <w:rFonts w:cs="Shruti"/>
          <w:sz w:val="20"/>
          <w:szCs w:val="20"/>
          <w:cs/>
          <w:lang w:bidi="gu-IN"/>
        </w:rPr>
        <w:t>જે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વિદ્યાર્થીઓ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અભ્યાસમાં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મૂંઝવણ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કે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ચિંતા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અનુભવતા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હોય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તેમના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વાલીઓ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સાથે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બેઠક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યોજી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ઘર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અને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શાળાનું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સંકલન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મજબૂત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કરાય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છે</w:t>
      </w:r>
      <w:r w:rsidRPr="00C72E4E">
        <w:rPr>
          <w:sz w:val="20"/>
          <w:szCs w:val="20"/>
        </w:rPr>
        <w:t>.</w:t>
      </w:r>
    </w:p>
    <w:p w14:paraId="2EB02097" w14:textId="77777777" w:rsidR="00C72E4E" w:rsidRPr="00C72E4E" w:rsidRDefault="00C72E4E" w:rsidP="00C72E4E">
      <w:pPr>
        <w:pStyle w:val="Heading2"/>
        <w:spacing w:line="240" w:lineRule="auto"/>
        <w:rPr>
          <w:sz w:val="20"/>
          <w:szCs w:val="20"/>
        </w:rPr>
      </w:pPr>
      <w:r w:rsidRPr="00C72E4E">
        <w:rPr>
          <w:rFonts w:cs="Shruti"/>
          <w:sz w:val="20"/>
          <w:szCs w:val="20"/>
          <w:cs/>
          <w:lang w:bidi="gu-IN"/>
        </w:rPr>
        <w:t>૨</w:t>
      </w:r>
      <w:r w:rsidRPr="00C72E4E">
        <w:rPr>
          <w:sz w:val="20"/>
          <w:szCs w:val="20"/>
        </w:rPr>
        <w:t xml:space="preserve">. </w:t>
      </w:r>
      <w:r w:rsidRPr="00C72E4E">
        <w:rPr>
          <w:rFonts w:cs="Shruti"/>
          <w:sz w:val="20"/>
          <w:szCs w:val="20"/>
          <w:cs/>
          <w:lang w:bidi="gu-IN"/>
        </w:rPr>
        <w:t>માનસિક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સુખાકારી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અને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કારકિર્દી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માર્ગદર્શન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પ્રવૃત્તિઓનું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સંકલન</w:t>
      </w:r>
      <w:r w:rsidRPr="00C72E4E">
        <w:rPr>
          <w:sz w:val="20"/>
          <w:szCs w:val="20"/>
        </w:rPr>
        <w:t xml:space="preserve"> </w:t>
      </w:r>
      <w:r w:rsidRPr="00C72E4E">
        <w:rPr>
          <w:rFonts w:cs="Shruti"/>
          <w:sz w:val="20"/>
          <w:szCs w:val="20"/>
          <w:cs/>
          <w:lang w:bidi="gu-IN"/>
        </w:rPr>
        <w:t>પત્રક</w:t>
      </w:r>
      <w:r w:rsidRPr="00C72E4E">
        <w:rPr>
          <w:sz w:val="20"/>
          <w:szCs w:val="20"/>
        </w:rPr>
        <w:t>:</w:t>
      </w: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675"/>
        <w:gridCol w:w="3645"/>
        <w:gridCol w:w="2160"/>
        <w:gridCol w:w="2984"/>
      </w:tblGrid>
      <w:tr w:rsidR="00C72E4E" w:rsidRPr="00C72E4E" w14:paraId="73EE3E5E" w14:textId="77777777" w:rsidTr="00C72E4E">
        <w:tc>
          <w:tcPr>
            <w:tcW w:w="675" w:type="dxa"/>
          </w:tcPr>
          <w:p w14:paraId="35DF1FA4" w14:textId="77777777" w:rsidR="00C72E4E" w:rsidRPr="00C72E4E" w:rsidRDefault="00C72E4E" w:rsidP="00C72E4E">
            <w:pPr>
              <w:rPr>
                <w:sz w:val="20"/>
                <w:szCs w:val="20"/>
              </w:rPr>
            </w:pPr>
            <w:r w:rsidRPr="00C72E4E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ક્રમ</w:t>
            </w:r>
          </w:p>
        </w:tc>
        <w:tc>
          <w:tcPr>
            <w:tcW w:w="3645" w:type="dxa"/>
          </w:tcPr>
          <w:p w14:paraId="4BCDA7CD" w14:textId="77777777" w:rsidR="00C72E4E" w:rsidRPr="00C72E4E" w:rsidRDefault="00C72E4E" w:rsidP="00C72E4E">
            <w:pPr>
              <w:rPr>
                <w:sz w:val="20"/>
                <w:szCs w:val="20"/>
              </w:rPr>
            </w:pPr>
            <w:r w:rsidRPr="00C72E4E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પ્રવૃત્તિ</w:t>
            </w:r>
            <w:r w:rsidRPr="00C72E4E">
              <w:rPr>
                <w:b/>
                <w:sz w:val="20"/>
                <w:szCs w:val="20"/>
              </w:rPr>
              <w:t xml:space="preserve"> / </w:t>
            </w:r>
            <w:r w:rsidRPr="00C72E4E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કાર્યક્રમનું</w:t>
            </w:r>
            <w:r w:rsidRPr="00C72E4E">
              <w:rPr>
                <w:b/>
                <w:sz w:val="20"/>
                <w:szCs w:val="20"/>
              </w:rPr>
              <w:t xml:space="preserve"> </w:t>
            </w:r>
            <w:r w:rsidRPr="00C72E4E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નામ</w:t>
            </w:r>
          </w:p>
        </w:tc>
        <w:tc>
          <w:tcPr>
            <w:tcW w:w="2160" w:type="dxa"/>
          </w:tcPr>
          <w:p w14:paraId="2BAB396B" w14:textId="77777777" w:rsidR="00C72E4E" w:rsidRPr="00C72E4E" w:rsidRDefault="00C72E4E" w:rsidP="00C72E4E">
            <w:pPr>
              <w:rPr>
                <w:sz w:val="20"/>
                <w:szCs w:val="20"/>
              </w:rPr>
            </w:pPr>
            <w:r w:rsidRPr="00C72E4E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લક્ષિત</w:t>
            </w:r>
            <w:r w:rsidRPr="00C72E4E">
              <w:rPr>
                <w:b/>
                <w:sz w:val="20"/>
                <w:szCs w:val="20"/>
              </w:rPr>
              <w:t xml:space="preserve"> </w:t>
            </w:r>
            <w:r w:rsidRPr="00C72E4E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ધોરણ</w:t>
            </w:r>
          </w:p>
        </w:tc>
        <w:tc>
          <w:tcPr>
            <w:tcW w:w="2984" w:type="dxa"/>
          </w:tcPr>
          <w:p w14:paraId="62C67E75" w14:textId="77777777" w:rsidR="00C72E4E" w:rsidRPr="00C72E4E" w:rsidRDefault="00C72E4E" w:rsidP="00C72E4E">
            <w:pPr>
              <w:rPr>
                <w:sz w:val="20"/>
                <w:szCs w:val="20"/>
              </w:rPr>
            </w:pPr>
            <w:r w:rsidRPr="00C72E4E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મુખ્ય</w:t>
            </w:r>
            <w:r w:rsidRPr="00C72E4E">
              <w:rPr>
                <w:b/>
                <w:sz w:val="20"/>
                <w:szCs w:val="20"/>
              </w:rPr>
              <w:t xml:space="preserve"> </w:t>
            </w:r>
            <w:r w:rsidRPr="00C72E4E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હેતુ</w:t>
            </w:r>
            <w:r w:rsidRPr="00C72E4E">
              <w:rPr>
                <w:b/>
                <w:sz w:val="20"/>
                <w:szCs w:val="20"/>
              </w:rPr>
              <w:t xml:space="preserve"> / </w:t>
            </w:r>
            <w:r w:rsidRPr="00C72E4E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લાભ</w:t>
            </w:r>
          </w:p>
        </w:tc>
      </w:tr>
      <w:tr w:rsidR="00C72E4E" w:rsidRPr="00C72E4E" w14:paraId="7FB8C4F7" w14:textId="77777777" w:rsidTr="00C72E4E">
        <w:tc>
          <w:tcPr>
            <w:tcW w:w="675" w:type="dxa"/>
          </w:tcPr>
          <w:p w14:paraId="15DBA39F" w14:textId="77777777" w:rsidR="00C72E4E" w:rsidRPr="00C72E4E" w:rsidRDefault="00C72E4E" w:rsidP="00C72E4E">
            <w:pPr>
              <w:jc w:val="center"/>
              <w:rPr>
                <w:sz w:val="20"/>
                <w:szCs w:val="20"/>
              </w:rPr>
            </w:pP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૧</w:t>
            </w:r>
          </w:p>
        </w:tc>
        <w:tc>
          <w:tcPr>
            <w:tcW w:w="3645" w:type="dxa"/>
          </w:tcPr>
          <w:p w14:paraId="2620CDD3" w14:textId="77777777" w:rsidR="00C72E4E" w:rsidRPr="00C72E4E" w:rsidRDefault="00C72E4E" w:rsidP="00C72E4E">
            <w:pPr>
              <w:rPr>
                <w:sz w:val="20"/>
                <w:szCs w:val="20"/>
              </w:rPr>
            </w:pP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દૈનિક</w:t>
            </w:r>
            <w:r w:rsidRPr="00C72E4E">
              <w:rPr>
                <w:sz w:val="20"/>
                <w:szCs w:val="20"/>
              </w:rPr>
              <w:t xml:space="preserve"> </w:t>
            </w: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યોગ</w:t>
            </w:r>
            <w:r w:rsidRPr="00C72E4E">
              <w:rPr>
                <w:sz w:val="20"/>
                <w:szCs w:val="20"/>
              </w:rPr>
              <w:t xml:space="preserve">, </w:t>
            </w: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ધ્યાન</w:t>
            </w:r>
            <w:r w:rsidRPr="00C72E4E">
              <w:rPr>
                <w:sz w:val="20"/>
                <w:szCs w:val="20"/>
              </w:rPr>
              <w:t xml:space="preserve"> </w:t>
            </w: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C72E4E">
              <w:rPr>
                <w:sz w:val="20"/>
                <w:szCs w:val="20"/>
              </w:rPr>
              <w:t xml:space="preserve"> </w:t>
            </w: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પ્રાણાયામ</w:t>
            </w:r>
            <w:r w:rsidRPr="00C72E4E">
              <w:rPr>
                <w:sz w:val="20"/>
                <w:szCs w:val="20"/>
              </w:rPr>
              <w:t xml:space="preserve"> </w:t>
            </w: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સત્ર</w:t>
            </w:r>
          </w:p>
        </w:tc>
        <w:tc>
          <w:tcPr>
            <w:tcW w:w="2160" w:type="dxa"/>
          </w:tcPr>
          <w:p w14:paraId="5384E0EE" w14:textId="77777777" w:rsidR="00C72E4E" w:rsidRPr="00C72E4E" w:rsidRDefault="00C72E4E" w:rsidP="00C72E4E">
            <w:pPr>
              <w:rPr>
                <w:sz w:val="20"/>
                <w:szCs w:val="20"/>
              </w:rPr>
            </w:pP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C72E4E">
              <w:rPr>
                <w:sz w:val="20"/>
                <w:szCs w:val="20"/>
              </w:rPr>
              <w:t xml:space="preserve"> </w:t>
            </w: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૧</w:t>
            </w:r>
            <w:r w:rsidRPr="00C72E4E">
              <w:rPr>
                <w:sz w:val="20"/>
                <w:szCs w:val="20"/>
              </w:rPr>
              <w:t xml:space="preserve"> </w:t>
            </w: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થી</w:t>
            </w:r>
            <w:r w:rsidRPr="00C72E4E">
              <w:rPr>
                <w:sz w:val="20"/>
                <w:szCs w:val="20"/>
              </w:rPr>
              <w:t xml:space="preserve"> </w:t>
            </w: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૮</w:t>
            </w:r>
          </w:p>
        </w:tc>
        <w:tc>
          <w:tcPr>
            <w:tcW w:w="2984" w:type="dxa"/>
          </w:tcPr>
          <w:p w14:paraId="2BB5FD07" w14:textId="77777777" w:rsidR="00C72E4E" w:rsidRPr="00C72E4E" w:rsidRDefault="00C72E4E" w:rsidP="00C72E4E">
            <w:pPr>
              <w:rPr>
                <w:sz w:val="20"/>
                <w:szCs w:val="20"/>
              </w:rPr>
            </w:pP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માનસિક</w:t>
            </w:r>
            <w:r w:rsidRPr="00C72E4E">
              <w:rPr>
                <w:sz w:val="20"/>
                <w:szCs w:val="20"/>
              </w:rPr>
              <w:t xml:space="preserve"> </w:t>
            </w: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શાંતિ</w:t>
            </w:r>
            <w:r w:rsidRPr="00C72E4E">
              <w:rPr>
                <w:sz w:val="20"/>
                <w:szCs w:val="20"/>
              </w:rPr>
              <w:t xml:space="preserve"> </w:t>
            </w: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C72E4E">
              <w:rPr>
                <w:sz w:val="20"/>
                <w:szCs w:val="20"/>
              </w:rPr>
              <w:t xml:space="preserve"> </w:t>
            </w: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એકાગ્રતામાં</w:t>
            </w:r>
            <w:r w:rsidRPr="00C72E4E">
              <w:rPr>
                <w:sz w:val="20"/>
                <w:szCs w:val="20"/>
              </w:rPr>
              <w:t xml:space="preserve"> </w:t>
            </w: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વધારો</w:t>
            </w:r>
          </w:p>
        </w:tc>
      </w:tr>
      <w:tr w:rsidR="00C72E4E" w:rsidRPr="00C72E4E" w14:paraId="4C6850FB" w14:textId="77777777" w:rsidTr="00C72E4E">
        <w:tc>
          <w:tcPr>
            <w:tcW w:w="675" w:type="dxa"/>
          </w:tcPr>
          <w:p w14:paraId="6E69263F" w14:textId="77777777" w:rsidR="00C72E4E" w:rsidRPr="00C72E4E" w:rsidRDefault="00C72E4E" w:rsidP="00C72E4E">
            <w:pPr>
              <w:jc w:val="center"/>
              <w:rPr>
                <w:sz w:val="20"/>
                <w:szCs w:val="20"/>
              </w:rPr>
            </w:pP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૨</w:t>
            </w:r>
          </w:p>
        </w:tc>
        <w:tc>
          <w:tcPr>
            <w:tcW w:w="3645" w:type="dxa"/>
          </w:tcPr>
          <w:p w14:paraId="52ED3C17" w14:textId="77777777" w:rsidR="00C72E4E" w:rsidRPr="00C72E4E" w:rsidRDefault="00C72E4E" w:rsidP="00C72E4E">
            <w:pPr>
              <w:rPr>
                <w:sz w:val="20"/>
                <w:szCs w:val="20"/>
              </w:rPr>
            </w:pP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પ્રેરણાત્મક</w:t>
            </w:r>
            <w:r w:rsidRPr="00C72E4E">
              <w:rPr>
                <w:sz w:val="20"/>
                <w:szCs w:val="20"/>
              </w:rPr>
              <w:t xml:space="preserve"> </w:t>
            </w: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માર્ગદર્શન</w:t>
            </w:r>
            <w:r w:rsidRPr="00C72E4E">
              <w:rPr>
                <w:sz w:val="20"/>
                <w:szCs w:val="20"/>
              </w:rPr>
              <w:t xml:space="preserve"> </w:t>
            </w: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C72E4E">
              <w:rPr>
                <w:sz w:val="20"/>
                <w:szCs w:val="20"/>
              </w:rPr>
              <w:t xml:space="preserve"> </w:t>
            </w: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કાઉન્સિલિંગ</w:t>
            </w:r>
          </w:p>
        </w:tc>
        <w:tc>
          <w:tcPr>
            <w:tcW w:w="2160" w:type="dxa"/>
          </w:tcPr>
          <w:p w14:paraId="72272C46" w14:textId="77777777" w:rsidR="00C72E4E" w:rsidRPr="00C72E4E" w:rsidRDefault="00C72E4E" w:rsidP="00C72E4E">
            <w:pPr>
              <w:rPr>
                <w:sz w:val="20"/>
                <w:szCs w:val="20"/>
              </w:rPr>
            </w:pP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C72E4E">
              <w:rPr>
                <w:sz w:val="20"/>
                <w:szCs w:val="20"/>
              </w:rPr>
              <w:t xml:space="preserve"> </w:t>
            </w: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૬</w:t>
            </w:r>
            <w:r w:rsidRPr="00C72E4E">
              <w:rPr>
                <w:sz w:val="20"/>
                <w:szCs w:val="20"/>
              </w:rPr>
              <w:t xml:space="preserve"> </w:t>
            </w: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થી</w:t>
            </w:r>
            <w:r w:rsidRPr="00C72E4E">
              <w:rPr>
                <w:sz w:val="20"/>
                <w:szCs w:val="20"/>
              </w:rPr>
              <w:t xml:space="preserve"> </w:t>
            </w: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૮</w:t>
            </w:r>
          </w:p>
        </w:tc>
        <w:tc>
          <w:tcPr>
            <w:tcW w:w="2984" w:type="dxa"/>
          </w:tcPr>
          <w:p w14:paraId="63DA652D" w14:textId="77777777" w:rsidR="00C72E4E" w:rsidRPr="00C72E4E" w:rsidRDefault="00C72E4E" w:rsidP="00C72E4E">
            <w:pPr>
              <w:rPr>
                <w:sz w:val="20"/>
                <w:szCs w:val="20"/>
              </w:rPr>
            </w:pP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પરીક્ષાનો</w:t>
            </w:r>
            <w:r w:rsidRPr="00C72E4E">
              <w:rPr>
                <w:sz w:val="20"/>
                <w:szCs w:val="20"/>
              </w:rPr>
              <w:t xml:space="preserve"> </w:t>
            </w: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ભય</w:t>
            </w:r>
            <w:r w:rsidRPr="00C72E4E">
              <w:rPr>
                <w:sz w:val="20"/>
                <w:szCs w:val="20"/>
              </w:rPr>
              <w:t xml:space="preserve"> </w:t>
            </w: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C72E4E">
              <w:rPr>
                <w:sz w:val="20"/>
                <w:szCs w:val="20"/>
              </w:rPr>
              <w:t xml:space="preserve"> </w:t>
            </w: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તણાવ</w:t>
            </w:r>
            <w:r w:rsidRPr="00C72E4E">
              <w:rPr>
                <w:sz w:val="20"/>
                <w:szCs w:val="20"/>
              </w:rPr>
              <w:t xml:space="preserve"> </w:t>
            </w: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દૂર</w:t>
            </w:r>
            <w:r w:rsidRPr="00C72E4E">
              <w:rPr>
                <w:sz w:val="20"/>
                <w:szCs w:val="20"/>
              </w:rPr>
              <w:t xml:space="preserve"> </w:t>
            </w: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કરવો</w:t>
            </w:r>
          </w:p>
        </w:tc>
      </w:tr>
      <w:tr w:rsidR="00C72E4E" w:rsidRPr="00C72E4E" w14:paraId="07D224B7" w14:textId="77777777" w:rsidTr="00C72E4E">
        <w:tc>
          <w:tcPr>
            <w:tcW w:w="675" w:type="dxa"/>
          </w:tcPr>
          <w:p w14:paraId="58F77AA9" w14:textId="77777777" w:rsidR="00C72E4E" w:rsidRPr="00C72E4E" w:rsidRDefault="00C72E4E" w:rsidP="00C72E4E">
            <w:pPr>
              <w:jc w:val="center"/>
              <w:rPr>
                <w:sz w:val="20"/>
                <w:szCs w:val="20"/>
              </w:rPr>
            </w:pP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૩</w:t>
            </w:r>
          </w:p>
        </w:tc>
        <w:tc>
          <w:tcPr>
            <w:tcW w:w="3645" w:type="dxa"/>
          </w:tcPr>
          <w:p w14:paraId="29297831" w14:textId="77777777" w:rsidR="00C72E4E" w:rsidRPr="00C72E4E" w:rsidRDefault="00C72E4E" w:rsidP="00C72E4E">
            <w:pPr>
              <w:rPr>
                <w:sz w:val="20"/>
                <w:szCs w:val="20"/>
              </w:rPr>
            </w:pP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કારકિર્દી</w:t>
            </w:r>
            <w:r w:rsidRPr="00C72E4E">
              <w:rPr>
                <w:sz w:val="20"/>
                <w:szCs w:val="20"/>
              </w:rPr>
              <w:t xml:space="preserve"> </w:t>
            </w: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C72E4E">
              <w:rPr>
                <w:sz w:val="20"/>
                <w:szCs w:val="20"/>
              </w:rPr>
              <w:t xml:space="preserve"> </w:t>
            </w: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ઉચ્ચ</w:t>
            </w:r>
            <w:r w:rsidRPr="00C72E4E">
              <w:rPr>
                <w:sz w:val="20"/>
                <w:szCs w:val="20"/>
              </w:rPr>
              <w:t xml:space="preserve"> </w:t>
            </w: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અભ્યાસ</w:t>
            </w:r>
            <w:r w:rsidRPr="00C72E4E">
              <w:rPr>
                <w:sz w:val="20"/>
                <w:szCs w:val="20"/>
              </w:rPr>
              <w:t xml:space="preserve"> </w:t>
            </w: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માર્ગદર્શન</w:t>
            </w:r>
            <w:r w:rsidRPr="00C72E4E">
              <w:rPr>
                <w:sz w:val="20"/>
                <w:szCs w:val="20"/>
              </w:rPr>
              <w:t xml:space="preserve"> </w:t>
            </w: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સત્ર</w:t>
            </w:r>
          </w:p>
        </w:tc>
        <w:tc>
          <w:tcPr>
            <w:tcW w:w="2160" w:type="dxa"/>
          </w:tcPr>
          <w:p w14:paraId="36F4BEA0" w14:textId="77777777" w:rsidR="00C72E4E" w:rsidRPr="00C72E4E" w:rsidRDefault="00C72E4E" w:rsidP="00C72E4E">
            <w:pPr>
              <w:rPr>
                <w:sz w:val="20"/>
                <w:szCs w:val="20"/>
              </w:rPr>
            </w:pP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C72E4E">
              <w:rPr>
                <w:sz w:val="20"/>
                <w:szCs w:val="20"/>
              </w:rPr>
              <w:t xml:space="preserve"> </w:t>
            </w: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૭</w:t>
            </w:r>
            <w:r w:rsidRPr="00C72E4E">
              <w:rPr>
                <w:sz w:val="20"/>
                <w:szCs w:val="20"/>
              </w:rPr>
              <w:t xml:space="preserve"> </w:t>
            </w: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C72E4E">
              <w:rPr>
                <w:sz w:val="20"/>
                <w:szCs w:val="20"/>
              </w:rPr>
              <w:t xml:space="preserve"> </w:t>
            </w: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૮</w:t>
            </w:r>
          </w:p>
        </w:tc>
        <w:tc>
          <w:tcPr>
            <w:tcW w:w="2984" w:type="dxa"/>
          </w:tcPr>
          <w:p w14:paraId="6641DD42" w14:textId="77777777" w:rsidR="00C72E4E" w:rsidRPr="00C72E4E" w:rsidRDefault="00C72E4E" w:rsidP="00C72E4E">
            <w:pPr>
              <w:rPr>
                <w:sz w:val="20"/>
                <w:szCs w:val="20"/>
              </w:rPr>
            </w:pP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ભવિષ્યના</w:t>
            </w:r>
            <w:r w:rsidRPr="00C72E4E">
              <w:rPr>
                <w:sz w:val="20"/>
                <w:szCs w:val="20"/>
              </w:rPr>
              <w:t xml:space="preserve"> </w:t>
            </w: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લક્ષ્યો</w:t>
            </w:r>
            <w:r w:rsidRPr="00C72E4E">
              <w:rPr>
                <w:sz w:val="20"/>
                <w:szCs w:val="20"/>
              </w:rPr>
              <w:t xml:space="preserve"> </w:t>
            </w: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C72E4E">
              <w:rPr>
                <w:sz w:val="20"/>
                <w:szCs w:val="20"/>
              </w:rPr>
              <w:t xml:space="preserve"> </w:t>
            </w: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ક્ષેત્રોની</w:t>
            </w:r>
            <w:r w:rsidRPr="00C72E4E">
              <w:rPr>
                <w:sz w:val="20"/>
                <w:szCs w:val="20"/>
              </w:rPr>
              <w:t xml:space="preserve"> </w:t>
            </w: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સમજ</w:t>
            </w:r>
          </w:p>
        </w:tc>
      </w:tr>
      <w:tr w:rsidR="00C72E4E" w:rsidRPr="00C72E4E" w14:paraId="623E0829" w14:textId="77777777" w:rsidTr="00C72E4E">
        <w:tc>
          <w:tcPr>
            <w:tcW w:w="675" w:type="dxa"/>
          </w:tcPr>
          <w:p w14:paraId="23D73E00" w14:textId="77777777" w:rsidR="00C72E4E" w:rsidRPr="00C72E4E" w:rsidRDefault="00C72E4E" w:rsidP="00C72E4E">
            <w:pPr>
              <w:jc w:val="center"/>
              <w:rPr>
                <w:sz w:val="20"/>
                <w:szCs w:val="20"/>
              </w:rPr>
            </w:pP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૪</w:t>
            </w:r>
          </w:p>
        </w:tc>
        <w:tc>
          <w:tcPr>
            <w:tcW w:w="3645" w:type="dxa"/>
          </w:tcPr>
          <w:p w14:paraId="13723E59" w14:textId="77777777" w:rsidR="00C72E4E" w:rsidRPr="00C72E4E" w:rsidRDefault="00C72E4E" w:rsidP="00C72E4E">
            <w:pPr>
              <w:rPr>
                <w:sz w:val="20"/>
                <w:szCs w:val="20"/>
              </w:rPr>
            </w:pP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સાંસ્કૃતિક</w:t>
            </w:r>
            <w:r w:rsidRPr="00C72E4E">
              <w:rPr>
                <w:sz w:val="20"/>
                <w:szCs w:val="20"/>
              </w:rPr>
              <w:t xml:space="preserve"> </w:t>
            </w: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C72E4E">
              <w:rPr>
                <w:sz w:val="20"/>
                <w:szCs w:val="20"/>
              </w:rPr>
              <w:t xml:space="preserve"> </w:t>
            </w: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રમતગમત</w:t>
            </w:r>
            <w:r w:rsidRPr="00C72E4E">
              <w:rPr>
                <w:sz w:val="20"/>
                <w:szCs w:val="20"/>
              </w:rPr>
              <w:t xml:space="preserve"> </w:t>
            </w: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પ્રવૃત્તિઓ</w:t>
            </w:r>
          </w:p>
        </w:tc>
        <w:tc>
          <w:tcPr>
            <w:tcW w:w="2160" w:type="dxa"/>
          </w:tcPr>
          <w:p w14:paraId="20CEA697" w14:textId="77777777" w:rsidR="00C72E4E" w:rsidRPr="00C72E4E" w:rsidRDefault="00C72E4E" w:rsidP="00C72E4E">
            <w:pPr>
              <w:rPr>
                <w:sz w:val="20"/>
                <w:szCs w:val="20"/>
              </w:rPr>
            </w:pP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સમસ્ત</w:t>
            </w:r>
            <w:r w:rsidRPr="00C72E4E">
              <w:rPr>
                <w:sz w:val="20"/>
                <w:szCs w:val="20"/>
              </w:rPr>
              <w:t xml:space="preserve"> </w:t>
            </w: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વિદ્યાર્થીઓ</w:t>
            </w:r>
          </w:p>
        </w:tc>
        <w:tc>
          <w:tcPr>
            <w:tcW w:w="2984" w:type="dxa"/>
          </w:tcPr>
          <w:p w14:paraId="32D9A28F" w14:textId="77777777" w:rsidR="00C72E4E" w:rsidRPr="00C72E4E" w:rsidRDefault="00C72E4E" w:rsidP="00C72E4E">
            <w:pPr>
              <w:rPr>
                <w:sz w:val="20"/>
                <w:szCs w:val="20"/>
              </w:rPr>
            </w:pP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માનસિક</w:t>
            </w:r>
            <w:r w:rsidRPr="00C72E4E">
              <w:rPr>
                <w:sz w:val="20"/>
                <w:szCs w:val="20"/>
              </w:rPr>
              <w:t xml:space="preserve"> </w:t>
            </w: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આનંદ</w:t>
            </w:r>
            <w:r w:rsidRPr="00C72E4E">
              <w:rPr>
                <w:sz w:val="20"/>
                <w:szCs w:val="20"/>
              </w:rPr>
              <w:t xml:space="preserve"> </w:t>
            </w: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C72E4E">
              <w:rPr>
                <w:sz w:val="20"/>
                <w:szCs w:val="20"/>
              </w:rPr>
              <w:t xml:space="preserve"> </w:t>
            </w: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સર્વાંગી</w:t>
            </w:r>
            <w:r w:rsidRPr="00C72E4E">
              <w:rPr>
                <w:sz w:val="20"/>
                <w:szCs w:val="20"/>
              </w:rPr>
              <w:t xml:space="preserve"> </w:t>
            </w: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વિકાસ</w:t>
            </w:r>
          </w:p>
        </w:tc>
      </w:tr>
    </w:tbl>
    <w:p w14:paraId="00CC004A" w14:textId="77777777" w:rsidR="00C72E4E" w:rsidRPr="00C72E4E" w:rsidRDefault="00C72E4E" w:rsidP="00C72E4E">
      <w:pPr>
        <w:spacing w:after="0" w:line="240" w:lineRule="auto"/>
        <w:rPr>
          <w:sz w:val="20"/>
          <w:szCs w:val="20"/>
        </w:rPr>
      </w:pPr>
      <w:r w:rsidRPr="00C72E4E">
        <w:rPr>
          <w:sz w:val="20"/>
          <w:szCs w:val="20"/>
        </w:rPr>
        <w:br/>
      </w:r>
      <w:r w:rsidRPr="00C72E4E">
        <w:rPr>
          <w:rFonts w:cs="Shruti"/>
          <w:b/>
          <w:bCs/>
          <w:sz w:val="20"/>
          <w:szCs w:val="20"/>
          <w:cs/>
          <w:lang w:bidi="gu-IN"/>
        </w:rPr>
        <w:t>નિષ્કર્ષ</w:t>
      </w:r>
      <w:r w:rsidRPr="00C72E4E">
        <w:rPr>
          <w:b/>
          <w:sz w:val="20"/>
          <w:szCs w:val="20"/>
        </w:rPr>
        <w:t xml:space="preserve">: </w:t>
      </w:r>
      <w:r w:rsidRPr="00C72E4E">
        <w:rPr>
          <w:rFonts w:cs="Shruti"/>
          <w:b/>
          <w:bCs/>
          <w:sz w:val="20"/>
          <w:szCs w:val="20"/>
          <w:cs/>
          <w:lang w:bidi="gu-IN"/>
        </w:rPr>
        <w:t>શાળાની</w:t>
      </w:r>
      <w:r w:rsidRPr="00C72E4E">
        <w:rPr>
          <w:b/>
          <w:sz w:val="20"/>
          <w:szCs w:val="20"/>
        </w:rPr>
        <w:t xml:space="preserve"> </w:t>
      </w:r>
      <w:r w:rsidRPr="00C72E4E">
        <w:rPr>
          <w:rFonts w:cs="Shruti"/>
          <w:b/>
          <w:bCs/>
          <w:sz w:val="20"/>
          <w:szCs w:val="20"/>
          <w:cs/>
          <w:lang w:bidi="gu-IN"/>
        </w:rPr>
        <w:t>આ</w:t>
      </w:r>
      <w:r w:rsidRPr="00C72E4E">
        <w:rPr>
          <w:b/>
          <w:sz w:val="20"/>
          <w:szCs w:val="20"/>
        </w:rPr>
        <w:t xml:space="preserve"> </w:t>
      </w:r>
      <w:r w:rsidRPr="00C72E4E">
        <w:rPr>
          <w:rFonts w:cs="Shruti"/>
          <w:b/>
          <w:bCs/>
          <w:sz w:val="20"/>
          <w:szCs w:val="20"/>
          <w:cs/>
          <w:lang w:bidi="gu-IN"/>
        </w:rPr>
        <w:t>સુવ્યવસ્થિત</w:t>
      </w:r>
      <w:r w:rsidRPr="00C72E4E">
        <w:rPr>
          <w:b/>
          <w:sz w:val="20"/>
          <w:szCs w:val="20"/>
        </w:rPr>
        <w:t xml:space="preserve"> </w:t>
      </w:r>
      <w:r w:rsidRPr="00C72E4E">
        <w:rPr>
          <w:rFonts w:cs="Shruti"/>
          <w:b/>
          <w:bCs/>
          <w:sz w:val="20"/>
          <w:szCs w:val="20"/>
          <w:cs/>
          <w:lang w:bidi="gu-IN"/>
        </w:rPr>
        <w:t>કાઉન્સિલિંગ</w:t>
      </w:r>
      <w:r w:rsidRPr="00C72E4E">
        <w:rPr>
          <w:b/>
          <w:sz w:val="20"/>
          <w:szCs w:val="20"/>
        </w:rPr>
        <w:t xml:space="preserve"> </w:t>
      </w:r>
      <w:r w:rsidRPr="00C72E4E">
        <w:rPr>
          <w:rFonts w:cs="Shruti"/>
          <w:b/>
          <w:bCs/>
          <w:sz w:val="20"/>
          <w:szCs w:val="20"/>
          <w:cs/>
          <w:lang w:bidi="gu-IN"/>
        </w:rPr>
        <w:t>અને</w:t>
      </w:r>
      <w:r w:rsidRPr="00C72E4E">
        <w:rPr>
          <w:b/>
          <w:sz w:val="20"/>
          <w:szCs w:val="20"/>
        </w:rPr>
        <w:t xml:space="preserve"> </w:t>
      </w:r>
      <w:r w:rsidRPr="00C72E4E">
        <w:rPr>
          <w:rFonts w:cs="Shruti"/>
          <w:b/>
          <w:bCs/>
          <w:sz w:val="20"/>
          <w:szCs w:val="20"/>
          <w:cs/>
          <w:lang w:bidi="gu-IN"/>
        </w:rPr>
        <w:t>માર્ગદર્શન</w:t>
      </w:r>
      <w:r w:rsidRPr="00C72E4E">
        <w:rPr>
          <w:b/>
          <w:sz w:val="20"/>
          <w:szCs w:val="20"/>
        </w:rPr>
        <w:t xml:space="preserve"> </w:t>
      </w:r>
      <w:r w:rsidRPr="00C72E4E">
        <w:rPr>
          <w:rFonts w:cs="Shruti"/>
          <w:b/>
          <w:bCs/>
          <w:sz w:val="20"/>
          <w:szCs w:val="20"/>
          <w:cs/>
          <w:lang w:bidi="gu-IN"/>
        </w:rPr>
        <w:t>પ્રવૃત્તિઓના</w:t>
      </w:r>
      <w:r w:rsidRPr="00C72E4E">
        <w:rPr>
          <w:b/>
          <w:sz w:val="20"/>
          <w:szCs w:val="20"/>
        </w:rPr>
        <w:t xml:space="preserve"> </w:t>
      </w:r>
      <w:r w:rsidRPr="00C72E4E">
        <w:rPr>
          <w:rFonts w:cs="Shruti"/>
          <w:b/>
          <w:bCs/>
          <w:sz w:val="20"/>
          <w:szCs w:val="20"/>
          <w:cs/>
          <w:lang w:bidi="gu-IN"/>
        </w:rPr>
        <w:t>કારણે</w:t>
      </w:r>
      <w:r w:rsidRPr="00C72E4E">
        <w:rPr>
          <w:b/>
          <w:sz w:val="20"/>
          <w:szCs w:val="20"/>
        </w:rPr>
        <w:t xml:space="preserve"> </w:t>
      </w:r>
      <w:r w:rsidRPr="00C72E4E">
        <w:rPr>
          <w:rFonts w:cs="Shruti"/>
          <w:b/>
          <w:bCs/>
          <w:sz w:val="20"/>
          <w:szCs w:val="20"/>
          <w:cs/>
          <w:lang w:bidi="gu-IN"/>
        </w:rPr>
        <w:t>વિદ્યાર્થીઓ</w:t>
      </w:r>
      <w:r w:rsidRPr="00C72E4E">
        <w:rPr>
          <w:b/>
          <w:sz w:val="20"/>
          <w:szCs w:val="20"/>
        </w:rPr>
        <w:t xml:space="preserve"> </w:t>
      </w:r>
      <w:r w:rsidRPr="00C72E4E">
        <w:rPr>
          <w:rFonts w:cs="Shruti"/>
          <w:b/>
          <w:bCs/>
          <w:sz w:val="20"/>
          <w:szCs w:val="20"/>
          <w:cs/>
          <w:lang w:bidi="gu-IN"/>
        </w:rPr>
        <w:t>માનસિક</w:t>
      </w:r>
      <w:r w:rsidRPr="00C72E4E">
        <w:rPr>
          <w:b/>
          <w:sz w:val="20"/>
          <w:szCs w:val="20"/>
        </w:rPr>
        <w:t xml:space="preserve"> </w:t>
      </w:r>
      <w:r w:rsidRPr="00C72E4E">
        <w:rPr>
          <w:rFonts w:cs="Shruti"/>
          <w:b/>
          <w:bCs/>
          <w:sz w:val="20"/>
          <w:szCs w:val="20"/>
          <w:cs/>
          <w:lang w:bidi="gu-IN"/>
        </w:rPr>
        <w:t>રીતે</w:t>
      </w:r>
      <w:r w:rsidRPr="00C72E4E">
        <w:rPr>
          <w:b/>
          <w:sz w:val="20"/>
          <w:szCs w:val="20"/>
        </w:rPr>
        <w:t xml:space="preserve"> </w:t>
      </w:r>
      <w:r w:rsidRPr="00C72E4E">
        <w:rPr>
          <w:rFonts w:cs="Shruti"/>
          <w:b/>
          <w:bCs/>
          <w:sz w:val="20"/>
          <w:szCs w:val="20"/>
          <w:cs/>
          <w:lang w:bidi="gu-IN"/>
        </w:rPr>
        <w:t>સ્વસ્થ</w:t>
      </w:r>
      <w:r w:rsidRPr="00C72E4E">
        <w:rPr>
          <w:b/>
          <w:sz w:val="20"/>
          <w:szCs w:val="20"/>
        </w:rPr>
        <w:t xml:space="preserve">, </w:t>
      </w:r>
      <w:r w:rsidRPr="00C72E4E">
        <w:rPr>
          <w:rFonts w:cs="Shruti"/>
          <w:b/>
          <w:bCs/>
          <w:sz w:val="20"/>
          <w:szCs w:val="20"/>
          <w:cs/>
          <w:lang w:bidi="gu-IN"/>
        </w:rPr>
        <w:t>આત્મવિશ્વાસુ</w:t>
      </w:r>
      <w:r w:rsidRPr="00C72E4E">
        <w:rPr>
          <w:b/>
          <w:sz w:val="20"/>
          <w:szCs w:val="20"/>
        </w:rPr>
        <w:t xml:space="preserve"> </w:t>
      </w:r>
      <w:r w:rsidRPr="00C72E4E">
        <w:rPr>
          <w:rFonts w:cs="Shruti"/>
          <w:b/>
          <w:bCs/>
          <w:sz w:val="20"/>
          <w:szCs w:val="20"/>
          <w:cs/>
          <w:lang w:bidi="gu-IN"/>
        </w:rPr>
        <w:t>અને</w:t>
      </w:r>
      <w:r w:rsidRPr="00C72E4E">
        <w:rPr>
          <w:b/>
          <w:sz w:val="20"/>
          <w:szCs w:val="20"/>
        </w:rPr>
        <w:t xml:space="preserve"> </w:t>
      </w:r>
      <w:r w:rsidRPr="00C72E4E">
        <w:rPr>
          <w:rFonts w:cs="Shruti"/>
          <w:b/>
          <w:bCs/>
          <w:sz w:val="20"/>
          <w:szCs w:val="20"/>
          <w:cs/>
          <w:lang w:bidi="gu-IN"/>
        </w:rPr>
        <w:t>પોતાની</w:t>
      </w:r>
      <w:r w:rsidRPr="00C72E4E">
        <w:rPr>
          <w:b/>
          <w:sz w:val="20"/>
          <w:szCs w:val="20"/>
        </w:rPr>
        <w:t xml:space="preserve"> </w:t>
      </w:r>
      <w:r w:rsidRPr="00C72E4E">
        <w:rPr>
          <w:rFonts w:cs="Shruti"/>
          <w:b/>
          <w:bCs/>
          <w:sz w:val="20"/>
          <w:szCs w:val="20"/>
          <w:cs/>
          <w:lang w:bidi="gu-IN"/>
        </w:rPr>
        <w:t>કારકિર્દી</w:t>
      </w:r>
      <w:r w:rsidRPr="00C72E4E">
        <w:rPr>
          <w:b/>
          <w:sz w:val="20"/>
          <w:szCs w:val="20"/>
        </w:rPr>
        <w:t xml:space="preserve"> </w:t>
      </w:r>
      <w:r w:rsidRPr="00C72E4E">
        <w:rPr>
          <w:rFonts w:cs="Shruti"/>
          <w:b/>
          <w:bCs/>
          <w:sz w:val="20"/>
          <w:szCs w:val="20"/>
          <w:cs/>
          <w:lang w:bidi="gu-IN"/>
        </w:rPr>
        <w:t>પ્રત્યે</w:t>
      </w:r>
      <w:r w:rsidRPr="00C72E4E">
        <w:rPr>
          <w:b/>
          <w:sz w:val="20"/>
          <w:szCs w:val="20"/>
        </w:rPr>
        <w:t xml:space="preserve"> </w:t>
      </w:r>
      <w:r w:rsidRPr="00C72E4E">
        <w:rPr>
          <w:rFonts w:cs="Shruti"/>
          <w:b/>
          <w:bCs/>
          <w:sz w:val="20"/>
          <w:szCs w:val="20"/>
          <w:cs/>
          <w:lang w:bidi="gu-IN"/>
        </w:rPr>
        <w:t>સભાન</w:t>
      </w:r>
      <w:r w:rsidRPr="00C72E4E">
        <w:rPr>
          <w:b/>
          <w:sz w:val="20"/>
          <w:szCs w:val="20"/>
        </w:rPr>
        <w:t xml:space="preserve"> </w:t>
      </w:r>
      <w:r w:rsidRPr="00C72E4E">
        <w:rPr>
          <w:rFonts w:cs="Shruti"/>
          <w:b/>
          <w:bCs/>
          <w:sz w:val="20"/>
          <w:szCs w:val="20"/>
          <w:cs/>
          <w:lang w:bidi="gu-IN"/>
        </w:rPr>
        <w:t>બન્યા</w:t>
      </w:r>
      <w:r w:rsidRPr="00C72E4E">
        <w:rPr>
          <w:b/>
          <w:sz w:val="20"/>
          <w:szCs w:val="20"/>
        </w:rPr>
        <w:t xml:space="preserve"> </w:t>
      </w:r>
      <w:r w:rsidRPr="00C72E4E">
        <w:rPr>
          <w:rFonts w:cs="Shruti"/>
          <w:b/>
          <w:bCs/>
          <w:sz w:val="20"/>
          <w:szCs w:val="20"/>
          <w:cs/>
          <w:lang w:bidi="gu-IN"/>
        </w:rPr>
        <w:t>છે</w:t>
      </w:r>
      <w:r w:rsidRPr="00C72E4E">
        <w:rPr>
          <w:b/>
          <w:sz w:val="20"/>
          <w:szCs w:val="20"/>
        </w:rPr>
        <w:t>.</w:t>
      </w:r>
      <w:r w:rsidRPr="00C72E4E">
        <w:rPr>
          <w:sz w:val="20"/>
          <w:szCs w:val="20"/>
        </w:rP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C72E4E" w:rsidRPr="00C72E4E" w14:paraId="08067DEC" w14:textId="77777777" w:rsidTr="00016805">
        <w:tc>
          <w:tcPr>
            <w:tcW w:w="4320" w:type="dxa"/>
          </w:tcPr>
          <w:p w14:paraId="2D33BFDF" w14:textId="77777777" w:rsidR="00C72E4E" w:rsidRPr="00C72E4E" w:rsidRDefault="00C72E4E" w:rsidP="00C72E4E">
            <w:pPr>
              <w:spacing w:after="0" w:line="240" w:lineRule="auto"/>
              <w:rPr>
                <w:sz w:val="20"/>
                <w:szCs w:val="20"/>
              </w:rPr>
            </w:pP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કાઉન્સિલિંગ</w:t>
            </w:r>
            <w:r w:rsidRPr="00C72E4E">
              <w:rPr>
                <w:sz w:val="20"/>
                <w:szCs w:val="20"/>
              </w:rPr>
              <w:t xml:space="preserve"> / </w:t>
            </w: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માર્ગદર્શન</w:t>
            </w:r>
            <w:r w:rsidRPr="00C72E4E">
              <w:rPr>
                <w:sz w:val="20"/>
                <w:szCs w:val="20"/>
              </w:rPr>
              <w:t xml:space="preserve"> </w:t>
            </w: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ઇન્ચાર્જની</w:t>
            </w:r>
            <w:r w:rsidRPr="00C72E4E">
              <w:rPr>
                <w:sz w:val="20"/>
                <w:szCs w:val="20"/>
              </w:rPr>
              <w:t xml:space="preserve"> </w:t>
            </w: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સહી</w:t>
            </w:r>
            <w:r w:rsidRPr="00C72E4E">
              <w:rPr>
                <w:sz w:val="20"/>
                <w:szCs w:val="20"/>
              </w:rPr>
              <w:br/>
            </w:r>
            <w:r w:rsidRPr="00C72E4E">
              <w:rPr>
                <w:sz w:val="20"/>
                <w:szCs w:val="20"/>
              </w:rPr>
              <w:br/>
              <w:t>______________________</w:t>
            </w:r>
          </w:p>
        </w:tc>
        <w:tc>
          <w:tcPr>
            <w:tcW w:w="4320" w:type="dxa"/>
          </w:tcPr>
          <w:p w14:paraId="35548F34" w14:textId="371EC24C" w:rsidR="00C72E4E" w:rsidRPr="00F56B31" w:rsidRDefault="00C72E4E" w:rsidP="00C72E4E">
            <w:pPr>
              <w:spacing w:after="0" w:line="240" w:lineRule="auto"/>
              <w:jc w:val="right"/>
              <w:rPr>
                <w:rFonts w:cs="Shruti"/>
                <w:sz w:val="20"/>
                <w:szCs w:val="20"/>
              </w:rPr>
            </w:pP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આચાર્યશ્રીની</w:t>
            </w:r>
            <w:r w:rsidRPr="00C72E4E">
              <w:rPr>
                <w:sz w:val="20"/>
                <w:szCs w:val="20"/>
              </w:rPr>
              <w:t xml:space="preserve"> </w:t>
            </w: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સહી</w:t>
            </w:r>
            <w:r w:rsidRPr="00C72E4E">
              <w:rPr>
                <w:sz w:val="20"/>
                <w:szCs w:val="20"/>
              </w:rPr>
              <w:t xml:space="preserve"> </w:t>
            </w: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C72E4E">
              <w:rPr>
                <w:sz w:val="20"/>
                <w:szCs w:val="20"/>
              </w:rPr>
              <w:t xml:space="preserve"> </w:t>
            </w: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સિક્કો</w:t>
            </w:r>
            <w:r w:rsidRPr="00C72E4E">
              <w:rPr>
                <w:sz w:val="20"/>
                <w:szCs w:val="20"/>
              </w:rPr>
              <w:br/>
            </w:r>
            <w:r w:rsidRPr="00C72E4E">
              <w:rPr>
                <w:sz w:val="20"/>
                <w:szCs w:val="20"/>
              </w:rPr>
              <w:br/>
              <w:t>______________________</w:t>
            </w:r>
            <w:r w:rsidRPr="00C72E4E">
              <w:rPr>
                <w:sz w:val="20"/>
                <w:szCs w:val="20"/>
              </w:rPr>
              <w:br/>
            </w:r>
            <w:r w:rsidRPr="00C72E4E">
              <w:rPr>
                <w:rFonts w:cs="Shruti"/>
                <w:sz w:val="20"/>
                <w:szCs w:val="20"/>
                <w:cs/>
                <w:lang w:bidi="gu-IN"/>
              </w:rPr>
              <w:t>સ્થળ</w:t>
            </w:r>
            <w:r w:rsidRPr="00C72E4E">
              <w:rPr>
                <w:sz w:val="20"/>
                <w:szCs w:val="20"/>
              </w:rPr>
              <w:t>:</w:t>
            </w:r>
            <w:r w:rsidR="00F56B31">
              <w:rPr>
                <w:rFonts w:cs="Shruti" w:hint="cs"/>
                <w:cs/>
                <w:lang w:bidi="gu-IN"/>
              </w:rPr>
              <w:t xml:space="preserve"> </w:t>
            </w:r>
            <w:r w:rsidR="008E13CA">
              <w:rPr>
                <w:rFonts w:cs="Shruti" w:hint="cs"/>
                <w:cs/>
                <w:lang w:bidi="gu-IN"/>
              </w:rPr>
              <w:t xml:space="preserve">ઢાંકણ્રીયાવાસ પ્રાથમિક શાળા </w:t>
            </w:r>
          </w:p>
        </w:tc>
      </w:tr>
    </w:tbl>
    <w:p w14:paraId="7C196F28" w14:textId="77777777" w:rsidR="00C72E4E" w:rsidRPr="00C72E4E" w:rsidRDefault="00C72E4E" w:rsidP="00C72E4E">
      <w:pPr>
        <w:spacing w:after="0" w:line="240" w:lineRule="auto"/>
        <w:rPr>
          <w:sz w:val="20"/>
          <w:szCs w:val="20"/>
        </w:rPr>
      </w:pPr>
    </w:p>
    <w:p w14:paraId="76CA3E5D" w14:textId="77777777" w:rsidR="00D5108F" w:rsidRDefault="00D5108F" w:rsidP="00C72E4E">
      <w:pPr>
        <w:tabs>
          <w:tab w:val="left" w:pos="2835"/>
        </w:tabs>
        <w:spacing w:after="0" w:line="240" w:lineRule="auto"/>
        <w:jc w:val="center"/>
        <w:rPr>
          <w:rFonts w:cs="Shruti"/>
          <w:b/>
          <w:u w:val="single"/>
          <w:lang w:bidi="gu-IN"/>
        </w:rPr>
      </w:pPr>
      <w:r>
        <w:rPr>
          <w:b/>
        </w:rPr>
        <w:lastRenderedPageBreak/>
        <w:br/>
      </w:r>
    </w:p>
    <w:p w14:paraId="532ACBBF" w14:textId="77777777" w:rsidR="00162772" w:rsidRDefault="00162772" w:rsidP="006A36B0">
      <w:pPr>
        <w:spacing w:after="0" w:line="240" w:lineRule="auto"/>
        <w:rPr>
          <w:rFonts w:cs="Shruti"/>
          <w:sz w:val="28"/>
          <w:szCs w:val="28"/>
          <w:u w:val="single"/>
          <w:lang w:bidi="gu-IN"/>
        </w:rPr>
      </w:pPr>
    </w:p>
    <w:p w14:paraId="1F6D007B" w14:textId="715F1DE3" w:rsidR="00FB2C88" w:rsidRDefault="002546D1" w:rsidP="00FB2C88">
      <w:pPr>
        <w:spacing w:after="0" w:line="240" w:lineRule="auto"/>
        <w:jc w:val="center"/>
        <w:rPr>
          <w:rFonts w:cs="Shruti"/>
          <w:b/>
          <w:u w:val="single"/>
          <w:lang w:val="en-IN" w:bidi="gu-IN"/>
        </w:rPr>
      </w:pPr>
      <w:r>
        <w:rPr>
          <w:rFonts w:cs="Shruti" w:hint="cs"/>
          <w:sz w:val="28"/>
          <w:szCs w:val="28"/>
          <w:u w:val="single"/>
          <w:cs/>
          <w:lang w:bidi="gu-IN"/>
        </w:rPr>
        <w:t>ઢાંકણ્રીયાવાસ પ્રાથમિક શાળા તા- લાખણી જિલ્લો - વાવ-થરાદ ડાયસ કોડ: 24021300207</w:t>
      </w:r>
    </w:p>
    <w:p w14:paraId="39B3167E" w14:textId="77777777" w:rsidR="008B50D6" w:rsidRPr="008B50D6" w:rsidRDefault="008B50D6" w:rsidP="008B50D6">
      <w:pPr>
        <w:pStyle w:val="Heading1"/>
        <w:rPr>
          <w:sz w:val="24"/>
          <w:szCs w:val="24"/>
          <w:u w:val="single"/>
        </w:rPr>
      </w:pPr>
      <w:r w:rsidRPr="008B50D6">
        <w:rPr>
          <w:rFonts w:cs="Shruti"/>
          <w:sz w:val="24"/>
          <w:szCs w:val="24"/>
          <w:u w:val="single"/>
          <w:cs/>
          <w:lang w:bidi="gu-IN"/>
        </w:rPr>
        <w:t>વિદ્યાર્થીઓના</w:t>
      </w:r>
      <w:r w:rsidRPr="008B50D6">
        <w:rPr>
          <w:sz w:val="24"/>
          <w:szCs w:val="24"/>
          <w:u w:val="single"/>
        </w:rPr>
        <w:t xml:space="preserve"> </w:t>
      </w:r>
      <w:r w:rsidRPr="008B50D6">
        <w:rPr>
          <w:rFonts w:cs="Shruti"/>
          <w:sz w:val="24"/>
          <w:szCs w:val="24"/>
          <w:u w:val="single"/>
          <w:cs/>
          <w:lang w:bidi="gu-IN"/>
        </w:rPr>
        <w:t>માનસિક</w:t>
      </w:r>
      <w:r w:rsidRPr="008B50D6">
        <w:rPr>
          <w:sz w:val="24"/>
          <w:szCs w:val="24"/>
          <w:u w:val="single"/>
        </w:rPr>
        <w:t xml:space="preserve"> </w:t>
      </w:r>
      <w:r w:rsidRPr="008B50D6">
        <w:rPr>
          <w:rFonts w:cs="Shruti"/>
          <w:sz w:val="24"/>
          <w:szCs w:val="24"/>
          <w:u w:val="single"/>
          <w:cs/>
          <w:lang w:bidi="gu-IN"/>
        </w:rPr>
        <w:t>સ્વાસ્થ્ય</w:t>
      </w:r>
      <w:r w:rsidRPr="008B50D6">
        <w:rPr>
          <w:sz w:val="24"/>
          <w:szCs w:val="24"/>
          <w:u w:val="single"/>
        </w:rPr>
        <w:t xml:space="preserve">, </w:t>
      </w:r>
      <w:r w:rsidRPr="008B50D6">
        <w:rPr>
          <w:rFonts w:cs="Shruti"/>
          <w:sz w:val="24"/>
          <w:szCs w:val="24"/>
          <w:u w:val="single"/>
          <w:cs/>
          <w:lang w:bidi="gu-IN"/>
        </w:rPr>
        <w:t>સુખાકારી</w:t>
      </w:r>
      <w:r w:rsidRPr="008B50D6">
        <w:rPr>
          <w:sz w:val="24"/>
          <w:szCs w:val="24"/>
          <w:u w:val="single"/>
        </w:rPr>
        <w:t xml:space="preserve"> </w:t>
      </w:r>
      <w:r w:rsidRPr="008B50D6">
        <w:rPr>
          <w:rFonts w:cs="Shruti"/>
          <w:sz w:val="24"/>
          <w:szCs w:val="24"/>
          <w:u w:val="single"/>
          <w:cs/>
          <w:lang w:bidi="gu-IN"/>
        </w:rPr>
        <w:t>અને</w:t>
      </w:r>
      <w:r w:rsidRPr="008B50D6">
        <w:rPr>
          <w:sz w:val="24"/>
          <w:szCs w:val="24"/>
          <w:u w:val="single"/>
        </w:rPr>
        <w:t xml:space="preserve"> </w:t>
      </w:r>
      <w:r w:rsidRPr="008B50D6">
        <w:rPr>
          <w:rFonts w:cs="Shruti"/>
          <w:sz w:val="24"/>
          <w:szCs w:val="24"/>
          <w:u w:val="single"/>
          <w:cs/>
          <w:lang w:bidi="gu-IN"/>
        </w:rPr>
        <w:t>કારકિર્દી</w:t>
      </w:r>
      <w:r w:rsidRPr="008B50D6">
        <w:rPr>
          <w:sz w:val="24"/>
          <w:szCs w:val="24"/>
          <w:u w:val="single"/>
        </w:rPr>
        <w:t xml:space="preserve"> </w:t>
      </w:r>
      <w:r w:rsidRPr="008B50D6">
        <w:rPr>
          <w:rFonts w:cs="Shruti"/>
          <w:sz w:val="24"/>
          <w:szCs w:val="24"/>
          <w:u w:val="single"/>
          <w:cs/>
          <w:lang w:bidi="gu-IN"/>
        </w:rPr>
        <w:t>માર્ગદર્શન</w:t>
      </w:r>
      <w:r w:rsidRPr="008B50D6">
        <w:rPr>
          <w:sz w:val="24"/>
          <w:szCs w:val="24"/>
          <w:u w:val="single"/>
        </w:rPr>
        <w:t xml:space="preserve"> </w:t>
      </w:r>
      <w:r w:rsidRPr="008B50D6">
        <w:rPr>
          <w:rFonts w:cs="Shruti"/>
          <w:sz w:val="24"/>
          <w:szCs w:val="24"/>
          <w:u w:val="single"/>
          <w:cs/>
          <w:lang w:bidi="gu-IN"/>
        </w:rPr>
        <w:t>અંગેનો</w:t>
      </w:r>
      <w:r w:rsidRPr="008B50D6">
        <w:rPr>
          <w:sz w:val="24"/>
          <w:szCs w:val="24"/>
          <w:u w:val="single"/>
        </w:rPr>
        <w:t xml:space="preserve"> </w:t>
      </w:r>
      <w:r w:rsidRPr="008B50D6">
        <w:rPr>
          <w:rFonts w:cs="Shruti"/>
          <w:sz w:val="24"/>
          <w:szCs w:val="24"/>
          <w:u w:val="single"/>
          <w:cs/>
          <w:lang w:bidi="gu-IN"/>
        </w:rPr>
        <w:t>અહેવાલ</w:t>
      </w:r>
    </w:p>
    <w:p w14:paraId="2672B412" w14:textId="77777777" w:rsidR="008B50D6" w:rsidRPr="008B50D6" w:rsidRDefault="008B50D6" w:rsidP="008B50D6">
      <w:pPr>
        <w:pStyle w:val="Heading2"/>
        <w:spacing w:line="240" w:lineRule="auto"/>
        <w:rPr>
          <w:sz w:val="20"/>
          <w:szCs w:val="20"/>
        </w:rPr>
      </w:pPr>
      <w:r w:rsidRPr="008B50D6">
        <w:rPr>
          <w:rFonts w:cs="Shruti"/>
          <w:sz w:val="20"/>
          <w:szCs w:val="20"/>
          <w:cs/>
          <w:lang w:bidi="gu-IN"/>
        </w:rPr>
        <w:t>પ્રસ્તાવના</w:t>
      </w:r>
      <w:r w:rsidRPr="008B50D6">
        <w:rPr>
          <w:sz w:val="20"/>
          <w:szCs w:val="20"/>
        </w:rPr>
        <w:t>:</w:t>
      </w:r>
    </w:p>
    <w:p w14:paraId="1972D748" w14:textId="4301EEFD" w:rsidR="008B50D6" w:rsidRPr="008B50D6" w:rsidRDefault="008B50D6" w:rsidP="008B50D6">
      <w:pPr>
        <w:spacing w:line="240" w:lineRule="auto"/>
        <w:rPr>
          <w:rFonts w:cs="Shruti"/>
          <w:sz w:val="20"/>
          <w:szCs w:val="20"/>
          <w:lang w:bidi="gu-IN"/>
        </w:rPr>
      </w:pPr>
      <w:r w:rsidRPr="008B50D6">
        <w:rPr>
          <w:rFonts w:cs="Shruti"/>
          <w:sz w:val="20"/>
          <w:szCs w:val="20"/>
          <w:cs/>
          <w:lang w:bidi="gu-IN"/>
        </w:rPr>
        <w:t>ગુણોત્સવ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૨</w:t>
      </w:r>
      <w:r w:rsidRPr="008B50D6">
        <w:rPr>
          <w:sz w:val="20"/>
          <w:szCs w:val="20"/>
        </w:rPr>
        <w:t>.</w:t>
      </w:r>
      <w:r w:rsidRPr="008B50D6">
        <w:rPr>
          <w:rFonts w:cs="Shruti"/>
          <w:sz w:val="20"/>
          <w:szCs w:val="20"/>
          <w:cs/>
          <w:lang w:bidi="gu-IN"/>
        </w:rPr>
        <w:t>૦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ના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માપદંડો</w:t>
      </w:r>
      <w:r w:rsidRPr="008B50D6">
        <w:rPr>
          <w:sz w:val="20"/>
          <w:szCs w:val="20"/>
        </w:rPr>
        <w:t xml:space="preserve">, </w:t>
      </w:r>
      <w:r w:rsidRPr="008B50D6">
        <w:rPr>
          <w:rFonts w:cs="Shruti"/>
          <w:sz w:val="20"/>
          <w:szCs w:val="20"/>
          <w:cs/>
          <w:lang w:bidi="gu-IN"/>
        </w:rPr>
        <w:t>રાષ્ટ્રીય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શિક્ષણ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નીતિ</w:t>
      </w:r>
      <w:r w:rsidRPr="008B50D6">
        <w:rPr>
          <w:sz w:val="20"/>
          <w:szCs w:val="20"/>
        </w:rPr>
        <w:t xml:space="preserve"> (NEP-2020) </w:t>
      </w:r>
      <w:r w:rsidRPr="008B50D6">
        <w:rPr>
          <w:rFonts w:cs="Shruti"/>
          <w:sz w:val="20"/>
          <w:szCs w:val="20"/>
          <w:cs/>
          <w:lang w:bidi="gu-IN"/>
        </w:rPr>
        <w:t>અને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વિદ્યાર્થીઓના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સર્વાંગી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વિકાસ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અંતર્ગત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માત્ર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શૈક્ષણિક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જ્ઞાન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નહીં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પરંતુ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વિદ્યાર્થીઓનું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માનસિક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સ્વાસ્થ્ય</w:t>
      </w:r>
      <w:r w:rsidRPr="008B50D6">
        <w:rPr>
          <w:sz w:val="20"/>
          <w:szCs w:val="20"/>
        </w:rPr>
        <w:t xml:space="preserve">, </w:t>
      </w:r>
      <w:r w:rsidRPr="008B50D6">
        <w:rPr>
          <w:rFonts w:cs="Shruti"/>
          <w:sz w:val="20"/>
          <w:szCs w:val="20"/>
          <w:cs/>
          <w:lang w:bidi="gu-IN"/>
        </w:rPr>
        <w:t>સુખાકારી</w:t>
      </w:r>
      <w:r w:rsidRPr="008B50D6">
        <w:rPr>
          <w:sz w:val="20"/>
          <w:szCs w:val="20"/>
        </w:rPr>
        <w:t xml:space="preserve"> (Mental Health &amp; Well-being) </w:t>
      </w:r>
      <w:r w:rsidRPr="008B50D6">
        <w:rPr>
          <w:rFonts w:cs="Shruti"/>
          <w:sz w:val="20"/>
          <w:szCs w:val="20"/>
          <w:cs/>
          <w:lang w:bidi="gu-IN"/>
        </w:rPr>
        <w:t>અને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ભવિષ્યની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કારકિર્દી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માટે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યોગ્ય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માર્ગદર્શન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મળવું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અત્યંત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આવશ્યક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છે</w:t>
      </w:r>
      <w:r w:rsidRPr="008B50D6">
        <w:rPr>
          <w:sz w:val="20"/>
          <w:szCs w:val="20"/>
        </w:rPr>
        <w:t>.</w:t>
      </w:r>
      <w:r w:rsidR="008B488C">
        <w:rPr>
          <w:rFonts w:cs="Shruti"/>
          <w:sz w:val="20"/>
          <w:szCs w:val="20"/>
          <w:cs/>
          <w:lang w:bidi="gu-IN"/>
        </w:rPr>
        <w:t>ઉજાસ ભણી કાર્યક્રમ દરમ્યાન</w:t>
      </w:r>
      <w:r w:rsidRPr="00050610">
        <w:rPr>
          <w:sz w:val="20"/>
          <w:szCs w:val="20"/>
        </w:rPr>
        <w:t xml:space="preserve"> </w:t>
      </w:r>
      <w:r w:rsidR="008E13CA">
        <w:rPr>
          <w:rFonts w:cs="Shruti" w:hint="cs"/>
          <w:sz w:val="20"/>
          <w:szCs w:val="20"/>
          <w:cs/>
          <w:lang w:bidi="gu-IN"/>
        </w:rPr>
        <w:t xml:space="preserve">ઢાંકણ્રીયાવાસ પ્રાથમિક શાળા 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દ્વારા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આ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અંગે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ગોઠવવામાં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આવેલી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વ્યવસ્થા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અને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યોજાયેલ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પ્રવૃત્તિઓનો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વિગતવાર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અહેવાલ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નીચે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મુજબ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છે</w:t>
      </w:r>
      <w:r>
        <w:rPr>
          <w:sz w:val="20"/>
          <w:szCs w:val="20"/>
        </w:rPr>
        <w:t>:</w:t>
      </w:r>
    </w:p>
    <w:p w14:paraId="65B9963B" w14:textId="77777777" w:rsidR="008B50D6" w:rsidRPr="008B50D6" w:rsidRDefault="008B50D6" w:rsidP="008B50D6">
      <w:pPr>
        <w:pStyle w:val="Heading2"/>
        <w:spacing w:line="240" w:lineRule="auto"/>
        <w:rPr>
          <w:sz w:val="20"/>
          <w:szCs w:val="20"/>
        </w:rPr>
      </w:pPr>
      <w:r w:rsidRPr="008B50D6">
        <w:rPr>
          <w:rFonts w:cs="Shruti"/>
          <w:sz w:val="20"/>
          <w:szCs w:val="20"/>
          <w:cs/>
          <w:lang w:bidi="gu-IN"/>
        </w:rPr>
        <w:t>૧</w:t>
      </w:r>
      <w:r w:rsidRPr="008B50D6">
        <w:rPr>
          <w:sz w:val="20"/>
          <w:szCs w:val="20"/>
        </w:rPr>
        <w:t xml:space="preserve">. </w:t>
      </w:r>
      <w:r w:rsidRPr="008B50D6">
        <w:rPr>
          <w:rFonts w:cs="Shruti"/>
          <w:sz w:val="20"/>
          <w:szCs w:val="20"/>
          <w:cs/>
          <w:lang w:bidi="gu-IN"/>
        </w:rPr>
        <w:t>માનસિક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સ્વાસ્થ્ય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અને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કારકિર્દી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માર્ગદર્શન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માટેની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વ્યવસ્થા</w:t>
      </w:r>
      <w:r w:rsidRPr="008B50D6">
        <w:rPr>
          <w:sz w:val="20"/>
          <w:szCs w:val="20"/>
        </w:rPr>
        <w:t>:</w:t>
      </w:r>
    </w:p>
    <w:p w14:paraId="1BC554AA" w14:textId="77777777" w:rsidR="008B50D6" w:rsidRPr="008B50D6" w:rsidRDefault="008B50D6" w:rsidP="008B50D6">
      <w:pPr>
        <w:pStyle w:val="ListBullet"/>
        <w:spacing w:line="240" w:lineRule="auto"/>
        <w:rPr>
          <w:sz w:val="20"/>
          <w:szCs w:val="20"/>
        </w:rPr>
      </w:pPr>
      <w:r w:rsidRPr="008B50D6">
        <w:rPr>
          <w:rFonts w:cs="Shruti"/>
          <w:sz w:val="20"/>
          <w:szCs w:val="20"/>
          <w:cs/>
          <w:lang w:bidi="gu-IN"/>
        </w:rPr>
        <w:t>શાળા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કક્ષાની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કાઉન્સિલિંગ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સમિતિ</w:t>
      </w:r>
      <w:r w:rsidRPr="008B50D6">
        <w:rPr>
          <w:sz w:val="20"/>
          <w:szCs w:val="20"/>
        </w:rPr>
        <w:t xml:space="preserve">: </w:t>
      </w:r>
      <w:r w:rsidRPr="008B50D6">
        <w:rPr>
          <w:rFonts w:cs="Shruti"/>
          <w:sz w:val="20"/>
          <w:szCs w:val="20"/>
          <w:cs/>
          <w:lang w:bidi="gu-IN"/>
        </w:rPr>
        <w:t>શાળાના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શિક્ષકોની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બનેલી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કાઉન્સિલિંગ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ટીમ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દ્વારા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વિદ્યાર્થીઓની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માનસિક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સ્થિતિ</w:t>
      </w:r>
      <w:r w:rsidRPr="008B50D6">
        <w:rPr>
          <w:sz w:val="20"/>
          <w:szCs w:val="20"/>
        </w:rPr>
        <w:t xml:space="preserve">, </w:t>
      </w:r>
      <w:r w:rsidRPr="008B50D6">
        <w:rPr>
          <w:rFonts w:cs="Shruti"/>
          <w:sz w:val="20"/>
          <w:szCs w:val="20"/>
          <w:cs/>
          <w:lang w:bidi="gu-IN"/>
        </w:rPr>
        <w:t>મૂંઝવણો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અને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શૈક્ષણિક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તણાવનું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નિરીક્ષણ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કરી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વ્યક્તિગત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માર્ગદર્શન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અપાય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છે</w:t>
      </w:r>
      <w:r w:rsidRPr="008B50D6">
        <w:rPr>
          <w:sz w:val="20"/>
          <w:szCs w:val="20"/>
        </w:rPr>
        <w:t>.</w:t>
      </w:r>
    </w:p>
    <w:p w14:paraId="7C4DC191" w14:textId="77777777" w:rsidR="008B50D6" w:rsidRPr="008B50D6" w:rsidRDefault="008B50D6" w:rsidP="008B50D6">
      <w:pPr>
        <w:pStyle w:val="ListBullet"/>
        <w:spacing w:line="240" w:lineRule="auto"/>
        <w:rPr>
          <w:sz w:val="20"/>
          <w:szCs w:val="20"/>
        </w:rPr>
      </w:pPr>
      <w:r w:rsidRPr="008B50D6">
        <w:rPr>
          <w:rFonts w:cs="Shruti"/>
          <w:sz w:val="20"/>
          <w:szCs w:val="20"/>
          <w:cs/>
          <w:lang w:bidi="gu-IN"/>
        </w:rPr>
        <w:t>તણાવમુક્ત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વાતાવરણ</w:t>
      </w:r>
      <w:r w:rsidRPr="008B50D6">
        <w:rPr>
          <w:sz w:val="20"/>
          <w:szCs w:val="20"/>
        </w:rPr>
        <w:t xml:space="preserve"> (Stress-free Environment): </w:t>
      </w:r>
      <w:r w:rsidRPr="008B50D6">
        <w:rPr>
          <w:rFonts w:cs="Shruti"/>
          <w:sz w:val="20"/>
          <w:szCs w:val="20"/>
          <w:cs/>
          <w:lang w:bidi="gu-IN"/>
        </w:rPr>
        <w:t>પ્રાર્થના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સભા</w:t>
      </w:r>
      <w:r w:rsidRPr="008B50D6">
        <w:rPr>
          <w:sz w:val="20"/>
          <w:szCs w:val="20"/>
        </w:rPr>
        <w:t xml:space="preserve">, </w:t>
      </w:r>
      <w:r w:rsidRPr="008B50D6">
        <w:rPr>
          <w:rFonts w:cs="Shruti"/>
          <w:sz w:val="20"/>
          <w:szCs w:val="20"/>
          <w:cs/>
          <w:lang w:bidi="gu-IN"/>
        </w:rPr>
        <w:t>યોગ</w:t>
      </w:r>
      <w:r w:rsidRPr="008B50D6">
        <w:rPr>
          <w:sz w:val="20"/>
          <w:szCs w:val="20"/>
        </w:rPr>
        <w:t xml:space="preserve">, </w:t>
      </w:r>
      <w:r w:rsidRPr="008B50D6">
        <w:rPr>
          <w:rFonts w:cs="Shruti"/>
          <w:sz w:val="20"/>
          <w:szCs w:val="20"/>
          <w:cs/>
          <w:lang w:bidi="gu-IN"/>
        </w:rPr>
        <w:t>ધ્યાન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અને</w:t>
      </w:r>
      <w:r w:rsidRPr="008B50D6">
        <w:rPr>
          <w:sz w:val="20"/>
          <w:szCs w:val="20"/>
        </w:rPr>
        <w:t xml:space="preserve"> "</w:t>
      </w:r>
      <w:r w:rsidRPr="008B50D6">
        <w:rPr>
          <w:rFonts w:cs="Shruti"/>
          <w:sz w:val="20"/>
          <w:szCs w:val="20"/>
          <w:cs/>
          <w:lang w:bidi="gu-IN"/>
        </w:rPr>
        <w:t>આનંદદાયી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શનિવાર</w:t>
      </w:r>
      <w:r w:rsidRPr="008B50D6">
        <w:rPr>
          <w:sz w:val="20"/>
          <w:szCs w:val="20"/>
        </w:rPr>
        <w:t xml:space="preserve">" (Bagless Day) </w:t>
      </w:r>
      <w:r w:rsidRPr="008B50D6">
        <w:rPr>
          <w:rFonts w:cs="Shruti"/>
          <w:sz w:val="20"/>
          <w:szCs w:val="20"/>
          <w:cs/>
          <w:lang w:bidi="gu-IN"/>
        </w:rPr>
        <w:t>જેવી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પ્રવૃત્તિઓ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દ્વારા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વિદ્યાર્થીઓ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તણાવમુક્ત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રહે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તેવું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સકારાત્મક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વાતાવરણ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પૂરું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પાડવામાં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આવે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છે</w:t>
      </w:r>
      <w:r w:rsidRPr="008B50D6">
        <w:rPr>
          <w:sz w:val="20"/>
          <w:szCs w:val="20"/>
        </w:rPr>
        <w:t>.</w:t>
      </w:r>
    </w:p>
    <w:p w14:paraId="4E07C046" w14:textId="77777777" w:rsidR="008B50D6" w:rsidRPr="008B50D6" w:rsidRDefault="008B50D6" w:rsidP="008B50D6">
      <w:pPr>
        <w:pStyle w:val="ListBullet"/>
        <w:spacing w:line="240" w:lineRule="auto"/>
        <w:rPr>
          <w:sz w:val="20"/>
          <w:szCs w:val="20"/>
        </w:rPr>
      </w:pPr>
      <w:r w:rsidRPr="008B50D6">
        <w:rPr>
          <w:rFonts w:cs="Shruti"/>
          <w:sz w:val="20"/>
          <w:szCs w:val="20"/>
          <w:cs/>
          <w:lang w:bidi="gu-IN"/>
        </w:rPr>
        <w:t>કારકિર્દી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અને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ઉત્સાહવર્ધન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સત્રો</w:t>
      </w:r>
      <w:r w:rsidRPr="008B50D6">
        <w:rPr>
          <w:sz w:val="20"/>
          <w:szCs w:val="20"/>
        </w:rPr>
        <w:t xml:space="preserve">: </w:t>
      </w:r>
      <w:r w:rsidRPr="008B50D6">
        <w:rPr>
          <w:rFonts w:cs="Shruti"/>
          <w:sz w:val="20"/>
          <w:szCs w:val="20"/>
          <w:cs/>
          <w:lang w:bidi="gu-IN"/>
        </w:rPr>
        <w:t>ખાસ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કરીને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ધોરણ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૬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થી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૮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ના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વિદ્યાર્થીઓ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માટે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ભવિષ્યના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અભ્યાસ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અને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કારકિર્દી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અંગે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પ્રેરણાત્મક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વ્યાખ્યાનો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ગોઠવવામાં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આવે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છે</w:t>
      </w:r>
      <w:r w:rsidRPr="008B50D6">
        <w:rPr>
          <w:sz w:val="20"/>
          <w:szCs w:val="20"/>
        </w:rPr>
        <w:t>.</w:t>
      </w:r>
    </w:p>
    <w:p w14:paraId="1A682D26" w14:textId="77777777" w:rsidR="008B50D6" w:rsidRPr="008B50D6" w:rsidRDefault="008B50D6" w:rsidP="008B50D6">
      <w:pPr>
        <w:pStyle w:val="ListBullet"/>
        <w:spacing w:line="240" w:lineRule="auto"/>
        <w:rPr>
          <w:sz w:val="20"/>
          <w:szCs w:val="20"/>
        </w:rPr>
      </w:pPr>
      <w:r w:rsidRPr="008B50D6">
        <w:rPr>
          <w:rFonts w:cs="Shruti"/>
          <w:sz w:val="20"/>
          <w:szCs w:val="20"/>
          <w:cs/>
          <w:lang w:bidi="gu-IN"/>
        </w:rPr>
        <w:t>વાલી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સંકલન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અને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પરામર્શ</w:t>
      </w:r>
      <w:r w:rsidRPr="008B50D6">
        <w:rPr>
          <w:sz w:val="20"/>
          <w:szCs w:val="20"/>
        </w:rPr>
        <w:t xml:space="preserve">: </w:t>
      </w:r>
      <w:r w:rsidRPr="008B50D6">
        <w:rPr>
          <w:rFonts w:cs="Shruti"/>
          <w:sz w:val="20"/>
          <w:szCs w:val="20"/>
          <w:cs/>
          <w:lang w:bidi="gu-IN"/>
        </w:rPr>
        <w:t>જે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વિદ્યાર્થીઓ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અભ્યાસમાં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મૂંઝવણ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કે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ચિંતા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અનુભવતા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હોય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તેમના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વાલીઓ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સાથે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બેઠક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યોજી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ઘર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અને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શાળાનું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સંકલન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મજબૂત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કરાય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છે</w:t>
      </w:r>
      <w:r w:rsidRPr="008B50D6">
        <w:rPr>
          <w:sz w:val="20"/>
          <w:szCs w:val="20"/>
        </w:rPr>
        <w:t>.</w:t>
      </w:r>
    </w:p>
    <w:p w14:paraId="2998DDFA" w14:textId="77777777" w:rsidR="008B50D6" w:rsidRPr="008B50D6" w:rsidRDefault="008B50D6" w:rsidP="008B50D6">
      <w:pPr>
        <w:pStyle w:val="Heading2"/>
        <w:spacing w:line="240" w:lineRule="auto"/>
        <w:rPr>
          <w:sz w:val="20"/>
          <w:szCs w:val="20"/>
        </w:rPr>
      </w:pPr>
      <w:r w:rsidRPr="008B50D6">
        <w:rPr>
          <w:rFonts w:cs="Shruti"/>
          <w:sz w:val="20"/>
          <w:szCs w:val="20"/>
          <w:cs/>
          <w:lang w:bidi="gu-IN"/>
        </w:rPr>
        <w:t>૨</w:t>
      </w:r>
      <w:r w:rsidRPr="008B50D6">
        <w:rPr>
          <w:sz w:val="20"/>
          <w:szCs w:val="20"/>
        </w:rPr>
        <w:t xml:space="preserve">. </w:t>
      </w:r>
      <w:r w:rsidRPr="008B50D6">
        <w:rPr>
          <w:rFonts w:cs="Shruti"/>
          <w:sz w:val="20"/>
          <w:szCs w:val="20"/>
          <w:cs/>
          <w:lang w:bidi="gu-IN"/>
        </w:rPr>
        <w:t>માનસિક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સુખાકારી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અને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કારકિર્દી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માર્ગદર્શન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પ્રવૃત્તિઓનું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સંકલન</w:t>
      </w:r>
      <w:r w:rsidRPr="008B50D6">
        <w:rPr>
          <w:sz w:val="20"/>
          <w:szCs w:val="20"/>
        </w:rPr>
        <w:t xml:space="preserve"> </w:t>
      </w:r>
      <w:r w:rsidRPr="008B50D6">
        <w:rPr>
          <w:rFonts w:cs="Shruti"/>
          <w:sz w:val="20"/>
          <w:szCs w:val="20"/>
          <w:cs/>
          <w:lang w:bidi="gu-IN"/>
        </w:rPr>
        <w:t>પત્રક</w:t>
      </w:r>
      <w:r w:rsidRPr="008B50D6">
        <w:rPr>
          <w:sz w:val="20"/>
          <w:szCs w:val="20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3"/>
        <w:gridCol w:w="3719"/>
        <w:gridCol w:w="2132"/>
        <w:gridCol w:w="2246"/>
      </w:tblGrid>
      <w:tr w:rsidR="008B50D6" w:rsidRPr="008B50D6" w14:paraId="49698B16" w14:textId="77777777" w:rsidTr="008B50D6">
        <w:tc>
          <w:tcPr>
            <w:tcW w:w="534" w:type="dxa"/>
          </w:tcPr>
          <w:p w14:paraId="68888B1F" w14:textId="77777777" w:rsidR="008B50D6" w:rsidRPr="008B50D6" w:rsidRDefault="008B50D6" w:rsidP="008B50D6">
            <w:pPr>
              <w:rPr>
                <w:sz w:val="20"/>
                <w:szCs w:val="20"/>
              </w:rPr>
            </w:pPr>
            <w:r w:rsidRPr="008B50D6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ક્રમ</w:t>
            </w:r>
          </w:p>
        </w:tc>
        <w:tc>
          <w:tcPr>
            <w:tcW w:w="3786" w:type="dxa"/>
          </w:tcPr>
          <w:p w14:paraId="594E1328" w14:textId="77777777" w:rsidR="008B50D6" w:rsidRPr="008B50D6" w:rsidRDefault="008B50D6" w:rsidP="008B50D6">
            <w:pPr>
              <w:rPr>
                <w:sz w:val="20"/>
                <w:szCs w:val="20"/>
              </w:rPr>
            </w:pPr>
            <w:r w:rsidRPr="008B50D6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પ્રવૃત્તિ</w:t>
            </w:r>
            <w:r w:rsidRPr="008B50D6">
              <w:rPr>
                <w:b/>
                <w:sz w:val="20"/>
                <w:szCs w:val="20"/>
              </w:rPr>
              <w:t xml:space="preserve"> / </w:t>
            </w:r>
            <w:r w:rsidRPr="008B50D6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કાર્યક્રમનું</w:t>
            </w:r>
            <w:r w:rsidRPr="008B50D6">
              <w:rPr>
                <w:b/>
                <w:sz w:val="20"/>
                <w:szCs w:val="20"/>
              </w:rPr>
              <w:t xml:space="preserve"> </w:t>
            </w:r>
            <w:r w:rsidRPr="008B50D6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નામ</w:t>
            </w:r>
          </w:p>
        </w:tc>
        <w:tc>
          <w:tcPr>
            <w:tcW w:w="2160" w:type="dxa"/>
          </w:tcPr>
          <w:p w14:paraId="2341B8C7" w14:textId="77777777" w:rsidR="008B50D6" w:rsidRPr="008B50D6" w:rsidRDefault="008B50D6" w:rsidP="008B50D6">
            <w:pPr>
              <w:rPr>
                <w:sz w:val="20"/>
                <w:szCs w:val="20"/>
              </w:rPr>
            </w:pPr>
            <w:r w:rsidRPr="008B50D6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લક્ષિત</w:t>
            </w:r>
            <w:r w:rsidRPr="008B50D6">
              <w:rPr>
                <w:b/>
                <w:sz w:val="20"/>
                <w:szCs w:val="20"/>
              </w:rPr>
              <w:t xml:space="preserve"> </w:t>
            </w:r>
            <w:r w:rsidRPr="008B50D6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ધોરણ</w:t>
            </w:r>
          </w:p>
        </w:tc>
        <w:tc>
          <w:tcPr>
            <w:tcW w:w="2275" w:type="dxa"/>
          </w:tcPr>
          <w:p w14:paraId="2B5A7C91" w14:textId="77777777" w:rsidR="008B50D6" w:rsidRPr="008B50D6" w:rsidRDefault="008B50D6" w:rsidP="008B50D6">
            <w:pPr>
              <w:rPr>
                <w:sz w:val="20"/>
                <w:szCs w:val="20"/>
              </w:rPr>
            </w:pPr>
            <w:r w:rsidRPr="008B50D6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મુખ્ય</w:t>
            </w:r>
            <w:r w:rsidRPr="008B50D6">
              <w:rPr>
                <w:b/>
                <w:sz w:val="20"/>
                <w:szCs w:val="20"/>
              </w:rPr>
              <w:t xml:space="preserve"> </w:t>
            </w:r>
            <w:r w:rsidRPr="008B50D6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હેતુ</w:t>
            </w:r>
            <w:r w:rsidRPr="008B50D6">
              <w:rPr>
                <w:b/>
                <w:sz w:val="20"/>
                <w:szCs w:val="20"/>
              </w:rPr>
              <w:t xml:space="preserve"> / </w:t>
            </w:r>
            <w:r w:rsidRPr="008B50D6">
              <w:rPr>
                <w:rFonts w:cs="Shruti"/>
                <w:b/>
                <w:bCs/>
                <w:sz w:val="20"/>
                <w:szCs w:val="20"/>
                <w:cs/>
                <w:lang w:bidi="gu-IN"/>
              </w:rPr>
              <w:t>લાભ</w:t>
            </w:r>
          </w:p>
        </w:tc>
      </w:tr>
      <w:tr w:rsidR="008B50D6" w:rsidRPr="008B50D6" w14:paraId="0FC629DC" w14:textId="77777777" w:rsidTr="008B50D6">
        <w:tc>
          <w:tcPr>
            <w:tcW w:w="534" w:type="dxa"/>
          </w:tcPr>
          <w:p w14:paraId="71099E9C" w14:textId="77777777" w:rsidR="008B50D6" w:rsidRPr="008B50D6" w:rsidRDefault="008B50D6" w:rsidP="008B50D6">
            <w:pPr>
              <w:jc w:val="center"/>
              <w:rPr>
                <w:sz w:val="20"/>
                <w:szCs w:val="20"/>
              </w:rPr>
            </w:pP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૧</w:t>
            </w:r>
          </w:p>
        </w:tc>
        <w:tc>
          <w:tcPr>
            <w:tcW w:w="3786" w:type="dxa"/>
          </w:tcPr>
          <w:p w14:paraId="1916BBCA" w14:textId="77777777" w:rsidR="008B50D6" w:rsidRPr="008B50D6" w:rsidRDefault="008B50D6" w:rsidP="008B50D6">
            <w:pPr>
              <w:rPr>
                <w:sz w:val="20"/>
                <w:szCs w:val="20"/>
              </w:rPr>
            </w:pP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દૈનિક</w:t>
            </w:r>
            <w:r w:rsidRPr="008B50D6">
              <w:rPr>
                <w:sz w:val="20"/>
                <w:szCs w:val="20"/>
              </w:rPr>
              <w:t xml:space="preserve"> </w:t>
            </w: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યોગ</w:t>
            </w:r>
            <w:r w:rsidRPr="008B50D6">
              <w:rPr>
                <w:sz w:val="20"/>
                <w:szCs w:val="20"/>
              </w:rPr>
              <w:t xml:space="preserve">, </w:t>
            </w: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ધ્યાન</w:t>
            </w:r>
            <w:r w:rsidRPr="008B50D6">
              <w:rPr>
                <w:sz w:val="20"/>
                <w:szCs w:val="20"/>
              </w:rPr>
              <w:t xml:space="preserve"> </w:t>
            </w: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8B50D6">
              <w:rPr>
                <w:sz w:val="20"/>
                <w:szCs w:val="20"/>
              </w:rPr>
              <w:t xml:space="preserve"> </w:t>
            </w: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પ્રાણાયામ</w:t>
            </w:r>
            <w:r w:rsidRPr="008B50D6">
              <w:rPr>
                <w:sz w:val="20"/>
                <w:szCs w:val="20"/>
              </w:rPr>
              <w:t xml:space="preserve"> </w:t>
            </w: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સત્ર</w:t>
            </w:r>
          </w:p>
        </w:tc>
        <w:tc>
          <w:tcPr>
            <w:tcW w:w="2160" w:type="dxa"/>
          </w:tcPr>
          <w:p w14:paraId="182EE444" w14:textId="77777777" w:rsidR="008B50D6" w:rsidRPr="008B50D6" w:rsidRDefault="008B50D6" w:rsidP="008B50D6">
            <w:pPr>
              <w:rPr>
                <w:sz w:val="20"/>
                <w:szCs w:val="20"/>
              </w:rPr>
            </w:pP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8B50D6">
              <w:rPr>
                <w:sz w:val="20"/>
                <w:szCs w:val="20"/>
              </w:rPr>
              <w:t xml:space="preserve"> </w:t>
            </w: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૧</w:t>
            </w:r>
            <w:r w:rsidRPr="008B50D6">
              <w:rPr>
                <w:sz w:val="20"/>
                <w:szCs w:val="20"/>
              </w:rPr>
              <w:t xml:space="preserve"> </w:t>
            </w: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થી</w:t>
            </w:r>
            <w:r w:rsidRPr="008B50D6">
              <w:rPr>
                <w:sz w:val="20"/>
                <w:szCs w:val="20"/>
              </w:rPr>
              <w:t xml:space="preserve"> </w:t>
            </w: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૮</w:t>
            </w:r>
          </w:p>
        </w:tc>
        <w:tc>
          <w:tcPr>
            <w:tcW w:w="2275" w:type="dxa"/>
          </w:tcPr>
          <w:p w14:paraId="59F7BACD" w14:textId="77777777" w:rsidR="008B50D6" w:rsidRPr="008B50D6" w:rsidRDefault="008B50D6" w:rsidP="008B50D6">
            <w:pPr>
              <w:rPr>
                <w:sz w:val="20"/>
                <w:szCs w:val="20"/>
              </w:rPr>
            </w:pP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માનસિક</w:t>
            </w:r>
            <w:r w:rsidRPr="008B50D6">
              <w:rPr>
                <w:sz w:val="20"/>
                <w:szCs w:val="20"/>
              </w:rPr>
              <w:t xml:space="preserve"> </w:t>
            </w: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શાંતિ</w:t>
            </w:r>
            <w:r w:rsidRPr="008B50D6">
              <w:rPr>
                <w:sz w:val="20"/>
                <w:szCs w:val="20"/>
              </w:rPr>
              <w:t xml:space="preserve"> </w:t>
            </w: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8B50D6">
              <w:rPr>
                <w:sz w:val="20"/>
                <w:szCs w:val="20"/>
              </w:rPr>
              <w:t xml:space="preserve"> </w:t>
            </w: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એકાગ્રતામાં</w:t>
            </w:r>
            <w:r w:rsidRPr="008B50D6">
              <w:rPr>
                <w:sz w:val="20"/>
                <w:szCs w:val="20"/>
              </w:rPr>
              <w:t xml:space="preserve"> </w:t>
            </w: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વધારો</w:t>
            </w:r>
          </w:p>
        </w:tc>
      </w:tr>
      <w:tr w:rsidR="008B50D6" w:rsidRPr="008B50D6" w14:paraId="6665AA24" w14:textId="77777777" w:rsidTr="008B50D6">
        <w:tc>
          <w:tcPr>
            <w:tcW w:w="534" w:type="dxa"/>
          </w:tcPr>
          <w:p w14:paraId="4040992A" w14:textId="77777777" w:rsidR="008B50D6" w:rsidRPr="008B50D6" w:rsidRDefault="008B50D6" w:rsidP="008B50D6">
            <w:pPr>
              <w:jc w:val="center"/>
              <w:rPr>
                <w:sz w:val="20"/>
                <w:szCs w:val="20"/>
              </w:rPr>
            </w:pP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૨</w:t>
            </w:r>
          </w:p>
        </w:tc>
        <w:tc>
          <w:tcPr>
            <w:tcW w:w="3786" w:type="dxa"/>
          </w:tcPr>
          <w:p w14:paraId="0940BB99" w14:textId="77777777" w:rsidR="008B50D6" w:rsidRPr="008B50D6" w:rsidRDefault="008B50D6" w:rsidP="008B50D6">
            <w:pPr>
              <w:rPr>
                <w:sz w:val="20"/>
                <w:szCs w:val="20"/>
              </w:rPr>
            </w:pP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પ્રેરણાત્મક</w:t>
            </w:r>
            <w:r w:rsidRPr="008B50D6">
              <w:rPr>
                <w:sz w:val="20"/>
                <w:szCs w:val="20"/>
              </w:rPr>
              <w:t xml:space="preserve"> </w:t>
            </w: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માર્ગદર્શન</w:t>
            </w:r>
            <w:r w:rsidRPr="008B50D6">
              <w:rPr>
                <w:sz w:val="20"/>
                <w:szCs w:val="20"/>
              </w:rPr>
              <w:t xml:space="preserve"> </w:t>
            </w: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8B50D6">
              <w:rPr>
                <w:sz w:val="20"/>
                <w:szCs w:val="20"/>
              </w:rPr>
              <w:t xml:space="preserve"> </w:t>
            </w: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કાઉન્સિલિંગ</w:t>
            </w:r>
          </w:p>
        </w:tc>
        <w:tc>
          <w:tcPr>
            <w:tcW w:w="2160" w:type="dxa"/>
          </w:tcPr>
          <w:p w14:paraId="1369A02C" w14:textId="77777777" w:rsidR="008B50D6" w:rsidRPr="008B50D6" w:rsidRDefault="008B50D6" w:rsidP="008B50D6">
            <w:pPr>
              <w:rPr>
                <w:sz w:val="20"/>
                <w:szCs w:val="20"/>
              </w:rPr>
            </w:pP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8B50D6">
              <w:rPr>
                <w:sz w:val="20"/>
                <w:szCs w:val="20"/>
              </w:rPr>
              <w:t xml:space="preserve"> </w:t>
            </w: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૬</w:t>
            </w:r>
            <w:r w:rsidRPr="008B50D6">
              <w:rPr>
                <w:sz w:val="20"/>
                <w:szCs w:val="20"/>
              </w:rPr>
              <w:t xml:space="preserve"> </w:t>
            </w: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થી</w:t>
            </w:r>
            <w:r w:rsidRPr="008B50D6">
              <w:rPr>
                <w:sz w:val="20"/>
                <w:szCs w:val="20"/>
              </w:rPr>
              <w:t xml:space="preserve"> </w:t>
            </w: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૮</w:t>
            </w:r>
          </w:p>
        </w:tc>
        <w:tc>
          <w:tcPr>
            <w:tcW w:w="2275" w:type="dxa"/>
          </w:tcPr>
          <w:p w14:paraId="56326551" w14:textId="77777777" w:rsidR="008B50D6" w:rsidRPr="008B50D6" w:rsidRDefault="008B50D6" w:rsidP="008B50D6">
            <w:pPr>
              <w:rPr>
                <w:sz w:val="20"/>
                <w:szCs w:val="20"/>
              </w:rPr>
            </w:pP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પરીક્ષાનો</w:t>
            </w:r>
            <w:r w:rsidRPr="008B50D6">
              <w:rPr>
                <w:sz w:val="20"/>
                <w:szCs w:val="20"/>
              </w:rPr>
              <w:t xml:space="preserve"> </w:t>
            </w: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ભય</w:t>
            </w:r>
            <w:r w:rsidRPr="008B50D6">
              <w:rPr>
                <w:sz w:val="20"/>
                <w:szCs w:val="20"/>
              </w:rPr>
              <w:t xml:space="preserve"> </w:t>
            </w: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8B50D6">
              <w:rPr>
                <w:sz w:val="20"/>
                <w:szCs w:val="20"/>
              </w:rPr>
              <w:t xml:space="preserve"> </w:t>
            </w: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તણાવ</w:t>
            </w:r>
            <w:r w:rsidRPr="008B50D6">
              <w:rPr>
                <w:sz w:val="20"/>
                <w:szCs w:val="20"/>
              </w:rPr>
              <w:t xml:space="preserve"> </w:t>
            </w: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દૂર</w:t>
            </w:r>
            <w:r w:rsidRPr="008B50D6">
              <w:rPr>
                <w:sz w:val="20"/>
                <w:szCs w:val="20"/>
              </w:rPr>
              <w:t xml:space="preserve"> </w:t>
            </w: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કરવો</w:t>
            </w:r>
          </w:p>
        </w:tc>
      </w:tr>
      <w:tr w:rsidR="008B50D6" w:rsidRPr="008B50D6" w14:paraId="7DBAB9F9" w14:textId="77777777" w:rsidTr="008B50D6">
        <w:tc>
          <w:tcPr>
            <w:tcW w:w="534" w:type="dxa"/>
          </w:tcPr>
          <w:p w14:paraId="653D1F7C" w14:textId="77777777" w:rsidR="008B50D6" w:rsidRPr="008B50D6" w:rsidRDefault="008B50D6" w:rsidP="008B50D6">
            <w:pPr>
              <w:jc w:val="center"/>
              <w:rPr>
                <w:sz w:val="20"/>
                <w:szCs w:val="20"/>
              </w:rPr>
            </w:pP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૩</w:t>
            </w:r>
          </w:p>
        </w:tc>
        <w:tc>
          <w:tcPr>
            <w:tcW w:w="3786" w:type="dxa"/>
          </w:tcPr>
          <w:p w14:paraId="74EDD446" w14:textId="77777777" w:rsidR="008B50D6" w:rsidRPr="008B50D6" w:rsidRDefault="008B50D6" w:rsidP="008B50D6">
            <w:pPr>
              <w:rPr>
                <w:sz w:val="20"/>
                <w:szCs w:val="20"/>
              </w:rPr>
            </w:pP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કારકિર્દી</w:t>
            </w:r>
            <w:r w:rsidRPr="008B50D6">
              <w:rPr>
                <w:sz w:val="20"/>
                <w:szCs w:val="20"/>
              </w:rPr>
              <w:t xml:space="preserve"> </w:t>
            </w: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8B50D6">
              <w:rPr>
                <w:sz w:val="20"/>
                <w:szCs w:val="20"/>
              </w:rPr>
              <w:t xml:space="preserve"> </w:t>
            </w: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ઉચ્ચ</w:t>
            </w:r>
            <w:r w:rsidRPr="008B50D6">
              <w:rPr>
                <w:sz w:val="20"/>
                <w:szCs w:val="20"/>
              </w:rPr>
              <w:t xml:space="preserve"> </w:t>
            </w: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અભ્યાસ</w:t>
            </w:r>
            <w:r w:rsidRPr="008B50D6">
              <w:rPr>
                <w:sz w:val="20"/>
                <w:szCs w:val="20"/>
              </w:rPr>
              <w:t xml:space="preserve"> </w:t>
            </w: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માર્ગદર્શન</w:t>
            </w:r>
            <w:r w:rsidRPr="008B50D6">
              <w:rPr>
                <w:sz w:val="20"/>
                <w:szCs w:val="20"/>
              </w:rPr>
              <w:t xml:space="preserve"> </w:t>
            </w: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સત્ર</w:t>
            </w:r>
          </w:p>
        </w:tc>
        <w:tc>
          <w:tcPr>
            <w:tcW w:w="2160" w:type="dxa"/>
          </w:tcPr>
          <w:p w14:paraId="62F587C6" w14:textId="77777777" w:rsidR="008B50D6" w:rsidRPr="008B50D6" w:rsidRDefault="008B50D6" w:rsidP="008B50D6">
            <w:pPr>
              <w:rPr>
                <w:sz w:val="20"/>
                <w:szCs w:val="20"/>
              </w:rPr>
            </w:pP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ધોરણ</w:t>
            </w:r>
            <w:r w:rsidRPr="008B50D6">
              <w:rPr>
                <w:sz w:val="20"/>
                <w:szCs w:val="20"/>
              </w:rPr>
              <w:t xml:space="preserve"> </w:t>
            </w: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૭</w:t>
            </w:r>
            <w:r w:rsidRPr="008B50D6">
              <w:rPr>
                <w:sz w:val="20"/>
                <w:szCs w:val="20"/>
              </w:rPr>
              <w:t xml:space="preserve"> </w:t>
            </w: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8B50D6">
              <w:rPr>
                <w:sz w:val="20"/>
                <w:szCs w:val="20"/>
              </w:rPr>
              <w:t xml:space="preserve"> </w:t>
            </w: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૮</w:t>
            </w:r>
          </w:p>
        </w:tc>
        <w:tc>
          <w:tcPr>
            <w:tcW w:w="2275" w:type="dxa"/>
          </w:tcPr>
          <w:p w14:paraId="0066AAFF" w14:textId="77777777" w:rsidR="008B50D6" w:rsidRPr="008B50D6" w:rsidRDefault="008B50D6" w:rsidP="008B50D6">
            <w:pPr>
              <w:rPr>
                <w:sz w:val="20"/>
                <w:szCs w:val="20"/>
              </w:rPr>
            </w:pP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ભવિષ્યના</w:t>
            </w:r>
            <w:r w:rsidRPr="008B50D6">
              <w:rPr>
                <w:sz w:val="20"/>
                <w:szCs w:val="20"/>
              </w:rPr>
              <w:t xml:space="preserve"> </w:t>
            </w: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લક્ષ્યો</w:t>
            </w:r>
            <w:r w:rsidRPr="008B50D6">
              <w:rPr>
                <w:sz w:val="20"/>
                <w:szCs w:val="20"/>
              </w:rPr>
              <w:t xml:space="preserve"> </w:t>
            </w: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8B50D6">
              <w:rPr>
                <w:sz w:val="20"/>
                <w:szCs w:val="20"/>
              </w:rPr>
              <w:t xml:space="preserve"> </w:t>
            </w: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ક્ષેત્રોની</w:t>
            </w:r>
            <w:r w:rsidRPr="008B50D6">
              <w:rPr>
                <w:sz w:val="20"/>
                <w:szCs w:val="20"/>
              </w:rPr>
              <w:t xml:space="preserve"> </w:t>
            </w: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સમજ</w:t>
            </w:r>
          </w:p>
        </w:tc>
      </w:tr>
      <w:tr w:rsidR="008B50D6" w:rsidRPr="008B50D6" w14:paraId="6EFDD291" w14:textId="77777777" w:rsidTr="008B50D6">
        <w:tc>
          <w:tcPr>
            <w:tcW w:w="534" w:type="dxa"/>
          </w:tcPr>
          <w:p w14:paraId="7F7D6E48" w14:textId="77777777" w:rsidR="008B50D6" w:rsidRPr="008B50D6" w:rsidRDefault="008B50D6" w:rsidP="008B50D6">
            <w:pPr>
              <w:jc w:val="center"/>
              <w:rPr>
                <w:sz w:val="20"/>
                <w:szCs w:val="20"/>
              </w:rPr>
            </w:pP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૪</w:t>
            </w:r>
          </w:p>
        </w:tc>
        <w:tc>
          <w:tcPr>
            <w:tcW w:w="3786" w:type="dxa"/>
          </w:tcPr>
          <w:p w14:paraId="09FCACE1" w14:textId="77777777" w:rsidR="008B50D6" w:rsidRPr="008B50D6" w:rsidRDefault="008B50D6" w:rsidP="008B50D6">
            <w:pPr>
              <w:rPr>
                <w:sz w:val="20"/>
                <w:szCs w:val="20"/>
              </w:rPr>
            </w:pP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સાંસ્કૃતિક</w:t>
            </w:r>
            <w:r w:rsidRPr="008B50D6">
              <w:rPr>
                <w:sz w:val="20"/>
                <w:szCs w:val="20"/>
              </w:rPr>
              <w:t xml:space="preserve"> </w:t>
            </w: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8B50D6">
              <w:rPr>
                <w:sz w:val="20"/>
                <w:szCs w:val="20"/>
              </w:rPr>
              <w:t xml:space="preserve"> </w:t>
            </w: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રમતગમત</w:t>
            </w:r>
            <w:r w:rsidRPr="008B50D6">
              <w:rPr>
                <w:sz w:val="20"/>
                <w:szCs w:val="20"/>
              </w:rPr>
              <w:t xml:space="preserve"> </w:t>
            </w: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પ્રવૃત્તિઓ</w:t>
            </w:r>
          </w:p>
        </w:tc>
        <w:tc>
          <w:tcPr>
            <w:tcW w:w="2160" w:type="dxa"/>
          </w:tcPr>
          <w:p w14:paraId="3D80FCCB" w14:textId="77777777" w:rsidR="008B50D6" w:rsidRPr="008B50D6" w:rsidRDefault="008B50D6" w:rsidP="008B50D6">
            <w:pPr>
              <w:rPr>
                <w:sz w:val="20"/>
                <w:szCs w:val="20"/>
              </w:rPr>
            </w:pP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સમસ્ત</w:t>
            </w:r>
            <w:r w:rsidRPr="008B50D6">
              <w:rPr>
                <w:sz w:val="20"/>
                <w:szCs w:val="20"/>
              </w:rPr>
              <w:t xml:space="preserve"> </w:t>
            </w: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વિદ્યાર્થીઓ</w:t>
            </w:r>
          </w:p>
        </w:tc>
        <w:tc>
          <w:tcPr>
            <w:tcW w:w="2275" w:type="dxa"/>
          </w:tcPr>
          <w:p w14:paraId="186ED569" w14:textId="77777777" w:rsidR="008B50D6" w:rsidRPr="008B50D6" w:rsidRDefault="008B50D6" w:rsidP="008B50D6">
            <w:pPr>
              <w:rPr>
                <w:sz w:val="20"/>
                <w:szCs w:val="20"/>
              </w:rPr>
            </w:pP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માનસિક</w:t>
            </w:r>
            <w:r w:rsidRPr="008B50D6">
              <w:rPr>
                <w:sz w:val="20"/>
                <w:szCs w:val="20"/>
              </w:rPr>
              <w:t xml:space="preserve"> </w:t>
            </w: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આનંદ</w:t>
            </w:r>
            <w:r w:rsidRPr="008B50D6">
              <w:rPr>
                <w:sz w:val="20"/>
                <w:szCs w:val="20"/>
              </w:rPr>
              <w:t xml:space="preserve"> </w:t>
            </w: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8B50D6">
              <w:rPr>
                <w:sz w:val="20"/>
                <w:szCs w:val="20"/>
              </w:rPr>
              <w:t xml:space="preserve"> </w:t>
            </w: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સર્વાંગી</w:t>
            </w:r>
            <w:r w:rsidRPr="008B50D6">
              <w:rPr>
                <w:sz w:val="20"/>
                <w:szCs w:val="20"/>
              </w:rPr>
              <w:t xml:space="preserve"> </w:t>
            </w: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વિકાસ</w:t>
            </w:r>
          </w:p>
        </w:tc>
      </w:tr>
    </w:tbl>
    <w:p w14:paraId="1A83F213" w14:textId="77777777" w:rsidR="008B50D6" w:rsidRPr="008B50D6" w:rsidRDefault="008B50D6" w:rsidP="008B50D6">
      <w:pPr>
        <w:spacing w:line="240" w:lineRule="auto"/>
        <w:rPr>
          <w:rFonts w:cs="Shruti"/>
          <w:sz w:val="20"/>
          <w:szCs w:val="20"/>
          <w:lang w:bidi="gu-IN"/>
        </w:rPr>
      </w:pPr>
      <w:r w:rsidRPr="008B50D6">
        <w:rPr>
          <w:rFonts w:cs="Shruti"/>
          <w:b/>
          <w:bCs/>
          <w:sz w:val="20"/>
          <w:szCs w:val="20"/>
          <w:cs/>
          <w:lang w:bidi="gu-IN"/>
        </w:rPr>
        <w:t>નિષ્કર્ષ</w:t>
      </w:r>
      <w:r w:rsidRPr="008B50D6">
        <w:rPr>
          <w:b/>
          <w:sz w:val="20"/>
          <w:szCs w:val="20"/>
        </w:rPr>
        <w:t xml:space="preserve">: </w:t>
      </w:r>
      <w:r w:rsidRPr="008B50D6">
        <w:rPr>
          <w:rFonts w:cs="Shruti"/>
          <w:b/>
          <w:bCs/>
          <w:sz w:val="20"/>
          <w:szCs w:val="20"/>
          <w:cs/>
          <w:lang w:bidi="gu-IN"/>
        </w:rPr>
        <w:t>શાળાની</w:t>
      </w:r>
      <w:r w:rsidRPr="008B50D6">
        <w:rPr>
          <w:b/>
          <w:sz w:val="20"/>
          <w:szCs w:val="20"/>
        </w:rPr>
        <w:t xml:space="preserve"> </w:t>
      </w:r>
      <w:r w:rsidRPr="008B50D6">
        <w:rPr>
          <w:rFonts w:cs="Shruti"/>
          <w:b/>
          <w:bCs/>
          <w:sz w:val="20"/>
          <w:szCs w:val="20"/>
          <w:cs/>
          <w:lang w:bidi="gu-IN"/>
        </w:rPr>
        <w:t>આ</w:t>
      </w:r>
      <w:r w:rsidRPr="008B50D6">
        <w:rPr>
          <w:b/>
          <w:sz w:val="20"/>
          <w:szCs w:val="20"/>
        </w:rPr>
        <w:t xml:space="preserve"> </w:t>
      </w:r>
      <w:r w:rsidRPr="008B50D6">
        <w:rPr>
          <w:rFonts w:cs="Shruti"/>
          <w:b/>
          <w:bCs/>
          <w:sz w:val="20"/>
          <w:szCs w:val="20"/>
          <w:cs/>
          <w:lang w:bidi="gu-IN"/>
        </w:rPr>
        <w:t>સુવ્યવસ્થિત</w:t>
      </w:r>
      <w:r w:rsidRPr="008B50D6">
        <w:rPr>
          <w:b/>
          <w:sz w:val="20"/>
          <w:szCs w:val="20"/>
        </w:rPr>
        <w:t xml:space="preserve"> </w:t>
      </w:r>
      <w:r w:rsidRPr="008B50D6">
        <w:rPr>
          <w:rFonts w:cs="Shruti"/>
          <w:b/>
          <w:bCs/>
          <w:sz w:val="20"/>
          <w:szCs w:val="20"/>
          <w:cs/>
          <w:lang w:bidi="gu-IN"/>
        </w:rPr>
        <w:t>કાઉન્સિલિંગ</w:t>
      </w:r>
      <w:r w:rsidRPr="008B50D6">
        <w:rPr>
          <w:b/>
          <w:sz w:val="20"/>
          <w:szCs w:val="20"/>
        </w:rPr>
        <w:t xml:space="preserve"> </w:t>
      </w:r>
      <w:r w:rsidRPr="008B50D6">
        <w:rPr>
          <w:rFonts w:cs="Shruti"/>
          <w:b/>
          <w:bCs/>
          <w:sz w:val="20"/>
          <w:szCs w:val="20"/>
          <w:cs/>
          <w:lang w:bidi="gu-IN"/>
        </w:rPr>
        <w:t>અને</w:t>
      </w:r>
      <w:r w:rsidRPr="008B50D6">
        <w:rPr>
          <w:b/>
          <w:sz w:val="20"/>
          <w:szCs w:val="20"/>
        </w:rPr>
        <w:t xml:space="preserve"> </w:t>
      </w:r>
      <w:r w:rsidRPr="008B50D6">
        <w:rPr>
          <w:rFonts w:cs="Shruti"/>
          <w:b/>
          <w:bCs/>
          <w:sz w:val="20"/>
          <w:szCs w:val="20"/>
          <w:cs/>
          <w:lang w:bidi="gu-IN"/>
        </w:rPr>
        <w:t>માર્ગદર્શન</w:t>
      </w:r>
      <w:r w:rsidRPr="008B50D6">
        <w:rPr>
          <w:b/>
          <w:sz w:val="20"/>
          <w:szCs w:val="20"/>
        </w:rPr>
        <w:t xml:space="preserve"> </w:t>
      </w:r>
      <w:r w:rsidRPr="008B50D6">
        <w:rPr>
          <w:rFonts w:cs="Shruti"/>
          <w:b/>
          <w:bCs/>
          <w:sz w:val="20"/>
          <w:szCs w:val="20"/>
          <w:cs/>
          <w:lang w:bidi="gu-IN"/>
        </w:rPr>
        <w:t>પ્રવૃત્તિઓના</w:t>
      </w:r>
      <w:r w:rsidRPr="008B50D6">
        <w:rPr>
          <w:b/>
          <w:sz w:val="20"/>
          <w:szCs w:val="20"/>
        </w:rPr>
        <w:t xml:space="preserve"> </w:t>
      </w:r>
      <w:r w:rsidRPr="008B50D6">
        <w:rPr>
          <w:rFonts w:cs="Shruti"/>
          <w:b/>
          <w:bCs/>
          <w:sz w:val="20"/>
          <w:szCs w:val="20"/>
          <w:cs/>
          <w:lang w:bidi="gu-IN"/>
        </w:rPr>
        <w:t>કારણે</w:t>
      </w:r>
      <w:r w:rsidRPr="008B50D6">
        <w:rPr>
          <w:b/>
          <w:sz w:val="20"/>
          <w:szCs w:val="20"/>
        </w:rPr>
        <w:t xml:space="preserve"> </w:t>
      </w:r>
      <w:r w:rsidRPr="008B50D6">
        <w:rPr>
          <w:rFonts w:cs="Shruti"/>
          <w:b/>
          <w:bCs/>
          <w:sz w:val="20"/>
          <w:szCs w:val="20"/>
          <w:cs/>
          <w:lang w:bidi="gu-IN"/>
        </w:rPr>
        <w:t>વિદ્યાર્થીઓ</w:t>
      </w:r>
      <w:r w:rsidRPr="008B50D6">
        <w:rPr>
          <w:b/>
          <w:sz w:val="20"/>
          <w:szCs w:val="20"/>
        </w:rPr>
        <w:t xml:space="preserve"> </w:t>
      </w:r>
      <w:r w:rsidRPr="008B50D6">
        <w:rPr>
          <w:rFonts w:cs="Shruti"/>
          <w:b/>
          <w:bCs/>
          <w:sz w:val="20"/>
          <w:szCs w:val="20"/>
          <w:cs/>
          <w:lang w:bidi="gu-IN"/>
        </w:rPr>
        <w:t>માનસિક</w:t>
      </w:r>
      <w:r w:rsidRPr="008B50D6">
        <w:rPr>
          <w:b/>
          <w:sz w:val="20"/>
          <w:szCs w:val="20"/>
        </w:rPr>
        <w:t xml:space="preserve"> </w:t>
      </w:r>
      <w:r w:rsidRPr="008B50D6">
        <w:rPr>
          <w:rFonts w:cs="Shruti"/>
          <w:b/>
          <w:bCs/>
          <w:sz w:val="20"/>
          <w:szCs w:val="20"/>
          <w:cs/>
          <w:lang w:bidi="gu-IN"/>
        </w:rPr>
        <w:t>રીતે</w:t>
      </w:r>
      <w:r w:rsidRPr="008B50D6">
        <w:rPr>
          <w:b/>
          <w:sz w:val="20"/>
          <w:szCs w:val="20"/>
        </w:rPr>
        <w:t xml:space="preserve"> </w:t>
      </w:r>
      <w:r w:rsidRPr="008B50D6">
        <w:rPr>
          <w:rFonts w:cs="Shruti"/>
          <w:b/>
          <w:bCs/>
          <w:sz w:val="20"/>
          <w:szCs w:val="20"/>
          <w:cs/>
          <w:lang w:bidi="gu-IN"/>
        </w:rPr>
        <w:t>સ્વસ્થ</w:t>
      </w:r>
      <w:r w:rsidRPr="008B50D6">
        <w:rPr>
          <w:b/>
          <w:sz w:val="20"/>
          <w:szCs w:val="20"/>
        </w:rPr>
        <w:t xml:space="preserve">, </w:t>
      </w:r>
      <w:r w:rsidRPr="008B50D6">
        <w:rPr>
          <w:rFonts w:cs="Shruti"/>
          <w:b/>
          <w:bCs/>
          <w:sz w:val="20"/>
          <w:szCs w:val="20"/>
          <w:cs/>
          <w:lang w:bidi="gu-IN"/>
        </w:rPr>
        <w:t>આત્મવિશ્વાસુ</w:t>
      </w:r>
      <w:r w:rsidRPr="008B50D6">
        <w:rPr>
          <w:b/>
          <w:sz w:val="20"/>
          <w:szCs w:val="20"/>
        </w:rPr>
        <w:t xml:space="preserve"> </w:t>
      </w:r>
      <w:r w:rsidRPr="008B50D6">
        <w:rPr>
          <w:rFonts w:cs="Shruti"/>
          <w:b/>
          <w:bCs/>
          <w:sz w:val="20"/>
          <w:szCs w:val="20"/>
          <w:cs/>
          <w:lang w:bidi="gu-IN"/>
        </w:rPr>
        <w:t>અને</w:t>
      </w:r>
      <w:r w:rsidRPr="008B50D6">
        <w:rPr>
          <w:b/>
          <w:sz w:val="20"/>
          <w:szCs w:val="20"/>
        </w:rPr>
        <w:t xml:space="preserve"> </w:t>
      </w:r>
      <w:r w:rsidRPr="008B50D6">
        <w:rPr>
          <w:rFonts w:cs="Shruti"/>
          <w:b/>
          <w:bCs/>
          <w:sz w:val="20"/>
          <w:szCs w:val="20"/>
          <w:cs/>
          <w:lang w:bidi="gu-IN"/>
        </w:rPr>
        <w:t>પોતાની</w:t>
      </w:r>
      <w:r w:rsidRPr="008B50D6">
        <w:rPr>
          <w:b/>
          <w:sz w:val="20"/>
          <w:szCs w:val="20"/>
        </w:rPr>
        <w:t xml:space="preserve"> </w:t>
      </w:r>
      <w:r w:rsidRPr="008B50D6">
        <w:rPr>
          <w:rFonts w:cs="Shruti"/>
          <w:b/>
          <w:bCs/>
          <w:sz w:val="20"/>
          <w:szCs w:val="20"/>
          <w:cs/>
          <w:lang w:bidi="gu-IN"/>
        </w:rPr>
        <w:t>કારકિર્દી</w:t>
      </w:r>
      <w:r w:rsidRPr="008B50D6">
        <w:rPr>
          <w:b/>
          <w:sz w:val="20"/>
          <w:szCs w:val="20"/>
        </w:rPr>
        <w:t xml:space="preserve"> </w:t>
      </w:r>
      <w:r w:rsidRPr="008B50D6">
        <w:rPr>
          <w:rFonts w:cs="Shruti"/>
          <w:b/>
          <w:bCs/>
          <w:sz w:val="20"/>
          <w:szCs w:val="20"/>
          <w:cs/>
          <w:lang w:bidi="gu-IN"/>
        </w:rPr>
        <w:t>પ્રત્યે</w:t>
      </w:r>
      <w:r w:rsidRPr="008B50D6">
        <w:rPr>
          <w:b/>
          <w:sz w:val="20"/>
          <w:szCs w:val="20"/>
        </w:rPr>
        <w:t xml:space="preserve"> </w:t>
      </w:r>
      <w:r w:rsidRPr="008B50D6">
        <w:rPr>
          <w:rFonts w:cs="Shruti"/>
          <w:b/>
          <w:bCs/>
          <w:sz w:val="20"/>
          <w:szCs w:val="20"/>
          <w:cs/>
          <w:lang w:bidi="gu-IN"/>
        </w:rPr>
        <w:t>સભાન</w:t>
      </w:r>
      <w:r w:rsidRPr="008B50D6">
        <w:rPr>
          <w:b/>
          <w:sz w:val="20"/>
          <w:szCs w:val="20"/>
        </w:rPr>
        <w:t xml:space="preserve"> </w:t>
      </w:r>
      <w:r w:rsidRPr="008B50D6">
        <w:rPr>
          <w:rFonts w:cs="Shruti"/>
          <w:b/>
          <w:bCs/>
          <w:sz w:val="20"/>
          <w:szCs w:val="20"/>
          <w:cs/>
          <w:lang w:bidi="gu-IN"/>
        </w:rPr>
        <w:t>બન્યા</w:t>
      </w:r>
      <w:r w:rsidRPr="008B50D6">
        <w:rPr>
          <w:b/>
          <w:sz w:val="20"/>
          <w:szCs w:val="20"/>
        </w:rPr>
        <w:t xml:space="preserve"> </w:t>
      </w:r>
      <w:r w:rsidRPr="008B50D6">
        <w:rPr>
          <w:rFonts w:cs="Shruti"/>
          <w:b/>
          <w:bCs/>
          <w:sz w:val="20"/>
          <w:szCs w:val="20"/>
          <w:cs/>
          <w:lang w:bidi="gu-IN"/>
        </w:rPr>
        <w:t>છે</w:t>
      </w:r>
      <w:r w:rsidRPr="008B50D6">
        <w:rPr>
          <w:b/>
          <w:sz w:val="20"/>
          <w:szCs w:val="20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8B50D6" w:rsidRPr="008B50D6" w14:paraId="54317919" w14:textId="77777777" w:rsidTr="00D8567E">
        <w:tc>
          <w:tcPr>
            <w:tcW w:w="4320" w:type="dxa"/>
          </w:tcPr>
          <w:p w14:paraId="52EA7DDF" w14:textId="77777777" w:rsidR="008B50D6" w:rsidRPr="008B50D6" w:rsidRDefault="008B50D6" w:rsidP="008B50D6">
            <w:pPr>
              <w:spacing w:line="240" w:lineRule="auto"/>
              <w:rPr>
                <w:sz w:val="20"/>
                <w:szCs w:val="20"/>
              </w:rPr>
            </w:pP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કાઉન્સિલિંગ</w:t>
            </w:r>
            <w:r w:rsidRPr="008B50D6">
              <w:rPr>
                <w:sz w:val="20"/>
                <w:szCs w:val="20"/>
              </w:rPr>
              <w:t xml:space="preserve"> / </w:t>
            </w: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માર્ગદર્શન</w:t>
            </w:r>
            <w:r w:rsidRPr="008B50D6">
              <w:rPr>
                <w:sz w:val="20"/>
                <w:szCs w:val="20"/>
              </w:rPr>
              <w:t xml:space="preserve"> </w:t>
            </w: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ઇન્ચાર્જની</w:t>
            </w:r>
            <w:r w:rsidRPr="008B50D6">
              <w:rPr>
                <w:sz w:val="20"/>
                <w:szCs w:val="20"/>
              </w:rPr>
              <w:t xml:space="preserve"> </w:t>
            </w: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સહી</w:t>
            </w:r>
            <w:r w:rsidRPr="008B50D6">
              <w:rPr>
                <w:sz w:val="20"/>
                <w:szCs w:val="20"/>
              </w:rPr>
              <w:br/>
            </w:r>
            <w:r w:rsidRPr="008B50D6">
              <w:rPr>
                <w:sz w:val="20"/>
                <w:szCs w:val="20"/>
              </w:rPr>
              <w:br/>
              <w:t>______________________</w:t>
            </w:r>
          </w:p>
        </w:tc>
        <w:tc>
          <w:tcPr>
            <w:tcW w:w="4320" w:type="dxa"/>
          </w:tcPr>
          <w:p w14:paraId="08EBABFB" w14:textId="20C64C6D" w:rsidR="008B50D6" w:rsidRPr="00F56B31" w:rsidRDefault="008B50D6" w:rsidP="008B50D6">
            <w:pPr>
              <w:spacing w:line="240" w:lineRule="auto"/>
              <w:jc w:val="right"/>
              <w:rPr>
                <w:rFonts w:cs="Shruti"/>
                <w:sz w:val="20"/>
                <w:szCs w:val="20"/>
              </w:rPr>
            </w:pP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આચાર્યશ્રીની</w:t>
            </w:r>
            <w:r w:rsidRPr="008B50D6">
              <w:rPr>
                <w:sz w:val="20"/>
                <w:szCs w:val="20"/>
              </w:rPr>
              <w:t xml:space="preserve"> </w:t>
            </w: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સહી</w:t>
            </w:r>
            <w:r w:rsidRPr="008B50D6">
              <w:rPr>
                <w:sz w:val="20"/>
                <w:szCs w:val="20"/>
              </w:rPr>
              <w:t xml:space="preserve"> </w:t>
            </w: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અને</w:t>
            </w:r>
            <w:r w:rsidRPr="008B50D6">
              <w:rPr>
                <w:sz w:val="20"/>
                <w:szCs w:val="20"/>
              </w:rPr>
              <w:t xml:space="preserve"> </w:t>
            </w: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સિક્કો</w:t>
            </w:r>
            <w:r w:rsidRPr="008B50D6">
              <w:rPr>
                <w:sz w:val="20"/>
                <w:szCs w:val="20"/>
              </w:rPr>
              <w:br/>
            </w:r>
            <w:r w:rsidRPr="008B50D6">
              <w:rPr>
                <w:sz w:val="20"/>
                <w:szCs w:val="20"/>
              </w:rPr>
              <w:br/>
              <w:t>______________________</w:t>
            </w:r>
            <w:r w:rsidRPr="008B50D6">
              <w:rPr>
                <w:sz w:val="20"/>
                <w:szCs w:val="20"/>
              </w:rPr>
              <w:br/>
            </w:r>
            <w:r w:rsidRPr="008B50D6">
              <w:rPr>
                <w:rFonts w:cs="Shruti"/>
                <w:sz w:val="20"/>
                <w:szCs w:val="20"/>
                <w:cs/>
                <w:lang w:bidi="gu-IN"/>
              </w:rPr>
              <w:t>સ્થળ</w:t>
            </w:r>
            <w:r w:rsidRPr="008B50D6">
              <w:rPr>
                <w:sz w:val="20"/>
                <w:szCs w:val="20"/>
              </w:rPr>
              <w:t xml:space="preserve">: </w:t>
            </w:r>
            <w:r w:rsidR="008E13CA">
              <w:rPr>
                <w:rFonts w:cs="Shruti" w:hint="cs"/>
                <w:cs/>
                <w:lang w:bidi="gu-IN"/>
              </w:rPr>
              <w:t xml:space="preserve">ઢાંકણ્રીયાવાસ પ્રાથમિક શાળા </w:t>
            </w:r>
          </w:p>
        </w:tc>
      </w:tr>
    </w:tbl>
    <w:p w14:paraId="08FFA7C6" w14:textId="77777777" w:rsidR="008B50D6" w:rsidRDefault="008B50D6" w:rsidP="008B50D6"/>
    <w:p w14:paraId="52D41BCA" w14:textId="77777777" w:rsidR="008B50D6" w:rsidRPr="008B50D6" w:rsidRDefault="008B50D6" w:rsidP="00827A42">
      <w:pPr>
        <w:tabs>
          <w:tab w:val="left" w:pos="2835"/>
        </w:tabs>
        <w:spacing w:after="0" w:line="240" w:lineRule="auto"/>
        <w:jc w:val="center"/>
        <w:rPr>
          <w:rFonts w:cs="Shruti"/>
          <w:b/>
          <w:u w:val="single"/>
          <w:lang w:bidi="gu-IN"/>
        </w:rPr>
      </w:pPr>
    </w:p>
    <w:sectPr w:rsidR="008B50D6" w:rsidRPr="008B50D6" w:rsidSect="00CE5DD7">
      <w:pgSz w:w="12240" w:h="15840"/>
      <w:pgMar w:top="142" w:right="1800" w:bottom="14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5D5A"/>
    <w:rsid w:val="000065B3"/>
    <w:rsid w:val="00011C95"/>
    <w:rsid w:val="00013987"/>
    <w:rsid w:val="00015B4F"/>
    <w:rsid w:val="00016805"/>
    <w:rsid w:val="00016F97"/>
    <w:rsid w:val="0002352B"/>
    <w:rsid w:val="00034616"/>
    <w:rsid w:val="0003495A"/>
    <w:rsid w:val="00037DD9"/>
    <w:rsid w:val="00043724"/>
    <w:rsid w:val="0004493D"/>
    <w:rsid w:val="00050610"/>
    <w:rsid w:val="00057B05"/>
    <w:rsid w:val="0006063C"/>
    <w:rsid w:val="00064758"/>
    <w:rsid w:val="00071BD3"/>
    <w:rsid w:val="00077F8E"/>
    <w:rsid w:val="000849D3"/>
    <w:rsid w:val="00090DA6"/>
    <w:rsid w:val="00091144"/>
    <w:rsid w:val="000936E6"/>
    <w:rsid w:val="00095C59"/>
    <w:rsid w:val="000A14C8"/>
    <w:rsid w:val="000A2A1F"/>
    <w:rsid w:val="000A35F0"/>
    <w:rsid w:val="000A5F18"/>
    <w:rsid w:val="000B2AF2"/>
    <w:rsid w:val="000B4427"/>
    <w:rsid w:val="000B54C5"/>
    <w:rsid w:val="000D0240"/>
    <w:rsid w:val="000D1280"/>
    <w:rsid w:val="000D4B87"/>
    <w:rsid w:val="000E2A0C"/>
    <w:rsid w:val="000E2C50"/>
    <w:rsid w:val="000E578D"/>
    <w:rsid w:val="000E69B9"/>
    <w:rsid w:val="00115514"/>
    <w:rsid w:val="0012110B"/>
    <w:rsid w:val="001223F1"/>
    <w:rsid w:val="00123069"/>
    <w:rsid w:val="001255B6"/>
    <w:rsid w:val="001308F9"/>
    <w:rsid w:val="001352DE"/>
    <w:rsid w:val="001435CA"/>
    <w:rsid w:val="001504D1"/>
    <w:rsid w:val="0015074B"/>
    <w:rsid w:val="00162772"/>
    <w:rsid w:val="0017133E"/>
    <w:rsid w:val="001731D8"/>
    <w:rsid w:val="001755B7"/>
    <w:rsid w:val="00180EB0"/>
    <w:rsid w:val="00187CBC"/>
    <w:rsid w:val="001940C0"/>
    <w:rsid w:val="001A35C8"/>
    <w:rsid w:val="001A40E1"/>
    <w:rsid w:val="001B1D65"/>
    <w:rsid w:val="001C00E4"/>
    <w:rsid w:val="001D2CEC"/>
    <w:rsid w:val="001D39DA"/>
    <w:rsid w:val="001F3A5F"/>
    <w:rsid w:val="00206B40"/>
    <w:rsid w:val="00215032"/>
    <w:rsid w:val="002165B4"/>
    <w:rsid w:val="00221A34"/>
    <w:rsid w:val="00237FE2"/>
    <w:rsid w:val="0024083B"/>
    <w:rsid w:val="0024320E"/>
    <w:rsid w:val="00247FCF"/>
    <w:rsid w:val="002546D1"/>
    <w:rsid w:val="00256423"/>
    <w:rsid w:val="002644CA"/>
    <w:rsid w:val="00282266"/>
    <w:rsid w:val="00295146"/>
    <w:rsid w:val="0029639D"/>
    <w:rsid w:val="002A7996"/>
    <w:rsid w:val="002B042A"/>
    <w:rsid w:val="002B21D1"/>
    <w:rsid w:val="002C31E1"/>
    <w:rsid w:val="002C6881"/>
    <w:rsid w:val="002C6EF1"/>
    <w:rsid w:val="002D35FB"/>
    <w:rsid w:val="002D45C8"/>
    <w:rsid w:val="002D5E0E"/>
    <w:rsid w:val="002E5B96"/>
    <w:rsid w:val="002F3DDE"/>
    <w:rsid w:val="00307841"/>
    <w:rsid w:val="003177CD"/>
    <w:rsid w:val="003217FB"/>
    <w:rsid w:val="00322DD5"/>
    <w:rsid w:val="00326F90"/>
    <w:rsid w:val="00342A32"/>
    <w:rsid w:val="003558DD"/>
    <w:rsid w:val="00380A36"/>
    <w:rsid w:val="0038226C"/>
    <w:rsid w:val="003A281E"/>
    <w:rsid w:val="003A43CA"/>
    <w:rsid w:val="003B5623"/>
    <w:rsid w:val="003C54F2"/>
    <w:rsid w:val="003C63BC"/>
    <w:rsid w:val="003C7A10"/>
    <w:rsid w:val="003D3E34"/>
    <w:rsid w:val="003E0150"/>
    <w:rsid w:val="003E7E3B"/>
    <w:rsid w:val="003F11A3"/>
    <w:rsid w:val="003F4BD6"/>
    <w:rsid w:val="003F6638"/>
    <w:rsid w:val="003F786B"/>
    <w:rsid w:val="003F7E1A"/>
    <w:rsid w:val="00401F50"/>
    <w:rsid w:val="00405E67"/>
    <w:rsid w:val="00406A6F"/>
    <w:rsid w:val="004142B9"/>
    <w:rsid w:val="00417FAF"/>
    <w:rsid w:val="004206A1"/>
    <w:rsid w:val="00420DFD"/>
    <w:rsid w:val="004271B0"/>
    <w:rsid w:val="004315D0"/>
    <w:rsid w:val="004338B3"/>
    <w:rsid w:val="004340AE"/>
    <w:rsid w:val="004354C7"/>
    <w:rsid w:val="00435966"/>
    <w:rsid w:val="004367D6"/>
    <w:rsid w:val="00447EB8"/>
    <w:rsid w:val="004504B1"/>
    <w:rsid w:val="00471EFA"/>
    <w:rsid w:val="004728E1"/>
    <w:rsid w:val="00477258"/>
    <w:rsid w:val="00496C19"/>
    <w:rsid w:val="004A4F96"/>
    <w:rsid w:val="004B106C"/>
    <w:rsid w:val="004B1693"/>
    <w:rsid w:val="004B581A"/>
    <w:rsid w:val="004C2EC9"/>
    <w:rsid w:val="004C4600"/>
    <w:rsid w:val="004D0B1E"/>
    <w:rsid w:val="004D2A5A"/>
    <w:rsid w:val="004D6884"/>
    <w:rsid w:val="004D7029"/>
    <w:rsid w:val="004E36A0"/>
    <w:rsid w:val="004F246D"/>
    <w:rsid w:val="00501590"/>
    <w:rsid w:val="00502A5D"/>
    <w:rsid w:val="00507742"/>
    <w:rsid w:val="005144D1"/>
    <w:rsid w:val="00517DC1"/>
    <w:rsid w:val="00521B9B"/>
    <w:rsid w:val="00533175"/>
    <w:rsid w:val="00543FAE"/>
    <w:rsid w:val="00544951"/>
    <w:rsid w:val="00545151"/>
    <w:rsid w:val="00546E7C"/>
    <w:rsid w:val="00547C70"/>
    <w:rsid w:val="0055626B"/>
    <w:rsid w:val="00556B36"/>
    <w:rsid w:val="00567220"/>
    <w:rsid w:val="005778D9"/>
    <w:rsid w:val="00577A6D"/>
    <w:rsid w:val="00587BEB"/>
    <w:rsid w:val="005922A6"/>
    <w:rsid w:val="0059514B"/>
    <w:rsid w:val="00596D4E"/>
    <w:rsid w:val="005A1F74"/>
    <w:rsid w:val="005A42E1"/>
    <w:rsid w:val="005B0040"/>
    <w:rsid w:val="005B138C"/>
    <w:rsid w:val="005C344A"/>
    <w:rsid w:val="005C6C5E"/>
    <w:rsid w:val="005D7E8D"/>
    <w:rsid w:val="005E52CD"/>
    <w:rsid w:val="005E67B7"/>
    <w:rsid w:val="005F097D"/>
    <w:rsid w:val="005F3EC2"/>
    <w:rsid w:val="00602A57"/>
    <w:rsid w:val="0060798B"/>
    <w:rsid w:val="00610CA1"/>
    <w:rsid w:val="00626109"/>
    <w:rsid w:val="00641A88"/>
    <w:rsid w:val="00651797"/>
    <w:rsid w:val="00652DD8"/>
    <w:rsid w:val="00654EFD"/>
    <w:rsid w:val="00656121"/>
    <w:rsid w:val="006576D5"/>
    <w:rsid w:val="00666B77"/>
    <w:rsid w:val="006773FD"/>
    <w:rsid w:val="0069481B"/>
    <w:rsid w:val="00695DD6"/>
    <w:rsid w:val="006A36B0"/>
    <w:rsid w:val="006A50E6"/>
    <w:rsid w:val="006A68B2"/>
    <w:rsid w:val="006B34C8"/>
    <w:rsid w:val="006B75F3"/>
    <w:rsid w:val="006C13C2"/>
    <w:rsid w:val="006C2D7E"/>
    <w:rsid w:val="006D0E67"/>
    <w:rsid w:val="006D1ADC"/>
    <w:rsid w:val="006D2E23"/>
    <w:rsid w:val="006D7CC2"/>
    <w:rsid w:val="006D7DA5"/>
    <w:rsid w:val="006E1176"/>
    <w:rsid w:val="006F2E6E"/>
    <w:rsid w:val="006F3D82"/>
    <w:rsid w:val="00700879"/>
    <w:rsid w:val="00701AC9"/>
    <w:rsid w:val="00701F64"/>
    <w:rsid w:val="00716345"/>
    <w:rsid w:val="00717DE6"/>
    <w:rsid w:val="007206F2"/>
    <w:rsid w:val="00721B6C"/>
    <w:rsid w:val="00727230"/>
    <w:rsid w:val="0072787C"/>
    <w:rsid w:val="007401FC"/>
    <w:rsid w:val="00740C37"/>
    <w:rsid w:val="00747365"/>
    <w:rsid w:val="00750A4E"/>
    <w:rsid w:val="00766A14"/>
    <w:rsid w:val="00766C34"/>
    <w:rsid w:val="00774320"/>
    <w:rsid w:val="00774989"/>
    <w:rsid w:val="00780A89"/>
    <w:rsid w:val="0078136E"/>
    <w:rsid w:val="00791AB8"/>
    <w:rsid w:val="00795566"/>
    <w:rsid w:val="00795880"/>
    <w:rsid w:val="007A32EC"/>
    <w:rsid w:val="007A44D5"/>
    <w:rsid w:val="007A497B"/>
    <w:rsid w:val="007A4D3C"/>
    <w:rsid w:val="007B0546"/>
    <w:rsid w:val="007B4553"/>
    <w:rsid w:val="007D01AE"/>
    <w:rsid w:val="007D7F28"/>
    <w:rsid w:val="007E1A4A"/>
    <w:rsid w:val="007E2CCA"/>
    <w:rsid w:val="007E2D18"/>
    <w:rsid w:val="007E4023"/>
    <w:rsid w:val="007E5D1E"/>
    <w:rsid w:val="007F0273"/>
    <w:rsid w:val="00805ED7"/>
    <w:rsid w:val="00817887"/>
    <w:rsid w:val="00827A42"/>
    <w:rsid w:val="008319A0"/>
    <w:rsid w:val="00846C8B"/>
    <w:rsid w:val="008532E8"/>
    <w:rsid w:val="00854B0B"/>
    <w:rsid w:val="00871C45"/>
    <w:rsid w:val="00880A92"/>
    <w:rsid w:val="008B3C17"/>
    <w:rsid w:val="008B488C"/>
    <w:rsid w:val="008B50D6"/>
    <w:rsid w:val="008C39F1"/>
    <w:rsid w:val="008E13CA"/>
    <w:rsid w:val="008E7FA4"/>
    <w:rsid w:val="00905248"/>
    <w:rsid w:val="009072EA"/>
    <w:rsid w:val="00920FB4"/>
    <w:rsid w:val="00921DCE"/>
    <w:rsid w:val="0092424E"/>
    <w:rsid w:val="00924BC4"/>
    <w:rsid w:val="009302AE"/>
    <w:rsid w:val="00947F08"/>
    <w:rsid w:val="00953107"/>
    <w:rsid w:val="00954963"/>
    <w:rsid w:val="009608E8"/>
    <w:rsid w:val="00986F50"/>
    <w:rsid w:val="00993050"/>
    <w:rsid w:val="009A5D4D"/>
    <w:rsid w:val="009A7185"/>
    <w:rsid w:val="009D3508"/>
    <w:rsid w:val="009D6069"/>
    <w:rsid w:val="009E0F8D"/>
    <w:rsid w:val="00A00EB9"/>
    <w:rsid w:val="00A052A9"/>
    <w:rsid w:val="00A1068A"/>
    <w:rsid w:val="00A240BA"/>
    <w:rsid w:val="00A31179"/>
    <w:rsid w:val="00A3440B"/>
    <w:rsid w:val="00A347F9"/>
    <w:rsid w:val="00A40FAC"/>
    <w:rsid w:val="00A43AE2"/>
    <w:rsid w:val="00A50BC5"/>
    <w:rsid w:val="00A62081"/>
    <w:rsid w:val="00A63A90"/>
    <w:rsid w:val="00A643AB"/>
    <w:rsid w:val="00A65BC0"/>
    <w:rsid w:val="00A722BB"/>
    <w:rsid w:val="00A84C28"/>
    <w:rsid w:val="00A860AA"/>
    <w:rsid w:val="00A86E6C"/>
    <w:rsid w:val="00A87D89"/>
    <w:rsid w:val="00A87F10"/>
    <w:rsid w:val="00A92A5F"/>
    <w:rsid w:val="00A92E04"/>
    <w:rsid w:val="00A937D2"/>
    <w:rsid w:val="00AA1D8D"/>
    <w:rsid w:val="00AB01DD"/>
    <w:rsid w:val="00AB34A3"/>
    <w:rsid w:val="00AC2FEB"/>
    <w:rsid w:val="00AC6BCD"/>
    <w:rsid w:val="00AD0322"/>
    <w:rsid w:val="00AD7629"/>
    <w:rsid w:val="00AE1209"/>
    <w:rsid w:val="00AE5754"/>
    <w:rsid w:val="00AE5D9D"/>
    <w:rsid w:val="00AE6123"/>
    <w:rsid w:val="00AF08D0"/>
    <w:rsid w:val="00AF18F0"/>
    <w:rsid w:val="00B11C76"/>
    <w:rsid w:val="00B231CF"/>
    <w:rsid w:val="00B36C4E"/>
    <w:rsid w:val="00B3781A"/>
    <w:rsid w:val="00B414C7"/>
    <w:rsid w:val="00B4306C"/>
    <w:rsid w:val="00B43400"/>
    <w:rsid w:val="00B46AE6"/>
    <w:rsid w:val="00B46DFB"/>
    <w:rsid w:val="00B47730"/>
    <w:rsid w:val="00B50F7F"/>
    <w:rsid w:val="00B527B0"/>
    <w:rsid w:val="00B57A11"/>
    <w:rsid w:val="00B606DB"/>
    <w:rsid w:val="00B644E2"/>
    <w:rsid w:val="00B65131"/>
    <w:rsid w:val="00B72EF1"/>
    <w:rsid w:val="00B736C9"/>
    <w:rsid w:val="00B757E5"/>
    <w:rsid w:val="00B76D0C"/>
    <w:rsid w:val="00B77044"/>
    <w:rsid w:val="00B81863"/>
    <w:rsid w:val="00BA04C2"/>
    <w:rsid w:val="00BA4A5C"/>
    <w:rsid w:val="00BA7831"/>
    <w:rsid w:val="00BB1193"/>
    <w:rsid w:val="00BC39D6"/>
    <w:rsid w:val="00BD2A13"/>
    <w:rsid w:val="00BD355F"/>
    <w:rsid w:val="00BE220C"/>
    <w:rsid w:val="00BE4B94"/>
    <w:rsid w:val="00BF5B9F"/>
    <w:rsid w:val="00C1047A"/>
    <w:rsid w:val="00C10A2A"/>
    <w:rsid w:val="00C12C91"/>
    <w:rsid w:val="00C25D2D"/>
    <w:rsid w:val="00C27F23"/>
    <w:rsid w:val="00C3559A"/>
    <w:rsid w:val="00C45AE0"/>
    <w:rsid w:val="00C50344"/>
    <w:rsid w:val="00C54228"/>
    <w:rsid w:val="00C55D31"/>
    <w:rsid w:val="00C6160C"/>
    <w:rsid w:val="00C70B8C"/>
    <w:rsid w:val="00C72E4E"/>
    <w:rsid w:val="00C77354"/>
    <w:rsid w:val="00C91BD6"/>
    <w:rsid w:val="00C962DA"/>
    <w:rsid w:val="00C96575"/>
    <w:rsid w:val="00CA1AC1"/>
    <w:rsid w:val="00CA2DD1"/>
    <w:rsid w:val="00CA423D"/>
    <w:rsid w:val="00CB0664"/>
    <w:rsid w:val="00CB0A38"/>
    <w:rsid w:val="00CB2D43"/>
    <w:rsid w:val="00CB2F44"/>
    <w:rsid w:val="00CB6121"/>
    <w:rsid w:val="00CC3851"/>
    <w:rsid w:val="00CD2413"/>
    <w:rsid w:val="00CE0667"/>
    <w:rsid w:val="00CE2C3F"/>
    <w:rsid w:val="00CE5DD7"/>
    <w:rsid w:val="00D00AA7"/>
    <w:rsid w:val="00D0529D"/>
    <w:rsid w:val="00D063D1"/>
    <w:rsid w:val="00D133E9"/>
    <w:rsid w:val="00D238DE"/>
    <w:rsid w:val="00D36381"/>
    <w:rsid w:val="00D501A2"/>
    <w:rsid w:val="00D508EB"/>
    <w:rsid w:val="00D5108F"/>
    <w:rsid w:val="00D5201F"/>
    <w:rsid w:val="00D56745"/>
    <w:rsid w:val="00D77F19"/>
    <w:rsid w:val="00D91C78"/>
    <w:rsid w:val="00D957B6"/>
    <w:rsid w:val="00DB2545"/>
    <w:rsid w:val="00DB3080"/>
    <w:rsid w:val="00DB7ACB"/>
    <w:rsid w:val="00DC6087"/>
    <w:rsid w:val="00DD00C8"/>
    <w:rsid w:val="00DE2F76"/>
    <w:rsid w:val="00DF547A"/>
    <w:rsid w:val="00DF56EC"/>
    <w:rsid w:val="00DF6751"/>
    <w:rsid w:val="00DF6F7C"/>
    <w:rsid w:val="00E23336"/>
    <w:rsid w:val="00E237D3"/>
    <w:rsid w:val="00E46818"/>
    <w:rsid w:val="00E70E20"/>
    <w:rsid w:val="00E71B2D"/>
    <w:rsid w:val="00E77225"/>
    <w:rsid w:val="00E823FF"/>
    <w:rsid w:val="00E8733F"/>
    <w:rsid w:val="00E966C8"/>
    <w:rsid w:val="00E976A5"/>
    <w:rsid w:val="00EA2060"/>
    <w:rsid w:val="00EA5649"/>
    <w:rsid w:val="00EA765B"/>
    <w:rsid w:val="00EA7F02"/>
    <w:rsid w:val="00EB16ED"/>
    <w:rsid w:val="00EC0E13"/>
    <w:rsid w:val="00ED013D"/>
    <w:rsid w:val="00ED1528"/>
    <w:rsid w:val="00EE195C"/>
    <w:rsid w:val="00EE5D30"/>
    <w:rsid w:val="00EF5D31"/>
    <w:rsid w:val="00F01877"/>
    <w:rsid w:val="00F1107F"/>
    <w:rsid w:val="00F15F55"/>
    <w:rsid w:val="00F26486"/>
    <w:rsid w:val="00F2762F"/>
    <w:rsid w:val="00F360FF"/>
    <w:rsid w:val="00F37DAD"/>
    <w:rsid w:val="00F440EB"/>
    <w:rsid w:val="00F542EC"/>
    <w:rsid w:val="00F56B31"/>
    <w:rsid w:val="00F610AE"/>
    <w:rsid w:val="00F621DB"/>
    <w:rsid w:val="00F67B9F"/>
    <w:rsid w:val="00F80F4E"/>
    <w:rsid w:val="00F85F47"/>
    <w:rsid w:val="00F92374"/>
    <w:rsid w:val="00F978D7"/>
    <w:rsid w:val="00FA2DAB"/>
    <w:rsid w:val="00FA3BEF"/>
    <w:rsid w:val="00FA3E37"/>
    <w:rsid w:val="00FA63E3"/>
    <w:rsid w:val="00FA7E5F"/>
    <w:rsid w:val="00FB2C88"/>
    <w:rsid w:val="00FC6804"/>
    <w:rsid w:val="00FC693F"/>
    <w:rsid w:val="00FE16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67772A"/>
  <w15:docId w15:val="{F9237331-39A4-4000-BA35-FDF87D4B9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110B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1">
    <w:name w:val="Light Shading1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LightList1">
    <w:name w:val="Light List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-Accent11">
    <w:name w:val="Light List - Accent 1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1">
    <w:name w:val="Light Grid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-Accent11">
    <w:name w:val="Light Grid - Accent 1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1">
    <w:name w:val="Medium Shading 1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">
    <w:name w:val="Medium Shading 1 - Accent 1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1">
    <w:name w:val="Medium Shading 2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1">
    <w:name w:val="Medium Shading 2 - Accent 1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1">
    <w:name w:val="Medium List 1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-Accent11">
    <w:name w:val="Medium List 1 - Accent 1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1">
    <w:name w:val="Medium List 2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1">
    <w:name w:val="Medium Grid 1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1">
    <w:name w:val="Medium Grid 2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1">
    <w:name w:val="Medium Grid 3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1">
    <w:name w:val="Dark List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1">
    <w:name w:val="Colorful Shading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1">
    <w:name w:val="Colorful List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1">
    <w:name w:val="Colorful Grid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1">
    <w:name w:val="Normal1"/>
    <w:rsid w:val="00405E67"/>
    <w:rPr>
      <w:rFonts w:ascii="Arial" w:eastAsia="Arial" w:hAnsi="Arial" w:cs="Arial"/>
      <w:lang w:val="en-GB" w:eastAsia="en-GB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6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8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E13DFD7-F8C4-423D-93A9-E115EE4EA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63</Pages>
  <Words>16770</Words>
  <Characters>95595</Characters>
  <Application>Microsoft Office Word</Application>
  <DocSecurity>0</DocSecurity>
  <Lines>796</Lines>
  <Paragraphs>224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112141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Girish</cp:lastModifiedBy>
  <cp:revision>11</cp:revision>
  <cp:lastPrinted>2026-08-21T04:31:00Z</cp:lastPrinted>
  <dcterms:created xsi:type="dcterms:W3CDTF">2026-08-20T07:28:00Z</dcterms:created>
  <dcterms:modified xsi:type="dcterms:W3CDTF">2026-08-21T07:45:00Z</dcterms:modified>
  <cp:category/>
</cp:coreProperties>
</file>