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F5D" w:rsidRPr="00A52798" w:rsidRDefault="00A52798">
      <w:pPr>
        <w:jc w:val="center"/>
        <w:rPr>
          <w:b/>
          <w:bCs/>
        </w:rPr>
      </w:pPr>
      <w:r>
        <w:rPr>
          <w:rFonts w:ascii="Arial" w:hAnsi="Arial" w:cs="Mangal"/>
          <w:b/>
          <w:bCs/>
          <w:noProof/>
          <w:color w:val="1A5276"/>
          <w:sz w:val="36"/>
          <w:szCs w:val="36"/>
          <w:lang w:bidi="hi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5379720</wp:posOffset>
            </wp:positionH>
            <wp:positionV relativeFrom="paragraph">
              <wp:posOffset>-182880</wp:posOffset>
            </wp:positionV>
            <wp:extent cx="1295400" cy="1181100"/>
            <wp:effectExtent l="19050" t="0" r="0" b="0"/>
            <wp:wrapNone/>
            <wp:docPr id="5" name="Picture 3" descr="AHPS SCHOOL 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HPS SCHOOL LOGO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Mangal"/>
          <w:b/>
          <w:bCs/>
          <w:noProof/>
          <w:color w:val="1A5276"/>
          <w:sz w:val="36"/>
          <w:szCs w:val="36"/>
          <w:lang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-144780</wp:posOffset>
            </wp:positionH>
            <wp:positionV relativeFrom="paragraph">
              <wp:posOffset>-182880</wp:posOffset>
            </wp:positionV>
            <wp:extent cx="1295400" cy="1181100"/>
            <wp:effectExtent l="19050" t="0" r="0" b="0"/>
            <wp:wrapNone/>
            <wp:docPr id="4" name="Picture 3" descr="AHPS SCHOOL 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HPS SCHOOL LOGO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3AAF" w:rsidRPr="00A52798">
        <w:rPr>
          <w:rFonts w:ascii="Arial" w:hAnsi="Arial" w:cs="Mangal"/>
          <w:b/>
          <w:bCs/>
          <w:color w:val="1A5276"/>
          <w:sz w:val="36"/>
          <w:szCs w:val="36"/>
          <w:cs/>
          <w:lang w:bidi="hi-IN"/>
        </w:rPr>
        <w:t>शाला</w:t>
      </w:r>
      <w:r w:rsidR="00E93AAF" w:rsidRPr="00A52798">
        <w:rPr>
          <w:rFonts w:ascii="Arial" w:hAnsi="Arial"/>
          <w:b/>
          <w:bCs/>
          <w:color w:val="1A5276"/>
          <w:sz w:val="36"/>
        </w:rPr>
        <w:t xml:space="preserve"> </w:t>
      </w:r>
      <w:r w:rsidR="00E93AAF" w:rsidRPr="00A52798">
        <w:rPr>
          <w:rFonts w:ascii="Arial" w:hAnsi="Arial" w:cs="Mangal"/>
          <w:b/>
          <w:bCs/>
          <w:color w:val="1A5276"/>
          <w:sz w:val="36"/>
          <w:szCs w:val="36"/>
          <w:cs/>
          <w:lang w:bidi="hi-IN"/>
        </w:rPr>
        <w:t>विकास</w:t>
      </w:r>
      <w:r w:rsidR="00E93AAF" w:rsidRPr="00A52798">
        <w:rPr>
          <w:rFonts w:ascii="Arial" w:hAnsi="Arial"/>
          <w:b/>
          <w:bCs/>
          <w:color w:val="1A5276"/>
          <w:sz w:val="36"/>
        </w:rPr>
        <w:t xml:space="preserve"> </w:t>
      </w:r>
      <w:r w:rsidR="00E93AAF" w:rsidRPr="00A52798">
        <w:rPr>
          <w:rFonts w:ascii="Arial" w:hAnsi="Arial" w:cs="Mangal"/>
          <w:b/>
          <w:bCs/>
          <w:color w:val="1A5276"/>
          <w:sz w:val="36"/>
          <w:szCs w:val="36"/>
          <w:cs/>
          <w:lang w:bidi="hi-IN"/>
        </w:rPr>
        <w:t>योजना</w:t>
      </w:r>
      <w:r w:rsidR="00E93AAF" w:rsidRPr="00A52798">
        <w:rPr>
          <w:rFonts w:ascii="Arial" w:hAnsi="Arial"/>
          <w:b/>
          <w:bCs/>
          <w:color w:val="1A5276"/>
          <w:sz w:val="36"/>
        </w:rPr>
        <w:t xml:space="preserve"> (SDP) : </w:t>
      </w:r>
      <w:r w:rsidR="00E93AAF" w:rsidRPr="00A52798">
        <w:rPr>
          <w:rFonts w:ascii="Arial" w:hAnsi="Arial" w:cs="Mangal"/>
          <w:b/>
          <w:bCs/>
          <w:color w:val="1A5276"/>
          <w:sz w:val="36"/>
          <w:szCs w:val="36"/>
          <w:cs/>
          <w:lang w:bidi="hi-IN"/>
        </w:rPr>
        <w:t>वर्ष</w:t>
      </w:r>
      <w:r w:rsidR="00E93AAF" w:rsidRPr="00A52798">
        <w:rPr>
          <w:rFonts w:ascii="Arial" w:hAnsi="Arial"/>
          <w:b/>
          <w:bCs/>
          <w:color w:val="1A5276"/>
          <w:sz w:val="36"/>
        </w:rPr>
        <w:t xml:space="preserve"> 2026-27</w:t>
      </w:r>
      <w:r w:rsidR="00E93AAF" w:rsidRPr="00A52798">
        <w:rPr>
          <w:rFonts w:ascii="Arial" w:hAnsi="Arial"/>
          <w:b/>
          <w:bCs/>
          <w:color w:val="1A5276"/>
          <w:sz w:val="36"/>
        </w:rPr>
        <w:br/>
      </w:r>
      <w:r w:rsidR="00E93AAF" w:rsidRPr="00A52798">
        <w:rPr>
          <w:rFonts w:ascii="Arial" w:hAnsi="Arial" w:cs="Mangal"/>
          <w:b/>
          <w:bCs/>
          <w:color w:val="333333"/>
          <w:sz w:val="28"/>
          <w:szCs w:val="28"/>
          <w:cs/>
          <w:lang w:bidi="hi-IN"/>
        </w:rPr>
        <w:t>आजादनगर</w:t>
      </w:r>
      <w:r w:rsidR="00E93AAF" w:rsidRPr="00A52798">
        <w:rPr>
          <w:rFonts w:ascii="Arial" w:hAnsi="Arial"/>
          <w:b/>
          <w:bCs/>
          <w:color w:val="333333"/>
          <w:sz w:val="28"/>
        </w:rPr>
        <w:t xml:space="preserve"> </w:t>
      </w:r>
      <w:r w:rsidR="00E93AAF" w:rsidRPr="00A52798">
        <w:rPr>
          <w:rFonts w:ascii="Arial" w:hAnsi="Arial" w:cs="Mangal"/>
          <w:b/>
          <w:bCs/>
          <w:color w:val="333333"/>
          <w:sz w:val="28"/>
          <w:szCs w:val="28"/>
          <w:cs/>
          <w:lang w:bidi="hi-IN"/>
        </w:rPr>
        <w:t>हिन्दी</w:t>
      </w:r>
      <w:r w:rsidR="00E93AAF" w:rsidRPr="00A52798">
        <w:rPr>
          <w:rFonts w:ascii="Arial" w:hAnsi="Arial"/>
          <w:b/>
          <w:bCs/>
          <w:color w:val="333333"/>
          <w:sz w:val="28"/>
        </w:rPr>
        <w:t xml:space="preserve"> </w:t>
      </w:r>
      <w:r w:rsidR="00E93AAF" w:rsidRPr="00A52798">
        <w:rPr>
          <w:rFonts w:ascii="Arial" w:hAnsi="Arial" w:cs="Mangal"/>
          <w:b/>
          <w:bCs/>
          <w:color w:val="333333"/>
          <w:sz w:val="28"/>
          <w:szCs w:val="28"/>
          <w:cs/>
          <w:lang w:bidi="hi-IN"/>
        </w:rPr>
        <w:t>प्राथमिक</w:t>
      </w:r>
      <w:r w:rsidR="00E93AAF" w:rsidRPr="00A52798">
        <w:rPr>
          <w:rFonts w:ascii="Arial" w:hAnsi="Arial"/>
          <w:b/>
          <w:bCs/>
          <w:color w:val="333333"/>
          <w:sz w:val="28"/>
        </w:rPr>
        <w:t xml:space="preserve"> </w:t>
      </w:r>
      <w:r w:rsidR="00E93AAF" w:rsidRPr="00A52798">
        <w:rPr>
          <w:rFonts w:ascii="Arial" w:hAnsi="Arial" w:cs="Mangal"/>
          <w:b/>
          <w:bCs/>
          <w:color w:val="333333"/>
          <w:sz w:val="28"/>
          <w:szCs w:val="28"/>
          <w:cs/>
          <w:lang w:bidi="hi-IN"/>
        </w:rPr>
        <w:t>शाला</w:t>
      </w:r>
      <w:r w:rsidR="00E93AAF" w:rsidRPr="00A52798">
        <w:rPr>
          <w:rFonts w:ascii="Arial" w:hAnsi="Arial"/>
          <w:b/>
          <w:bCs/>
          <w:color w:val="333333"/>
          <w:sz w:val="28"/>
        </w:rPr>
        <w:t xml:space="preserve">, </w:t>
      </w:r>
      <w:r w:rsidR="00E93AAF" w:rsidRPr="00A52798">
        <w:rPr>
          <w:rFonts w:ascii="Arial" w:hAnsi="Arial" w:cs="Mangal"/>
          <w:b/>
          <w:bCs/>
          <w:color w:val="333333"/>
          <w:sz w:val="28"/>
          <w:szCs w:val="28"/>
          <w:cs/>
          <w:lang w:bidi="hi-IN"/>
        </w:rPr>
        <w:t>ता</w:t>
      </w:r>
      <w:r w:rsidR="00E93AAF" w:rsidRPr="00A52798">
        <w:rPr>
          <w:rFonts w:ascii="Arial" w:hAnsi="Arial"/>
          <w:b/>
          <w:bCs/>
          <w:color w:val="333333"/>
          <w:sz w:val="28"/>
        </w:rPr>
        <w:t xml:space="preserve">. </w:t>
      </w:r>
      <w:r w:rsidR="00E93AAF" w:rsidRPr="00A52798">
        <w:rPr>
          <w:rFonts w:ascii="Arial" w:hAnsi="Arial" w:cs="Mangal"/>
          <w:b/>
          <w:bCs/>
          <w:color w:val="333333"/>
          <w:sz w:val="28"/>
          <w:szCs w:val="28"/>
          <w:cs/>
          <w:lang w:bidi="hi-IN"/>
        </w:rPr>
        <w:t>वापी</w:t>
      </w:r>
      <w:r w:rsidR="00E93AAF" w:rsidRPr="00A52798">
        <w:rPr>
          <w:rFonts w:ascii="Arial" w:hAnsi="Arial"/>
          <w:b/>
          <w:bCs/>
          <w:color w:val="333333"/>
          <w:sz w:val="28"/>
        </w:rPr>
        <w:t xml:space="preserve">, </w:t>
      </w:r>
      <w:r w:rsidR="00E93AAF" w:rsidRPr="00A52798">
        <w:rPr>
          <w:rFonts w:ascii="Arial" w:hAnsi="Arial" w:cs="Mangal"/>
          <w:b/>
          <w:bCs/>
          <w:color w:val="333333"/>
          <w:sz w:val="28"/>
          <w:szCs w:val="28"/>
          <w:cs/>
          <w:lang w:bidi="hi-IN"/>
        </w:rPr>
        <w:t>जि</w:t>
      </w:r>
      <w:r w:rsidR="00E93AAF" w:rsidRPr="00A52798">
        <w:rPr>
          <w:rFonts w:ascii="Arial" w:hAnsi="Arial"/>
          <w:b/>
          <w:bCs/>
          <w:color w:val="333333"/>
          <w:sz w:val="28"/>
        </w:rPr>
        <w:t xml:space="preserve">. </w:t>
      </w:r>
      <w:r w:rsidR="00E93AAF" w:rsidRPr="00A52798">
        <w:rPr>
          <w:rFonts w:ascii="Arial" w:hAnsi="Arial" w:cs="Mangal"/>
          <w:b/>
          <w:bCs/>
          <w:color w:val="333333"/>
          <w:sz w:val="28"/>
          <w:szCs w:val="28"/>
          <w:cs/>
          <w:lang w:bidi="hi-IN"/>
        </w:rPr>
        <w:t>वलसाड</w:t>
      </w:r>
    </w:p>
    <w:p w:rsidR="00FF1F5D" w:rsidRPr="00A52798" w:rsidRDefault="00E93AAF">
      <w:pPr>
        <w:keepNext/>
        <w:spacing w:before="280" w:after="120"/>
        <w:rPr>
          <w:b/>
          <w:bCs/>
        </w:rPr>
      </w:pPr>
      <w:r w:rsidRPr="00A52798">
        <w:rPr>
          <w:rFonts w:ascii="Arial" w:hAnsi="Arial" w:cs="Shruti"/>
          <w:b/>
          <w:bCs/>
          <w:color w:val="1A5276"/>
          <w:sz w:val="28"/>
          <w:szCs w:val="28"/>
          <w:cs/>
          <w:lang w:bidi="gu-IN"/>
        </w:rPr>
        <w:t>૧</w:t>
      </w:r>
      <w:r w:rsidRPr="00A52798">
        <w:rPr>
          <w:rFonts w:ascii="Arial" w:hAnsi="Arial"/>
          <w:b/>
          <w:bCs/>
          <w:color w:val="1A5276"/>
          <w:sz w:val="28"/>
        </w:rPr>
        <w:t xml:space="preserve">.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शाला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की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सामान्य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पहचान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एवं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विवरण</w:t>
      </w:r>
      <w:r w:rsidRPr="00A52798">
        <w:rPr>
          <w:rFonts w:ascii="Arial" w:hAnsi="Arial"/>
          <w:b/>
          <w:bCs/>
          <w:color w:val="1A5276"/>
          <w:sz w:val="28"/>
        </w:rPr>
        <w:t xml:space="preserve"> (Master Profile)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/>
      </w:tblPr>
      <w:tblGrid>
        <w:gridCol w:w="2556"/>
        <w:gridCol w:w="2556"/>
        <w:gridCol w:w="2556"/>
        <w:gridCol w:w="2556"/>
      </w:tblGrid>
      <w:tr w:rsidR="00FF1F5D" w:rsidRPr="00A52798">
        <w:trPr>
          <w:jc w:val="center"/>
        </w:trPr>
        <w:tc>
          <w:tcPr>
            <w:tcW w:w="2556" w:type="dxa"/>
            <w:shd w:val="clear" w:color="auto" w:fill="F2F4F4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9"/>
              </w:rPr>
              <w:t>School Code (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डाइस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कोड</w:t>
            </w:r>
            <w:r w:rsidRPr="00A52798">
              <w:rPr>
                <w:b/>
                <w:bCs/>
                <w:sz w:val="19"/>
              </w:rPr>
              <w:t>):</w:t>
            </w:r>
          </w:p>
        </w:tc>
        <w:tc>
          <w:tcPr>
            <w:tcW w:w="25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9"/>
              </w:rPr>
              <w:t>24250605007</w:t>
            </w:r>
          </w:p>
        </w:tc>
        <w:tc>
          <w:tcPr>
            <w:tcW w:w="2556" w:type="dxa"/>
            <w:shd w:val="clear" w:color="auto" w:fill="F2F4F4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9"/>
              </w:rPr>
              <w:t>School Name (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शाला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का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नाम</w:t>
            </w:r>
            <w:r w:rsidRPr="00A52798">
              <w:rPr>
                <w:b/>
                <w:bCs/>
                <w:sz w:val="19"/>
              </w:rPr>
              <w:t>):</w:t>
            </w:r>
          </w:p>
        </w:tc>
        <w:tc>
          <w:tcPr>
            <w:tcW w:w="25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आजादनगर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हिन्दी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प्राथमिक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शाला</w:t>
            </w:r>
          </w:p>
        </w:tc>
      </w:tr>
      <w:tr w:rsidR="00FF1F5D" w:rsidRPr="00A52798">
        <w:trPr>
          <w:jc w:val="center"/>
        </w:trPr>
        <w:tc>
          <w:tcPr>
            <w:tcW w:w="2556" w:type="dxa"/>
            <w:shd w:val="clear" w:color="auto" w:fill="F2F4F4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9"/>
              </w:rPr>
              <w:t>District Name (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ज़िले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का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नाम</w:t>
            </w:r>
            <w:r w:rsidRPr="00A52798">
              <w:rPr>
                <w:b/>
                <w:bCs/>
                <w:sz w:val="19"/>
              </w:rPr>
              <w:t>):</w:t>
            </w:r>
          </w:p>
        </w:tc>
        <w:tc>
          <w:tcPr>
            <w:tcW w:w="25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वलसाड</w:t>
            </w:r>
          </w:p>
        </w:tc>
        <w:tc>
          <w:tcPr>
            <w:tcW w:w="2556" w:type="dxa"/>
            <w:shd w:val="clear" w:color="auto" w:fill="F2F4F4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9"/>
              </w:rPr>
              <w:t>Revenue Block / Taluka (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तालुका</w:t>
            </w:r>
            <w:r w:rsidRPr="00A52798">
              <w:rPr>
                <w:b/>
                <w:bCs/>
                <w:sz w:val="19"/>
              </w:rPr>
              <w:t>):</w:t>
            </w:r>
          </w:p>
        </w:tc>
        <w:tc>
          <w:tcPr>
            <w:tcW w:w="25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वापी</w:t>
            </w:r>
          </w:p>
        </w:tc>
      </w:tr>
      <w:tr w:rsidR="00FF1F5D" w:rsidRPr="00A52798">
        <w:trPr>
          <w:jc w:val="center"/>
        </w:trPr>
        <w:tc>
          <w:tcPr>
            <w:tcW w:w="2556" w:type="dxa"/>
            <w:shd w:val="clear" w:color="auto" w:fill="F2F4F4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9"/>
              </w:rPr>
              <w:t xml:space="preserve">Cluster Name (CRC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क्लस्टर</w:t>
            </w:r>
            <w:r w:rsidRPr="00A52798">
              <w:rPr>
                <w:b/>
                <w:bCs/>
                <w:sz w:val="19"/>
              </w:rPr>
              <w:t>):</w:t>
            </w:r>
          </w:p>
        </w:tc>
        <w:tc>
          <w:tcPr>
            <w:tcW w:w="25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डुंगरा</w:t>
            </w:r>
          </w:p>
        </w:tc>
        <w:tc>
          <w:tcPr>
            <w:tcW w:w="2556" w:type="dxa"/>
            <w:shd w:val="clear" w:color="auto" w:fill="F2F4F4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9"/>
              </w:rPr>
              <w:t>Village Name (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गाँव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का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नाम</w:t>
            </w:r>
            <w:r w:rsidRPr="00A52798">
              <w:rPr>
                <w:b/>
                <w:bCs/>
                <w:sz w:val="19"/>
              </w:rPr>
              <w:t>):</w:t>
            </w:r>
          </w:p>
        </w:tc>
        <w:tc>
          <w:tcPr>
            <w:tcW w:w="25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डुंगरा</w:t>
            </w:r>
          </w:p>
        </w:tc>
      </w:tr>
      <w:tr w:rsidR="00FF1F5D" w:rsidRPr="00A52798">
        <w:trPr>
          <w:jc w:val="center"/>
        </w:trPr>
        <w:tc>
          <w:tcPr>
            <w:tcW w:w="2556" w:type="dxa"/>
            <w:shd w:val="clear" w:color="auto" w:fill="F2F4F4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9"/>
              </w:rPr>
              <w:t>PIN Code (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पिन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कोड</w:t>
            </w:r>
            <w:r w:rsidRPr="00A52798">
              <w:rPr>
                <w:b/>
                <w:bCs/>
                <w:sz w:val="19"/>
              </w:rPr>
              <w:t>):</w:t>
            </w:r>
          </w:p>
        </w:tc>
        <w:tc>
          <w:tcPr>
            <w:tcW w:w="25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9"/>
              </w:rPr>
              <w:t>396195</w:t>
            </w:r>
          </w:p>
        </w:tc>
        <w:tc>
          <w:tcPr>
            <w:tcW w:w="2556" w:type="dxa"/>
            <w:shd w:val="clear" w:color="auto" w:fill="F2F4F4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9"/>
              </w:rPr>
              <w:t>Habitation Name (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बस्ती</w:t>
            </w:r>
            <w:r w:rsidRPr="00A52798">
              <w:rPr>
                <w:b/>
                <w:bCs/>
                <w:sz w:val="19"/>
              </w:rPr>
              <w:t>/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फलिए</w:t>
            </w:r>
            <w:r w:rsidRPr="00A52798">
              <w:rPr>
                <w:b/>
                <w:bCs/>
                <w:sz w:val="19"/>
              </w:rPr>
              <w:t>):</w:t>
            </w:r>
          </w:p>
        </w:tc>
        <w:tc>
          <w:tcPr>
            <w:tcW w:w="25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डुंगरा</w:t>
            </w:r>
          </w:p>
        </w:tc>
      </w:tr>
      <w:tr w:rsidR="00FF1F5D" w:rsidRPr="00A52798">
        <w:trPr>
          <w:jc w:val="center"/>
        </w:trPr>
        <w:tc>
          <w:tcPr>
            <w:tcW w:w="2556" w:type="dxa"/>
            <w:shd w:val="clear" w:color="auto" w:fill="F2F4F4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9"/>
              </w:rPr>
              <w:t>School Category (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श्रेणी</w:t>
            </w:r>
            <w:r w:rsidRPr="00A52798">
              <w:rPr>
                <w:b/>
                <w:bCs/>
                <w:sz w:val="19"/>
              </w:rPr>
              <w:t>):</w:t>
            </w:r>
          </w:p>
        </w:tc>
        <w:tc>
          <w:tcPr>
            <w:tcW w:w="25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प्राथमिक</w:t>
            </w:r>
            <w:r w:rsidRPr="00A52798">
              <w:rPr>
                <w:b/>
                <w:bCs/>
                <w:sz w:val="19"/>
              </w:rPr>
              <w:t xml:space="preserve"> (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कक्षा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१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से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८</w:t>
            </w:r>
            <w:r w:rsidRPr="00A52798">
              <w:rPr>
                <w:b/>
                <w:bCs/>
                <w:sz w:val="19"/>
              </w:rPr>
              <w:t>)</w:t>
            </w:r>
          </w:p>
        </w:tc>
        <w:tc>
          <w:tcPr>
            <w:tcW w:w="2556" w:type="dxa"/>
            <w:shd w:val="clear" w:color="auto" w:fill="F2F4F4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9"/>
              </w:rPr>
              <w:t>School Management (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प्रबंधन</w:t>
            </w:r>
            <w:r w:rsidRPr="00A52798">
              <w:rPr>
                <w:b/>
                <w:bCs/>
                <w:sz w:val="19"/>
              </w:rPr>
              <w:t>):</w:t>
            </w:r>
          </w:p>
        </w:tc>
        <w:tc>
          <w:tcPr>
            <w:tcW w:w="25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सरकारी</w:t>
            </w:r>
            <w:r w:rsidRPr="00A52798">
              <w:rPr>
                <w:b/>
                <w:bCs/>
                <w:sz w:val="19"/>
              </w:rPr>
              <w:t xml:space="preserve"> (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जिला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पंचायत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शिक्षा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समिति</w:t>
            </w:r>
            <w:r w:rsidRPr="00A52798">
              <w:rPr>
                <w:b/>
                <w:bCs/>
                <w:sz w:val="19"/>
              </w:rPr>
              <w:t>)</w:t>
            </w:r>
          </w:p>
        </w:tc>
      </w:tr>
      <w:tr w:rsidR="00FF1F5D" w:rsidRPr="00A52798">
        <w:trPr>
          <w:jc w:val="center"/>
        </w:trPr>
        <w:tc>
          <w:tcPr>
            <w:tcW w:w="2556" w:type="dxa"/>
            <w:shd w:val="clear" w:color="auto" w:fill="F2F4F4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9"/>
              </w:rPr>
              <w:t>Type of School (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प्रकार</w:t>
            </w:r>
            <w:r w:rsidRPr="00A52798">
              <w:rPr>
                <w:b/>
                <w:bCs/>
                <w:sz w:val="19"/>
              </w:rPr>
              <w:t>):</w:t>
            </w:r>
          </w:p>
        </w:tc>
        <w:tc>
          <w:tcPr>
            <w:tcW w:w="25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सह</w:t>
            </w:r>
            <w:r w:rsidRPr="00A52798">
              <w:rPr>
                <w:b/>
                <w:bCs/>
                <w:sz w:val="19"/>
              </w:rPr>
              <w:t>-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शिक्षा</w:t>
            </w:r>
            <w:r w:rsidRPr="00A52798">
              <w:rPr>
                <w:b/>
                <w:bCs/>
                <w:sz w:val="19"/>
              </w:rPr>
              <w:t xml:space="preserve"> (Co-Educational)</w:t>
            </w:r>
          </w:p>
        </w:tc>
        <w:tc>
          <w:tcPr>
            <w:tcW w:w="2556" w:type="dxa"/>
            <w:shd w:val="clear" w:color="auto" w:fill="F2F4F4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प्रधान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अध्यापक</w:t>
            </w:r>
            <w:r w:rsidRPr="00A52798">
              <w:rPr>
                <w:b/>
                <w:bCs/>
                <w:sz w:val="19"/>
              </w:rPr>
              <w:t>/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प्राचार्य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का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नाम</w:t>
            </w:r>
            <w:r w:rsidRPr="00A52798">
              <w:rPr>
                <w:b/>
                <w:bCs/>
                <w:sz w:val="19"/>
              </w:rPr>
              <w:t>:</w:t>
            </w:r>
          </w:p>
        </w:tc>
        <w:tc>
          <w:tcPr>
            <w:tcW w:w="255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रामवीर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मुरारीलाल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शर्मा</w:t>
            </w:r>
          </w:p>
        </w:tc>
      </w:tr>
    </w:tbl>
    <w:p w:rsidR="00FF1F5D" w:rsidRPr="00A52798" w:rsidRDefault="00E93AAF">
      <w:pPr>
        <w:keepNext/>
        <w:spacing w:before="200" w:after="80"/>
        <w:rPr>
          <w:b/>
          <w:bCs/>
        </w:rPr>
      </w:pP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प्रमाणपत्र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एवं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अधिकृत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हस्ताक्षर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/>
      </w:tblPr>
      <w:tblGrid>
        <w:gridCol w:w="3408"/>
        <w:gridCol w:w="3408"/>
        <w:gridCol w:w="3408"/>
      </w:tblGrid>
      <w:tr w:rsidR="00FF1F5D" w:rsidRPr="00A52798">
        <w:trPr>
          <w:jc w:val="center"/>
        </w:trPr>
        <w:tc>
          <w:tcPr>
            <w:tcW w:w="3408" w:type="dxa"/>
            <w:shd w:val="clear" w:color="auto" w:fill="2874A6"/>
          </w:tcPr>
          <w:p w:rsidR="00FF1F5D" w:rsidRPr="00A52798" w:rsidRDefault="00E93AAF">
            <w:pPr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color w:val="FFFFFF"/>
                <w:sz w:val="20"/>
              </w:rPr>
              <w:t xml:space="preserve">CRC </w:t>
            </w:r>
            <w:r w:rsidRPr="00A52798">
              <w:rPr>
                <w:rFonts w:cs="Mangal"/>
                <w:b/>
                <w:bCs/>
                <w:color w:val="FFFFFF"/>
                <w:sz w:val="20"/>
                <w:szCs w:val="20"/>
                <w:cs/>
                <w:lang w:bidi="hi-IN"/>
              </w:rPr>
              <w:t>को</w:t>
            </w:r>
            <w:r w:rsidRPr="00A52798">
              <w:rPr>
                <w:b/>
                <w:bCs/>
                <w:color w:val="FFFFFF"/>
                <w:sz w:val="20"/>
              </w:rPr>
              <w:t>-</w:t>
            </w:r>
            <w:r w:rsidRPr="00A52798">
              <w:rPr>
                <w:rFonts w:cs="Mangal"/>
                <w:b/>
                <w:bCs/>
                <w:color w:val="FFFFFF"/>
                <w:sz w:val="20"/>
                <w:szCs w:val="20"/>
                <w:cs/>
                <w:lang w:bidi="hi-IN"/>
              </w:rPr>
              <w:t>ऑर्डिनेटर</w:t>
            </w:r>
          </w:p>
        </w:tc>
        <w:tc>
          <w:tcPr>
            <w:tcW w:w="3408" w:type="dxa"/>
            <w:shd w:val="clear" w:color="auto" w:fill="2874A6"/>
          </w:tcPr>
          <w:p w:rsidR="00FF1F5D" w:rsidRPr="00A52798" w:rsidRDefault="00E93AAF">
            <w:pPr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color w:val="FFFFFF"/>
                <w:sz w:val="20"/>
              </w:rPr>
              <w:t xml:space="preserve">SMC </w:t>
            </w:r>
            <w:r w:rsidRPr="00A52798">
              <w:rPr>
                <w:rFonts w:cs="Mangal"/>
                <w:b/>
                <w:bCs/>
                <w:color w:val="FFFFFF"/>
                <w:sz w:val="20"/>
                <w:szCs w:val="20"/>
                <w:cs/>
                <w:lang w:bidi="hi-IN"/>
              </w:rPr>
              <w:t>अध्यक्ष</w:t>
            </w:r>
          </w:p>
        </w:tc>
        <w:tc>
          <w:tcPr>
            <w:tcW w:w="3408" w:type="dxa"/>
            <w:shd w:val="clear" w:color="auto" w:fill="2874A6"/>
          </w:tcPr>
          <w:p w:rsidR="00FF1F5D" w:rsidRPr="00A52798" w:rsidRDefault="00E93AAF">
            <w:pPr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20"/>
                <w:szCs w:val="20"/>
                <w:cs/>
                <w:lang w:bidi="hi-IN"/>
              </w:rPr>
              <w:t>प्रधान</w:t>
            </w:r>
            <w:r w:rsidRPr="00A52798">
              <w:rPr>
                <w:b/>
                <w:bCs/>
                <w:color w:val="FFFFFF"/>
                <w:sz w:val="20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20"/>
                <w:szCs w:val="20"/>
                <w:cs/>
                <w:lang w:bidi="hi-IN"/>
              </w:rPr>
              <w:t>अध्यापक</w:t>
            </w:r>
            <w:r w:rsidRPr="00A52798">
              <w:rPr>
                <w:b/>
                <w:bCs/>
                <w:color w:val="FFFFFF"/>
                <w:sz w:val="20"/>
              </w:rPr>
              <w:t xml:space="preserve"> / </w:t>
            </w:r>
            <w:r w:rsidRPr="00A52798">
              <w:rPr>
                <w:rFonts w:cs="Mangal"/>
                <w:b/>
                <w:bCs/>
                <w:color w:val="FFFFFF"/>
                <w:sz w:val="20"/>
                <w:szCs w:val="20"/>
                <w:cs/>
                <w:lang w:bidi="hi-IN"/>
              </w:rPr>
              <w:t>प्राचार्य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FF1F5D" w:rsidRPr="00A52798" w:rsidRDefault="00E93AAF">
            <w:pPr>
              <w:spacing w:after="4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नाम</w:t>
            </w:r>
            <w:r w:rsidRPr="00A52798">
              <w:rPr>
                <w:b/>
                <w:bCs/>
                <w:sz w:val="19"/>
              </w:rPr>
              <w:t xml:space="preserve">: CRC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का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नाम</w:t>
            </w:r>
            <w:r w:rsidRPr="00A52798">
              <w:rPr>
                <w:b/>
                <w:bCs/>
                <w:sz w:val="19"/>
              </w:rPr>
              <w:br/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हस्ताक्षर</w:t>
            </w:r>
            <w:r w:rsidRPr="00A52798">
              <w:rPr>
                <w:b/>
                <w:bCs/>
                <w:sz w:val="19"/>
              </w:rPr>
              <w:t xml:space="preserve"> /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मोहर</w:t>
            </w:r>
            <w:r w:rsidRPr="00A52798">
              <w:rPr>
                <w:b/>
                <w:bCs/>
                <w:sz w:val="19"/>
              </w:rPr>
              <w:t>: ____________</w:t>
            </w:r>
          </w:p>
        </w:tc>
        <w:tc>
          <w:tcPr>
            <w:tcW w:w="3408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FF1F5D" w:rsidRPr="00A52798" w:rsidRDefault="00E93AAF">
            <w:pPr>
              <w:spacing w:after="4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नाम</w:t>
            </w:r>
            <w:r w:rsidRPr="00A52798">
              <w:rPr>
                <w:b/>
                <w:bCs/>
                <w:sz w:val="19"/>
              </w:rPr>
              <w:t xml:space="preserve">: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सीमा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सत्येंद्र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चौहान</w:t>
            </w:r>
            <w:r w:rsidRPr="00A52798">
              <w:rPr>
                <w:b/>
                <w:bCs/>
                <w:sz w:val="19"/>
              </w:rPr>
              <w:br/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हस्ताक्षर</w:t>
            </w:r>
            <w:r w:rsidRPr="00A52798">
              <w:rPr>
                <w:b/>
                <w:bCs/>
                <w:sz w:val="19"/>
              </w:rPr>
              <w:t xml:space="preserve"> /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मोहर</w:t>
            </w:r>
            <w:r w:rsidRPr="00A52798">
              <w:rPr>
                <w:b/>
                <w:bCs/>
                <w:sz w:val="19"/>
              </w:rPr>
              <w:t>: ____________</w:t>
            </w:r>
          </w:p>
        </w:tc>
        <w:tc>
          <w:tcPr>
            <w:tcW w:w="3408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FF1F5D" w:rsidRPr="00A52798" w:rsidRDefault="00E93AAF">
            <w:pPr>
              <w:spacing w:after="4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नाम</w:t>
            </w:r>
            <w:r w:rsidRPr="00A52798">
              <w:rPr>
                <w:b/>
                <w:bCs/>
                <w:sz w:val="19"/>
              </w:rPr>
              <w:t xml:space="preserve">: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रामवीर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मुरारीलाल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शर्मा</w:t>
            </w:r>
            <w:r w:rsidRPr="00A52798">
              <w:rPr>
                <w:b/>
                <w:bCs/>
                <w:sz w:val="19"/>
              </w:rPr>
              <w:br/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हस्ताक्षर</w:t>
            </w:r>
            <w:r w:rsidRPr="00A52798">
              <w:rPr>
                <w:b/>
                <w:bCs/>
                <w:sz w:val="19"/>
              </w:rPr>
              <w:t xml:space="preserve"> /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मोहर</w:t>
            </w:r>
            <w:r w:rsidRPr="00A52798">
              <w:rPr>
                <w:b/>
                <w:bCs/>
                <w:sz w:val="19"/>
              </w:rPr>
              <w:t>: ____________ (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सील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संलग्न</w:t>
            </w:r>
            <w:r w:rsidRPr="00A52798">
              <w:rPr>
                <w:b/>
                <w:bCs/>
                <w:sz w:val="19"/>
              </w:rPr>
              <w:t>)</w:t>
            </w:r>
          </w:p>
        </w:tc>
      </w:tr>
    </w:tbl>
    <w:p w:rsidR="00FF1F5D" w:rsidRPr="00A52798" w:rsidRDefault="00E93AAF">
      <w:pPr>
        <w:keepNext/>
        <w:spacing w:before="280" w:after="120"/>
        <w:rPr>
          <w:b/>
          <w:bCs/>
        </w:rPr>
      </w:pP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२</w:t>
      </w:r>
      <w:r w:rsidRPr="00A52798">
        <w:rPr>
          <w:rFonts w:ascii="Arial" w:hAnsi="Arial"/>
          <w:b/>
          <w:bCs/>
          <w:color w:val="1A5276"/>
          <w:sz w:val="28"/>
        </w:rPr>
        <w:t xml:space="preserve">.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दृष्टिकोण</w:t>
      </w:r>
      <w:r w:rsidRPr="00A52798">
        <w:rPr>
          <w:rFonts w:ascii="Arial" w:hAnsi="Arial"/>
          <w:b/>
          <w:bCs/>
          <w:color w:val="1A5276"/>
          <w:sz w:val="28"/>
        </w:rPr>
        <w:t xml:space="preserve"> (Vision)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एवं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उद्देश्य</w:t>
      </w:r>
      <w:r w:rsidRPr="00A52798">
        <w:rPr>
          <w:rFonts w:ascii="Arial" w:hAnsi="Arial"/>
          <w:b/>
          <w:bCs/>
          <w:color w:val="1A5276"/>
          <w:sz w:val="28"/>
        </w:rPr>
        <w:t xml:space="preserve"> (Aim)</w:t>
      </w:r>
    </w:p>
    <w:p w:rsidR="00FF1F5D" w:rsidRPr="00A52798" w:rsidRDefault="00E93AAF">
      <w:pPr>
        <w:spacing w:after="80"/>
        <w:ind w:left="288"/>
        <w:rPr>
          <w:b/>
          <w:bCs/>
        </w:rPr>
      </w:pPr>
      <w:r w:rsidRPr="00A52798">
        <w:rPr>
          <w:rFonts w:cs="Mangal"/>
          <w:b/>
          <w:bCs/>
          <w:sz w:val="21"/>
          <w:szCs w:val="21"/>
          <w:cs/>
          <w:lang w:bidi="hi-IN"/>
        </w:rPr>
        <w:t>१</w:t>
      </w:r>
      <w:r w:rsidRPr="00A52798">
        <w:rPr>
          <w:b/>
          <w:bCs/>
          <w:sz w:val="21"/>
        </w:rPr>
        <w:t xml:space="preserve">. </w:t>
      </w:r>
      <w:r w:rsidRPr="00A52798">
        <w:rPr>
          <w:rFonts w:cs="Mangal"/>
          <w:b/>
          <w:bCs/>
          <w:sz w:val="21"/>
          <w:szCs w:val="21"/>
          <w:cs/>
          <w:lang w:bidi="hi-IN"/>
        </w:rPr>
        <w:t>दृष्टिकोण</w:t>
      </w:r>
      <w:r w:rsidRPr="00A52798">
        <w:rPr>
          <w:b/>
          <w:bCs/>
          <w:sz w:val="21"/>
        </w:rPr>
        <w:t xml:space="preserve"> (Vision):</w:t>
      </w:r>
      <w:r w:rsidRPr="00A52798">
        <w:rPr>
          <w:b/>
          <w:bCs/>
          <w:sz w:val="21"/>
        </w:rPr>
        <w:br/>
      </w:r>
      <w:r w:rsidRPr="00A52798">
        <w:rPr>
          <w:b/>
          <w:bCs/>
          <w:sz w:val="20"/>
        </w:rPr>
        <w:t xml:space="preserve">• RTE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एक्ट</w:t>
      </w:r>
      <w:r w:rsidRPr="00A52798">
        <w:rPr>
          <w:b/>
          <w:bCs/>
          <w:sz w:val="20"/>
        </w:rPr>
        <w:t xml:space="preserve"> 2009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और</w:t>
      </w:r>
      <w:r w:rsidRPr="00A52798">
        <w:rPr>
          <w:b/>
          <w:bCs/>
          <w:sz w:val="20"/>
        </w:rPr>
        <w:t xml:space="preserve"> NEP 2020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के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प्रावधानों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के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साथ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समन्वय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स्थापित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कर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शालाओं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को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सर्वांगीण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शिक्षा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का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उत्कृष्ट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केंद्र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बनाना।</w:t>
      </w:r>
      <w:r w:rsidRPr="00A52798">
        <w:rPr>
          <w:b/>
          <w:bCs/>
          <w:sz w:val="20"/>
        </w:rPr>
        <w:br/>
        <w:t xml:space="preserve">• GSQAC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के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गुणोत्सव</w:t>
      </w:r>
      <w:r w:rsidRPr="00A52798">
        <w:rPr>
          <w:b/>
          <w:bCs/>
          <w:sz w:val="20"/>
        </w:rPr>
        <w:t xml:space="preserve"> 2.0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में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सर्वोच्च</w:t>
      </w:r>
      <w:r w:rsidRPr="00A52798">
        <w:rPr>
          <w:b/>
          <w:bCs/>
          <w:sz w:val="20"/>
        </w:rPr>
        <w:t xml:space="preserve"> 'A+'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ग्रेड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प्राप्त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करना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और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शाला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के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प्रत्येक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बच्चे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द्वारा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बुनियादी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भाषा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एवं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गणितीय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क्षमताओं</w:t>
      </w:r>
      <w:r w:rsidRPr="00A52798">
        <w:rPr>
          <w:b/>
          <w:bCs/>
          <w:sz w:val="20"/>
        </w:rPr>
        <w:t xml:space="preserve"> (FLN)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को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हासिल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करना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सुनिश्चित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करना।</w:t>
      </w:r>
    </w:p>
    <w:p w:rsidR="00FF1F5D" w:rsidRPr="00A52798" w:rsidRDefault="00E93AAF">
      <w:pPr>
        <w:spacing w:after="120"/>
        <w:ind w:left="288"/>
        <w:rPr>
          <w:b/>
          <w:bCs/>
        </w:rPr>
      </w:pPr>
      <w:r w:rsidRPr="00A52798">
        <w:rPr>
          <w:rFonts w:cs="Mangal"/>
          <w:b/>
          <w:bCs/>
          <w:sz w:val="21"/>
          <w:szCs w:val="21"/>
          <w:cs/>
          <w:lang w:bidi="hi-IN"/>
        </w:rPr>
        <w:t>२</w:t>
      </w:r>
      <w:r w:rsidRPr="00A52798">
        <w:rPr>
          <w:b/>
          <w:bCs/>
          <w:sz w:val="21"/>
        </w:rPr>
        <w:t xml:space="preserve">. </w:t>
      </w:r>
      <w:r w:rsidRPr="00A52798">
        <w:rPr>
          <w:rFonts w:cs="Mangal"/>
          <w:b/>
          <w:bCs/>
          <w:sz w:val="21"/>
          <w:szCs w:val="21"/>
          <w:cs/>
          <w:lang w:bidi="hi-IN"/>
        </w:rPr>
        <w:t>उद्देश्य</w:t>
      </w:r>
      <w:r w:rsidRPr="00A52798">
        <w:rPr>
          <w:b/>
          <w:bCs/>
          <w:sz w:val="21"/>
        </w:rPr>
        <w:t xml:space="preserve"> (Aim):</w:t>
      </w:r>
      <w:r w:rsidRPr="00A52798">
        <w:rPr>
          <w:b/>
          <w:bCs/>
          <w:sz w:val="21"/>
        </w:rPr>
        <w:br/>
      </w:r>
      <w:r w:rsidRPr="00A52798">
        <w:rPr>
          <w:b/>
          <w:bCs/>
          <w:sz w:val="20"/>
        </w:rPr>
        <w:t xml:space="preserve">RTE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अधिनियम</w:t>
      </w:r>
      <w:r w:rsidRPr="00A52798">
        <w:rPr>
          <w:b/>
          <w:bCs/>
          <w:sz w:val="20"/>
        </w:rPr>
        <w:t xml:space="preserve">, 2009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एवं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राष्ट्रीय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पाठ्यचर्या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की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रूपरेखा</w:t>
      </w:r>
      <w:r w:rsidRPr="00A52798">
        <w:rPr>
          <w:b/>
          <w:bCs/>
          <w:sz w:val="20"/>
        </w:rPr>
        <w:t xml:space="preserve"> (NCF)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के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प्रस्तावित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सिद्धांतों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के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अनुसार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शाला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के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भौतिक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बुनियादी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lastRenderedPageBreak/>
        <w:t>ढांचागत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संसाधनों</w:t>
      </w:r>
      <w:r w:rsidRPr="00A52798">
        <w:rPr>
          <w:b/>
          <w:bCs/>
          <w:sz w:val="20"/>
        </w:rPr>
        <w:t xml:space="preserve">,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मानव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संसाधनों</w:t>
      </w:r>
      <w:r w:rsidRPr="00A52798">
        <w:rPr>
          <w:b/>
          <w:bCs/>
          <w:sz w:val="20"/>
        </w:rPr>
        <w:t xml:space="preserve">,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शिक्षा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की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गुणवत्ता</w:t>
      </w:r>
      <w:r w:rsidRPr="00A52798">
        <w:rPr>
          <w:b/>
          <w:bCs/>
          <w:sz w:val="20"/>
        </w:rPr>
        <w:t xml:space="preserve">,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समानता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एवं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जनभागीदारी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द्वारा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विद्यार्थियों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और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शाला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परिसर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का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सुदृढ़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विकास</w:t>
      </w:r>
      <w:r w:rsidRPr="00A52798">
        <w:rPr>
          <w:b/>
          <w:bCs/>
          <w:sz w:val="20"/>
        </w:rPr>
        <w:t xml:space="preserve"> </w:t>
      </w:r>
      <w:r w:rsidRPr="00A52798">
        <w:rPr>
          <w:rFonts w:cs="Mangal"/>
          <w:b/>
          <w:bCs/>
          <w:sz w:val="20"/>
          <w:szCs w:val="20"/>
          <w:cs/>
          <w:lang w:bidi="hi-IN"/>
        </w:rPr>
        <w:t>करना।</w:t>
      </w:r>
    </w:p>
    <w:p w:rsidR="00FF1F5D" w:rsidRPr="00A52798" w:rsidRDefault="00E93AAF">
      <w:pPr>
        <w:keepNext/>
        <w:spacing w:before="280" w:after="120"/>
        <w:rPr>
          <w:b/>
          <w:bCs/>
        </w:rPr>
      </w:pPr>
      <w:r w:rsidRPr="00A52798">
        <w:rPr>
          <w:rFonts w:ascii="Arial" w:hAnsi="Arial" w:cs="Shruti"/>
          <w:b/>
          <w:bCs/>
          <w:color w:val="1A5276"/>
          <w:sz w:val="28"/>
          <w:szCs w:val="28"/>
          <w:cs/>
          <w:lang w:bidi="gu-IN"/>
        </w:rPr>
        <w:t>૩</w:t>
      </w:r>
      <w:r w:rsidRPr="00A52798">
        <w:rPr>
          <w:rFonts w:ascii="Arial" w:hAnsi="Arial"/>
          <w:b/>
          <w:bCs/>
          <w:color w:val="1A5276"/>
          <w:sz w:val="28"/>
        </w:rPr>
        <w:t xml:space="preserve">.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मानव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संसाधन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एवं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नामांकन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स्थिति</w:t>
      </w:r>
      <w:r w:rsidRPr="00A52798">
        <w:rPr>
          <w:rFonts w:ascii="Arial" w:hAnsi="Arial"/>
          <w:b/>
          <w:bCs/>
          <w:color w:val="1A5276"/>
          <w:sz w:val="28"/>
        </w:rPr>
        <w:t xml:space="preserve"> (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वर्ष</w:t>
      </w:r>
      <w:r w:rsidRPr="00A52798">
        <w:rPr>
          <w:rFonts w:ascii="Arial" w:hAnsi="Arial"/>
          <w:b/>
          <w:bCs/>
          <w:color w:val="1A5276"/>
          <w:sz w:val="28"/>
        </w:rPr>
        <w:t xml:space="preserve"> 2025-26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मार्च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तक</w:t>
      </w:r>
      <w:r w:rsidRPr="00A52798">
        <w:rPr>
          <w:rFonts w:ascii="Arial" w:hAnsi="Arial"/>
          <w:b/>
          <w:bCs/>
          <w:color w:val="1A5276"/>
          <w:sz w:val="28"/>
        </w:rPr>
        <w:t>)</w:t>
      </w:r>
    </w:p>
    <w:p w:rsidR="00FF1F5D" w:rsidRPr="00A52798" w:rsidRDefault="00E93AAF">
      <w:pPr>
        <w:keepNext/>
        <w:spacing w:before="200" w:after="80"/>
        <w:rPr>
          <w:b/>
          <w:bCs/>
        </w:rPr>
      </w:pPr>
      <w:r w:rsidRPr="00A52798">
        <w:rPr>
          <w:rFonts w:ascii="Arial" w:hAnsi="Arial"/>
          <w:b/>
          <w:bCs/>
          <w:color w:val="2874A6"/>
          <w:sz w:val="24"/>
        </w:rPr>
        <w:t xml:space="preserve">(I)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नामांकित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बच्चों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की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संख्या</w:t>
      </w:r>
      <w:r w:rsidRPr="00A52798">
        <w:rPr>
          <w:rFonts w:ascii="Arial" w:hAnsi="Arial"/>
          <w:b/>
          <w:bCs/>
          <w:color w:val="2874A6"/>
          <w:sz w:val="24"/>
        </w:rPr>
        <w:t xml:space="preserve"> (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कक्षावार</w:t>
      </w:r>
      <w:r w:rsidRPr="00A52798">
        <w:rPr>
          <w:rFonts w:ascii="Arial" w:hAnsi="Arial"/>
          <w:b/>
          <w:bCs/>
          <w:color w:val="2874A6"/>
          <w:sz w:val="24"/>
        </w:rPr>
        <w:t>):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/>
      </w:tblPr>
      <w:tblGrid>
        <w:gridCol w:w="929"/>
        <w:gridCol w:w="929"/>
        <w:gridCol w:w="929"/>
        <w:gridCol w:w="929"/>
        <w:gridCol w:w="929"/>
        <w:gridCol w:w="929"/>
        <w:gridCol w:w="929"/>
        <w:gridCol w:w="929"/>
        <w:gridCol w:w="929"/>
        <w:gridCol w:w="929"/>
        <w:gridCol w:w="929"/>
      </w:tblGrid>
      <w:tr w:rsidR="00FF1F5D" w:rsidRPr="00A52798">
        <w:trPr>
          <w:jc w:val="center"/>
        </w:trPr>
        <w:tc>
          <w:tcPr>
            <w:tcW w:w="929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लिंग</w:t>
            </w:r>
            <w:r w:rsidRPr="00A52798">
              <w:rPr>
                <w:b/>
                <w:bCs/>
                <w:color w:val="FFFFFF"/>
                <w:sz w:val="17"/>
              </w:rPr>
              <w:t xml:space="preserve"> /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श्रेणी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बालवाटिका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कक्षा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Shruti"/>
                <w:b/>
                <w:bCs/>
                <w:color w:val="FFFFFF"/>
                <w:sz w:val="17"/>
                <w:szCs w:val="17"/>
                <w:cs/>
                <w:lang w:bidi="gu-IN"/>
              </w:rPr>
              <w:t>૧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कक्षा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Shruti"/>
                <w:b/>
                <w:bCs/>
                <w:color w:val="FFFFFF"/>
                <w:sz w:val="17"/>
                <w:szCs w:val="17"/>
                <w:cs/>
                <w:lang w:bidi="gu-IN"/>
              </w:rPr>
              <w:t>૨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कक्षा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Shruti"/>
                <w:b/>
                <w:bCs/>
                <w:color w:val="FFFFFF"/>
                <w:sz w:val="17"/>
                <w:szCs w:val="17"/>
                <w:cs/>
                <w:lang w:bidi="gu-IN"/>
              </w:rPr>
              <w:t>૩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कक्षा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Shruti"/>
                <w:b/>
                <w:bCs/>
                <w:color w:val="FFFFFF"/>
                <w:sz w:val="17"/>
                <w:szCs w:val="17"/>
                <w:cs/>
                <w:lang w:bidi="gu-IN"/>
              </w:rPr>
              <w:t>૪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कक्षा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Shruti"/>
                <w:b/>
                <w:bCs/>
                <w:color w:val="FFFFFF"/>
                <w:sz w:val="17"/>
                <w:szCs w:val="17"/>
                <w:cs/>
                <w:lang w:bidi="gu-IN"/>
              </w:rPr>
              <w:t>૫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कक्षा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Shruti"/>
                <w:b/>
                <w:bCs/>
                <w:color w:val="FFFFFF"/>
                <w:sz w:val="17"/>
                <w:szCs w:val="17"/>
                <w:cs/>
                <w:lang w:bidi="gu-IN"/>
              </w:rPr>
              <w:t>૬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कक्षा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Shruti"/>
                <w:b/>
                <w:bCs/>
                <w:color w:val="FFFFFF"/>
                <w:sz w:val="17"/>
                <w:szCs w:val="17"/>
                <w:cs/>
                <w:lang w:bidi="gu-IN"/>
              </w:rPr>
              <w:t>૭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कक्षा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Shruti"/>
                <w:b/>
                <w:bCs/>
                <w:color w:val="FFFFFF"/>
                <w:sz w:val="17"/>
                <w:szCs w:val="17"/>
                <w:cs/>
                <w:lang w:bidi="gu-IN"/>
              </w:rPr>
              <w:t>૮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कुल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योग</w:t>
            </w:r>
          </w:p>
        </w:tc>
      </w:tr>
      <w:tr w:rsidR="00FF1F5D" w:rsidRPr="00A52798">
        <w:trPr>
          <w:jc w:val="center"/>
        </w:trPr>
        <w:tc>
          <w:tcPr>
            <w:tcW w:w="929" w:type="dxa"/>
            <w:shd w:val="clear" w:color="auto" w:fill="EAECEE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छात्र</w:t>
            </w:r>
            <w:r w:rsidRPr="00A52798">
              <w:rPr>
                <w:b/>
                <w:bCs/>
                <w:sz w:val="17"/>
              </w:rPr>
              <w:t xml:space="preserve"> (Boys)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C140C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17"/>
              </w:rPr>
              <w:t>18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C140C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17"/>
              </w:rPr>
              <w:t>06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C140C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17"/>
              </w:rPr>
              <w:t>04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C140C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17"/>
              </w:rPr>
              <w:t>04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  <w:r w:rsidR="00C140C7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  <w:r w:rsidR="00C140C7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C140C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17"/>
              </w:rPr>
              <w:t>08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  <w:r w:rsidR="00C140C7">
              <w:rPr>
                <w:b/>
                <w:bCs/>
                <w:sz w:val="17"/>
              </w:rPr>
              <w:t>1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  <w:r w:rsidR="00C140C7">
              <w:rPr>
                <w:b/>
                <w:bCs/>
                <w:sz w:val="17"/>
              </w:rPr>
              <w:t>3</w:t>
            </w:r>
          </w:p>
        </w:tc>
        <w:tc>
          <w:tcPr>
            <w:tcW w:w="929" w:type="dxa"/>
            <w:shd w:val="clear" w:color="auto" w:fill="EAECEE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C140C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17"/>
              </w:rPr>
              <w:t>44</w:t>
            </w:r>
          </w:p>
        </w:tc>
      </w:tr>
      <w:tr w:rsidR="00FF1F5D" w:rsidRPr="00A52798">
        <w:trPr>
          <w:jc w:val="center"/>
        </w:trPr>
        <w:tc>
          <w:tcPr>
            <w:tcW w:w="929" w:type="dxa"/>
            <w:shd w:val="clear" w:color="auto" w:fill="EAECEE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छात्रा</w:t>
            </w:r>
            <w:r w:rsidRPr="00A52798">
              <w:rPr>
                <w:b/>
                <w:bCs/>
                <w:sz w:val="17"/>
              </w:rPr>
              <w:t xml:space="preserve"> (Girls)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C140C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17"/>
              </w:rPr>
              <w:t>18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1</w:t>
            </w:r>
            <w:r w:rsidR="00C140C7">
              <w:rPr>
                <w:b/>
                <w:bCs/>
                <w:sz w:val="17"/>
              </w:rPr>
              <w:t>4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C140C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17"/>
              </w:rPr>
              <w:t>05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C140C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17"/>
              </w:rPr>
              <w:t>03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  <w:r w:rsidR="00C140C7">
              <w:rPr>
                <w:b/>
                <w:bCs/>
                <w:sz w:val="17"/>
              </w:rPr>
              <w:t>2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  <w:r w:rsidR="00C140C7">
              <w:rPr>
                <w:b/>
                <w:bCs/>
                <w:sz w:val="17"/>
              </w:rPr>
              <w:t>2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  <w:r w:rsidR="00C140C7">
              <w:rPr>
                <w:b/>
                <w:bCs/>
                <w:sz w:val="17"/>
              </w:rPr>
              <w:t>4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  <w:r w:rsidR="00C140C7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  <w:r w:rsidR="00C140C7">
              <w:rPr>
                <w:b/>
                <w:bCs/>
                <w:sz w:val="17"/>
              </w:rPr>
              <w:t>2</w:t>
            </w:r>
          </w:p>
        </w:tc>
        <w:tc>
          <w:tcPr>
            <w:tcW w:w="929" w:type="dxa"/>
            <w:shd w:val="clear" w:color="auto" w:fill="EAECEE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C140C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17"/>
              </w:rPr>
              <w:t>50</w:t>
            </w:r>
          </w:p>
        </w:tc>
      </w:tr>
      <w:tr w:rsidR="00FF1F5D" w:rsidRPr="00A52798">
        <w:trPr>
          <w:jc w:val="center"/>
        </w:trPr>
        <w:tc>
          <w:tcPr>
            <w:tcW w:w="929" w:type="dxa"/>
            <w:shd w:val="clear" w:color="auto" w:fill="EAECEE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कुल</w:t>
            </w:r>
            <w:r w:rsidRPr="00A52798">
              <w:rPr>
                <w:b/>
                <w:bCs/>
                <w:sz w:val="17"/>
              </w:rPr>
              <w:t xml:space="preserve"> (Total)</w:t>
            </w:r>
          </w:p>
        </w:tc>
        <w:tc>
          <w:tcPr>
            <w:tcW w:w="929" w:type="dxa"/>
            <w:shd w:val="clear" w:color="auto" w:fill="EAECEE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C140C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17"/>
              </w:rPr>
              <w:t>36</w:t>
            </w:r>
          </w:p>
        </w:tc>
        <w:tc>
          <w:tcPr>
            <w:tcW w:w="929" w:type="dxa"/>
            <w:shd w:val="clear" w:color="auto" w:fill="EAECEE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C140C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17"/>
              </w:rPr>
              <w:t>20</w:t>
            </w:r>
          </w:p>
        </w:tc>
        <w:tc>
          <w:tcPr>
            <w:tcW w:w="929" w:type="dxa"/>
            <w:shd w:val="clear" w:color="auto" w:fill="EAECEE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C140C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17"/>
              </w:rPr>
              <w:t>09</w:t>
            </w:r>
          </w:p>
        </w:tc>
        <w:tc>
          <w:tcPr>
            <w:tcW w:w="929" w:type="dxa"/>
            <w:shd w:val="clear" w:color="auto" w:fill="EAECEE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C140C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17"/>
              </w:rPr>
              <w:t>07</w:t>
            </w:r>
          </w:p>
        </w:tc>
        <w:tc>
          <w:tcPr>
            <w:tcW w:w="929" w:type="dxa"/>
            <w:shd w:val="clear" w:color="auto" w:fill="EAECEE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C140C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17"/>
              </w:rPr>
              <w:t>02</w:t>
            </w:r>
          </w:p>
        </w:tc>
        <w:tc>
          <w:tcPr>
            <w:tcW w:w="929" w:type="dxa"/>
            <w:shd w:val="clear" w:color="auto" w:fill="EAECEE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  <w:r w:rsidR="00C140C7">
              <w:rPr>
                <w:b/>
                <w:bCs/>
                <w:sz w:val="17"/>
              </w:rPr>
              <w:t>2</w:t>
            </w:r>
          </w:p>
        </w:tc>
        <w:tc>
          <w:tcPr>
            <w:tcW w:w="929" w:type="dxa"/>
            <w:shd w:val="clear" w:color="auto" w:fill="EAECEE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1</w:t>
            </w:r>
            <w:r w:rsidR="00C140C7">
              <w:rPr>
                <w:b/>
                <w:bCs/>
                <w:sz w:val="17"/>
              </w:rPr>
              <w:t>2</w:t>
            </w:r>
          </w:p>
        </w:tc>
        <w:tc>
          <w:tcPr>
            <w:tcW w:w="929" w:type="dxa"/>
            <w:shd w:val="clear" w:color="auto" w:fill="EAECEE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  <w:r w:rsidR="00C140C7">
              <w:rPr>
                <w:b/>
                <w:bCs/>
                <w:sz w:val="17"/>
              </w:rPr>
              <w:t>3</w:t>
            </w:r>
          </w:p>
        </w:tc>
        <w:tc>
          <w:tcPr>
            <w:tcW w:w="929" w:type="dxa"/>
            <w:shd w:val="clear" w:color="auto" w:fill="EAECEE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  <w:r w:rsidR="00C140C7">
              <w:rPr>
                <w:b/>
                <w:bCs/>
                <w:sz w:val="17"/>
              </w:rPr>
              <w:t>5</w:t>
            </w:r>
          </w:p>
        </w:tc>
        <w:tc>
          <w:tcPr>
            <w:tcW w:w="929" w:type="dxa"/>
            <w:shd w:val="clear" w:color="auto" w:fill="EAECEE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C140C7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  <w:sz w:val="17"/>
              </w:rPr>
              <w:t>94</w:t>
            </w:r>
          </w:p>
        </w:tc>
      </w:tr>
    </w:tbl>
    <w:p w:rsidR="00FF1F5D" w:rsidRPr="00A52798" w:rsidRDefault="00E93AAF">
      <w:pPr>
        <w:keepNext/>
        <w:spacing w:before="200" w:after="80"/>
        <w:rPr>
          <w:b/>
          <w:bCs/>
        </w:rPr>
      </w:pPr>
      <w:r w:rsidRPr="00A52798">
        <w:rPr>
          <w:rFonts w:ascii="Arial" w:hAnsi="Arial"/>
          <w:b/>
          <w:bCs/>
          <w:color w:val="2874A6"/>
          <w:sz w:val="24"/>
        </w:rPr>
        <w:t xml:space="preserve">(II)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शाला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में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अनामांकित</w:t>
      </w:r>
      <w:r w:rsidRPr="00A52798">
        <w:rPr>
          <w:rFonts w:ascii="Arial" w:hAnsi="Arial"/>
          <w:b/>
          <w:bCs/>
          <w:color w:val="2874A6"/>
          <w:sz w:val="24"/>
        </w:rPr>
        <w:t xml:space="preserve"> (Out of School)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बच्चों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की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संख्या</w:t>
      </w:r>
      <w:r w:rsidRPr="00A52798">
        <w:rPr>
          <w:rFonts w:ascii="Arial" w:hAnsi="Arial"/>
          <w:b/>
          <w:bCs/>
          <w:color w:val="2874A6"/>
          <w:sz w:val="24"/>
        </w:rPr>
        <w:t xml:space="preserve"> (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आयु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के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अनुसार</w:t>
      </w:r>
      <w:r w:rsidRPr="00A52798">
        <w:rPr>
          <w:rFonts w:ascii="Arial" w:hAnsi="Arial"/>
          <w:b/>
          <w:bCs/>
          <w:color w:val="2874A6"/>
          <w:sz w:val="24"/>
        </w:rPr>
        <w:t>):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/>
      </w:tblPr>
      <w:tblGrid>
        <w:gridCol w:w="852"/>
        <w:gridCol w:w="852"/>
        <w:gridCol w:w="852"/>
        <w:gridCol w:w="852"/>
        <w:gridCol w:w="852"/>
        <w:gridCol w:w="852"/>
        <w:gridCol w:w="852"/>
        <w:gridCol w:w="852"/>
        <w:gridCol w:w="852"/>
        <w:gridCol w:w="852"/>
        <w:gridCol w:w="852"/>
        <w:gridCol w:w="852"/>
      </w:tblGrid>
      <w:tr w:rsidR="00FF1F5D" w:rsidRPr="00A52798">
        <w:trPr>
          <w:jc w:val="center"/>
        </w:trPr>
        <w:tc>
          <w:tcPr>
            <w:tcW w:w="852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लिंग</w:t>
            </w:r>
          </w:p>
        </w:tc>
        <w:tc>
          <w:tcPr>
            <w:tcW w:w="852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color w:val="FFFFFF"/>
                <w:sz w:val="17"/>
              </w:rPr>
              <w:t xml:space="preserve">5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वर्ष</w:t>
            </w:r>
          </w:p>
        </w:tc>
        <w:tc>
          <w:tcPr>
            <w:tcW w:w="852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color w:val="FFFFFF"/>
                <w:sz w:val="17"/>
              </w:rPr>
              <w:t xml:space="preserve">6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वर्ष</w:t>
            </w:r>
          </w:p>
        </w:tc>
        <w:tc>
          <w:tcPr>
            <w:tcW w:w="852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color w:val="FFFFFF"/>
                <w:sz w:val="17"/>
              </w:rPr>
              <w:t xml:space="preserve">7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वर्ष</w:t>
            </w:r>
          </w:p>
        </w:tc>
        <w:tc>
          <w:tcPr>
            <w:tcW w:w="852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color w:val="FFFFFF"/>
                <w:sz w:val="17"/>
              </w:rPr>
              <w:t xml:space="preserve">8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वर्ष</w:t>
            </w:r>
          </w:p>
        </w:tc>
        <w:tc>
          <w:tcPr>
            <w:tcW w:w="852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color w:val="FFFFFF"/>
                <w:sz w:val="17"/>
              </w:rPr>
              <w:t xml:space="preserve">9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वर्ष</w:t>
            </w:r>
          </w:p>
        </w:tc>
        <w:tc>
          <w:tcPr>
            <w:tcW w:w="852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color w:val="FFFFFF"/>
                <w:sz w:val="17"/>
              </w:rPr>
              <w:t xml:space="preserve">10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वर्ष</w:t>
            </w:r>
          </w:p>
        </w:tc>
        <w:tc>
          <w:tcPr>
            <w:tcW w:w="852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color w:val="FFFFFF"/>
                <w:sz w:val="17"/>
              </w:rPr>
              <w:t xml:space="preserve">11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वर्ष</w:t>
            </w:r>
          </w:p>
        </w:tc>
        <w:tc>
          <w:tcPr>
            <w:tcW w:w="852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color w:val="FFFFFF"/>
                <w:sz w:val="17"/>
              </w:rPr>
              <w:t xml:space="preserve">12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वर्ष</w:t>
            </w:r>
          </w:p>
        </w:tc>
        <w:tc>
          <w:tcPr>
            <w:tcW w:w="852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color w:val="FFFFFF"/>
                <w:sz w:val="17"/>
              </w:rPr>
              <w:t xml:space="preserve">13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वर्ष</w:t>
            </w:r>
          </w:p>
        </w:tc>
        <w:tc>
          <w:tcPr>
            <w:tcW w:w="852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color w:val="FFFFFF"/>
                <w:sz w:val="17"/>
              </w:rPr>
              <w:t xml:space="preserve">14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वर्ष</w:t>
            </w:r>
          </w:p>
        </w:tc>
        <w:tc>
          <w:tcPr>
            <w:tcW w:w="852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कुल</w:t>
            </w:r>
          </w:p>
        </w:tc>
      </w:tr>
      <w:tr w:rsidR="00FF1F5D" w:rsidRPr="00A52798">
        <w:trPr>
          <w:jc w:val="center"/>
        </w:trPr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छात्र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</w:tr>
      <w:tr w:rsidR="00FF1F5D" w:rsidRPr="00A52798">
        <w:trPr>
          <w:jc w:val="center"/>
        </w:trPr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छात्रा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</w:tr>
      <w:tr w:rsidR="00FF1F5D" w:rsidRPr="00A52798">
        <w:trPr>
          <w:jc w:val="center"/>
        </w:trPr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कुल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852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</w:tr>
    </w:tbl>
    <w:p w:rsidR="00FF1F5D" w:rsidRPr="00A52798" w:rsidRDefault="00E93AAF">
      <w:pPr>
        <w:keepNext/>
        <w:spacing w:before="280" w:after="120"/>
        <w:rPr>
          <w:b/>
          <w:bCs/>
        </w:rPr>
      </w:pPr>
      <w:r w:rsidRPr="00A52798">
        <w:rPr>
          <w:rFonts w:ascii="Arial" w:hAnsi="Arial" w:cs="Shruti"/>
          <w:b/>
          <w:bCs/>
          <w:color w:val="1A5276"/>
          <w:sz w:val="28"/>
          <w:szCs w:val="28"/>
          <w:cs/>
          <w:lang w:bidi="gu-IN"/>
        </w:rPr>
        <w:t>૪</w:t>
      </w:r>
      <w:r w:rsidRPr="00A52798">
        <w:rPr>
          <w:rFonts w:ascii="Arial" w:hAnsi="Arial"/>
          <w:b/>
          <w:bCs/>
          <w:color w:val="1A5276"/>
          <w:sz w:val="28"/>
        </w:rPr>
        <w:t xml:space="preserve">.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ड्रॉपआउट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बच्चे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एवं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शिक्षकों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का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स्वीकृत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ढांचा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व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विवरण</w:t>
      </w:r>
    </w:p>
    <w:p w:rsidR="00FF1F5D" w:rsidRPr="00A52798" w:rsidRDefault="00E93AAF">
      <w:pPr>
        <w:keepNext/>
        <w:spacing w:before="200" w:after="80"/>
        <w:rPr>
          <w:b/>
          <w:bCs/>
        </w:rPr>
      </w:pPr>
      <w:r w:rsidRPr="00A52798">
        <w:rPr>
          <w:rFonts w:ascii="Arial" w:hAnsi="Arial"/>
          <w:b/>
          <w:bCs/>
          <w:color w:val="2874A6"/>
          <w:sz w:val="24"/>
        </w:rPr>
        <w:t xml:space="preserve">(III)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शाला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छोड़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चुके</w:t>
      </w:r>
      <w:r w:rsidRPr="00A52798">
        <w:rPr>
          <w:rFonts w:ascii="Arial" w:hAnsi="Arial"/>
          <w:b/>
          <w:bCs/>
          <w:color w:val="2874A6"/>
          <w:sz w:val="24"/>
        </w:rPr>
        <w:t xml:space="preserve"> (Dropout)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बच्चों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का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विवरण</w:t>
      </w:r>
      <w:r w:rsidRPr="00A52798">
        <w:rPr>
          <w:rFonts w:ascii="Arial" w:hAnsi="Arial"/>
          <w:b/>
          <w:bCs/>
          <w:color w:val="2874A6"/>
          <w:sz w:val="24"/>
        </w:rPr>
        <w:t>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/>
      </w:tblPr>
      <w:tblGrid>
        <w:gridCol w:w="929"/>
        <w:gridCol w:w="929"/>
        <w:gridCol w:w="929"/>
        <w:gridCol w:w="929"/>
        <w:gridCol w:w="929"/>
        <w:gridCol w:w="929"/>
        <w:gridCol w:w="929"/>
        <w:gridCol w:w="929"/>
        <w:gridCol w:w="929"/>
        <w:gridCol w:w="929"/>
        <w:gridCol w:w="929"/>
      </w:tblGrid>
      <w:tr w:rsidR="00FF1F5D" w:rsidRPr="00A52798">
        <w:trPr>
          <w:jc w:val="center"/>
        </w:trPr>
        <w:tc>
          <w:tcPr>
            <w:tcW w:w="929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लिंग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बालवाटिका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color w:val="FFFFFF"/>
                <w:sz w:val="17"/>
                <w:szCs w:val="17"/>
                <w:cs/>
                <w:lang w:bidi="gu-IN"/>
              </w:rPr>
              <w:t>૧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color w:val="FFFFFF"/>
                <w:sz w:val="17"/>
                <w:szCs w:val="17"/>
                <w:cs/>
                <w:lang w:bidi="gu-IN"/>
              </w:rPr>
              <w:t>૨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color w:val="FFFFFF"/>
                <w:sz w:val="17"/>
                <w:szCs w:val="17"/>
                <w:cs/>
                <w:lang w:bidi="gu-IN"/>
              </w:rPr>
              <w:t>૩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color w:val="FFFFFF"/>
                <w:sz w:val="17"/>
                <w:szCs w:val="17"/>
                <w:cs/>
                <w:lang w:bidi="gu-IN"/>
              </w:rPr>
              <w:t>૪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color w:val="FFFFFF"/>
                <w:sz w:val="17"/>
                <w:szCs w:val="17"/>
                <w:cs/>
                <w:lang w:bidi="gu-IN"/>
              </w:rPr>
              <w:t>૫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color w:val="FFFFFF"/>
                <w:sz w:val="17"/>
                <w:szCs w:val="17"/>
                <w:cs/>
                <w:lang w:bidi="gu-IN"/>
              </w:rPr>
              <w:t>૬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color w:val="FFFFFF"/>
                <w:sz w:val="17"/>
                <w:szCs w:val="17"/>
                <w:cs/>
                <w:lang w:bidi="gu-IN"/>
              </w:rPr>
              <w:t>૭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color w:val="FFFFFF"/>
                <w:sz w:val="17"/>
                <w:szCs w:val="17"/>
                <w:cs/>
                <w:lang w:bidi="gu-IN"/>
              </w:rPr>
              <w:t>૮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कुल</w:t>
            </w:r>
          </w:p>
        </w:tc>
      </w:tr>
      <w:tr w:rsidR="00FF1F5D" w:rsidRPr="00A52798">
        <w:trPr>
          <w:jc w:val="center"/>
        </w:trPr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छात्र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</w:tr>
      <w:tr w:rsidR="00FF1F5D" w:rsidRPr="00A52798">
        <w:trPr>
          <w:jc w:val="center"/>
        </w:trPr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छात्रा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</w:tr>
      <w:tr w:rsidR="00FF1F5D" w:rsidRPr="00A52798">
        <w:trPr>
          <w:jc w:val="center"/>
        </w:trPr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कुल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  <w:tc>
          <w:tcPr>
            <w:tcW w:w="929" w:type="dxa"/>
            <w:tcMar>
              <w:top w:w="60" w:type="dxa"/>
              <w:left w:w="40" w:type="dxa"/>
              <w:bottom w:w="60" w:type="dxa"/>
              <w:right w:w="4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</w:tr>
    </w:tbl>
    <w:p w:rsidR="00FF1F5D" w:rsidRPr="00A52798" w:rsidRDefault="00E93AAF">
      <w:pPr>
        <w:spacing w:before="80" w:after="120"/>
        <w:ind w:left="288"/>
        <w:rPr>
          <w:b/>
          <w:bCs/>
        </w:rPr>
      </w:pPr>
      <w:r w:rsidRPr="00A52798">
        <w:rPr>
          <w:b/>
          <w:bCs/>
          <w:sz w:val="19"/>
        </w:rPr>
        <w:t xml:space="preserve">*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शाला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छोड़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चुके</w:t>
      </w:r>
      <w:r w:rsidRPr="00A52798">
        <w:rPr>
          <w:b/>
          <w:bCs/>
          <w:sz w:val="19"/>
        </w:rPr>
        <w:t xml:space="preserve"> (Dropout)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बच्चों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के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लिए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प्रधान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अध्यापक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एवं</w:t>
      </w:r>
      <w:r w:rsidRPr="00A52798">
        <w:rPr>
          <w:b/>
          <w:bCs/>
          <w:sz w:val="19"/>
        </w:rPr>
        <w:t xml:space="preserve"> SMC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की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कार्ययोजना</w:t>
      </w:r>
      <w:r w:rsidRPr="00A52798">
        <w:rPr>
          <w:b/>
          <w:bCs/>
          <w:sz w:val="19"/>
        </w:rPr>
        <w:t xml:space="preserve"> (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बिंदुवार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टिप्पणी</w:t>
      </w:r>
      <w:r w:rsidRPr="00A52798">
        <w:rPr>
          <w:b/>
          <w:bCs/>
          <w:sz w:val="19"/>
        </w:rPr>
        <w:t>):</w:t>
      </w:r>
      <w:r w:rsidRPr="00A52798">
        <w:rPr>
          <w:b/>
          <w:bCs/>
          <w:sz w:val="19"/>
        </w:rPr>
        <w:br/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१</w:t>
      </w:r>
      <w:r w:rsidRPr="00A52798">
        <w:rPr>
          <w:b/>
          <w:bCs/>
          <w:sz w:val="19"/>
        </w:rPr>
        <w:t xml:space="preserve">.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गृह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भ्रमण</w:t>
      </w:r>
      <w:r w:rsidRPr="00A52798">
        <w:rPr>
          <w:b/>
          <w:bCs/>
          <w:sz w:val="19"/>
        </w:rPr>
        <w:t xml:space="preserve"> (Home Visit)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एवं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अभिभावक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परामर्श</w:t>
      </w:r>
      <w:r w:rsidRPr="00A52798">
        <w:rPr>
          <w:b/>
          <w:bCs/>
          <w:sz w:val="19"/>
        </w:rPr>
        <w:t xml:space="preserve"> (Counseling)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।</w:t>
      </w:r>
      <w:r w:rsidRPr="00A52798">
        <w:rPr>
          <w:b/>
          <w:bCs/>
          <w:sz w:val="19"/>
        </w:rPr>
        <w:br/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२</w:t>
      </w:r>
      <w:r w:rsidRPr="00A52798">
        <w:rPr>
          <w:b/>
          <w:bCs/>
          <w:sz w:val="19"/>
        </w:rPr>
        <w:t xml:space="preserve">.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अभिभावक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संपर्क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एवं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निरंतर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जागरूकता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बैठकों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का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आयोजन।</w:t>
      </w:r>
      <w:r w:rsidRPr="00A52798">
        <w:rPr>
          <w:b/>
          <w:bCs/>
          <w:sz w:val="19"/>
        </w:rPr>
        <w:br/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३</w:t>
      </w:r>
      <w:r w:rsidRPr="00A52798">
        <w:rPr>
          <w:b/>
          <w:bCs/>
          <w:sz w:val="19"/>
        </w:rPr>
        <w:t xml:space="preserve">.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बालिका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शिक्षा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प्रोत्साहन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एवं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छात्रवृत्ति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सहायता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की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जानकारी</w:t>
      </w:r>
      <w:r w:rsidRPr="00A52798">
        <w:rPr>
          <w:b/>
          <w:bCs/>
          <w:sz w:val="19"/>
        </w:rPr>
        <w:t xml:space="preserve"> </w:t>
      </w:r>
      <w:r w:rsidRPr="00A52798">
        <w:rPr>
          <w:rFonts w:cs="Mangal"/>
          <w:b/>
          <w:bCs/>
          <w:sz w:val="19"/>
          <w:szCs w:val="19"/>
          <w:cs/>
          <w:lang w:bidi="hi-IN"/>
        </w:rPr>
        <w:t>पहुँचाना।</w:t>
      </w:r>
    </w:p>
    <w:p w:rsidR="00A52798" w:rsidRDefault="00A52798">
      <w:pPr>
        <w:keepNext/>
        <w:spacing w:before="200" w:after="80"/>
        <w:rPr>
          <w:rFonts w:ascii="Arial" w:hAnsi="Arial"/>
          <w:b/>
          <w:bCs/>
          <w:color w:val="2874A6"/>
          <w:sz w:val="24"/>
        </w:rPr>
      </w:pPr>
    </w:p>
    <w:p w:rsidR="00FF1F5D" w:rsidRPr="00A52798" w:rsidRDefault="00E93AAF">
      <w:pPr>
        <w:keepNext/>
        <w:spacing w:before="200" w:after="80"/>
        <w:rPr>
          <w:b/>
          <w:bCs/>
        </w:rPr>
      </w:pPr>
      <w:r w:rsidRPr="00A52798">
        <w:rPr>
          <w:rFonts w:ascii="Arial" w:hAnsi="Arial"/>
          <w:b/>
          <w:bCs/>
          <w:color w:val="2874A6"/>
          <w:sz w:val="24"/>
        </w:rPr>
        <w:t xml:space="preserve">(IV)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कार्यरत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शिक्षक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एवं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कर्मचारी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संरचना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विवरण</w:t>
      </w:r>
      <w:r w:rsidRPr="00A52798">
        <w:rPr>
          <w:rFonts w:ascii="Arial" w:hAnsi="Arial"/>
          <w:b/>
          <w:bCs/>
          <w:color w:val="2874A6"/>
          <w:sz w:val="24"/>
        </w:rPr>
        <w:t>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/>
      </w:tblPr>
      <w:tblGrid>
        <w:gridCol w:w="929"/>
        <w:gridCol w:w="929"/>
        <w:gridCol w:w="929"/>
        <w:gridCol w:w="929"/>
        <w:gridCol w:w="929"/>
        <w:gridCol w:w="929"/>
        <w:gridCol w:w="929"/>
        <w:gridCol w:w="929"/>
        <w:gridCol w:w="929"/>
        <w:gridCol w:w="929"/>
        <w:gridCol w:w="929"/>
      </w:tblGrid>
      <w:tr w:rsidR="00FF1F5D" w:rsidRPr="00A52798">
        <w:trPr>
          <w:jc w:val="center"/>
        </w:trPr>
        <w:tc>
          <w:tcPr>
            <w:tcW w:w="929" w:type="dxa"/>
            <w:shd w:val="clear" w:color="auto" w:fill="1A5276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6"/>
                <w:szCs w:val="16"/>
                <w:cs/>
                <w:lang w:bidi="hi-IN"/>
              </w:rPr>
              <w:t>विभाग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color w:val="FFFFFF"/>
                <w:sz w:val="16"/>
              </w:rPr>
              <w:t>HTAT Head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6"/>
                <w:szCs w:val="16"/>
                <w:cs/>
                <w:lang w:bidi="hi-IN"/>
              </w:rPr>
              <w:t>नियमित</w:t>
            </w:r>
            <w:r w:rsidRPr="00A52798">
              <w:rPr>
                <w:b/>
                <w:bCs/>
                <w:color w:val="FFFFFF"/>
                <w:sz w:val="16"/>
              </w:rPr>
              <w:t xml:space="preserve"> (</w:t>
            </w:r>
            <w:r w:rsidRPr="00A52798">
              <w:rPr>
                <w:rFonts w:cs="Mangal"/>
                <w:b/>
                <w:bCs/>
                <w:color w:val="FFFFFF"/>
                <w:sz w:val="16"/>
                <w:szCs w:val="16"/>
                <w:cs/>
                <w:lang w:bidi="hi-IN"/>
              </w:rPr>
              <w:t>पुरुष</w:t>
            </w:r>
            <w:r w:rsidRPr="00A52798">
              <w:rPr>
                <w:b/>
                <w:bCs/>
                <w:color w:val="FFFFFF"/>
                <w:sz w:val="16"/>
              </w:rPr>
              <w:t>)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6"/>
                <w:szCs w:val="16"/>
                <w:cs/>
                <w:lang w:bidi="hi-IN"/>
              </w:rPr>
              <w:t>नियमित</w:t>
            </w:r>
            <w:r w:rsidRPr="00A52798">
              <w:rPr>
                <w:b/>
                <w:bCs/>
                <w:color w:val="FFFFFF"/>
                <w:sz w:val="16"/>
              </w:rPr>
              <w:t xml:space="preserve"> (</w:t>
            </w:r>
            <w:r w:rsidRPr="00A52798">
              <w:rPr>
                <w:rFonts w:cs="Mangal"/>
                <w:b/>
                <w:bCs/>
                <w:color w:val="FFFFFF"/>
                <w:sz w:val="16"/>
                <w:szCs w:val="16"/>
                <w:cs/>
                <w:lang w:bidi="hi-IN"/>
              </w:rPr>
              <w:t>महिला</w:t>
            </w:r>
            <w:r w:rsidRPr="00A52798">
              <w:rPr>
                <w:b/>
                <w:bCs/>
                <w:color w:val="FFFFFF"/>
                <w:sz w:val="16"/>
              </w:rPr>
              <w:t>)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6"/>
                <w:szCs w:val="16"/>
                <w:cs/>
                <w:lang w:bidi="hi-IN"/>
              </w:rPr>
              <w:t>विद्यासहायक</w:t>
            </w:r>
            <w:r w:rsidRPr="00A52798">
              <w:rPr>
                <w:b/>
                <w:bCs/>
                <w:color w:val="FFFFFF"/>
                <w:sz w:val="16"/>
              </w:rPr>
              <w:t xml:space="preserve"> (</w:t>
            </w:r>
            <w:r w:rsidRPr="00A52798">
              <w:rPr>
                <w:rFonts w:cs="Mangal"/>
                <w:b/>
                <w:bCs/>
                <w:color w:val="FFFFFF"/>
                <w:sz w:val="16"/>
                <w:szCs w:val="16"/>
                <w:cs/>
                <w:lang w:bidi="hi-IN"/>
              </w:rPr>
              <w:t>पु</w:t>
            </w:r>
            <w:r w:rsidRPr="00A52798">
              <w:rPr>
                <w:b/>
                <w:bCs/>
                <w:color w:val="FFFFFF"/>
                <w:sz w:val="16"/>
              </w:rPr>
              <w:t>)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6"/>
                <w:szCs w:val="16"/>
                <w:cs/>
                <w:lang w:bidi="hi-IN"/>
              </w:rPr>
              <w:t>विद्यासहायक</w:t>
            </w:r>
            <w:r w:rsidRPr="00A52798">
              <w:rPr>
                <w:b/>
                <w:bCs/>
                <w:color w:val="FFFFFF"/>
                <w:sz w:val="16"/>
              </w:rPr>
              <w:t xml:space="preserve"> (</w:t>
            </w:r>
            <w:r w:rsidRPr="00A52798">
              <w:rPr>
                <w:rFonts w:cs="Mangal"/>
                <w:b/>
                <w:bCs/>
                <w:color w:val="FFFFFF"/>
                <w:sz w:val="16"/>
                <w:szCs w:val="16"/>
                <w:cs/>
                <w:lang w:bidi="hi-IN"/>
              </w:rPr>
              <w:t>म</w:t>
            </w:r>
            <w:r w:rsidRPr="00A52798">
              <w:rPr>
                <w:b/>
                <w:bCs/>
                <w:color w:val="FFFFFF"/>
                <w:sz w:val="16"/>
              </w:rPr>
              <w:t>)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6"/>
                <w:szCs w:val="16"/>
                <w:cs/>
                <w:lang w:bidi="hi-IN"/>
              </w:rPr>
              <w:t>ज्ञानसहायक</w:t>
            </w:r>
            <w:r w:rsidRPr="00A52798">
              <w:rPr>
                <w:b/>
                <w:bCs/>
                <w:color w:val="FFFFFF"/>
                <w:sz w:val="16"/>
              </w:rPr>
              <w:t xml:space="preserve"> (</w:t>
            </w:r>
            <w:r w:rsidRPr="00A52798">
              <w:rPr>
                <w:rFonts w:cs="Mangal"/>
                <w:b/>
                <w:bCs/>
                <w:color w:val="FFFFFF"/>
                <w:sz w:val="16"/>
                <w:szCs w:val="16"/>
                <w:cs/>
                <w:lang w:bidi="hi-IN"/>
              </w:rPr>
              <w:t>पु</w:t>
            </w:r>
            <w:r w:rsidRPr="00A52798">
              <w:rPr>
                <w:b/>
                <w:bCs/>
                <w:color w:val="FFFFFF"/>
                <w:sz w:val="16"/>
              </w:rPr>
              <w:t>)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6"/>
                <w:szCs w:val="16"/>
                <w:cs/>
                <w:lang w:bidi="hi-IN"/>
              </w:rPr>
              <w:t>ज्ञानसहायक</w:t>
            </w:r>
            <w:r w:rsidRPr="00A52798">
              <w:rPr>
                <w:b/>
                <w:bCs/>
                <w:color w:val="FFFFFF"/>
                <w:sz w:val="16"/>
              </w:rPr>
              <w:t xml:space="preserve"> (</w:t>
            </w:r>
            <w:r w:rsidRPr="00A52798">
              <w:rPr>
                <w:rFonts w:cs="Mangal"/>
                <w:b/>
                <w:bCs/>
                <w:color w:val="FFFFFF"/>
                <w:sz w:val="16"/>
                <w:szCs w:val="16"/>
                <w:cs/>
                <w:lang w:bidi="hi-IN"/>
              </w:rPr>
              <w:t>म</w:t>
            </w:r>
            <w:r w:rsidRPr="00A52798">
              <w:rPr>
                <w:b/>
                <w:bCs/>
                <w:color w:val="FFFFFF"/>
                <w:sz w:val="16"/>
              </w:rPr>
              <w:t>)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6"/>
                <w:szCs w:val="16"/>
                <w:cs/>
                <w:lang w:bidi="hi-IN"/>
              </w:rPr>
              <w:t>कुल</w:t>
            </w:r>
            <w:r w:rsidRPr="00A52798">
              <w:rPr>
                <w:b/>
                <w:bCs/>
                <w:color w:val="FFFFFF"/>
                <w:sz w:val="16"/>
              </w:rPr>
              <w:t xml:space="preserve"> (</w:t>
            </w:r>
            <w:r w:rsidRPr="00A52798">
              <w:rPr>
                <w:rFonts w:cs="Mangal"/>
                <w:b/>
                <w:bCs/>
                <w:color w:val="FFFFFF"/>
                <w:sz w:val="16"/>
                <w:szCs w:val="16"/>
                <w:cs/>
                <w:lang w:bidi="hi-IN"/>
              </w:rPr>
              <w:t>पु</w:t>
            </w:r>
            <w:r w:rsidRPr="00A52798">
              <w:rPr>
                <w:b/>
                <w:bCs/>
                <w:color w:val="FFFFFF"/>
                <w:sz w:val="16"/>
              </w:rPr>
              <w:t>)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6"/>
                <w:szCs w:val="16"/>
                <w:cs/>
                <w:lang w:bidi="hi-IN"/>
              </w:rPr>
              <w:t>कुल</w:t>
            </w:r>
            <w:r w:rsidRPr="00A52798">
              <w:rPr>
                <w:b/>
                <w:bCs/>
                <w:color w:val="FFFFFF"/>
                <w:sz w:val="16"/>
              </w:rPr>
              <w:t xml:space="preserve"> (</w:t>
            </w:r>
            <w:r w:rsidRPr="00A52798">
              <w:rPr>
                <w:rFonts w:cs="Mangal"/>
                <w:b/>
                <w:bCs/>
                <w:color w:val="FFFFFF"/>
                <w:sz w:val="16"/>
                <w:szCs w:val="16"/>
                <w:cs/>
                <w:lang w:bidi="hi-IN"/>
              </w:rPr>
              <w:t>म</w:t>
            </w:r>
            <w:r w:rsidRPr="00A52798">
              <w:rPr>
                <w:b/>
                <w:bCs/>
                <w:color w:val="FFFFFF"/>
                <w:sz w:val="16"/>
              </w:rPr>
              <w:t>)</w:t>
            </w:r>
          </w:p>
        </w:tc>
        <w:tc>
          <w:tcPr>
            <w:tcW w:w="929" w:type="dxa"/>
            <w:shd w:val="clear" w:color="auto" w:fill="1A5276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6"/>
                <w:szCs w:val="16"/>
                <w:cs/>
                <w:lang w:bidi="hi-IN"/>
              </w:rPr>
              <w:t>कुल</w:t>
            </w:r>
            <w:r w:rsidRPr="00A52798">
              <w:rPr>
                <w:b/>
                <w:bCs/>
                <w:color w:val="FFFFFF"/>
                <w:sz w:val="16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6"/>
                <w:szCs w:val="16"/>
                <w:cs/>
                <w:lang w:bidi="hi-IN"/>
              </w:rPr>
              <w:t>योग</w:t>
            </w:r>
          </w:p>
        </w:tc>
      </w:tr>
      <w:tr w:rsidR="00FF1F5D" w:rsidRPr="00A52798">
        <w:trPr>
          <w:jc w:val="center"/>
        </w:trPr>
        <w:tc>
          <w:tcPr>
            <w:tcW w:w="92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प्राथमिक</w:t>
            </w:r>
            <w:r w:rsidRPr="00A52798">
              <w:rPr>
                <w:b/>
                <w:bCs/>
                <w:sz w:val="17"/>
              </w:rPr>
              <w:t xml:space="preserve"> (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कक्षा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१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से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५</w:t>
            </w:r>
            <w:r w:rsidRPr="00A52798">
              <w:rPr>
                <w:b/>
                <w:bCs/>
                <w:sz w:val="17"/>
              </w:rPr>
              <w:t>)</w:t>
            </w:r>
          </w:p>
        </w:tc>
        <w:tc>
          <w:tcPr>
            <w:tcW w:w="92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00</w:t>
            </w:r>
          </w:p>
        </w:tc>
        <w:tc>
          <w:tcPr>
            <w:tcW w:w="92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00</w:t>
            </w:r>
          </w:p>
        </w:tc>
        <w:tc>
          <w:tcPr>
            <w:tcW w:w="92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02</w:t>
            </w:r>
          </w:p>
        </w:tc>
        <w:tc>
          <w:tcPr>
            <w:tcW w:w="92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00</w:t>
            </w:r>
          </w:p>
        </w:tc>
        <w:tc>
          <w:tcPr>
            <w:tcW w:w="92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00</w:t>
            </w:r>
          </w:p>
        </w:tc>
        <w:tc>
          <w:tcPr>
            <w:tcW w:w="92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00</w:t>
            </w:r>
          </w:p>
        </w:tc>
        <w:tc>
          <w:tcPr>
            <w:tcW w:w="92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06</w:t>
            </w:r>
          </w:p>
        </w:tc>
        <w:tc>
          <w:tcPr>
            <w:tcW w:w="92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00</w:t>
            </w:r>
          </w:p>
        </w:tc>
        <w:tc>
          <w:tcPr>
            <w:tcW w:w="92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08</w:t>
            </w:r>
          </w:p>
        </w:tc>
        <w:tc>
          <w:tcPr>
            <w:tcW w:w="92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08</w:t>
            </w:r>
          </w:p>
        </w:tc>
      </w:tr>
      <w:tr w:rsidR="00FF1F5D" w:rsidRPr="00A52798">
        <w:trPr>
          <w:jc w:val="center"/>
        </w:trPr>
        <w:tc>
          <w:tcPr>
            <w:tcW w:w="92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उच्च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प्राथमिक</w:t>
            </w:r>
            <w:r w:rsidRPr="00A52798">
              <w:rPr>
                <w:b/>
                <w:bCs/>
                <w:sz w:val="17"/>
              </w:rPr>
              <w:t xml:space="preserve"> (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कक्षा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६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से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૮</w:t>
            </w:r>
            <w:r w:rsidRPr="00A52798">
              <w:rPr>
                <w:b/>
                <w:bCs/>
                <w:sz w:val="17"/>
              </w:rPr>
              <w:t>)</w:t>
            </w:r>
          </w:p>
        </w:tc>
        <w:tc>
          <w:tcPr>
            <w:tcW w:w="92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00</w:t>
            </w:r>
          </w:p>
        </w:tc>
        <w:tc>
          <w:tcPr>
            <w:tcW w:w="92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02</w:t>
            </w:r>
          </w:p>
        </w:tc>
        <w:tc>
          <w:tcPr>
            <w:tcW w:w="92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02</w:t>
            </w:r>
          </w:p>
        </w:tc>
        <w:tc>
          <w:tcPr>
            <w:tcW w:w="92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01</w:t>
            </w:r>
          </w:p>
        </w:tc>
        <w:tc>
          <w:tcPr>
            <w:tcW w:w="92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00</w:t>
            </w:r>
          </w:p>
        </w:tc>
        <w:tc>
          <w:tcPr>
            <w:tcW w:w="92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00</w:t>
            </w:r>
          </w:p>
        </w:tc>
        <w:tc>
          <w:tcPr>
            <w:tcW w:w="92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00</w:t>
            </w:r>
          </w:p>
        </w:tc>
        <w:tc>
          <w:tcPr>
            <w:tcW w:w="92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03</w:t>
            </w:r>
          </w:p>
        </w:tc>
        <w:tc>
          <w:tcPr>
            <w:tcW w:w="92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02</w:t>
            </w:r>
          </w:p>
        </w:tc>
        <w:tc>
          <w:tcPr>
            <w:tcW w:w="929" w:type="dxa"/>
            <w:tcMar>
              <w:top w:w="60" w:type="dxa"/>
              <w:left w:w="30" w:type="dxa"/>
              <w:bottom w:w="60" w:type="dxa"/>
              <w:right w:w="3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05</w:t>
            </w:r>
          </w:p>
        </w:tc>
      </w:tr>
    </w:tbl>
    <w:p w:rsidR="00FF1F5D" w:rsidRPr="00A52798" w:rsidRDefault="00E93AAF">
      <w:pPr>
        <w:keepNext/>
        <w:spacing w:before="200" w:after="80"/>
        <w:rPr>
          <w:b/>
          <w:bCs/>
        </w:rPr>
      </w:pPr>
      <w:r w:rsidRPr="00A52798">
        <w:rPr>
          <w:rFonts w:ascii="Arial" w:hAnsi="Arial"/>
          <w:b/>
          <w:bCs/>
          <w:color w:val="2874A6"/>
          <w:sz w:val="24"/>
        </w:rPr>
        <w:t xml:space="preserve">(V)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उच्च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प्राथमिक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विषयवार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शिक्षक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एवं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कमी</w:t>
      </w:r>
      <w:r w:rsidRPr="00A52798">
        <w:rPr>
          <w:rFonts w:ascii="Arial" w:hAnsi="Arial"/>
          <w:b/>
          <w:bCs/>
          <w:color w:val="2874A6"/>
          <w:sz w:val="24"/>
        </w:rPr>
        <w:t xml:space="preserve"> (Shortage)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की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स्थिति</w:t>
      </w:r>
      <w:r w:rsidRPr="00A52798">
        <w:rPr>
          <w:rFonts w:ascii="Arial" w:hAnsi="Arial"/>
          <w:b/>
          <w:bCs/>
          <w:color w:val="2874A6"/>
          <w:sz w:val="24"/>
        </w:rPr>
        <w:t>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/>
      </w:tblPr>
      <w:tblGrid>
        <w:gridCol w:w="1704"/>
        <w:gridCol w:w="1704"/>
        <w:gridCol w:w="1704"/>
        <w:gridCol w:w="1704"/>
        <w:gridCol w:w="1704"/>
        <w:gridCol w:w="1704"/>
      </w:tblGrid>
      <w:tr w:rsidR="00FF1F5D" w:rsidRPr="00A52798">
        <w:trPr>
          <w:jc w:val="center"/>
        </w:trPr>
        <w:tc>
          <w:tcPr>
            <w:tcW w:w="1704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विवरण</w:t>
            </w:r>
          </w:p>
        </w:tc>
        <w:tc>
          <w:tcPr>
            <w:tcW w:w="1704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गणित</w:t>
            </w:r>
            <w:r w:rsidRPr="00A52798">
              <w:rPr>
                <w:b/>
                <w:bCs/>
                <w:color w:val="FFFFFF"/>
                <w:sz w:val="17"/>
              </w:rPr>
              <w:t xml:space="preserve"> -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विज्ञान</w:t>
            </w:r>
          </w:p>
        </w:tc>
        <w:tc>
          <w:tcPr>
            <w:tcW w:w="1704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भाषाएँ</w:t>
            </w:r>
          </w:p>
        </w:tc>
        <w:tc>
          <w:tcPr>
            <w:tcW w:w="1704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सामाजिक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विज्ञान</w:t>
            </w:r>
          </w:p>
        </w:tc>
        <w:tc>
          <w:tcPr>
            <w:tcW w:w="1704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चित्र</w:t>
            </w:r>
            <w:r w:rsidRPr="00A52798">
              <w:rPr>
                <w:b/>
                <w:bCs/>
                <w:color w:val="FFFFFF"/>
                <w:sz w:val="17"/>
              </w:rPr>
              <w:t xml:space="preserve"> /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संगीत</w:t>
            </w:r>
            <w:r w:rsidRPr="00A52798">
              <w:rPr>
                <w:b/>
                <w:bCs/>
                <w:color w:val="FFFFFF"/>
                <w:sz w:val="17"/>
              </w:rPr>
              <w:t xml:space="preserve"> /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व्यायाम</w:t>
            </w:r>
          </w:p>
        </w:tc>
        <w:tc>
          <w:tcPr>
            <w:tcW w:w="1704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कुल</w:t>
            </w:r>
          </w:p>
        </w:tc>
      </w:tr>
      <w:tr w:rsidR="00FF1F5D" w:rsidRPr="00A52798">
        <w:trPr>
          <w:jc w:val="center"/>
        </w:trPr>
        <w:tc>
          <w:tcPr>
            <w:tcW w:w="1704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उपस्थित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शिक्षक</w:t>
            </w:r>
          </w:p>
        </w:tc>
        <w:tc>
          <w:tcPr>
            <w:tcW w:w="1704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02</w:t>
            </w:r>
          </w:p>
        </w:tc>
        <w:tc>
          <w:tcPr>
            <w:tcW w:w="1704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02</w:t>
            </w:r>
          </w:p>
        </w:tc>
        <w:tc>
          <w:tcPr>
            <w:tcW w:w="1704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01</w:t>
            </w:r>
          </w:p>
        </w:tc>
        <w:tc>
          <w:tcPr>
            <w:tcW w:w="1704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00</w:t>
            </w:r>
          </w:p>
        </w:tc>
        <w:tc>
          <w:tcPr>
            <w:tcW w:w="1704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05</w:t>
            </w:r>
          </w:p>
        </w:tc>
      </w:tr>
      <w:tr w:rsidR="00FF1F5D" w:rsidRPr="00A52798">
        <w:trPr>
          <w:jc w:val="center"/>
        </w:trPr>
        <w:tc>
          <w:tcPr>
            <w:tcW w:w="1704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स्वीकृत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पद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के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सापेक्ष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कमी</w:t>
            </w:r>
          </w:p>
        </w:tc>
        <w:tc>
          <w:tcPr>
            <w:tcW w:w="1704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00</w:t>
            </w:r>
          </w:p>
        </w:tc>
        <w:tc>
          <w:tcPr>
            <w:tcW w:w="1704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00</w:t>
            </w:r>
          </w:p>
        </w:tc>
        <w:tc>
          <w:tcPr>
            <w:tcW w:w="1704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00</w:t>
            </w:r>
          </w:p>
        </w:tc>
        <w:tc>
          <w:tcPr>
            <w:tcW w:w="1704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00</w:t>
            </w:r>
          </w:p>
        </w:tc>
        <w:tc>
          <w:tcPr>
            <w:tcW w:w="1704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00</w:t>
            </w:r>
          </w:p>
        </w:tc>
      </w:tr>
    </w:tbl>
    <w:p w:rsidR="00FF1F5D" w:rsidRPr="00A52798" w:rsidRDefault="00E93AAF">
      <w:pPr>
        <w:keepNext/>
        <w:spacing w:before="280" w:after="120"/>
        <w:rPr>
          <w:b/>
          <w:bCs/>
        </w:rPr>
      </w:pPr>
      <w:r w:rsidRPr="00A52798">
        <w:rPr>
          <w:rFonts w:ascii="Arial" w:hAnsi="Arial" w:cs="Shruti"/>
          <w:b/>
          <w:bCs/>
          <w:color w:val="1A5276"/>
          <w:sz w:val="28"/>
          <w:szCs w:val="28"/>
          <w:cs/>
          <w:lang w:bidi="gu-IN"/>
        </w:rPr>
        <w:t>૫</w:t>
      </w:r>
      <w:r w:rsidRPr="00A52798">
        <w:rPr>
          <w:rFonts w:ascii="Arial" w:hAnsi="Arial"/>
          <w:b/>
          <w:bCs/>
          <w:color w:val="1A5276"/>
          <w:sz w:val="28"/>
        </w:rPr>
        <w:t xml:space="preserve">.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आंतरिक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ढांचागत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सुविधाओं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की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कार्य</w:t>
      </w:r>
      <w:r w:rsidRPr="00A52798">
        <w:rPr>
          <w:rFonts w:ascii="Arial" w:hAnsi="Arial"/>
          <w:b/>
          <w:bCs/>
          <w:color w:val="1A5276"/>
          <w:sz w:val="28"/>
        </w:rPr>
        <w:t>-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योजना</w:t>
      </w:r>
      <w:r w:rsidRPr="00A52798">
        <w:rPr>
          <w:rFonts w:ascii="Arial" w:hAnsi="Arial"/>
          <w:b/>
          <w:bCs/>
          <w:color w:val="1A5276"/>
          <w:sz w:val="28"/>
        </w:rPr>
        <w:t xml:space="preserve"> (Action Plan 2026-27)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/>
      </w:tblPr>
      <w:tblGrid>
        <w:gridCol w:w="3408"/>
        <w:gridCol w:w="3408"/>
        <w:gridCol w:w="3408"/>
      </w:tblGrid>
      <w:tr w:rsidR="00FF1F5D" w:rsidRPr="00A52798">
        <w:trPr>
          <w:jc w:val="center"/>
        </w:trPr>
        <w:tc>
          <w:tcPr>
            <w:tcW w:w="3408" w:type="dxa"/>
            <w:shd w:val="clear" w:color="auto" w:fill="1A5276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8"/>
                <w:szCs w:val="18"/>
                <w:cs/>
                <w:lang w:bidi="hi-IN"/>
              </w:rPr>
              <w:t>क्र</w:t>
            </w:r>
            <w:r w:rsidRPr="00A52798">
              <w:rPr>
                <w:b/>
                <w:bCs/>
                <w:color w:val="FFFFFF"/>
                <w:sz w:val="18"/>
              </w:rPr>
              <w:t>.</w:t>
            </w:r>
          </w:p>
        </w:tc>
        <w:tc>
          <w:tcPr>
            <w:tcW w:w="3408" w:type="dxa"/>
            <w:shd w:val="clear" w:color="auto" w:fill="1A5276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8"/>
                <w:szCs w:val="18"/>
                <w:cs/>
                <w:lang w:bidi="hi-IN"/>
              </w:rPr>
              <w:t>क्षेत्र</w:t>
            </w:r>
            <w:r w:rsidRPr="00A52798">
              <w:rPr>
                <w:b/>
                <w:bCs/>
                <w:color w:val="FFFFFF"/>
                <w:sz w:val="18"/>
              </w:rPr>
              <w:t xml:space="preserve"> / </w:t>
            </w:r>
            <w:r w:rsidRPr="00A52798">
              <w:rPr>
                <w:rFonts w:cs="Mangal"/>
                <w:b/>
                <w:bCs/>
                <w:color w:val="FFFFFF"/>
                <w:sz w:val="18"/>
                <w:szCs w:val="18"/>
                <w:cs/>
                <w:lang w:bidi="hi-IN"/>
              </w:rPr>
              <w:t>सुविधा</w:t>
            </w:r>
          </w:p>
        </w:tc>
        <w:tc>
          <w:tcPr>
            <w:tcW w:w="3408" w:type="dxa"/>
            <w:shd w:val="clear" w:color="auto" w:fill="1A5276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8"/>
                <w:szCs w:val="18"/>
                <w:cs/>
                <w:lang w:bidi="hi-IN"/>
              </w:rPr>
              <w:t>वर्ष</w:t>
            </w:r>
            <w:r w:rsidRPr="00A52798">
              <w:rPr>
                <w:b/>
                <w:bCs/>
                <w:color w:val="FFFFFF"/>
                <w:sz w:val="18"/>
              </w:rPr>
              <w:t xml:space="preserve"> 2026-27 </w:t>
            </w:r>
            <w:r w:rsidRPr="00A52798">
              <w:rPr>
                <w:rFonts w:cs="Mangal"/>
                <w:b/>
                <w:bCs/>
                <w:color w:val="FFFFFF"/>
                <w:sz w:val="18"/>
                <w:szCs w:val="18"/>
                <w:cs/>
                <w:lang w:bidi="hi-IN"/>
              </w:rPr>
              <w:t>में</w:t>
            </w:r>
            <w:r w:rsidRPr="00A52798">
              <w:rPr>
                <w:b/>
                <w:bCs/>
                <w:color w:val="FFFFFF"/>
                <w:sz w:val="18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8"/>
                <w:szCs w:val="18"/>
                <w:cs/>
                <w:lang w:bidi="hi-IN"/>
              </w:rPr>
              <w:t>भौतिक</w:t>
            </w:r>
            <w:r w:rsidRPr="00A52798">
              <w:rPr>
                <w:b/>
                <w:bCs/>
                <w:color w:val="FFFFFF"/>
                <w:sz w:val="18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8"/>
                <w:szCs w:val="18"/>
                <w:cs/>
                <w:lang w:bidi="hi-IN"/>
              </w:rPr>
              <w:t>सुविधाएँ</w:t>
            </w:r>
            <w:r w:rsidRPr="00A52798">
              <w:rPr>
                <w:b/>
                <w:bCs/>
                <w:color w:val="FFFFFF"/>
                <w:sz w:val="18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8"/>
                <w:szCs w:val="18"/>
                <w:cs/>
                <w:lang w:bidi="hi-IN"/>
              </w:rPr>
              <w:t>सुनिश्चित</w:t>
            </w:r>
            <w:r w:rsidRPr="00A52798">
              <w:rPr>
                <w:b/>
                <w:bCs/>
                <w:color w:val="FFFFFF"/>
                <w:sz w:val="18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8"/>
                <w:szCs w:val="18"/>
                <w:cs/>
                <w:lang w:bidi="hi-IN"/>
              </w:rPr>
              <w:t>करने</w:t>
            </w:r>
            <w:r w:rsidRPr="00A52798">
              <w:rPr>
                <w:b/>
                <w:bCs/>
                <w:color w:val="FFFFFF"/>
                <w:sz w:val="18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8"/>
                <w:szCs w:val="18"/>
                <w:cs/>
                <w:lang w:bidi="hi-IN"/>
              </w:rPr>
              <w:t>हेतु</w:t>
            </w:r>
            <w:r w:rsidRPr="00A52798">
              <w:rPr>
                <w:b/>
                <w:bCs/>
                <w:color w:val="FFFFFF"/>
                <w:sz w:val="18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8"/>
                <w:szCs w:val="18"/>
                <w:cs/>
                <w:lang w:bidi="hi-IN"/>
              </w:rPr>
              <w:t>कार्य</w:t>
            </w:r>
            <w:r w:rsidRPr="00A52798">
              <w:rPr>
                <w:b/>
                <w:bCs/>
                <w:color w:val="FFFFFF"/>
                <w:sz w:val="18"/>
              </w:rPr>
              <w:t>-</w:t>
            </w:r>
            <w:r w:rsidRPr="00A52798">
              <w:rPr>
                <w:rFonts w:cs="Mangal"/>
                <w:b/>
                <w:bCs/>
                <w:color w:val="FFFFFF"/>
                <w:sz w:val="18"/>
                <w:szCs w:val="18"/>
                <w:cs/>
                <w:lang w:bidi="hi-IN"/>
              </w:rPr>
              <w:t>योजना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૧</w:t>
            </w:r>
          </w:p>
        </w:tc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कक्षा</w:t>
            </w:r>
            <w:r w:rsidRPr="00A52798">
              <w:rPr>
                <w:b/>
                <w:bCs/>
                <w:sz w:val="17"/>
              </w:rPr>
              <w:t>-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कक्षों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निर्माण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मरम्मत</w:t>
            </w:r>
          </w:p>
        </w:tc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शाला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में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विद्यार्थियों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संख्या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के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आधार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नए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कक्षा</w:t>
            </w:r>
            <w:r w:rsidRPr="00A52798">
              <w:rPr>
                <w:b/>
                <w:bCs/>
                <w:sz w:val="17"/>
              </w:rPr>
              <w:t>-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कक्षों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आवश्यकता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निर्धारित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करना।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कक्षाओं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सूची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बनाकर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पंचायत</w:t>
            </w:r>
            <w:r w:rsidRPr="00A52798">
              <w:rPr>
                <w:b/>
                <w:bCs/>
                <w:sz w:val="17"/>
              </w:rPr>
              <w:t>/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समग्र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शिक्षा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विभाग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में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प्रस्तुतिकरण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करना।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૨</w:t>
            </w:r>
          </w:p>
        </w:tc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कक्षा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आकार</w:t>
            </w:r>
            <w:r w:rsidRPr="00A52798">
              <w:rPr>
                <w:b/>
                <w:bCs/>
                <w:sz w:val="17"/>
              </w:rPr>
              <w:t xml:space="preserve">,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हवा</w:t>
            </w:r>
            <w:r w:rsidRPr="00A52798">
              <w:rPr>
                <w:b/>
                <w:bCs/>
                <w:sz w:val="17"/>
              </w:rPr>
              <w:t>-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उजाला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प्रकाश</w:t>
            </w:r>
          </w:p>
        </w:tc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सभी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पंखे</w:t>
            </w:r>
            <w:r w:rsidRPr="00A52798">
              <w:rPr>
                <w:b/>
                <w:bCs/>
                <w:sz w:val="17"/>
              </w:rPr>
              <w:t xml:space="preserve">, LED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लाइट्स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और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क्रॉस</w:t>
            </w:r>
            <w:r w:rsidRPr="00A52798">
              <w:rPr>
                <w:b/>
                <w:bCs/>
                <w:sz w:val="17"/>
              </w:rPr>
              <w:t>-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वेंटिलेशन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चालू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स्थिति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में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रहें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यह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सुनिश्चित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करना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तथा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बिजली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बचत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के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लिए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आवश्यकता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होने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स्विच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ऑफ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रखना।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૩</w:t>
            </w:r>
          </w:p>
        </w:tc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शुद्ध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पेयजल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सुविधा</w:t>
            </w:r>
          </w:p>
        </w:tc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 xml:space="preserve">RO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प्लांट</w:t>
            </w:r>
            <w:r w:rsidRPr="00A52798">
              <w:rPr>
                <w:b/>
                <w:bCs/>
                <w:sz w:val="17"/>
              </w:rPr>
              <w:t>/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वॉटर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कुलर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नियमित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सर्विसिंग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कराना</w:t>
            </w:r>
            <w:r w:rsidRPr="00A52798">
              <w:rPr>
                <w:b/>
                <w:bCs/>
                <w:sz w:val="17"/>
              </w:rPr>
              <w:t xml:space="preserve">,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फ़िल्टर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समय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बदलना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प्रति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माह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पानी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टंकी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सफाई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करवाना।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૪</w:t>
            </w:r>
          </w:p>
        </w:tc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शौचालय</w:t>
            </w:r>
            <w:r w:rsidRPr="00A52798">
              <w:rPr>
                <w:b/>
                <w:bCs/>
                <w:sz w:val="17"/>
              </w:rPr>
              <w:t>-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मूत्रालय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इकाई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दैनिक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स्वच्छता</w:t>
            </w:r>
          </w:p>
        </w:tc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उपलब्ध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शौचालयों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में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रनिंग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वॉटर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और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फ्लश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सिस्टम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सक्रिय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रखना।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दैनिक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सफाई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रजिस्टर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रखरखाव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करना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तथा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साबुन</w:t>
            </w:r>
            <w:r w:rsidRPr="00A52798">
              <w:rPr>
                <w:b/>
                <w:bCs/>
                <w:sz w:val="17"/>
              </w:rPr>
              <w:t>/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हैंडवॉश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निरंतर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lastRenderedPageBreak/>
              <w:t>आपूर्ति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बनाए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रखना।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lastRenderedPageBreak/>
              <w:t>૫</w:t>
            </w:r>
          </w:p>
        </w:tc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ग्रीन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बोर्ड</w:t>
            </w:r>
            <w:r w:rsidRPr="00A52798">
              <w:rPr>
                <w:b/>
                <w:bCs/>
                <w:sz w:val="17"/>
              </w:rPr>
              <w:t xml:space="preserve"> /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स्मार्ट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बोर्ड</w:t>
            </w:r>
            <w:r w:rsidRPr="00A52798">
              <w:rPr>
                <w:b/>
                <w:bCs/>
                <w:sz w:val="17"/>
              </w:rPr>
              <w:t xml:space="preserve"> /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प्रोजेक्टर</w:t>
            </w:r>
          </w:p>
        </w:tc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स्मार्ट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बोर्ड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प्रोजेक्टर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दैनिक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शैक्षणिक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कार्य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में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उपयोग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सुनिश्चित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करना।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सॉफ्टवेयर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और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इंटरनेट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कनेक्टिविटी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निर्बाध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रखना।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૬</w:t>
            </w:r>
          </w:p>
        </w:tc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फर्नीचर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बैठने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व्यवस्था</w:t>
            </w:r>
          </w:p>
        </w:tc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वर्तमान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फर्नीचर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पॉलिशिंग</w:t>
            </w:r>
            <w:r w:rsidRPr="00A52798">
              <w:rPr>
                <w:b/>
                <w:bCs/>
                <w:sz w:val="17"/>
              </w:rPr>
              <w:t>/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वेल्डिंग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करवाकर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मरम्मत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रखना</w:t>
            </w:r>
            <w:r w:rsidRPr="00A52798">
              <w:rPr>
                <w:b/>
                <w:bCs/>
                <w:sz w:val="17"/>
              </w:rPr>
              <w:t xml:space="preserve">,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ताकि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नए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शैक्षणिक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वर्ष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में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बच्चों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के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लिए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पर्याप्त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आरामदायक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बैठने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व्यवस्था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रहे।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૭</w:t>
            </w:r>
          </w:p>
        </w:tc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बाल</w:t>
            </w:r>
            <w:r w:rsidRPr="00A52798">
              <w:rPr>
                <w:b/>
                <w:bCs/>
                <w:sz w:val="17"/>
              </w:rPr>
              <w:t>-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स्नेही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डिजाइन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BaLA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पेंटिंग</w:t>
            </w:r>
          </w:p>
        </w:tc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 xml:space="preserve">BaLA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पेंटिंग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धुंधली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पड़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गई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हो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तो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उसे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पुनः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पेंट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करवाना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या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नए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पाठ्यक्रम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के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अनुसार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नई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शैक्षणिक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कलाकृतियाँ</w:t>
            </w:r>
            <w:r w:rsidRPr="00A52798">
              <w:rPr>
                <w:b/>
                <w:bCs/>
                <w:sz w:val="17"/>
              </w:rPr>
              <w:t xml:space="preserve"> (Wall Art)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बनवाना।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૮</w:t>
            </w:r>
          </w:p>
        </w:tc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पुस्तकालय</w:t>
            </w:r>
            <w:r w:rsidRPr="00A52798">
              <w:rPr>
                <w:b/>
                <w:bCs/>
                <w:sz w:val="17"/>
              </w:rPr>
              <w:t xml:space="preserve"> /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लाइब्रेरी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वाचन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सामग्री</w:t>
            </w:r>
          </w:p>
        </w:tc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मौजूदा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पुस्तकों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वर्गीकरण</w:t>
            </w:r>
            <w:r w:rsidRPr="00A52798">
              <w:rPr>
                <w:b/>
                <w:bCs/>
                <w:sz w:val="17"/>
              </w:rPr>
              <w:t xml:space="preserve"> (Cataloging)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करना</w:t>
            </w:r>
            <w:r w:rsidRPr="00A52798">
              <w:rPr>
                <w:b/>
                <w:bCs/>
                <w:sz w:val="17"/>
              </w:rPr>
              <w:t xml:space="preserve">,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नए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वर्ष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में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नए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पत्र</w:t>
            </w:r>
            <w:r w:rsidRPr="00A52798">
              <w:rPr>
                <w:b/>
                <w:bCs/>
                <w:sz w:val="17"/>
              </w:rPr>
              <w:t>-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पत्रिकाओं</w:t>
            </w:r>
            <w:r w:rsidRPr="00A52798">
              <w:rPr>
                <w:b/>
                <w:bCs/>
                <w:sz w:val="17"/>
              </w:rPr>
              <w:t>/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पुस्तकों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को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जोड़ना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बच्चों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द्वारा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पुस्तकों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के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उपयोग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निगरानी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करना।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૯</w:t>
            </w:r>
          </w:p>
        </w:tc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 xml:space="preserve">CWSN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दिव्यांग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बच्चों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के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लिए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सुविधा</w:t>
            </w:r>
          </w:p>
        </w:tc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वर्तमान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रैंप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और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रेलिंग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सुरक्षित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बाधारहित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रहें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यह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देखना।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दिव्यांग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शौचालय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में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पकड़ने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वाली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रॉड</w:t>
            </w:r>
            <w:r w:rsidRPr="00A52798">
              <w:rPr>
                <w:b/>
                <w:bCs/>
                <w:sz w:val="17"/>
              </w:rPr>
              <w:t xml:space="preserve"> (Grab bars)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उचित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स्थिति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में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रखना।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૧૦</w:t>
            </w:r>
          </w:p>
        </w:tc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खेल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मैदान</w:t>
            </w:r>
            <w:r w:rsidRPr="00A52798">
              <w:rPr>
                <w:b/>
                <w:bCs/>
                <w:sz w:val="17"/>
              </w:rPr>
              <w:t xml:space="preserve">,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खेल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सामग्री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बगीचा</w:t>
            </w:r>
          </w:p>
        </w:tc>
        <w:tc>
          <w:tcPr>
            <w:tcW w:w="3408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खेलकूद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के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सामान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स्टॉक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रजिस्टर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अपडेट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रखना</w:t>
            </w:r>
            <w:r w:rsidRPr="00A52798">
              <w:rPr>
                <w:b/>
                <w:bCs/>
                <w:sz w:val="17"/>
              </w:rPr>
              <w:t xml:space="preserve">,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टूटे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उपकरणों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को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बदलना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तथा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किचन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गार्डन</w:t>
            </w:r>
            <w:r w:rsidRPr="00A52798">
              <w:rPr>
                <w:b/>
                <w:bCs/>
                <w:sz w:val="17"/>
              </w:rPr>
              <w:t>/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बगीचे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में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नए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पौधे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लगाकर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उनकी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देखभाल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करना।</w:t>
            </w:r>
          </w:p>
        </w:tc>
      </w:tr>
    </w:tbl>
    <w:p w:rsidR="00FF1F5D" w:rsidRPr="00A52798" w:rsidRDefault="00E93AAF">
      <w:pPr>
        <w:keepNext/>
        <w:spacing w:before="280" w:after="120"/>
        <w:rPr>
          <w:b/>
          <w:bCs/>
        </w:rPr>
      </w:pPr>
      <w:r w:rsidRPr="00A52798">
        <w:rPr>
          <w:rFonts w:ascii="Arial" w:hAnsi="Arial" w:cs="Shruti"/>
          <w:b/>
          <w:bCs/>
          <w:color w:val="1A5276"/>
          <w:sz w:val="28"/>
          <w:szCs w:val="28"/>
          <w:cs/>
          <w:lang w:bidi="gu-IN"/>
        </w:rPr>
        <w:t>૬</w:t>
      </w:r>
      <w:r w:rsidRPr="00A52798">
        <w:rPr>
          <w:rFonts w:ascii="Arial" w:hAnsi="Arial"/>
          <w:b/>
          <w:bCs/>
          <w:color w:val="1A5276"/>
          <w:sz w:val="28"/>
        </w:rPr>
        <w:t xml:space="preserve">.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शाला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अनुदान</w:t>
      </w:r>
      <w:r w:rsidRPr="00A52798">
        <w:rPr>
          <w:rFonts w:ascii="Arial" w:hAnsi="Arial"/>
          <w:b/>
          <w:bCs/>
          <w:color w:val="1A5276"/>
          <w:sz w:val="28"/>
        </w:rPr>
        <w:t xml:space="preserve"> (Grant)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विवरण</w:t>
      </w:r>
      <w:r w:rsidRPr="00A52798">
        <w:rPr>
          <w:rFonts w:ascii="Arial" w:hAnsi="Arial"/>
          <w:b/>
          <w:bCs/>
          <w:color w:val="1A5276"/>
          <w:sz w:val="28"/>
        </w:rPr>
        <w:t xml:space="preserve">,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व्यय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एवं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आगामी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योजना</w:t>
      </w:r>
    </w:p>
    <w:p w:rsidR="00FF1F5D" w:rsidRPr="00A52798" w:rsidRDefault="00E93AAF">
      <w:pPr>
        <w:keepNext/>
        <w:spacing w:before="200" w:after="80"/>
        <w:rPr>
          <w:b/>
          <w:bCs/>
        </w:rPr>
      </w:pPr>
      <w:r w:rsidRPr="00A52798">
        <w:rPr>
          <w:rFonts w:ascii="Arial" w:hAnsi="Arial"/>
          <w:b/>
          <w:bCs/>
          <w:color w:val="2874A6"/>
          <w:sz w:val="24"/>
        </w:rPr>
        <w:t xml:space="preserve">(A)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वर्ष</w:t>
      </w:r>
      <w:r w:rsidRPr="00A52798">
        <w:rPr>
          <w:rFonts w:ascii="Arial" w:hAnsi="Arial"/>
          <w:b/>
          <w:bCs/>
          <w:color w:val="2874A6"/>
          <w:sz w:val="24"/>
        </w:rPr>
        <w:t xml:space="preserve"> 2025-26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में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उपयोग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किए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गए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अनुदान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की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लेखा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विवरणी</w:t>
      </w:r>
      <w:r w:rsidRPr="00A52798">
        <w:rPr>
          <w:rFonts w:ascii="Arial" w:hAnsi="Arial"/>
          <w:b/>
          <w:bCs/>
          <w:color w:val="2874A6"/>
          <w:sz w:val="24"/>
        </w:rPr>
        <w:t>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/>
      </w:tblPr>
      <w:tblGrid>
        <w:gridCol w:w="2045"/>
        <w:gridCol w:w="2045"/>
        <w:gridCol w:w="2045"/>
        <w:gridCol w:w="2045"/>
        <w:gridCol w:w="2045"/>
      </w:tblGrid>
      <w:tr w:rsidR="00FF1F5D" w:rsidRPr="00A52798">
        <w:trPr>
          <w:jc w:val="center"/>
        </w:trPr>
        <w:tc>
          <w:tcPr>
            <w:tcW w:w="2045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क्र</w:t>
            </w:r>
            <w:r w:rsidRPr="00A52798">
              <w:rPr>
                <w:b/>
                <w:bCs/>
                <w:color w:val="FFFFFF"/>
                <w:sz w:val="17"/>
              </w:rPr>
              <w:t>.</w:t>
            </w:r>
          </w:p>
        </w:tc>
        <w:tc>
          <w:tcPr>
            <w:tcW w:w="2045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अनुदान</w:t>
            </w:r>
            <w:r w:rsidRPr="00A52798">
              <w:rPr>
                <w:b/>
                <w:bCs/>
                <w:color w:val="FFFFFF"/>
                <w:sz w:val="17"/>
              </w:rPr>
              <w:t xml:space="preserve"> (Grant)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का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नाम</w:t>
            </w:r>
          </w:p>
        </w:tc>
        <w:tc>
          <w:tcPr>
            <w:tcW w:w="2045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प्राप्त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राशि</w:t>
            </w:r>
            <w:r w:rsidRPr="00A52798">
              <w:rPr>
                <w:b/>
                <w:bCs/>
                <w:color w:val="FFFFFF"/>
                <w:sz w:val="17"/>
              </w:rPr>
              <w:t xml:space="preserve"> (₹)</w:t>
            </w:r>
          </w:p>
        </w:tc>
        <w:tc>
          <w:tcPr>
            <w:tcW w:w="2045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व्यय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राशि</w:t>
            </w:r>
            <w:r w:rsidRPr="00A52798">
              <w:rPr>
                <w:b/>
                <w:bCs/>
                <w:color w:val="FFFFFF"/>
                <w:sz w:val="17"/>
              </w:rPr>
              <w:t xml:space="preserve"> (₹)</w:t>
            </w:r>
          </w:p>
        </w:tc>
        <w:tc>
          <w:tcPr>
            <w:tcW w:w="2045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बचत</w:t>
            </w:r>
            <w:r w:rsidRPr="00A52798">
              <w:rPr>
                <w:b/>
                <w:bCs/>
                <w:color w:val="FFFFFF"/>
                <w:sz w:val="17"/>
              </w:rPr>
              <w:t xml:space="preserve"> /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शेष</w:t>
            </w:r>
            <w:r w:rsidRPr="00A52798">
              <w:rPr>
                <w:b/>
                <w:bCs/>
                <w:color w:val="FFFFFF"/>
                <w:sz w:val="17"/>
              </w:rPr>
              <w:t xml:space="preserve"> (₹)</w:t>
            </w:r>
          </w:p>
        </w:tc>
      </w:tr>
      <w:tr w:rsidR="00FF1F5D" w:rsidRPr="00A52798">
        <w:trPr>
          <w:jc w:val="center"/>
        </w:trPr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૧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शाला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संयुक्त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अनुदान</w:t>
            </w:r>
            <w:r w:rsidRPr="00A52798">
              <w:rPr>
                <w:b/>
                <w:bCs/>
                <w:sz w:val="17"/>
              </w:rPr>
              <w:t xml:space="preserve"> (Composite Grant)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75,000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75,000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</w:tr>
      <w:tr w:rsidR="00FF1F5D" w:rsidRPr="00A52798">
        <w:trPr>
          <w:jc w:val="center"/>
        </w:trPr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૨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शाला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स्वच्छता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अनुदान</w:t>
            </w:r>
            <w:r w:rsidRPr="00A52798">
              <w:rPr>
                <w:b/>
                <w:bCs/>
                <w:sz w:val="17"/>
              </w:rPr>
              <w:t xml:space="preserve"> (Cleanliness)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4,000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4,000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</w:tr>
      <w:tr w:rsidR="00FF1F5D" w:rsidRPr="00A52798">
        <w:trPr>
          <w:jc w:val="center"/>
        </w:trPr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૩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खेल</w:t>
            </w:r>
            <w:r w:rsidRPr="00A52798">
              <w:rPr>
                <w:b/>
                <w:bCs/>
                <w:sz w:val="17"/>
              </w:rPr>
              <w:t>-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कूद</w:t>
            </w:r>
            <w:r w:rsidRPr="00A52798">
              <w:rPr>
                <w:b/>
                <w:bCs/>
                <w:sz w:val="17"/>
              </w:rPr>
              <w:t xml:space="preserve"> /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स्पोर्ट्स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अनुदान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00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00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</w:tr>
      <w:tr w:rsidR="00FF1F5D" w:rsidRPr="00A52798">
        <w:trPr>
          <w:jc w:val="center"/>
        </w:trPr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૪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पुस्तकालय</w:t>
            </w:r>
            <w:r w:rsidRPr="00A52798">
              <w:rPr>
                <w:b/>
                <w:bCs/>
                <w:sz w:val="17"/>
              </w:rPr>
              <w:t xml:space="preserve"> /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लाइब्रेरी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अनुदान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00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00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</w:tr>
      <w:tr w:rsidR="00FF1F5D" w:rsidRPr="00A52798">
        <w:trPr>
          <w:jc w:val="center"/>
        </w:trPr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૫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 xml:space="preserve">SMC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प्रशिक्षण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अनुदान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1,000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1,000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</w:tr>
      <w:tr w:rsidR="00FF1F5D" w:rsidRPr="00A52798">
        <w:trPr>
          <w:jc w:val="center"/>
        </w:trPr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૬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 xml:space="preserve">FLN /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शैक्षणिक</w:t>
            </w:r>
            <w:r w:rsidRPr="00A52798">
              <w:rPr>
                <w:b/>
                <w:bCs/>
                <w:sz w:val="17"/>
              </w:rPr>
              <w:t xml:space="preserve"> TLM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अनुदान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00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00</w:t>
            </w:r>
          </w:p>
        </w:tc>
        <w:tc>
          <w:tcPr>
            <w:tcW w:w="2045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</w:tr>
      <w:tr w:rsidR="00FF1F5D" w:rsidRPr="00A52798">
        <w:trPr>
          <w:jc w:val="center"/>
        </w:trPr>
        <w:tc>
          <w:tcPr>
            <w:tcW w:w="2045" w:type="dxa"/>
            <w:shd w:val="clear" w:color="auto" w:fill="EAECEE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-</w:t>
            </w:r>
          </w:p>
        </w:tc>
        <w:tc>
          <w:tcPr>
            <w:tcW w:w="2045" w:type="dxa"/>
            <w:shd w:val="clear" w:color="auto" w:fill="EAECEE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कुल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वार्षिक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योग</w:t>
            </w:r>
            <w:r w:rsidRPr="00A52798">
              <w:rPr>
                <w:b/>
                <w:bCs/>
                <w:sz w:val="17"/>
              </w:rPr>
              <w:t xml:space="preserve"> (₹)</w:t>
            </w:r>
          </w:p>
        </w:tc>
        <w:tc>
          <w:tcPr>
            <w:tcW w:w="2045" w:type="dxa"/>
            <w:shd w:val="clear" w:color="auto" w:fill="EAECEE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right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80,000</w:t>
            </w:r>
          </w:p>
        </w:tc>
        <w:tc>
          <w:tcPr>
            <w:tcW w:w="2045" w:type="dxa"/>
            <w:shd w:val="clear" w:color="auto" w:fill="EAECEE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right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80,000</w:t>
            </w:r>
          </w:p>
        </w:tc>
        <w:tc>
          <w:tcPr>
            <w:tcW w:w="2045" w:type="dxa"/>
            <w:shd w:val="clear" w:color="auto" w:fill="EAECEE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right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0</w:t>
            </w:r>
          </w:p>
        </w:tc>
      </w:tr>
    </w:tbl>
    <w:p w:rsidR="00FF1F5D" w:rsidRPr="00A52798" w:rsidRDefault="00E93AAF">
      <w:pPr>
        <w:keepNext/>
        <w:spacing w:before="200" w:after="80"/>
        <w:rPr>
          <w:b/>
          <w:bCs/>
        </w:rPr>
      </w:pPr>
      <w:r w:rsidRPr="00A52798">
        <w:rPr>
          <w:rFonts w:ascii="Arial" w:hAnsi="Arial"/>
          <w:b/>
          <w:bCs/>
          <w:color w:val="2874A6"/>
          <w:sz w:val="24"/>
        </w:rPr>
        <w:lastRenderedPageBreak/>
        <w:t xml:space="preserve">(B)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वर्ष</w:t>
      </w:r>
      <w:r w:rsidRPr="00A52798">
        <w:rPr>
          <w:rFonts w:ascii="Arial" w:hAnsi="Arial"/>
          <w:b/>
          <w:bCs/>
          <w:color w:val="2874A6"/>
          <w:sz w:val="24"/>
        </w:rPr>
        <w:t xml:space="preserve"> 2026-27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में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अनुदान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के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उपयोग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का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अपेक्षित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नियोजन</w:t>
      </w:r>
      <w:r w:rsidRPr="00A52798">
        <w:rPr>
          <w:rFonts w:ascii="Arial" w:hAnsi="Arial"/>
          <w:b/>
          <w:bCs/>
          <w:color w:val="2874A6"/>
          <w:sz w:val="24"/>
        </w:rPr>
        <w:t>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/>
      </w:tblPr>
      <w:tblGrid>
        <w:gridCol w:w="2556"/>
        <w:gridCol w:w="2556"/>
        <w:gridCol w:w="2556"/>
        <w:gridCol w:w="2556"/>
      </w:tblGrid>
      <w:tr w:rsidR="00FF1F5D" w:rsidRPr="00A52798">
        <w:trPr>
          <w:jc w:val="center"/>
        </w:trPr>
        <w:tc>
          <w:tcPr>
            <w:tcW w:w="2556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क्र</w:t>
            </w:r>
            <w:r w:rsidRPr="00A52798">
              <w:rPr>
                <w:b/>
                <w:bCs/>
                <w:color w:val="FFFFFF"/>
                <w:sz w:val="17"/>
              </w:rPr>
              <w:t>.</w:t>
            </w:r>
          </w:p>
        </w:tc>
        <w:tc>
          <w:tcPr>
            <w:tcW w:w="2556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अनुदान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का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नाम</w:t>
            </w:r>
          </w:p>
        </w:tc>
        <w:tc>
          <w:tcPr>
            <w:tcW w:w="2556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अनुमानित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राशि</w:t>
            </w:r>
            <w:r w:rsidRPr="00A52798">
              <w:rPr>
                <w:b/>
                <w:bCs/>
                <w:color w:val="FFFFFF"/>
                <w:sz w:val="17"/>
              </w:rPr>
              <w:t xml:space="preserve"> (₹)</w:t>
            </w:r>
          </w:p>
        </w:tc>
        <w:tc>
          <w:tcPr>
            <w:tcW w:w="2556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color w:val="FFFFFF"/>
                <w:sz w:val="17"/>
              </w:rPr>
              <w:t xml:space="preserve">SMC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शाला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की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विस्तृत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कार्ययोजना</w:t>
            </w:r>
          </w:p>
        </w:tc>
      </w:tr>
      <w:tr w:rsidR="00FF1F5D" w:rsidRPr="00A52798">
        <w:trPr>
          <w:jc w:val="center"/>
        </w:trPr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૧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कंपोजिट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ग्रांट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75,000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शाला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के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स्टेशनरी</w:t>
            </w:r>
            <w:r w:rsidRPr="00A52798">
              <w:rPr>
                <w:b/>
                <w:bCs/>
                <w:sz w:val="17"/>
              </w:rPr>
              <w:t xml:space="preserve">,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कागज</w:t>
            </w:r>
            <w:r w:rsidRPr="00A52798">
              <w:rPr>
                <w:b/>
                <w:bCs/>
                <w:sz w:val="17"/>
              </w:rPr>
              <w:t xml:space="preserve">,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प्रिंटिंग</w:t>
            </w:r>
            <w:r w:rsidRPr="00A52798">
              <w:rPr>
                <w:b/>
                <w:bCs/>
                <w:sz w:val="17"/>
              </w:rPr>
              <w:t xml:space="preserve">,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बिजली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बिल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तथा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मरम्मत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कार्य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हेतु।</w:t>
            </w:r>
          </w:p>
        </w:tc>
      </w:tr>
      <w:tr w:rsidR="00FF1F5D" w:rsidRPr="00A52798">
        <w:trPr>
          <w:jc w:val="center"/>
        </w:trPr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૨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स्वच्छता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ग्रांट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4,000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शौचालय</w:t>
            </w:r>
            <w:r w:rsidRPr="00A52798">
              <w:rPr>
                <w:b/>
                <w:bCs/>
                <w:sz w:val="17"/>
              </w:rPr>
              <w:t>-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मूत्रालय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नियमित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सफाई</w:t>
            </w:r>
            <w:r w:rsidRPr="00A52798">
              <w:rPr>
                <w:b/>
                <w:bCs/>
                <w:sz w:val="17"/>
              </w:rPr>
              <w:t xml:space="preserve">,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फिनाइल</w:t>
            </w:r>
            <w:r w:rsidRPr="00A52798">
              <w:rPr>
                <w:b/>
                <w:bCs/>
                <w:sz w:val="17"/>
              </w:rPr>
              <w:t xml:space="preserve">,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साबुन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और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सफाई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सामग्री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हेतु।</w:t>
            </w:r>
          </w:p>
        </w:tc>
      </w:tr>
      <w:tr w:rsidR="00FF1F5D" w:rsidRPr="00A52798">
        <w:trPr>
          <w:jc w:val="center"/>
        </w:trPr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૩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स्पोर्ट्स</w:t>
            </w:r>
            <w:r w:rsidRPr="00A52798">
              <w:rPr>
                <w:b/>
                <w:bCs/>
                <w:sz w:val="17"/>
              </w:rPr>
              <w:t xml:space="preserve"> /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खेल</w:t>
            </w:r>
            <w:r w:rsidRPr="00A52798">
              <w:rPr>
                <w:b/>
                <w:bCs/>
                <w:sz w:val="17"/>
              </w:rPr>
              <w:t>-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कूद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नियमानुसार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वॉलीबॉल</w:t>
            </w:r>
            <w:r w:rsidRPr="00A52798">
              <w:rPr>
                <w:b/>
                <w:bCs/>
                <w:sz w:val="17"/>
              </w:rPr>
              <w:t xml:space="preserve">,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कैरम</w:t>
            </w:r>
            <w:r w:rsidRPr="00A52798">
              <w:rPr>
                <w:b/>
                <w:bCs/>
                <w:sz w:val="17"/>
              </w:rPr>
              <w:t xml:space="preserve">,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शतरंज</w:t>
            </w:r>
            <w:r w:rsidRPr="00A52798">
              <w:rPr>
                <w:b/>
                <w:bCs/>
                <w:sz w:val="17"/>
              </w:rPr>
              <w:t xml:space="preserve">,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बैडमिंटन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आदि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खेलकूद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सामग्री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खरीद।</w:t>
            </w:r>
          </w:p>
        </w:tc>
      </w:tr>
      <w:tr w:rsidR="00FF1F5D" w:rsidRPr="00A52798">
        <w:trPr>
          <w:jc w:val="center"/>
        </w:trPr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૪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 xml:space="preserve">TLM /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लाइब्रेरी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ग्रांट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नियमानुसार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बाल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साहित्य</w:t>
            </w:r>
            <w:r w:rsidRPr="00A52798">
              <w:rPr>
                <w:b/>
                <w:bCs/>
                <w:sz w:val="17"/>
              </w:rPr>
              <w:t xml:space="preserve">,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कहानी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पुस्तकें</w:t>
            </w:r>
            <w:r w:rsidRPr="00A52798">
              <w:rPr>
                <w:b/>
                <w:bCs/>
                <w:sz w:val="17"/>
              </w:rPr>
              <w:t xml:space="preserve">,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शैक्षणिक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चार्ट्स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मॉडल्स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प्राप्त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करना।</w:t>
            </w:r>
          </w:p>
        </w:tc>
      </w:tr>
    </w:tbl>
    <w:p w:rsidR="00FF1F5D" w:rsidRPr="00A52798" w:rsidRDefault="00E93AAF">
      <w:pPr>
        <w:keepNext/>
        <w:spacing w:before="280" w:after="120"/>
        <w:rPr>
          <w:b/>
          <w:bCs/>
        </w:rPr>
      </w:pPr>
      <w:r w:rsidRPr="00A52798">
        <w:rPr>
          <w:rFonts w:ascii="Arial" w:hAnsi="Arial" w:cs="Shruti"/>
          <w:b/>
          <w:bCs/>
          <w:color w:val="1A5276"/>
          <w:sz w:val="28"/>
          <w:szCs w:val="28"/>
          <w:cs/>
          <w:lang w:bidi="gu-IN"/>
        </w:rPr>
        <w:t>૭</w:t>
      </w:r>
      <w:r w:rsidRPr="00A52798">
        <w:rPr>
          <w:rFonts w:ascii="Arial" w:hAnsi="Arial"/>
          <w:b/>
          <w:bCs/>
          <w:color w:val="1A5276"/>
          <w:sz w:val="28"/>
        </w:rPr>
        <w:t xml:space="preserve">.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शिक्षा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की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गुणवत्ता</w:t>
      </w:r>
      <w:r w:rsidRPr="00A52798">
        <w:rPr>
          <w:rFonts w:ascii="Arial" w:hAnsi="Arial"/>
          <w:b/>
          <w:bCs/>
          <w:color w:val="1A5276"/>
          <w:sz w:val="28"/>
        </w:rPr>
        <w:t xml:space="preserve"> (GSQAC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गुणोत्सव</w:t>
      </w:r>
      <w:r w:rsidRPr="00A52798">
        <w:rPr>
          <w:rFonts w:ascii="Arial" w:hAnsi="Arial"/>
          <w:b/>
          <w:bCs/>
          <w:color w:val="1A5276"/>
          <w:sz w:val="28"/>
        </w:rPr>
        <w:t xml:space="preserve"> 2.0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स्कोर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एवं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लक्ष्य</w:t>
      </w:r>
      <w:r w:rsidRPr="00A52798">
        <w:rPr>
          <w:rFonts w:ascii="Arial" w:hAnsi="Arial"/>
          <w:b/>
          <w:bCs/>
          <w:color w:val="1A5276"/>
          <w:sz w:val="28"/>
        </w:rPr>
        <w:t>)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/>
      </w:tblPr>
      <w:tblGrid>
        <w:gridCol w:w="2556"/>
        <w:gridCol w:w="2556"/>
        <w:gridCol w:w="2556"/>
        <w:gridCol w:w="2556"/>
      </w:tblGrid>
      <w:tr w:rsidR="00FF1F5D" w:rsidRPr="00A52798">
        <w:trPr>
          <w:jc w:val="center"/>
        </w:trPr>
        <w:tc>
          <w:tcPr>
            <w:tcW w:w="2556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color w:val="FFFFFF"/>
                <w:sz w:val="17"/>
              </w:rPr>
              <w:t xml:space="preserve">GSQAC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मुख्य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क्षेत्र</w:t>
            </w:r>
          </w:p>
        </w:tc>
        <w:tc>
          <w:tcPr>
            <w:tcW w:w="2556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वर्ष</w:t>
            </w:r>
            <w:r w:rsidRPr="00A52798">
              <w:rPr>
                <w:b/>
                <w:bCs/>
                <w:color w:val="FFFFFF"/>
                <w:sz w:val="17"/>
              </w:rPr>
              <w:t xml:space="preserve"> 2024-25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स्कोर</w:t>
            </w:r>
            <w:r w:rsidRPr="00A52798">
              <w:rPr>
                <w:b/>
                <w:bCs/>
                <w:color w:val="FFFFFF"/>
                <w:sz w:val="17"/>
              </w:rPr>
              <w:t xml:space="preserve"> (%)</w:t>
            </w:r>
          </w:p>
        </w:tc>
        <w:tc>
          <w:tcPr>
            <w:tcW w:w="2556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वर्ष</w:t>
            </w:r>
            <w:r w:rsidRPr="00A52798">
              <w:rPr>
                <w:b/>
                <w:bCs/>
                <w:color w:val="FFFFFF"/>
                <w:sz w:val="17"/>
              </w:rPr>
              <w:t xml:space="preserve"> 2025-26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स्कोर</w:t>
            </w:r>
            <w:r w:rsidRPr="00A52798">
              <w:rPr>
                <w:b/>
                <w:bCs/>
                <w:color w:val="FFFFFF"/>
                <w:sz w:val="17"/>
              </w:rPr>
              <w:t xml:space="preserve"> (%)</w:t>
            </w:r>
          </w:p>
        </w:tc>
        <w:tc>
          <w:tcPr>
            <w:tcW w:w="2556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वर्ष</w:t>
            </w:r>
            <w:r w:rsidRPr="00A52798">
              <w:rPr>
                <w:b/>
                <w:bCs/>
                <w:color w:val="FFFFFF"/>
                <w:sz w:val="17"/>
              </w:rPr>
              <w:t xml:space="preserve"> 2026-27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लक्ष्य</w:t>
            </w:r>
            <w:r w:rsidRPr="00A52798">
              <w:rPr>
                <w:b/>
                <w:bCs/>
                <w:color w:val="FFFFFF"/>
                <w:sz w:val="17"/>
              </w:rPr>
              <w:t xml:space="preserve"> (%)</w:t>
            </w:r>
          </w:p>
        </w:tc>
      </w:tr>
      <w:tr w:rsidR="00FF1F5D" w:rsidRPr="00A52798">
        <w:trPr>
          <w:jc w:val="center"/>
        </w:trPr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૧</w:t>
            </w:r>
            <w:r w:rsidRPr="00A52798">
              <w:rPr>
                <w:b/>
                <w:bCs/>
                <w:sz w:val="17"/>
              </w:rPr>
              <w:t xml:space="preserve">.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अध्ययन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अध्यापन</w:t>
            </w:r>
            <w:r w:rsidRPr="00A52798">
              <w:rPr>
                <w:b/>
                <w:bCs/>
                <w:sz w:val="17"/>
              </w:rPr>
              <w:t xml:space="preserve"> (FLN / LOs)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74.6%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-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95.0%</w:t>
            </w:r>
          </w:p>
        </w:tc>
      </w:tr>
      <w:tr w:rsidR="00FF1F5D" w:rsidRPr="00A52798">
        <w:trPr>
          <w:jc w:val="center"/>
        </w:trPr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૨</w:t>
            </w:r>
            <w:r w:rsidRPr="00A52798">
              <w:rPr>
                <w:b/>
                <w:bCs/>
                <w:sz w:val="17"/>
              </w:rPr>
              <w:t xml:space="preserve">.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शाला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प्रबंधन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नेतृत्व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79.2%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-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98.0%</w:t>
            </w:r>
          </w:p>
        </w:tc>
      </w:tr>
      <w:tr w:rsidR="00FF1F5D" w:rsidRPr="00A52798">
        <w:trPr>
          <w:jc w:val="center"/>
        </w:trPr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૩</w:t>
            </w:r>
            <w:r w:rsidRPr="00A52798">
              <w:rPr>
                <w:b/>
                <w:bCs/>
                <w:sz w:val="17"/>
              </w:rPr>
              <w:t xml:space="preserve">.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सह</w:t>
            </w:r>
            <w:r w:rsidRPr="00A52798">
              <w:rPr>
                <w:b/>
                <w:bCs/>
                <w:sz w:val="17"/>
              </w:rPr>
              <w:t>-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शैक्षणिक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गतिविधियाँ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योग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90.0%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-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98.0%</w:t>
            </w:r>
          </w:p>
        </w:tc>
      </w:tr>
      <w:tr w:rsidR="00FF1F5D" w:rsidRPr="00A52798">
        <w:trPr>
          <w:jc w:val="center"/>
        </w:trPr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૪</w:t>
            </w:r>
            <w:r w:rsidRPr="00A52798">
              <w:rPr>
                <w:b/>
                <w:bCs/>
                <w:sz w:val="17"/>
              </w:rPr>
              <w:t xml:space="preserve">.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संसाधन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भौतिक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सुविधाओं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उपयोग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81.7%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-</w:t>
            </w:r>
          </w:p>
        </w:tc>
        <w:tc>
          <w:tcPr>
            <w:tcW w:w="2556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95.0%</w:t>
            </w:r>
          </w:p>
        </w:tc>
      </w:tr>
      <w:tr w:rsidR="00FF1F5D" w:rsidRPr="00A52798">
        <w:trPr>
          <w:jc w:val="center"/>
        </w:trPr>
        <w:tc>
          <w:tcPr>
            <w:tcW w:w="2556" w:type="dxa"/>
            <w:shd w:val="clear" w:color="auto" w:fill="EAECEE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ओवरऑल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ग्रेड</w:t>
            </w:r>
            <w:r w:rsidRPr="00A52798">
              <w:rPr>
                <w:b/>
                <w:bCs/>
                <w:sz w:val="17"/>
              </w:rPr>
              <w:t xml:space="preserve"> (Overall Grade)</w:t>
            </w:r>
          </w:p>
        </w:tc>
        <w:tc>
          <w:tcPr>
            <w:tcW w:w="2556" w:type="dxa"/>
            <w:shd w:val="clear" w:color="auto" w:fill="EAECEE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Grade B</w:t>
            </w:r>
          </w:p>
        </w:tc>
        <w:tc>
          <w:tcPr>
            <w:tcW w:w="2556" w:type="dxa"/>
            <w:shd w:val="clear" w:color="auto" w:fill="EAECEE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-</w:t>
            </w:r>
          </w:p>
        </w:tc>
        <w:tc>
          <w:tcPr>
            <w:tcW w:w="2556" w:type="dxa"/>
            <w:shd w:val="clear" w:color="auto" w:fill="EAECEE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Grade A+</w:t>
            </w:r>
          </w:p>
        </w:tc>
      </w:tr>
    </w:tbl>
    <w:p w:rsidR="00FF1F5D" w:rsidRPr="00A52798" w:rsidRDefault="00E93AAF">
      <w:pPr>
        <w:keepNext/>
        <w:spacing w:before="200" w:after="80"/>
        <w:rPr>
          <w:b/>
          <w:bCs/>
        </w:rPr>
      </w:pP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सह</w:t>
      </w:r>
      <w:r w:rsidRPr="00A52798">
        <w:rPr>
          <w:rFonts w:ascii="Arial" w:hAnsi="Arial"/>
          <w:b/>
          <w:bCs/>
          <w:color w:val="2874A6"/>
          <w:sz w:val="24"/>
        </w:rPr>
        <w:t>-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शैक्षणिक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एवं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प्रतिस्पर्धात्मक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परीक्षाओं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में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सहभागिता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नियोजन</w:t>
      </w:r>
      <w:r w:rsidRPr="00A52798">
        <w:rPr>
          <w:rFonts w:ascii="Arial" w:hAnsi="Arial"/>
          <w:b/>
          <w:bCs/>
          <w:color w:val="2874A6"/>
          <w:sz w:val="24"/>
        </w:rPr>
        <w:t>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/>
      </w:tblPr>
      <w:tblGrid>
        <w:gridCol w:w="3408"/>
        <w:gridCol w:w="3408"/>
        <w:gridCol w:w="3408"/>
      </w:tblGrid>
      <w:tr w:rsidR="00FF1F5D" w:rsidRPr="00A52798">
        <w:trPr>
          <w:jc w:val="center"/>
        </w:trPr>
        <w:tc>
          <w:tcPr>
            <w:tcW w:w="3408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गतिविधि</w:t>
            </w:r>
            <w:r w:rsidRPr="00A52798">
              <w:rPr>
                <w:b/>
                <w:bCs/>
                <w:color w:val="FFFFFF"/>
                <w:sz w:val="17"/>
              </w:rPr>
              <w:t xml:space="preserve"> /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परीक्षा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का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नाम</w:t>
            </w:r>
          </w:p>
        </w:tc>
        <w:tc>
          <w:tcPr>
            <w:tcW w:w="3408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वर्तमान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स्थिति</w:t>
            </w:r>
            <w:r w:rsidRPr="00A52798">
              <w:rPr>
                <w:b/>
                <w:bCs/>
                <w:color w:val="FFFFFF"/>
                <w:sz w:val="17"/>
              </w:rPr>
              <w:t xml:space="preserve"> (2025-26)</w:t>
            </w:r>
          </w:p>
        </w:tc>
        <w:tc>
          <w:tcPr>
            <w:tcW w:w="3408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आगामी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वर्ष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का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नियोजन</w:t>
            </w:r>
            <w:r w:rsidRPr="00A52798">
              <w:rPr>
                <w:b/>
                <w:bCs/>
                <w:color w:val="FFFFFF"/>
                <w:sz w:val="17"/>
              </w:rPr>
              <w:t xml:space="preserve"> (2026-27)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गणित</w:t>
            </w:r>
            <w:r w:rsidRPr="00A52798">
              <w:rPr>
                <w:b/>
                <w:bCs/>
                <w:sz w:val="17"/>
              </w:rPr>
              <w:t>-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विज्ञान</w:t>
            </w:r>
            <w:r w:rsidRPr="00A52798">
              <w:rPr>
                <w:b/>
                <w:bCs/>
                <w:sz w:val="17"/>
              </w:rPr>
              <w:t>-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पर्यावरण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प्रदर्शनी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सीआरसी</w:t>
            </w:r>
            <w:r w:rsidRPr="00A52798">
              <w:rPr>
                <w:b/>
                <w:bCs/>
                <w:sz w:val="17"/>
              </w:rPr>
              <w:t>/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बीआरसी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स्तर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भाग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लिया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हम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अपना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मॉडल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जिला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राज्य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स्तर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तक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पहुँचाएंगे।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 xml:space="preserve">NMMS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छात्रवृत्ति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परीक्षा</w:t>
            </w:r>
            <w:r w:rsidRPr="00A52798">
              <w:rPr>
                <w:b/>
                <w:bCs/>
                <w:sz w:val="17"/>
              </w:rPr>
              <w:t xml:space="preserve"> (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कक्षा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૮</w:t>
            </w:r>
            <w:r w:rsidRPr="00A52798">
              <w:rPr>
                <w:b/>
                <w:bCs/>
                <w:sz w:val="17"/>
              </w:rPr>
              <w:t>)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लागू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नहीं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लागू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नहीं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 xml:space="preserve">PSE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प्राथमिक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छात्रवृत्ति</w:t>
            </w:r>
            <w:r w:rsidRPr="00A52798">
              <w:rPr>
                <w:b/>
                <w:bCs/>
                <w:sz w:val="17"/>
              </w:rPr>
              <w:t xml:space="preserve"> (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कक्षा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૬</w:t>
            </w:r>
            <w:r w:rsidRPr="00A52798">
              <w:rPr>
                <w:b/>
                <w:bCs/>
                <w:sz w:val="17"/>
              </w:rPr>
              <w:t>)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लागू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नहीं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लागू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नहीं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खेल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महाकुंभ</w:t>
            </w:r>
            <w:r w:rsidRPr="00A52798">
              <w:rPr>
                <w:b/>
                <w:bCs/>
                <w:sz w:val="17"/>
              </w:rPr>
              <w:t xml:space="preserve"> /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योग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प्रतियोगिता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-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हम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अपनी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शाला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को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जिला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राज्य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स्तर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विजेता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बनाएंगे।</w:t>
            </w:r>
          </w:p>
        </w:tc>
      </w:tr>
    </w:tbl>
    <w:p w:rsidR="00FF1F5D" w:rsidRPr="00A52798" w:rsidRDefault="00E93AAF">
      <w:pPr>
        <w:keepNext/>
        <w:spacing w:before="280" w:after="120"/>
        <w:rPr>
          <w:b/>
          <w:bCs/>
        </w:rPr>
      </w:pPr>
      <w:r w:rsidRPr="00A52798">
        <w:rPr>
          <w:rFonts w:ascii="Arial" w:hAnsi="Arial" w:cs="Shruti"/>
          <w:b/>
          <w:bCs/>
          <w:color w:val="1A5276"/>
          <w:sz w:val="28"/>
          <w:szCs w:val="28"/>
          <w:cs/>
          <w:lang w:bidi="gu-IN"/>
        </w:rPr>
        <w:lastRenderedPageBreak/>
        <w:t>૮</w:t>
      </w:r>
      <w:r w:rsidRPr="00A52798">
        <w:rPr>
          <w:rFonts w:ascii="Arial" w:hAnsi="Arial"/>
          <w:b/>
          <w:bCs/>
          <w:color w:val="1A5276"/>
          <w:sz w:val="28"/>
        </w:rPr>
        <w:t xml:space="preserve">.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सामाजिक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समानता</w:t>
      </w:r>
      <w:r w:rsidRPr="00A52798">
        <w:rPr>
          <w:rFonts w:ascii="Arial" w:hAnsi="Arial"/>
          <w:b/>
          <w:bCs/>
          <w:color w:val="1A5276"/>
          <w:sz w:val="28"/>
        </w:rPr>
        <w:t xml:space="preserve">,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समावेशी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शिक्षा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एवं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वार्षिक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कैलेंडर</w:t>
      </w:r>
    </w:p>
    <w:p w:rsidR="00FF1F5D" w:rsidRPr="00A52798" w:rsidRDefault="00E93AAF">
      <w:pPr>
        <w:keepNext/>
        <w:spacing w:before="200" w:after="80"/>
        <w:rPr>
          <w:b/>
          <w:bCs/>
        </w:rPr>
      </w:pP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सामाजिक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समानता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एवं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समावेशी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शिक्षा</w:t>
      </w:r>
      <w:r w:rsidRPr="00A52798">
        <w:rPr>
          <w:rFonts w:ascii="Arial" w:hAnsi="Arial"/>
          <w:b/>
          <w:bCs/>
          <w:color w:val="2874A6"/>
          <w:sz w:val="24"/>
        </w:rPr>
        <w:t xml:space="preserve"> (Equity &amp; Inclusion):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/>
      </w:tblPr>
      <w:tblGrid>
        <w:gridCol w:w="3408"/>
        <w:gridCol w:w="3408"/>
        <w:gridCol w:w="3408"/>
      </w:tblGrid>
      <w:tr w:rsidR="00FF1F5D" w:rsidRPr="00A52798">
        <w:trPr>
          <w:jc w:val="center"/>
        </w:trPr>
        <w:tc>
          <w:tcPr>
            <w:tcW w:w="3408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क्षेत्र</w:t>
            </w:r>
            <w:r w:rsidRPr="00A52798">
              <w:rPr>
                <w:b/>
                <w:bCs/>
                <w:color w:val="FFFFFF"/>
                <w:sz w:val="17"/>
              </w:rPr>
              <w:t xml:space="preserve"> /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विषय</w:t>
            </w:r>
          </w:p>
        </w:tc>
        <w:tc>
          <w:tcPr>
            <w:tcW w:w="3408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वर्तमान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स्थिति</w:t>
            </w:r>
          </w:p>
        </w:tc>
        <w:tc>
          <w:tcPr>
            <w:tcW w:w="3408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वर्ष</w:t>
            </w:r>
            <w:r w:rsidRPr="00A52798">
              <w:rPr>
                <w:b/>
                <w:bCs/>
                <w:color w:val="FFFFFF"/>
                <w:sz w:val="17"/>
              </w:rPr>
              <w:t xml:space="preserve"> 2026-27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कार्ययोजना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समावेशी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बैठने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व्यवस्था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समानतापूर्वक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बैठने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व्यवस्था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है।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समूह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गतिविधियों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में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सभी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सामाजिक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समूहों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समान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प्रतिनिधित्व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रहे।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दिव्यांग</w:t>
            </w:r>
            <w:r w:rsidRPr="00A52798">
              <w:rPr>
                <w:b/>
                <w:bCs/>
                <w:sz w:val="17"/>
              </w:rPr>
              <w:t xml:space="preserve"> (CWSN)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बच्चे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लागू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नहीं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लागू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नहीं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बालिका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शिक्षा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प्रोत्साहन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 xml:space="preserve">100%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नामांकन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हुआ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है।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बालिकाएँ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नेतृत्व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लें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ऐसी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गतिविधियाँ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बाल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संसद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सक्रियकरण।</w:t>
            </w:r>
          </w:p>
        </w:tc>
      </w:tr>
    </w:tbl>
    <w:p w:rsidR="00FF1F5D" w:rsidRPr="00A52798" w:rsidRDefault="00E93AAF">
      <w:pPr>
        <w:keepNext/>
        <w:spacing w:before="200" w:after="80"/>
        <w:rPr>
          <w:b/>
          <w:bCs/>
        </w:rPr>
      </w:pP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परिशिष्ट</w:t>
      </w:r>
      <w:r w:rsidRPr="00A52798">
        <w:rPr>
          <w:rFonts w:ascii="Arial" w:hAnsi="Arial"/>
          <w:b/>
          <w:bCs/>
          <w:color w:val="2874A6"/>
          <w:sz w:val="24"/>
        </w:rPr>
        <w:t xml:space="preserve"> :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वार्षिक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गतिविधि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आयोजन</w:t>
      </w:r>
      <w:r w:rsidRPr="00A52798">
        <w:rPr>
          <w:rFonts w:ascii="Arial" w:hAnsi="Arial"/>
          <w:b/>
          <w:bCs/>
          <w:color w:val="2874A6"/>
          <w:sz w:val="24"/>
        </w:rPr>
        <w:t xml:space="preserve"> </w:t>
      </w:r>
      <w:r w:rsidRPr="00A52798">
        <w:rPr>
          <w:rFonts w:ascii="Arial" w:hAnsi="Arial" w:cs="Mangal"/>
          <w:b/>
          <w:bCs/>
          <w:color w:val="2874A6"/>
          <w:sz w:val="24"/>
          <w:szCs w:val="24"/>
          <w:cs/>
          <w:lang w:bidi="hi-IN"/>
        </w:rPr>
        <w:t>कैलेंडर</w:t>
      </w:r>
      <w:r w:rsidRPr="00A52798">
        <w:rPr>
          <w:rFonts w:ascii="Arial" w:hAnsi="Arial"/>
          <w:b/>
          <w:bCs/>
          <w:color w:val="2874A6"/>
          <w:sz w:val="24"/>
        </w:rPr>
        <w:t xml:space="preserve"> (2026-27):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/>
      </w:tblPr>
      <w:tblGrid>
        <w:gridCol w:w="3408"/>
        <w:gridCol w:w="3408"/>
        <w:gridCol w:w="3408"/>
      </w:tblGrid>
      <w:tr w:rsidR="00FF1F5D" w:rsidRPr="00A52798">
        <w:trPr>
          <w:jc w:val="center"/>
        </w:trPr>
        <w:tc>
          <w:tcPr>
            <w:tcW w:w="3408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मुख्य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गतिविधि</w:t>
            </w:r>
            <w:r w:rsidRPr="00A52798">
              <w:rPr>
                <w:b/>
                <w:bCs/>
                <w:color w:val="FFFFFF"/>
                <w:sz w:val="17"/>
              </w:rPr>
              <w:t xml:space="preserve"> /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बिंदु</w:t>
            </w:r>
          </w:p>
        </w:tc>
        <w:tc>
          <w:tcPr>
            <w:tcW w:w="3408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समयावधि</w:t>
            </w:r>
          </w:p>
        </w:tc>
        <w:tc>
          <w:tcPr>
            <w:tcW w:w="3408" w:type="dxa"/>
            <w:shd w:val="clear" w:color="auto" w:fill="1A5276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कार्यान्वयन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योजना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૧</w:t>
            </w:r>
            <w:r w:rsidRPr="00A52798">
              <w:rPr>
                <w:b/>
                <w:bCs/>
                <w:sz w:val="17"/>
              </w:rPr>
              <w:t xml:space="preserve">.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शाला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प्रवेशोत्सव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कन्या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शिक्षा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महोत्सव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जून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माह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शत</w:t>
            </w:r>
            <w:r w:rsidRPr="00A52798">
              <w:rPr>
                <w:b/>
                <w:bCs/>
                <w:sz w:val="17"/>
              </w:rPr>
              <w:t>-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प्रतिशत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नामांकन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बालवाटिका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प्रवेश।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૨</w:t>
            </w:r>
            <w:r w:rsidRPr="00A52798">
              <w:rPr>
                <w:b/>
                <w:bCs/>
                <w:sz w:val="17"/>
              </w:rPr>
              <w:t xml:space="preserve">.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पर्यावरण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वृक्षारोपण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अभियान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जुलाई</w:t>
            </w:r>
            <w:r w:rsidRPr="00A52798">
              <w:rPr>
                <w:b/>
                <w:bCs/>
                <w:sz w:val="17"/>
              </w:rPr>
              <w:t>-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अगस्त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शाला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परिसर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में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औषधीय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छायादार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वृक्षों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रोपण।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૩</w:t>
            </w:r>
            <w:r w:rsidRPr="00A52798">
              <w:rPr>
                <w:b/>
                <w:bCs/>
                <w:sz w:val="17"/>
              </w:rPr>
              <w:t xml:space="preserve">.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बालमेला</w:t>
            </w:r>
            <w:r w:rsidRPr="00A52798">
              <w:rPr>
                <w:b/>
                <w:bCs/>
                <w:sz w:val="17"/>
              </w:rPr>
              <w:t xml:space="preserve">,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लाइफ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स्किल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मेला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प्रदर्शनी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अगस्त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माह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कौशल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संवर्धन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रचनात्मक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कृति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प्रदर्शनी।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૪</w:t>
            </w:r>
            <w:r w:rsidRPr="00A52798">
              <w:rPr>
                <w:b/>
                <w:bCs/>
                <w:sz w:val="17"/>
              </w:rPr>
              <w:t xml:space="preserve">.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राष्ट्रीय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पर्वों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आयोजन</w:t>
            </w:r>
            <w:r w:rsidRPr="00A52798">
              <w:rPr>
                <w:b/>
                <w:bCs/>
                <w:sz w:val="17"/>
              </w:rPr>
              <w:t xml:space="preserve"> (</w:t>
            </w: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૧૫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अगस्त</w:t>
            </w:r>
            <w:r w:rsidRPr="00A52798">
              <w:rPr>
                <w:b/>
                <w:bCs/>
                <w:sz w:val="17"/>
              </w:rPr>
              <w:t xml:space="preserve"> / </w:t>
            </w: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૨૬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जनवरी</w:t>
            </w:r>
            <w:r w:rsidRPr="00A52798">
              <w:rPr>
                <w:b/>
                <w:bCs/>
                <w:sz w:val="17"/>
              </w:rPr>
              <w:t>)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अगस्त</w:t>
            </w:r>
            <w:r w:rsidRPr="00A52798">
              <w:rPr>
                <w:b/>
                <w:bCs/>
                <w:sz w:val="17"/>
              </w:rPr>
              <w:t xml:space="preserve"> /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जनवरी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सांस्कृतिक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कार्यक्रम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मेधावी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छात्रों</w:t>
            </w:r>
            <w:r w:rsidRPr="00A52798">
              <w:rPr>
                <w:b/>
                <w:bCs/>
                <w:sz w:val="17"/>
              </w:rPr>
              <w:t xml:space="preserve"> (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तेजस्वी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तारला</w:t>
            </w:r>
            <w:r w:rsidRPr="00A52798">
              <w:rPr>
                <w:b/>
                <w:bCs/>
                <w:sz w:val="17"/>
              </w:rPr>
              <w:t xml:space="preserve">)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सम्मान।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૫</w:t>
            </w:r>
            <w:r w:rsidRPr="00A52798">
              <w:rPr>
                <w:b/>
                <w:bCs/>
                <w:sz w:val="17"/>
              </w:rPr>
              <w:t xml:space="preserve">.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शैक्षणिक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भ्रमण</w:t>
            </w:r>
            <w:r w:rsidRPr="00A52798">
              <w:rPr>
                <w:b/>
                <w:bCs/>
                <w:sz w:val="17"/>
              </w:rPr>
              <w:t xml:space="preserve"> /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क्षेत्र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दौरा</w:t>
            </w:r>
            <w:r w:rsidRPr="00A52798">
              <w:rPr>
                <w:b/>
                <w:bCs/>
                <w:sz w:val="17"/>
              </w:rPr>
              <w:t xml:space="preserve"> (Field Visit)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नवंबर</w:t>
            </w:r>
            <w:r w:rsidRPr="00A52798">
              <w:rPr>
                <w:b/>
                <w:bCs/>
                <w:sz w:val="17"/>
              </w:rPr>
              <w:t>-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दिसंबर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ऐतिहासिक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वैज्ञानिक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स्थलों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भ्रमण।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Shruti"/>
                <w:b/>
                <w:bCs/>
                <w:sz w:val="17"/>
                <w:szCs w:val="17"/>
                <w:cs/>
                <w:lang w:bidi="gu-IN"/>
              </w:rPr>
              <w:t>૬</w:t>
            </w:r>
            <w:r w:rsidRPr="00A52798">
              <w:rPr>
                <w:b/>
                <w:bCs/>
                <w:sz w:val="17"/>
              </w:rPr>
              <w:t xml:space="preserve">.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शाला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स्वास्थ्य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जांच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कार्यक्रम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दिसंबर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माह</w:t>
            </w:r>
          </w:p>
        </w:tc>
        <w:tc>
          <w:tcPr>
            <w:tcW w:w="3408" w:type="dxa"/>
            <w:tcMar>
              <w:top w:w="60" w:type="dxa"/>
              <w:left w:w="50" w:type="dxa"/>
              <w:bottom w:w="6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प्रत्येक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बच्चे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स्वास्थ्य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परीक्षण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उपचार।</w:t>
            </w:r>
          </w:p>
        </w:tc>
      </w:tr>
    </w:tbl>
    <w:p w:rsidR="00FF1F5D" w:rsidRPr="00A52798" w:rsidRDefault="00E93AAF">
      <w:pPr>
        <w:keepNext/>
        <w:spacing w:before="280" w:after="120"/>
        <w:rPr>
          <w:b/>
          <w:bCs/>
        </w:rPr>
      </w:pPr>
      <w:r w:rsidRPr="00A52798">
        <w:rPr>
          <w:rFonts w:ascii="Arial" w:hAnsi="Arial" w:cs="Shruti"/>
          <w:b/>
          <w:bCs/>
          <w:color w:val="1A5276"/>
          <w:sz w:val="28"/>
          <w:szCs w:val="28"/>
          <w:cs/>
          <w:lang w:bidi="gu-IN"/>
        </w:rPr>
        <w:t>૯</w:t>
      </w:r>
      <w:r w:rsidRPr="00A52798">
        <w:rPr>
          <w:rFonts w:ascii="Arial" w:hAnsi="Arial"/>
          <w:b/>
          <w:bCs/>
          <w:color w:val="1A5276"/>
          <w:sz w:val="28"/>
        </w:rPr>
        <w:t xml:space="preserve">.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शाला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प्रबंधन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समिति</w:t>
      </w:r>
      <w:r w:rsidRPr="00A52798">
        <w:rPr>
          <w:rFonts w:ascii="Arial" w:hAnsi="Arial"/>
          <w:b/>
          <w:bCs/>
          <w:color w:val="1A5276"/>
          <w:sz w:val="28"/>
        </w:rPr>
        <w:t xml:space="preserve"> (SMC)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सदस्यों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की</w:t>
      </w:r>
      <w:r w:rsidRPr="00A52798">
        <w:rPr>
          <w:rFonts w:ascii="Arial" w:hAnsi="Arial"/>
          <w:b/>
          <w:bCs/>
          <w:color w:val="1A5276"/>
          <w:sz w:val="28"/>
        </w:rPr>
        <w:t xml:space="preserve"> 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सूची</w:t>
      </w:r>
      <w:r w:rsidRPr="00A52798">
        <w:rPr>
          <w:rFonts w:ascii="Arial" w:hAnsi="Arial"/>
          <w:b/>
          <w:bCs/>
          <w:color w:val="1A5276"/>
          <w:sz w:val="28"/>
        </w:rPr>
        <w:t xml:space="preserve"> (</w:t>
      </w:r>
      <w:r w:rsidRPr="00A52798">
        <w:rPr>
          <w:rFonts w:ascii="Arial" w:hAnsi="Arial" w:cs="Mangal"/>
          <w:b/>
          <w:bCs/>
          <w:color w:val="1A5276"/>
          <w:sz w:val="28"/>
          <w:szCs w:val="28"/>
          <w:cs/>
          <w:lang w:bidi="hi-IN"/>
        </w:rPr>
        <w:t>वर्ष</w:t>
      </w:r>
      <w:r w:rsidRPr="00A52798">
        <w:rPr>
          <w:rFonts w:ascii="Arial" w:hAnsi="Arial"/>
          <w:b/>
          <w:bCs/>
          <w:color w:val="1A5276"/>
          <w:sz w:val="28"/>
        </w:rPr>
        <w:t xml:space="preserve"> 2026-27)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/>
      </w:tblPr>
      <w:tblGrid>
        <w:gridCol w:w="3408"/>
        <w:gridCol w:w="3408"/>
        <w:gridCol w:w="3408"/>
      </w:tblGrid>
      <w:tr w:rsidR="00FF1F5D" w:rsidRPr="00A52798">
        <w:trPr>
          <w:jc w:val="center"/>
        </w:trPr>
        <w:tc>
          <w:tcPr>
            <w:tcW w:w="3408" w:type="dxa"/>
            <w:shd w:val="clear" w:color="auto" w:fill="1A5276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पद</w:t>
            </w:r>
          </w:p>
        </w:tc>
        <w:tc>
          <w:tcPr>
            <w:tcW w:w="3408" w:type="dxa"/>
            <w:shd w:val="clear" w:color="auto" w:fill="1A5276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सदस्य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का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पूरा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नाम</w:t>
            </w:r>
          </w:p>
        </w:tc>
        <w:tc>
          <w:tcPr>
            <w:tcW w:w="3408" w:type="dxa"/>
            <w:shd w:val="clear" w:color="auto" w:fill="1A5276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मोबाइल</w:t>
            </w:r>
            <w:r w:rsidRPr="00A52798">
              <w:rPr>
                <w:b/>
                <w:bCs/>
                <w:color w:val="FFFFFF"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नंबर</w:t>
            </w:r>
            <w:r w:rsidRPr="00A52798">
              <w:rPr>
                <w:b/>
                <w:bCs/>
                <w:color w:val="FFFFFF"/>
                <w:sz w:val="17"/>
              </w:rPr>
              <w:t xml:space="preserve"> / </w:t>
            </w:r>
            <w:r w:rsidRPr="00A52798">
              <w:rPr>
                <w:rFonts w:cs="Mangal"/>
                <w:b/>
                <w:bCs/>
                <w:color w:val="FFFFFF"/>
                <w:sz w:val="17"/>
                <w:szCs w:val="17"/>
                <w:cs/>
                <w:lang w:bidi="hi-IN"/>
              </w:rPr>
              <w:t>टिप्पणी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अध्यक्ष</w:t>
            </w:r>
            <w:r w:rsidRPr="00A52798">
              <w:rPr>
                <w:b/>
                <w:bCs/>
                <w:sz w:val="17"/>
              </w:rPr>
              <w:t xml:space="preserve"> (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अभिभावक</w:t>
            </w:r>
            <w:r w:rsidRPr="00A52798">
              <w:rPr>
                <w:b/>
                <w:bCs/>
                <w:sz w:val="17"/>
              </w:rPr>
              <w:t>)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सीमा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सत्येंद्र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चौहान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95744791623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उपाध्यक्ष</w:t>
            </w:r>
            <w:r w:rsidRPr="00A52798">
              <w:rPr>
                <w:b/>
                <w:bCs/>
                <w:sz w:val="17"/>
              </w:rPr>
              <w:t xml:space="preserve"> (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अभिभावक</w:t>
            </w:r>
            <w:r w:rsidRPr="00A52798">
              <w:rPr>
                <w:b/>
                <w:bCs/>
                <w:sz w:val="17"/>
              </w:rPr>
              <w:t>)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खुशबू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अनिल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शुक्ला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9512361069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सदस्य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सचिव</w:t>
            </w:r>
            <w:r w:rsidRPr="00A52798">
              <w:rPr>
                <w:b/>
                <w:bCs/>
                <w:sz w:val="17"/>
              </w:rPr>
              <w:t xml:space="preserve"> (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प्रधान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अध्यापक</w:t>
            </w:r>
            <w:r w:rsidRPr="00A52798">
              <w:rPr>
                <w:b/>
                <w:bCs/>
                <w:sz w:val="17"/>
              </w:rPr>
              <w:t>)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रामवीर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मुरारीलाल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शर्मा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9879562240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शिक्षक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प्रतिनिधि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दर्शना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अंबेलाल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पटेल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6355710873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स्थानीय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प्राधिकरण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सदस्य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दिनेश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हरिहर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प्रसाद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9824387787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शिक्षाविद</w:t>
            </w:r>
            <w:r w:rsidRPr="00A52798">
              <w:rPr>
                <w:b/>
                <w:bCs/>
                <w:sz w:val="17"/>
              </w:rPr>
              <w:t xml:space="preserve"> /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विशेषज्ञ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पंकज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नागेश्वर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पंडित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6355165775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अभिभावक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सदस्य</w:t>
            </w:r>
            <w:r w:rsidRPr="00A52798">
              <w:rPr>
                <w:b/>
                <w:bCs/>
                <w:sz w:val="17"/>
              </w:rPr>
              <w:t xml:space="preserve"> (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माता</w:t>
            </w:r>
            <w:r w:rsidRPr="00A52798">
              <w:rPr>
                <w:b/>
                <w:bCs/>
                <w:sz w:val="17"/>
              </w:rPr>
              <w:t>)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इंदु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मारकंडे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8155962340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अभिभावक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सदस्य</w:t>
            </w:r>
            <w:r w:rsidRPr="00A52798">
              <w:rPr>
                <w:b/>
                <w:bCs/>
                <w:sz w:val="17"/>
              </w:rPr>
              <w:t xml:space="preserve"> (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माता</w:t>
            </w:r>
            <w:r w:rsidRPr="00A52798">
              <w:rPr>
                <w:b/>
                <w:bCs/>
                <w:sz w:val="17"/>
              </w:rPr>
              <w:t>)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रिंकू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देवी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812793640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lastRenderedPageBreak/>
              <w:t>अभिभावक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सदस्य</w:t>
            </w:r>
            <w:r w:rsidRPr="00A52798">
              <w:rPr>
                <w:b/>
                <w:bCs/>
                <w:sz w:val="17"/>
              </w:rPr>
              <w:t xml:space="preserve"> (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पिता</w:t>
            </w:r>
            <w:r w:rsidRPr="00A52798">
              <w:rPr>
                <w:b/>
                <w:bCs/>
                <w:sz w:val="17"/>
              </w:rPr>
              <w:t>)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लल्लन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आर</w:t>
            </w:r>
            <w:r w:rsidRPr="00A52798">
              <w:rPr>
                <w:b/>
                <w:bCs/>
                <w:sz w:val="17"/>
              </w:rPr>
              <w:t xml:space="preserve">.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कुशवाहा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9426853188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अभिभावक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सदस्य</w:t>
            </w:r>
            <w:r w:rsidRPr="00A52798">
              <w:rPr>
                <w:b/>
                <w:bCs/>
                <w:sz w:val="17"/>
              </w:rPr>
              <w:t xml:space="preserve"> (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पिता</w:t>
            </w:r>
            <w:r w:rsidRPr="00A52798">
              <w:rPr>
                <w:b/>
                <w:bCs/>
                <w:sz w:val="17"/>
              </w:rPr>
              <w:t>)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नरेश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गिरिधर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दास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7041801675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अभिभावक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सदस्य</w:t>
            </w:r>
            <w:r w:rsidRPr="00A52798">
              <w:rPr>
                <w:b/>
                <w:bCs/>
                <w:sz w:val="17"/>
              </w:rPr>
              <w:t xml:space="preserve"> (SC/ST)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प्रेमशीला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8128582368</w:t>
            </w:r>
          </w:p>
        </w:tc>
      </w:tr>
      <w:tr w:rsidR="00FF1F5D" w:rsidRPr="00A52798">
        <w:trPr>
          <w:jc w:val="center"/>
        </w:trPr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अभिभावक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सदस्य</w:t>
            </w:r>
            <w:r w:rsidRPr="00A52798">
              <w:rPr>
                <w:b/>
                <w:bCs/>
                <w:sz w:val="17"/>
              </w:rPr>
              <w:t xml:space="preserve"> (OBC/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सा</w:t>
            </w:r>
            <w:r w:rsidRPr="00A52798">
              <w:rPr>
                <w:b/>
                <w:bCs/>
                <w:sz w:val="17"/>
              </w:rPr>
              <w:t>.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प</w:t>
            </w:r>
            <w:r w:rsidRPr="00A52798">
              <w:rPr>
                <w:b/>
                <w:bCs/>
                <w:sz w:val="17"/>
              </w:rPr>
              <w:t>.)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नीतू</w:t>
            </w:r>
            <w:r w:rsidRPr="00A52798">
              <w:rPr>
                <w:b/>
                <w:bCs/>
                <w:sz w:val="17"/>
              </w:rPr>
              <w:t xml:space="preserve"> </w:t>
            </w:r>
            <w:r w:rsidRPr="00A52798">
              <w:rPr>
                <w:rFonts w:cs="Mangal"/>
                <w:b/>
                <w:bCs/>
                <w:sz w:val="17"/>
                <w:szCs w:val="17"/>
                <w:cs/>
                <w:lang w:bidi="hi-IN"/>
              </w:rPr>
              <w:t>देवी</w:t>
            </w:r>
          </w:p>
        </w:tc>
        <w:tc>
          <w:tcPr>
            <w:tcW w:w="3408" w:type="dxa"/>
            <w:tcMar>
              <w:top w:w="50" w:type="dxa"/>
              <w:left w:w="50" w:type="dxa"/>
              <w:bottom w:w="50" w:type="dxa"/>
              <w:right w:w="50" w:type="dxa"/>
            </w:tcMar>
          </w:tcPr>
          <w:p w:rsidR="00FF1F5D" w:rsidRPr="00A52798" w:rsidRDefault="00E93AAF">
            <w:pPr>
              <w:spacing w:after="0"/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sz w:val="17"/>
              </w:rPr>
              <w:t>8866668636</w:t>
            </w:r>
          </w:p>
        </w:tc>
      </w:tr>
    </w:tbl>
    <w:p w:rsidR="00FF1F5D" w:rsidRPr="00A52798" w:rsidRDefault="00FF1F5D">
      <w:pPr>
        <w:spacing w:after="120"/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/>
      </w:tblPr>
      <w:tblGrid>
        <w:gridCol w:w="3408"/>
        <w:gridCol w:w="3408"/>
        <w:gridCol w:w="3408"/>
      </w:tblGrid>
      <w:tr w:rsidR="00FF1F5D" w:rsidRPr="00A52798">
        <w:trPr>
          <w:jc w:val="center"/>
        </w:trPr>
        <w:tc>
          <w:tcPr>
            <w:tcW w:w="3408" w:type="dxa"/>
            <w:shd w:val="clear" w:color="auto" w:fill="2874A6"/>
          </w:tcPr>
          <w:p w:rsidR="00FF1F5D" w:rsidRPr="00A52798" w:rsidRDefault="00E93AAF">
            <w:pPr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color w:val="FFFFFF"/>
                <w:sz w:val="20"/>
              </w:rPr>
              <w:t xml:space="preserve">CRC </w:t>
            </w:r>
            <w:r w:rsidRPr="00A52798">
              <w:rPr>
                <w:rFonts w:cs="Mangal"/>
                <w:b/>
                <w:bCs/>
                <w:color w:val="FFFFFF"/>
                <w:sz w:val="20"/>
                <w:szCs w:val="20"/>
                <w:cs/>
                <w:lang w:bidi="hi-IN"/>
              </w:rPr>
              <w:t>को</w:t>
            </w:r>
            <w:r w:rsidRPr="00A52798">
              <w:rPr>
                <w:b/>
                <w:bCs/>
                <w:color w:val="FFFFFF"/>
                <w:sz w:val="20"/>
              </w:rPr>
              <w:t>-</w:t>
            </w:r>
            <w:r w:rsidRPr="00A52798">
              <w:rPr>
                <w:rFonts w:cs="Mangal"/>
                <w:b/>
                <w:bCs/>
                <w:color w:val="FFFFFF"/>
                <w:sz w:val="20"/>
                <w:szCs w:val="20"/>
                <w:cs/>
                <w:lang w:bidi="hi-IN"/>
              </w:rPr>
              <w:t>ऑर्डिनेटर</w:t>
            </w:r>
          </w:p>
        </w:tc>
        <w:tc>
          <w:tcPr>
            <w:tcW w:w="3408" w:type="dxa"/>
            <w:shd w:val="clear" w:color="auto" w:fill="2874A6"/>
          </w:tcPr>
          <w:p w:rsidR="00FF1F5D" w:rsidRPr="00A52798" w:rsidRDefault="00E93AAF">
            <w:pPr>
              <w:jc w:val="center"/>
              <w:rPr>
                <w:b/>
                <w:bCs/>
              </w:rPr>
            </w:pPr>
            <w:r w:rsidRPr="00A52798">
              <w:rPr>
                <w:b/>
                <w:bCs/>
                <w:color w:val="FFFFFF"/>
                <w:sz w:val="20"/>
              </w:rPr>
              <w:t xml:space="preserve">SMC </w:t>
            </w:r>
            <w:r w:rsidRPr="00A52798">
              <w:rPr>
                <w:rFonts w:cs="Mangal"/>
                <w:b/>
                <w:bCs/>
                <w:color w:val="FFFFFF"/>
                <w:sz w:val="20"/>
                <w:szCs w:val="20"/>
                <w:cs/>
                <w:lang w:bidi="hi-IN"/>
              </w:rPr>
              <w:t>अध्यक्ष</w:t>
            </w:r>
          </w:p>
        </w:tc>
        <w:tc>
          <w:tcPr>
            <w:tcW w:w="3408" w:type="dxa"/>
            <w:shd w:val="clear" w:color="auto" w:fill="2874A6"/>
          </w:tcPr>
          <w:p w:rsidR="00FF1F5D" w:rsidRPr="00A52798" w:rsidRDefault="00E93AAF">
            <w:pPr>
              <w:jc w:val="center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color w:val="FFFFFF"/>
                <w:sz w:val="20"/>
                <w:szCs w:val="20"/>
                <w:cs/>
                <w:lang w:bidi="hi-IN"/>
              </w:rPr>
              <w:t>प्रधान</w:t>
            </w:r>
            <w:r w:rsidRPr="00A52798">
              <w:rPr>
                <w:b/>
                <w:bCs/>
                <w:color w:val="FFFFFF"/>
                <w:sz w:val="20"/>
              </w:rPr>
              <w:t xml:space="preserve"> </w:t>
            </w:r>
            <w:r w:rsidRPr="00A52798">
              <w:rPr>
                <w:rFonts w:cs="Mangal"/>
                <w:b/>
                <w:bCs/>
                <w:color w:val="FFFFFF"/>
                <w:sz w:val="20"/>
                <w:szCs w:val="20"/>
                <w:cs/>
                <w:lang w:bidi="hi-IN"/>
              </w:rPr>
              <w:t>अध्यापक</w:t>
            </w:r>
            <w:r w:rsidRPr="00A52798">
              <w:rPr>
                <w:b/>
                <w:bCs/>
                <w:color w:val="FFFFFF"/>
                <w:sz w:val="20"/>
              </w:rPr>
              <w:t xml:space="preserve"> / </w:t>
            </w:r>
            <w:r w:rsidRPr="00A52798">
              <w:rPr>
                <w:rFonts w:cs="Mangal"/>
                <w:b/>
                <w:bCs/>
                <w:color w:val="FFFFFF"/>
                <w:sz w:val="20"/>
                <w:szCs w:val="20"/>
                <w:cs/>
                <w:lang w:bidi="hi-IN"/>
              </w:rPr>
              <w:t>प्राचार्य</w:t>
            </w:r>
          </w:p>
        </w:tc>
      </w:tr>
      <w:tr w:rsidR="00FF1F5D" w:rsidRPr="00A52798" w:rsidTr="00A52798">
        <w:trPr>
          <w:trHeight w:val="1778"/>
          <w:jc w:val="center"/>
        </w:trPr>
        <w:tc>
          <w:tcPr>
            <w:tcW w:w="3408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FF1F5D" w:rsidRPr="00A52798" w:rsidRDefault="00E93AAF">
            <w:pPr>
              <w:spacing w:after="4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हस्ताक्षर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मोहर</w:t>
            </w:r>
            <w:r w:rsidRPr="00A52798">
              <w:rPr>
                <w:b/>
                <w:bCs/>
                <w:sz w:val="19"/>
              </w:rPr>
              <w:t>: __________________</w:t>
            </w:r>
          </w:p>
        </w:tc>
        <w:tc>
          <w:tcPr>
            <w:tcW w:w="3408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FF1F5D" w:rsidRPr="00A52798" w:rsidRDefault="00E93AAF">
            <w:pPr>
              <w:spacing w:after="40"/>
              <w:rPr>
                <w:b/>
                <w:bCs/>
              </w:rPr>
            </w:pP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हस्ताक्षर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एवं</w:t>
            </w:r>
            <w:r w:rsidRPr="00A52798">
              <w:rPr>
                <w:b/>
                <w:bCs/>
                <w:sz w:val="19"/>
              </w:rPr>
              <w:t xml:space="preserve"> </w:t>
            </w:r>
            <w:r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मोहर</w:t>
            </w:r>
            <w:r w:rsidRPr="00A52798">
              <w:rPr>
                <w:b/>
                <w:bCs/>
                <w:sz w:val="19"/>
              </w:rPr>
              <w:t>: __________________</w:t>
            </w:r>
          </w:p>
        </w:tc>
        <w:tc>
          <w:tcPr>
            <w:tcW w:w="3408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FF1F5D" w:rsidRPr="00A52798" w:rsidRDefault="00A52798">
            <w:pPr>
              <w:spacing w:after="40"/>
              <w:rPr>
                <w:b/>
                <w:bCs/>
              </w:rPr>
            </w:pPr>
            <w:r>
              <w:rPr>
                <w:rFonts w:cs="Mangal"/>
                <w:b/>
                <w:bCs/>
                <w:noProof/>
                <w:sz w:val="19"/>
                <w:szCs w:val="19"/>
                <w:lang w:bidi="hi-IN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372110</wp:posOffset>
                  </wp:positionV>
                  <wp:extent cx="2057400" cy="809625"/>
                  <wp:effectExtent l="19050" t="0" r="0" b="0"/>
                  <wp:wrapNone/>
                  <wp:docPr id="3" name="Picture 2" descr="PRINCIPAL SIGN AND STAMP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INCIPAL SIGN AND STAMP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93AAF"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हस्ताक्षर</w:t>
            </w:r>
            <w:r w:rsidR="00E93AAF" w:rsidRPr="00A52798">
              <w:rPr>
                <w:b/>
                <w:bCs/>
                <w:sz w:val="19"/>
              </w:rPr>
              <w:t xml:space="preserve"> </w:t>
            </w:r>
            <w:r w:rsidR="00E93AAF"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एवं</w:t>
            </w:r>
            <w:r w:rsidR="00E93AAF" w:rsidRPr="00A52798">
              <w:rPr>
                <w:b/>
                <w:bCs/>
                <w:sz w:val="19"/>
              </w:rPr>
              <w:t xml:space="preserve"> </w:t>
            </w:r>
            <w:r w:rsidR="00E93AAF" w:rsidRPr="00A52798">
              <w:rPr>
                <w:rFonts w:cs="Mangal"/>
                <w:b/>
                <w:bCs/>
                <w:sz w:val="19"/>
                <w:szCs w:val="19"/>
                <w:cs/>
                <w:lang w:bidi="hi-IN"/>
              </w:rPr>
              <w:t>मोहर</w:t>
            </w:r>
            <w:r w:rsidR="00E93AAF" w:rsidRPr="00A52798">
              <w:rPr>
                <w:b/>
                <w:bCs/>
                <w:sz w:val="19"/>
              </w:rPr>
              <w:t>: __________________</w:t>
            </w:r>
          </w:p>
        </w:tc>
      </w:tr>
    </w:tbl>
    <w:p w:rsidR="00E93AAF" w:rsidRPr="00A52798" w:rsidRDefault="00E93AAF">
      <w:pPr>
        <w:rPr>
          <w:b/>
          <w:bCs/>
        </w:rPr>
      </w:pPr>
    </w:p>
    <w:sectPr w:rsidR="00E93AAF" w:rsidRPr="00A52798" w:rsidSect="00A5279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008" w:right="1008" w:bottom="1008" w:left="1008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796E" w:rsidRDefault="0069796E" w:rsidP="00A52798">
      <w:pPr>
        <w:spacing w:after="0" w:line="240" w:lineRule="auto"/>
      </w:pPr>
      <w:r>
        <w:separator/>
      </w:r>
    </w:p>
  </w:endnote>
  <w:endnote w:type="continuationSeparator" w:id="1">
    <w:p w:rsidR="0069796E" w:rsidRDefault="0069796E" w:rsidP="00A52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798" w:rsidRDefault="00A5279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798" w:rsidRDefault="00A5279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798" w:rsidRDefault="00A5279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796E" w:rsidRDefault="0069796E" w:rsidP="00A52798">
      <w:pPr>
        <w:spacing w:after="0" w:line="240" w:lineRule="auto"/>
      </w:pPr>
      <w:r>
        <w:separator/>
      </w:r>
    </w:p>
  </w:footnote>
  <w:footnote w:type="continuationSeparator" w:id="1">
    <w:p w:rsidR="0069796E" w:rsidRDefault="0069796E" w:rsidP="00A52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798" w:rsidRDefault="00152806">
    <w:pPr>
      <w:pStyle w:val="Header"/>
    </w:pPr>
    <w:r>
      <w:rPr>
        <w:noProof/>
        <w:lang w:bidi="hi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265126" o:spid="_x0000_s2050" type="#_x0000_t75" style="position:absolute;margin-left:0;margin-top:0;width:510.55pt;height:505.5pt;z-index:-251657216;mso-position-horizontal:center;mso-position-horizontal-relative:margin;mso-position-vertical:center;mso-position-vertical-relative:margin" o:allowincell="f">
          <v:imagedata r:id="rId1" o:title="AHPS SCHOOL LOGO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798" w:rsidRDefault="00152806">
    <w:pPr>
      <w:pStyle w:val="Header"/>
    </w:pPr>
    <w:r>
      <w:rPr>
        <w:noProof/>
        <w:lang w:bidi="hi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265127" o:spid="_x0000_s2051" type="#_x0000_t75" style="position:absolute;margin-left:0;margin-top:0;width:510.55pt;height:505.5pt;z-index:-251656192;mso-position-horizontal:center;mso-position-horizontal-relative:margin;mso-position-vertical:center;mso-position-vertical-relative:margin" o:allowincell="f">
          <v:imagedata r:id="rId1" o:title="AHPS SCHOOL LOGO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798" w:rsidRDefault="00152806">
    <w:pPr>
      <w:pStyle w:val="Header"/>
    </w:pPr>
    <w:r>
      <w:rPr>
        <w:noProof/>
        <w:lang w:bidi="hi-I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265125" o:spid="_x0000_s2049" type="#_x0000_t75" style="position:absolute;margin-left:0;margin-top:0;width:510.55pt;height:505.5pt;z-index:-251658240;mso-position-horizontal:center;mso-position-horizontal-relative:margin;mso-position-vertical:center;mso-position-vertical-relative:margin" o:allowincell="f">
          <v:imagedata r:id="rId1" o:title="AHPS SCHOOL LOGO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152806"/>
    <w:rsid w:val="00161FE7"/>
    <w:rsid w:val="0029639D"/>
    <w:rsid w:val="00326F90"/>
    <w:rsid w:val="0069796E"/>
    <w:rsid w:val="00A33A97"/>
    <w:rsid w:val="00A52798"/>
    <w:rsid w:val="00AA1D8D"/>
    <w:rsid w:val="00B47730"/>
    <w:rsid w:val="00B61E22"/>
    <w:rsid w:val="00C140C7"/>
    <w:rsid w:val="00CB0664"/>
    <w:rsid w:val="00E93AAF"/>
    <w:rsid w:val="00FC693F"/>
    <w:rsid w:val="00FF1F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52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7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1329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2</cp:revision>
  <dcterms:created xsi:type="dcterms:W3CDTF">2026-08-22T11:00:00Z</dcterms:created>
  <dcterms:modified xsi:type="dcterms:W3CDTF">2026-08-22T11:00:00Z</dcterms:modified>
</cp:coreProperties>
</file>