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D926D" w14:textId="77777777" w:rsidR="00D86FBE" w:rsidRPr="009602D7" w:rsidRDefault="00000000">
      <w:pPr>
        <w:jc w:val="center"/>
        <w:rPr>
          <w:color w:val="EE0000"/>
        </w:rPr>
      </w:pPr>
      <w:r w:rsidRPr="009602D7">
        <w:rPr>
          <w:b/>
          <w:color w:val="EE0000"/>
          <w:sz w:val="32"/>
        </w:rPr>
        <w:t>રાઠવા ફળિયા દામાવાવ પ્રાથમિક શાળા</w:t>
      </w:r>
    </w:p>
    <w:p w14:paraId="2F0747AD" w14:textId="51ED3790" w:rsidR="00D86FBE" w:rsidRDefault="00000000">
      <w:pPr>
        <w:jc w:val="center"/>
        <w:rPr>
          <w:lang w:bidi="gu-IN"/>
        </w:rPr>
      </w:pPr>
      <w:r>
        <w:rPr>
          <w:b/>
          <w:sz w:val="26"/>
        </w:rPr>
        <w:t xml:space="preserve"> </w:t>
      </w:r>
      <w:r w:rsidRPr="00AD7D3E">
        <w:rPr>
          <w:b/>
          <w:sz w:val="26"/>
          <w:highlight w:val="yellow"/>
        </w:rPr>
        <w:t xml:space="preserve">SMC / વાલી મંડળની </w:t>
      </w:r>
      <w:proofErr w:type="spellStart"/>
      <w:r w:rsidRPr="00AD7D3E">
        <w:rPr>
          <w:b/>
          <w:sz w:val="26"/>
          <w:highlight w:val="yellow"/>
        </w:rPr>
        <w:t>રચના</w:t>
      </w:r>
      <w:proofErr w:type="spellEnd"/>
      <w:r w:rsidRPr="00AD7D3E">
        <w:rPr>
          <w:b/>
          <w:sz w:val="26"/>
          <w:highlight w:val="yellow"/>
        </w:rPr>
        <w:t xml:space="preserve"> </w:t>
      </w:r>
      <w:proofErr w:type="spellStart"/>
      <w:r w:rsidRPr="00AD7D3E">
        <w:rPr>
          <w:b/>
          <w:sz w:val="26"/>
          <w:highlight w:val="yellow"/>
        </w:rPr>
        <w:t>અને</w:t>
      </w:r>
      <w:proofErr w:type="spellEnd"/>
      <w:r w:rsidRPr="00AD7D3E">
        <w:rPr>
          <w:b/>
          <w:sz w:val="26"/>
          <w:highlight w:val="yellow"/>
        </w:rPr>
        <w:t xml:space="preserve"> </w:t>
      </w:r>
      <w:proofErr w:type="spellStart"/>
      <w:r w:rsidRPr="00AD7D3E">
        <w:rPr>
          <w:b/>
          <w:sz w:val="26"/>
          <w:highlight w:val="yellow"/>
        </w:rPr>
        <w:t>પુનઃરચના</w:t>
      </w:r>
      <w:proofErr w:type="spellEnd"/>
      <w:r w:rsidRPr="00AD7D3E">
        <w:rPr>
          <w:b/>
          <w:sz w:val="26"/>
          <w:highlight w:val="yellow"/>
        </w:rPr>
        <w:t xml:space="preserve"> </w:t>
      </w:r>
      <w:proofErr w:type="spellStart"/>
      <w:r w:rsidRPr="00AD7D3E">
        <w:rPr>
          <w:b/>
          <w:sz w:val="26"/>
          <w:highlight w:val="yellow"/>
        </w:rPr>
        <w:t>પ્રક્રિયા</w:t>
      </w:r>
      <w:proofErr w:type="spellEnd"/>
      <w:r w:rsidRPr="00AD7D3E">
        <w:rPr>
          <w:b/>
          <w:sz w:val="26"/>
          <w:highlight w:val="yellow"/>
        </w:rPr>
        <w:t xml:space="preserve"> </w:t>
      </w:r>
      <w:proofErr w:type="spellStart"/>
      <w:r w:rsidRPr="00AD7D3E">
        <w:rPr>
          <w:b/>
          <w:sz w:val="26"/>
          <w:highlight w:val="yellow"/>
        </w:rPr>
        <w:t>સંબંધિત</w:t>
      </w:r>
      <w:proofErr w:type="spellEnd"/>
      <w:r w:rsidRPr="00AD7D3E">
        <w:rPr>
          <w:b/>
          <w:sz w:val="26"/>
          <w:highlight w:val="yellow"/>
        </w:rPr>
        <w:t xml:space="preserve"> </w:t>
      </w:r>
      <w:proofErr w:type="spellStart"/>
      <w:r w:rsidRPr="00AD7D3E">
        <w:rPr>
          <w:b/>
          <w:sz w:val="26"/>
          <w:highlight w:val="yellow"/>
        </w:rPr>
        <w:t>અહેવાલ</w:t>
      </w:r>
      <w:proofErr w:type="spellEnd"/>
      <w:r>
        <w:rPr>
          <w:b/>
          <w:sz w:val="26"/>
        </w:rPr>
        <w:t xml:space="preserve"> </w:t>
      </w:r>
    </w:p>
    <w:p w14:paraId="455576CA" w14:textId="77777777" w:rsidR="00D86FBE" w:rsidRDefault="00000000">
      <w:proofErr w:type="spellStart"/>
      <w:r>
        <w:rPr>
          <w:b/>
        </w:rPr>
        <w:t>શૈક્ષણિક</w:t>
      </w:r>
      <w:proofErr w:type="spellEnd"/>
      <w:r>
        <w:rPr>
          <w:b/>
        </w:rPr>
        <w:t xml:space="preserve"> </w:t>
      </w:r>
      <w:proofErr w:type="spellStart"/>
      <w:proofErr w:type="gramStart"/>
      <w:r>
        <w:rPr>
          <w:b/>
        </w:rPr>
        <w:t>વર્ષ</w:t>
      </w:r>
      <w:proofErr w:type="spellEnd"/>
      <w:r>
        <w:rPr>
          <w:b/>
        </w:rPr>
        <w:t xml:space="preserve"> :</w:t>
      </w:r>
      <w:proofErr w:type="gramEnd"/>
      <w:r>
        <w:rPr>
          <w:b/>
        </w:rPr>
        <w:t xml:space="preserve"> </w:t>
      </w:r>
      <w:r>
        <w:t xml:space="preserve">20____ – 20____    બેઠક </w:t>
      </w:r>
      <w:proofErr w:type="gramStart"/>
      <w:r>
        <w:t>તારીખ :</w:t>
      </w:r>
      <w:proofErr w:type="gramEnd"/>
      <w:r>
        <w:t xml:space="preserve"> ____ / ____ / 20____</w:t>
      </w:r>
    </w:p>
    <w:p w14:paraId="7ABAED09" w14:textId="77777777" w:rsidR="00D86FBE" w:rsidRDefault="00000000">
      <w:pPr>
        <w:pStyle w:val="Heading2"/>
      </w:pPr>
      <w:r>
        <w:t>1. રચના / પુનઃરચના પ્રક્રિયાનો અહેવાલ</w:t>
      </w:r>
    </w:p>
    <w:p w14:paraId="70246150" w14:textId="77777777" w:rsidR="00D86FBE" w:rsidRDefault="00000000">
      <w:r>
        <w:t>શાળામાં SMC / વાલી મંડળની રચના અથવા પુનઃરચના માટે વાલીઓ, શિક્ષકો તથા સંબંધિત સભ્યોને જરૂરી જાણ કરવામાં આવી હતી. બેઠકમાં ઉપસ્થિત સભ્યોની હાજરી નોંધવામાં આવી હતી અને શાળાના વિકાસ તથા વિદ્યાર્થીઓના હિતને ધ્યાનમાં રાખીને સભ્યોની પસંદગી/ચૂંટણી/નિયુક્તિની પ્રક્રિયા હાથ ધરવામાં આવી હતી. પ્રક્રિયા દરમિયાન પારદર્શિતા, સર્વસંમતિ અને લાગુ પડતા નિયમોનું પાલન કરવામાં આવ્યું હતું. રચના / પુનઃરચના બાદ પ્રમુખ, ઉપપ્રમુખ, સભ્ય-સચિવ તથા અન્ય સભ્યોની વિગતો શાળાના રેકોર્ડમાં નોંધવામાં આવી છે.</w:t>
      </w:r>
    </w:p>
    <w:p w14:paraId="3EB61B65" w14:textId="77777777" w:rsidR="00D86FBE" w:rsidRDefault="00000000">
      <w:pPr>
        <w:pStyle w:val="Heading2"/>
      </w:pPr>
      <w:r>
        <w:t>2. SMC / વાલી મંડળના સભ્યોની વિગતો</w:t>
      </w:r>
    </w:p>
    <w:tbl>
      <w:tblPr>
        <w:tblStyle w:val="TableGrid"/>
        <w:tblW w:w="0" w:type="auto"/>
        <w:jc w:val="center"/>
        <w:tblLook w:val="04A0" w:firstRow="1" w:lastRow="0" w:firstColumn="1" w:lastColumn="0" w:noHBand="0" w:noVBand="1"/>
      </w:tblPr>
      <w:tblGrid>
        <w:gridCol w:w="479"/>
        <w:gridCol w:w="3805"/>
        <w:gridCol w:w="2045"/>
        <w:gridCol w:w="2045"/>
        <w:gridCol w:w="2045"/>
      </w:tblGrid>
      <w:tr w:rsidR="00D86FBE" w14:paraId="782A0673" w14:textId="77777777" w:rsidTr="00F670B7">
        <w:trPr>
          <w:jc w:val="center"/>
        </w:trPr>
        <w:tc>
          <w:tcPr>
            <w:tcW w:w="479" w:type="dxa"/>
          </w:tcPr>
          <w:p w14:paraId="6B45C9BB" w14:textId="77777777" w:rsidR="00D86FBE" w:rsidRDefault="00000000">
            <w:proofErr w:type="spellStart"/>
            <w:r>
              <w:rPr>
                <w:b/>
              </w:rPr>
              <w:t>ક્રમ</w:t>
            </w:r>
            <w:proofErr w:type="spellEnd"/>
          </w:p>
        </w:tc>
        <w:tc>
          <w:tcPr>
            <w:tcW w:w="3805" w:type="dxa"/>
          </w:tcPr>
          <w:p w14:paraId="6F58F52E" w14:textId="77777777" w:rsidR="00D86FBE" w:rsidRDefault="00000000">
            <w:r>
              <w:rPr>
                <w:b/>
              </w:rPr>
              <w:t>સભ્યનું નામ</w:t>
            </w:r>
          </w:p>
        </w:tc>
        <w:tc>
          <w:tcPr>
            <w:tcW w:w="2045" w:type="dxa"/>
          </w:tcPr>
          <w:p w14:paraId="42C2D56E" w14:textId="77777777" w:rsidR="00D86FBE" w:rsidRDefault="00000000">
            <w:r>
              <w:rPr>
                <w:b/>
              </w:rPr>
              <w:t>સભ્યનો પ્રકાર</w:t>
            </w:r>
          </w:p>
        </w:tc>
        <w:tc>
          <w:tcPr>
            <w:tcW w:w="2045" w:type="dxa"/>
          </w:tcPr>
          <w:p w14:paraId="4782B035" w14:textId="77777777" w:rsidR="00D86FBE" w:rsidRDefault="00000000">
            <w:r>
              <w:rPr>
                <w:b/>
              </w:rPr>
              <w:t>હોદ્દો</w:t>
            </w:r>
          </w:p>
        </w:tc>
        <w:tc>
          <w:tcPr>
            <w:tcW w:w="2045" w:type="dxa"/>
          </w:tcPr>
          <w:p w14:paraId="7BAEB386" w14:textId="77777777" w:rsidR="00D86FBE" w:rsidRDefault="00000000">
            <w:r>
              <w:rPr>
                <w:b/>
              </w:rPr>
              <w:t>સહી</w:t>
            </w:r>
          </w:p>
        </w:tc>
      </w:tr>
      <w:tr w:rsidR="00D86FBE" w14:paraId="04261FA0" w14:textId="77777777" w:rsidTr="00F670B7">
        <w:trPr>
          <w:jc w:val="center"/>
        </w:trPr>
        <w:tc>
          <w:tcPr>
            <w:tcW w:w="479" w:type="dxa"/>
          </w:tcPr>
          <w:p w14:paraId="7F4663D5" w14:textId="77777777" w:rsidR="00D86FBE" w:rsidRDefault="00000000">
            <w:r>
              <w:t>1</w:t>
            </w:r>
          </w:p>
        </w:tc>
        <w:tc>
          <w:tcPr>
            <w:tcW w:w="3805" w:type="dxa"/>
          </w:tcPr>
          <w:p w14:paraId="4482A36F" w14:textId="77777777" w:rsidR="00D86FBE" w:rsidRDefault="00D86FBE">
            <w:pPr>
              <w:rPr>
                <w:lang w:bidi="gu-IN"/>
              </w:rPr>
            </w:pPr>
          </w:p>
          <w:p w14:paraId="4A70DE89" w14:textId="77777777" w:rsidR="00EA6AAB" w:rsidRDefault="00EA6AAB">
            <w:pPr>
              <w:rPr>
                <w:rFonts w:hint="cs"/>
                <w:lang w:bidi="gu-IN"/>
              </w:rPr>
            </w:pPr>
          </w:p>
        </w:tc>
        <w:tc>
          <w:tcPr>
            <w:tcW w:w="2045" w:type="dxa"/>
          </w:tcPr>
          <w:p w14:paraId="671606DB" w14:textId="77777777" w:rsidR="00D86FBE" w:rsidRDefault="00000000">
            <w:proofErr w:type="spellStart"/>
            <w:r>
              <w:t>વાલી</w:t>
            </w:r>
            <w:proofErr w:type="spellEnd"/>
            <w:r>
              <w:t xml:space="preserve"> </w:t>
            </w:r>
            <w:proofErr w:type="spellStart"/>
            <w:r>
              <w:t>સભ્ય</w:t>
            </w:r>
            <w:proofErr w:type="spellEnd"/>
          </w:p>
        </w:tc>
        <w:tc>
          <w:tcPr>
            <w:tcW w:w="2045" w:type="dxa"/>
          </w:tcPr>
          <w:p w14:paraId="5311FEA3" w14:textId="7C2A1AF5" w:rsidR="00D86FBE" w:rsidRDefault="00F670B7">
            <w:pPr>
              <w:rPr>
                <w:cs/>
                <w:lang w:bidi="gu-IN"/>
              </w:rPr>
            </w:pPr>
            <w:r>
              <w:rPr>
                <w:rFonts w:hint="cs"/>
                <w:cs/>
                <w:lang w:bidi="gu-IN"/>
              </w:rPr>
              <w:t>અધ્યક્ષ</w:t>
            </w:r>
          </w:p>
        </w:tc>
        <w:tc>
          <w:tcPr>
            <w:tcW w:w="2045" w:type="dxa"/>
          </w:tcPr>
          <w:p w14:paraId="74628F73" w14:textId="77777777" w:rsidR="00D86FBE" w:rsidRDefault="00D86FBE"/>
        </w:tc>
      </w:tr>
      <w:tr w:rsidR="00F670B7" w14:paraId="75987EBD" w14:textId="77777777" w:rsidTr="00F670B7">
        <w:trPr>
          <w:jc w:val="center"/>
        </w:trPr>
        <w:tc>
          <w:tcPr>
            <w:tcW w:w="479" w:type="dxa"/>
          </w:tcPr>
          <w:p w14:paraId="4597DF84" w14:textId="77777777" w:rsidR="00F670B7" w:rsidRDefault="00F670B7" w:rsidP="00F670B7">
            <w:r>
              <w:t>2</w:t>
            </w:r>
          </w:p>
        </w:tc>
        <w:tc>
          <w:tcPr>
            <w:tcW w:w="3805" w:type="dxa"/>
          </w:tcPr>
          <w:p w14:paraId="2F0604D6" w14:textId="77777777" w:rsidR="00F670B7" w:rsidRDefault="00F670B7" w:rsidP="00F670B7">
            <w:pPr>
              <w:rPr>
                <w:lang w:bidi="gu-IN"/>
              </w:rPr>
            </w:pPr>
          </w:p>
          <w:p w14:paraId="6E66B31A" w14:textId="77777777" w:rsidR="00EA6AAB" w:rsidRDefault="00EA6AAB" w:rsidP="00F670B7">
            <w:pPr>
              <w:rPr>
                <w:rFonts w:hint="cs"/>
                <w:lang w:bidi="gu-IN"/>
              </w:rPr>
            </w:pPr>
          </w:p>
        </w:tc>
        <w:tc>
          <w:tcPr>
            <w:tcW w:w="2045" w:type="dxa"/>
          </w:tcPr>
          <w:p w14:paraId="74F1D8B7" w14:textId="693B8BC3" w:rsidR="00F670B7" w:rsidRDefault="00F670B7" w:rsidP="00F670B7">
            <w:proofErr w:type="spellStart"/>
            <w:r>
              <w:t>શિક્ષક</w:t>
            </w:r>
            <w:proofErr w:type="spellEnd"/>
            <w:r>
              <w:t xml:space="preserve"> / </w:t>
            </w:r>
            <w:proofErr w:type="spellStart"/>
            <w:r>
              <w:t>સભ્ય</w:t>
            </w:r>
            <w:proofErr w:type="spellEnd"/>
          </w:p>
        </w:tc>
        <w:tc>
          <w:tcPr>
            <w:tcW w:w="2045" w:type="dxa"/>
          </w:tcPr>
          <w:p w14:paraId="7D13D073" w14:textId="052992FA" w:rsidR="00F670B7" w:rsidRDefault="00F670B7" w:rsidP="00F670B7">
            <w:proofErr w:type="spellStart"/>
            <w:r>
              <w:t>સભ્ય-સચિવ</w:t>
            </w:r>
            <w:proofErr w:type="spellEnd"/>
          </w:p>
        </w:tc>
        <w:tc>
          <w:tcPr>
            <w:tcW w:w="2045" w:type="dxa"/>
          </w:tcPr>
          <w:p w14:paraId="7C30C23C" w14:textId="77777777" w:rsidR="00F670B7" w:rsidRDefault="00F670B7" w:rsidP="00F670B7"/>
        </w:tc>
      </w:tr>
      <w:tr w:rsidR="00F670B7" w14:paraId="78D5B89F" w14:textId="77777777" w:rsidTr="00F670B7">
        <w:trPr>
          <w:jc w:val="center"/>
        </w:trPr>
        <w:tc>
          <w:tcPr>
            <w:tcW w:w="479" w:type="dxa"/>
          </w:tcPr>
          <w:p w14:paraId="76431E1B" w14:textId="77777777" w:rsidR="00F670B7" w:rsidRDefault="00F670B7" w:rsidP="00F670B7">
            <w:r>
              <w:t>3</w:t>
            </w:r>
          </w:p>
        </w:tc>
        <w:tc>
          <w:tcPr>
            <w:tcW w:w="3805" w:type="dxa"/>
          </w:tcPr>
          <w:p w14:paraId="7C8559FF" w14:textId="77777777" w:rsidR="00F670B7" w:rsidRDefault="00F670B7" w:rsidP="00F670B7">
            <w:pPr>
              <w:rPr>
                <w:lang w:bidi="gu-IN"/>
              </w:rPr>
            </w:pPr>
          </w:p>
          <w:p w14:paraId="07E6DEFC" w14:textId="77777777" w:rsidR="00EA6AAB" w:rsidRDefault="00EA6AAB" w:rsidP="00F670B7">
            <w:pPr>
              <w:rPr>
                <w:rFonts w:hint="cs"/>
                <w:lang w:bidi="gu-IN"/>
              </w:rPr>
            </w:pPr>
          </w:p>
        </w:tc>
        <w:tc>
          <w:tcPr>
            <w:tcW w:w="2045" w:type="dxa"/>
          </w:tcPr>
          <w:p w14:paraId="3F050FB0" w14:textId="0F1EBB61" w:rsidR="00F670B7" w:rsidRDefault="00F670B7" w:rsidP="00F670B7">
            <w:proofErr w:type="spellStart"/>
            <w:r>
              <w:t>વાલી</w:t>
            </w:r>
            <w:proofErr w:type="spellEnd"/>
            <w:r>
              <w:t xml:space="preserve"> </w:t>
            </w:r>
            <w:proofErr w:type="spellStart"/>
            <w:r>
              <w:t>સભ્ય</w:t>
            </w:r>
            <w:proofErr w:type="spellEnd"/>
          </w:p>
        </w:tc>
        <w:tc>
          <w:tcPr>
            <w:tcW w:w="2045" w:type="dxa"/>
          </w:tcPr>
          <w:p w14:paraId="403797DF" w14:textId="13E2949F" w:rsidR="00F670B7" w:rsidRDefault="00F670B7" w:rsidP="00F670B7">
            <w:proofErr w:type="spellStart"/>
            <w:r>
              <w:t>સભ્ય</w:t>
            </w:r>
            <w:proofErr w:type="spellEnd"/>
          </w:p>
        </w:tc>
        <w:tc>
          <w:tcPr>
            <w:tcW w:w="2045" w:type="dxa"/>
          </w:tcPr>
          <w:p w14:paraId="2FCA240C" w14:textId="77777777" w:rsidR="00F670B7" w:rsidRDefault="00F670B7" w:rsidP="00F670B7"/>
        </w:tc>
      </w:tr>
      <w:tr w:rsidR="00D86FBE" w14:paraId="6E67BB59" w14:textId="77777777" w:rsidTr="00F670B7">
        <w:trPr>
          <w:jc w:val="center"/>
        </w:trPr>
        <w:tc>
          <w:tcPr>
            <w:tcW w:w="479" w:type="dxa"/>
          </w:tcPr>
          <w:p w14:paraId="3A18AAEA" w14:textId="77777777" w:rsidR="00D86FBE" w:rsidRDefault="00000000">
            <w:r>
              <w:t>4</w:t>
            </w:r>
          </w:p>
        </w:tc>
        <w:tc>
          <w:tcPr>
            <w:tcW w:w="3805" w:type="dxa"/>
          </w:tcPr>
          <w:p w14:paraId="36C8D68B" w14:textId="77777777" w:rsidR="00D86FBE" w:rsidRDefault="00D86FBE">
            <w:pPr>
              <w:rPr>
                <w:lang w:bidi="gu-IN"/>
              </w:rPr>
            </w:pPr>
          </w:p>
          <w:p w14:paraId="5F61B649" w14:textId="77777777" w:rsidR="00EA6AAB" w:rsidRDefault="00EA6AAB">
            <w:pPr>
              <w:rPr>
                <w:rFonts w:hint="cs"/>
                <w:lang w:bidi="gu-IN"/>
              </w:rPr>
            </w:pPr>
          </w:p>
        </w:tc>
        <w:tc>
          <w:tcPr>
            <w:tcW w:w="2045" w:type="dxa"/>
          </w:tcPr>
          <w:p w14:paraId="429B0235" w14:textId="77777777" w:rsidR="00D86FBE" w:rsidRDefault="00000000">
            <w:proofErr w:type="spellStart"/>
            <w:r>
              <w:t>વાલી</w:t>
            </w:r>
            <w:proofErr w:type="spellEnd"/>
            <w:r>
              <w:t xml:space="preserve"> </w:t>
            </w:r>
            <w:proofErr w:type="spellStart"/>
            <w:r>
              <w:t>સભ્ય</w:t>
            </w:r>
            <w:proofErr w:type="spellEnd"/>
          </w:p>
        </w:tc>
        <w:tc>
          <w:tcPr>
            <w:tcW w:w="2045" w:type="dxa"/>
          </w:tcPr>
          <w:p w14:paraId="4FB0967A" w14:textId="77777777" w:rsidR="00D86FBE" w:rsidRDefault="00000000">
            <w:r>
              <w:t>સભ્ય</w:t>
            </w:r>
          </w:p>
        </w:tc>
        <w:tc>
          <w:tcPr>
            <w:tcW w:w="2045" w:type="dxa"/>
          </w:tcPr>
          <w:p w14:paraId="44899D63" w14:textId="77777777" w:rsidR="00D86FBE" w:rsidRDefault="00D86FBE"/>
        </w:tc>
      </w:tr>
      <w:tr w:rsidR="00D86FBE" w14:paraId="3DE5D97C" w14:textId="77777777" w:rsidTr="00F670B7">
        <w:trPr>
          <w:jc w:val="center"/>
        </w:trPr>
        <w:tc>
          <w:tcPr>
            <w:tcW w:w="479" w:type="dxa"/>
          </w:tcPr>
          <w:p w14:paraId="1C8B441D" w14:textId="77777777" w:rsidR="00D86FBE" w:rsidRDefault="00000000">
            <w:r>
              <w:t>5</w:t>
            </w:r>
          </w:p>
        </w:tc>
        <w:tc>
          <w:tcPr>
            <w:tcW w:w="3805" w:type="dxa"/>
          </w:tcPr>
          <w:p w14:paraId="68EF1B63" w14:textId="77777777" w:rsidR="00D86FBE" w:rsidRDefault="00D86FBE">
            <w:pPr>
              <w:rPr>
                <w:lang w:bidi="gu-IN"/>
              </w:rPr>
            </w:pPr>
          </w:p>
          <w:p w14:paraId="25C0CCE7" w14:textId="77777777" w:rsidR="00EA6AAB" w:rsidRDefault="00EA6AAB">
            <w:pPr>
              <w:rPr>
                <w:rFonts w:hint="cs"/>
                <w:lang w:bidi="gu-IN"/>
              </w:rPr>
            </w:pPr>
          </w:p>
        </w:tc>
        <w:tc>
          <w:tcPr>
            <w:tcW w:w="2045" w:type="dxa"/>
          </w:tcPr>
          <w:p w14:paraId="70816E84" w14:textId="77777777" w:rsidR="00D86FBE" w:rsidRDefault="00000000">
            <w:proofErr w:type="spellStart"/>
            <w:r>
              <w:t>વાલી</w:t>
            </w:r>
            <w:proofErr w:type="spellEnd"/>
            <w:r>
              <w:t xml:space="preserve"> </w:t>
            </w:r>
            <w:proofErr w:type="spellStart"/>
            <w:r>
              <w:t>સભ્ય</w:t>
            </w:r>
            <w:proofErr w:type="spellEnd"/>
          </w:p>
        </w:tc>
        <w:tc>
          <w:tcPr>
            <w:tcW w:w="2045" w:type="dxa"/>
          </w:tcPr>
          <w:p w14:paraId="3079AB6D" w14:textId="77777777" w:rsidR="00D86FBE" w:rsidRDefault="00000000">
            <w:r>
              <w:t>સભ્ય</w:t>
            </w:r>
          </w:p>
        </w:tc>
        <w:tc>
          <w:tcPr>
            <w:tcW w:w="2045" w:type="dxa"/>
          </w:tcPr>
          <w:p w14:paraId="46B2369C" w14:textId="77777777" w:rsidR="00D86FBE" w:rsidRDefault="00D86FBE"/>
        </w:tc>
      </w:tr>
      <w:tr w:rsidR="00D86FBE" w14:paraId="174C5F0D" w14:textId="77777777" w:rsidTr="00F670B7">
        <w:trPr>
          <w:jc w:val="center"/>
        </w:trPr>
        <w:tc>
          <w:tcPr>
            <w:tcW w:w="479" w:type="dxa"/>
          </w:tcPr>
          <w:p w14:paraId="35D54995" w14:textId="77777777" w:rsidR="00D86FBE" w:rsidRDefault="00000000">
            <w:r>
              <w:t>6</w:t>
            </w:r>
          </w:p>
        </w:tc>
        <w:tc>
          <w:tcPr>
            <w:tcW w:w="3805" w:type="dxa"/>
          </w:tcPr>
          <w:p w14:paraId="23D628DC" w14:textId="77777777" w:rsidR="00D86FBE" w:rsidRDefault="00D86FBE">
            <w:pPr>
              <w:rPr>
                <w:lang w:bidi="gu-IN"/>
              </w:rPr>
            </w:pPr>
          </w:p>
          <w:p w14:paraId="5274A34F" w14:textId="77777777" w:rsidR="00EA6AAB" w:rsidRDefault="00EA6AAB">
            <w:pPr>
              <w:rPr>
                <w:rFonts w:hint="cs"/>
                <w:lang w:bidi="gu-IN"/>
              </w:rPr>
            </w:pPr>
          </w:p>
        </w:tc>
        <w:tc>
          <w:tcPr>
            <w:tcW w:w="2045" w:type="dxa"/>
          </w:tcPr>
          <w:p w14:paraId="5FA9E0CB" w14:textId="77777777" w:rsidR="00D86FBE" w:rsidRDefault="00000000">
            <w:proofErr w:type="spellStart"/>
            <w:r>
              <w:t>વાલી</w:t>
            </w:r>
            <w:proofErr w:type="spellEnd"/>
            <w:r>
              <w:t xml:space="preserve"> </w:t>
            </w:r>
            <w:proofErr w:type="spellStart"/>
            <w:r>
              <w:t>સભ્ય</w:t>
            </w:r>
            <w:proofErr w:type="spellEnd"/>
          </w:p>
        </w:tc>
        <w:tc>
          <w:tcPr>
            <w:tcW w:w="2045" w:type="dxa"/>
          </w:tcPr>
          <w:p w14:paraId="1321B672" w14:textId="77777777" w:rsidR="00D86FBE" w:rsidRDefault="00000000">
            <w:r>
              <w:t>સભ્ય</w:t>
            </w:r>
          </w:p>
        </w:tc>
        <w:tc>
          <w:tcPr>
            <w:tcW w:w="2045" w:type="dxa"/>
          </w:tcPr>
          <w:p w14:paraId="0F610012" w14:textId="77777777" w:rsidR="00D86FBE" w:rsidRDefault="00D86FBE"/>
        </w:tc>
      </w:tr>
      <w:tr w:rsidR="00D86FBE" w14:paraId="7EB67045" w14:textId="77777777" w:rsidTr="00F670B7">
        <w:trPr>
          <w:jc w:val="center"/>
        </w:trPr>
        <w:tc>
          <w:tcPr>
            <w:tcW w:w="479" w:type="dxa"/>
          </w:tcPr>
          <w:p w14:paraId="67E72526" w14:textId="77777777" w:rsidR="00D86FBE" w:rsidRDefault="00000000">
            <w:r>
              <w:t>7</w:t>
            </w:r>
          </w:p>
        </w:tc>
        <w:tc>
          <w:tcPr>
            <w:tcW w:w="3805" w:type="dxa"/>
          </w:tcPr>
          <w:p w14:paraId="59273D33" w14:textId="77777777" w:rsidR="00D86FBE" w:rsidRDefault="00D86FBE">
            <w:pPr>
              <w:rPr>
                <w:lang w:bidi="gu-IN"/>
              </w:rPr>
            </w:pPr>
          </w:p>
          <w:p w14:paraId="2989222F" w14:textId="77777777" w:rsidR="00EA6AAB" w:rsidRDefault="00EA6AAB">
            <w:pPr>
              <w:rPr>
                <w:rFonts w:hint="cs"/>
                <w:lang w:bidi="gu-IN"/>
              </w:rPr>
            </w:pPr>
          </w:p>
        </w:tc>
        <w:tc>
          <w:tcPr>
            <w:tcW w:w="2045" w:type="dxa"/>
          </w:tcPr>
          <w:p w14:paraId="0CF136D3" w14:textId="77777777" w:rsidR="00D86FBE" w:rsidRDefault="00000000">
            <w:proofErr w:type="spellStart"/>
            <w:r>
              <w:t>વાલી</w:t>
            </w:r>
            <w:proofErr w:type="spellEnd"/>
            <w:r>
              <w:t xml:space="preserve"> </w:t>
            </w:r>
            <w:proofErr w:type="spellStart"/>
            <w:r>
              <w:t>સભ્ય</w:t>
            </w:r>
            <w:proofErr w:type="spellEnd"/>
          </w:p>
        </w:tc>
        <w:tc>
          <w:tcPr>
            <w:tcW w:w="2045" w:type="dxa"/>
          </w:tcPr>
          <w:p w14:paraId="1CD0F6A6" w14:textId="77777777" w:rsidR="00D86FBE" w:rsidRDefault="00000000">
            <w:r>
              <w:t>સભ્ય</w:t>
            </w:r>
          </w:p>
        </w:tc>
        <w:tc>
          <w:tcPr>
            <w:tcW w:w="2045" w:type="dxa"/>
          </w:tcPr>
          <w:p w14:paraId="17930869" w14:textId="77777777" w:rsidR="00D86FBE" w:rsidRDefault="00D86FBE"/>
        </w:tc>
      </w:tr>
      <w:tr w:rsidR="00D86FBE" w14:paraId="20B990F6" w14:textId="77777777" w:rsidTr="00F670B7">
        <w:trPr>
          <w:jc w:val="center"/>
        </w:trPr>
        <w:tc>
          <w:tcPr>
            <w:tcW w:w="479" w:type="dxa"/>
          </w:tcPr>
          <w:p w14:paraId="37FDF5E3" w14:textId="77777777" w:rsidR="00D86FBE" w:rsidRDefault="00000000">
            <w:r>
              <w:t>8</w:t>
            </w:r>
          </w:p>
        </w:tc>
        <w:tc>
          <w:tcPr>
            <w:tcW w:w="3805" w:type="dxa"/>
          </w:tcPr>
          <w:p w14:paraId="7868E3B0" w14:textId="77777777" w:rsidR="00D86FBE" w:rsidRDefault="00D86FBE">
            <w:pPr>
              <w:rPr>
                <w:lang w:bidi="gu-IN"/>
              </w:rPr>
            </w:pPr>
          </w:p>
          <w:p w14:paraId="24CED1D2" w14:textId="77777777" w:rsidR="00EA6AAB" w:rsidRDefault="00EA6AAB">
            <w:pPr>
              <w:rPr>
                <w:rFonts w:hint="cs"/>
                <w:lang w:bidi="gu-IN"/>
              </w:rPr>
            </w:pPr>
          </w:p>
        </w:tc>
        <w:tc>
          <w:tcPr>
            <w:tcW w:w="2045" w:type="dxa"/>
          </w:tcPr>
          <w:p w14:paraId="2D541C4A" w14:textId="77777777" w:rsidR="00D86FBE" w:rsidRDefault="00000000">
            <w:proofErr w:type="spellStart"/>
            <w:r>
              <w:t>વાલી</w:t>
            </w:r>
            <w:proofErr w:type="spellEnd"/>
            <w:r>
              <w:t xml:space="preserve"> </w:t>
            </w:r>
            <w:proofErr w:type="spellStart"/>
            <w:r>
              <w:t>સભ્ય</w:t>
            </w:r>
            <w:proofErr w:type="spellEnd"/>
          </w:p>
        </w:tc>
        <w:tc>
          <w:tcPr>
            <w:tcW w:w="2045" w:type="dxa"/>
          </w:tcPr>
          <w:p w14:paraId="0ECE02CD" w14:textId="77777777" w:rsidR="00D86FBE" w:rsidRDefault="00000000">
            <w:r>
              <w:t>સભ્ય</w:t>
            </w:r>
          </w:p>
        </w:tc>
        <w:tc>
          <w:tcPr>
            <w:tcW w:w="2045" w:type="dxa"/>
          </w:tcPr>
          <w:p w14:paraId="104E23A1" w14:textId="77777777" w:rsidR="00D86FBE" w:rsidRDefault="00D86FBE"/>
        </w:tc>
      </w:tr>
      <w:tr w:rsidR="00D86FBE" w14:paraId="1BA956BA" w14:textId="77777777" w:rsidTr="00F670B7">
        <w:trPr>
          <w:jc w:val="center"/>
        </w:trPr>
        <w:tc>
          <w:tcPr>
            <w:tcW w:w="479" w:type="dxa"/>
          </w:tcPr>
          <w:p w14:paraId="09FAED0F" w14:textId="77777777" w:rsidR="00D86FBE" w:rsidRDefault="00000000">
            <w:r>
              <w:t>9</w:t>
            </w:r>
          </w:p>
        </w:tc>
        <w:tc>
          <w:tcPr>
            <w:tcW w:w="3805" w:type="dxa"/>
          </w:tcPr>
          <w:p w14:paraId="243B9850" w14:textId="77777777" w:rsidR="00D86FBE" w:rsidRDefault="00D86FBE">
            <w:pPr>
              <w:rPr>
                <w:lang w:bidi="gu-IN"/>
              </w:rPr>
            </w:pPr>
          </w:p>
          <w:p w14:paraId="7A651B0F" w14:textId="77777777" w:rsidR="00EA6AAB" w:rsidRDefault="00EA6AAB">
            <w:pPr>
              <w:rPr>
                <w:rFonts w:hint="cs"/>
                <w:lang w:bidi="gu-IN"/>
              </w:rPr>
            </w:pPr>
          </w:p>
        </w:tc>
        <w:tc>
          <w:tcPr>
            <w:tcW w:w="2045" w:type="dxa"/>
          </w:tcPr>
          <w:p w14:paraId="13CBFAA6" w14:textId="77777777" w:rsidR="00D86FBE" w:rsidRDefault="00000000">
            <w:proofErr w:type="spellStart"/>
            <w:r>
              <w:t>વાલી</w:t>
            </w:r>
            <w:proofErr w:type="spellEnd"/>
            <w:r>
              <w:t xml:space="preserve"> </w:t>
            </w:r>
            <w:proofErr w:type="spellStart"/>
            <w:r>
              <w:t>સભ્ય</w:t>
            </w:r>
            <w:proofErr w:type="spellEnd"/>
          </w:p>
        </w:tc>
        <w:tc>
          <w:tcPr>
            <w:tcW w:w="2045" w:type="dxa"/>
          </w:tcPr>
          <w:p w14:paraId="135B70DF" w14:textId="77777777" w:rsidR="00D86FBE" w:rsidRDefault="00000000">
            <w:r>
              <w:t>સભ્ય</w:t>
            </w:r>
          </w:p>
        </w:tc>
        <w:tc>
          <w:tcPr>
            <w:tcW w:w="2045" w:type="dxa"/>
          </w:tcPr>
          <w:p w14:paraId="3605E830" w14:textId="77777777" w:rsidR="00D86FBE" w:rsidRDefault="00D86FBE"/>
        </w:tc>
      </w:tr>
      <w:tr w:rsidR="00D86FBE" w14:paraId="68A36148" w14:textId="77777777" w:rsidTr="00F670B7">
        <w:trPr>
          <w:jc w:val="center"/>
        </w:trPr>
        <w:tc>
          <w:tcPr>
            <w:tcW w:w="479" w:type="dxa"/>
          </w:tcPr>
          <w:p w14:paraId="4A70D684" w14:textId="77777777" w:rsidR="00D86FBE" w:rsidRDefault="00000000">
            <w:r>
              <w:t>10</w:t>
            </w:r>
          </w:p>
        </w:tc>
        <w:tc>
          <w:tcPr>
            <w:tcW w:w="3805" w:type="dxa"/>
          </w:tcPr>
          <w:p w14:paraId="78B736BB" w14:textId="77777777" w:rsidR="00D86FBE" w:rsidRDefault="00D86FBE">
            <w:pPr>
              <w:rPr>
                <w:lang w:bidi="gu-IN"/>
              </w:rPr>
            </w:pPr>
          </w:p>
          <w:p w14:paraId="65E26197" w14:textId="77777777" w:rsidR="00EA6AAB" w:rsidRDefault="00EA6AAB">
            <w:pPr>
              <w:rPr>
                <w:rFonts w:hint="cs"/>
                <w:lang w:bidi="gu-IN"/>
              </w:rPr>
            </w:pPr>
          </w:p>
        </w:tc>
        <w:tc>
          <w:tcPr>
            <w:tcW w:w="2045" w:type="dxa"/>
          </w:tcPr>
          <w:p w14:paraId="38C6BD51" w14:textId="77777777" w:rsidR="00D86FBE" w:rsidRDefault="00000000">
            <w:proofErr w:type="spellStart"/>
            <w:r>
              <w:t>અન્ય</w:t>
            </w:r>
            <w:proofErr w:type="spellEnd"/>
            <w:r>
              <w:t xml:space="preserve"> </w:t>
            </w:r>
            <w:proofErr w:type="spellStart"/>
            <w:r>
              <w:t>સભ્ય</w:t>
            </w:r>
            <w:proofErr w:type="spellEnd"/>
          </w:p>
        </w:tc>
        <w:tc>
          <w:tcPr>
            <w:tcW w:w="2045" w:type="dxa"/>
          </w:tcPr>
          <w:p w14:paraId="3B598FA3" w14:textId="77777777" w:rsidR="00D86FBE" w:rsidRDefault="00000000">
            <w:r>
              <w:t>સભ્ય</w:t>
            </w:r>
          </w:p>
        </w:tc>
        <w:tc>
          <w:tcPr>
            <w:tcW w:w="2045" w:type="dxa"/>
          </w:tcPr>
          <w:p w14:paraId="75E8376E" w14:textId="77777777" w:rsidR="00D86FBE" w:rsidRDefault="00D86FBE"/>
        </w:tc>
      </w:tr>
    </w:tbl>
    <w:p w14:paraId="5ED7FDC4" w14:textId="77777777" w:rsidR="00D86FBE" w:rsidRDefault="00000000">
      <w:pPr>
        <w:pStyle w:val="Heading2"/>
      </w:pPr>
      <w:r>
        <w:t>3. બેઠકમાં લેવાયેલા મુખ્ય નિર્ણયો</w:t>
      </w:r>
    </w:p>
    <w:p w14:paraId="1F2F36A6" w14:textId="77777777" w:rsidR="00D86FBE" w:rsidRDefault="00000000">
      <w:r>
        <w:t>શાળાની શૈક્ષણિક ગુણવત્તા સુધારવા માટે SMC / વાલી મંડળ સહયોગ આપશે.</w:t>
      </w:r>
    </w:p>
    <w:p w14:paraId="71504E1A" w14:textId="77777777" w:rsidR="00D86FBE" w:rsidRDefault="00000000">
      <w:r>
        <w:t>વિદ્યાર્થીઓની નિયમિત હાજરી વધારવા માટે વાલી સંપર્ક અને માર્ગદર્શન કરવામાં આવશે.</w:t>
      </w:r>
    </w:p>
    <w:p w14:paraId="30D12672" w14:textId="77777777" w:rsidR="00D86FBE" w:rsidRDefault="00000000">
      <w:r>
        <w:t>શાળા પરિસરની સ્વચ્છતા, પીવાનું પાણી તથા અન્ય મૂળભૂત સુવિધાઓ અંગે દેખરેખ રાખવામાં આવશે.</w:t>
      </w:r>
    </w:p>
    <w:p w14:paraId="62BCA593" w14:textId="77777777" w:rsidR="00D86FBE" w:rsidRDefault="00000000">
      <w:r>
        <w:t>શાળા વિકાસ યોજના બનાવતી વખતે SMC / વાલી મંડળના સૂચનોને યોગ્ય સ્થાન આપવામાં આવશે.</w:t>
      </w:r>
    </w:p>
    <w:p w14:paraId="7A28E126" w14:textId="77777777" w:rsidR="00D86FBE" w:rsidRDefault="00000000">
      <w:r>
        <w:t>વિદ્યાર્થીઓની સલામતી, આરોગ્ય, શિસ્ત અને સર્વાંગી વિકાસ માટે સહકાર આપવામાં આવશે.</w:t>
      </w:r>
    </w:p>
    <w:p w14:paraId="0D526C76" w14:textId="77777777" w:rsidR="00D86FBE" w:rsidRDefault="00000000">
      <w:r>
        <w:lastRenderedPageBreak/>
        <w:t>શાળાની જરૂરીયાતો અંગે સંબંધિત સત્તાધિકારી સમક્ષ જરૂરી રજૂઆત કરવામાં આવશે.</w:t>
      </w:r>
    </w:p>
    <w:p w14:paraId="2E17B5DF" w14:textId="77777777" w:rsidR="00D86FBE" w:rsidRDefault="00000000">
      <w:pPr>
        <w:pStyle w:val="Heading2"/>
      </w:pPr>
      <w:r>
        <w:t>4. સંલગ્ન રાખવાના પુરાવા / દસ્તાવેજો</w:t>
      </w:r>
    </w:p>
    <w:p w14:paraId="5EA8FF08" w14:textId="77777777" w:rsidR="00D86FBE" w:rsidRDefault="00000000">
      <w:r>
        <w:t>SMC / વાલી મંડળની બેઠકની નોટિસ / જાણપત્ર.</w:t>
      </w:r>
    </w:p>
    <w:p w14:paraId="144CB9A4" w14:textId="77777777" w:rsidR="00D86FBE" w:rsidRDefault="00000000">
      <w:r>
        <w:t>બેઠકની હાજરી પત્રક.</w:t>
      </w:r>
    </w:p>
    <w:p w14:paraId="5E7A72FC" w14:textId="77777777" w:rsidR="00D86FBE" w:rsidRDefault="00000000">
      <w:r>
        <w:t>રચના / પુનઃરચનાની કાર્યવાહી નોંધ (મિનિટ્સ).</w:t>
      </w:r>
    </w:p>
    <w:p w14:paraId="26C03D19" w14:textId="77777777" w:rsidR="00D86FBE" w:rsidRDefault="00000000">
      <w:proofErr w:type="spellStart"/>
      <w:r>
        <w:t>બેઠકમાં</w:t>
      </w:r>
      <w:proofErr w:type="spellEnd"/>
      <w:r>
        <w:t xml:space="preserve"> </w:t>
      </w:r>
      <w:proofErr w:type="spellStart"/>
      <w:r>
        <w:t>પસાર</w:t>
      </w:r>
      <w:proofErr w:type="spellEnd"/>
      <w:r>
        <w:t xml:space="preserve"> </w:t>
      </w:r>
      <w:proofErr w:type="spellStart"/>
      <w:r>
        <w:t>કરેલ</w:t>
      </w:r>
      <w:proofErr w:type="spellEnd"/>
      <w:r>
        <w:t xml:space="preserve"> </w:t>
      </w:r>
      <w:proofErr w:type="spellStart"/>
      <w:r>
        <w:t>ઠરાવની</w:t>
      </w:r>
      <w:proofErr w:type="spellEnd"/>
      <w:r>
        <w:t xml:space="preserve"> નકલ.</w:t>
      </w:r>
    </w:p>
    <w:p w14:paraId="37F4AF57" w14:textId="77777777" w:rsidR="00D86FBE" w:rsidRDefault="00000000">
      <w:r>
        <w:t>સભ્યોની સહીવાળું કાર્યવાહી પત્રક.</w:t>
      </w:r>
    </w:p>
    <w:p w14:paraId="40F76C7B" w14:textId="77777777" w:rsidR="00D86FBE" w:rsidRDefault="00000000">
      <w:r>
        <w:t>સંબંધિત ફોટોગ્રાફ / અન્ય પુરાવા, જો ઉપલબ્ધ હોય.</w:t>
      </w:r>
    </w:p>
    <w:p w14:paraId="6F097649" w14:textId="77777777" w:rsidR="00D86FBE" w:rsidRDefault="00000000">
      <w:pPr>
        <w:pStyle w:val="Heading2"/>
      </w:pPr>
      <w:r>
        <w:t>5. પ્રમાણિત નોંધ</w:t>
      </w:r>
    </w:p>
    <w:p w14:paraId="590BB2EC" w14:textId="77777777" w:rsidR="00D86FBE" w:rsidRDefault="00000000">
      <w:r>
        <w:t xml:space="preserve">આથી પ્રમાણિત કરવામાં આવે છે કે </w:t>
      </w:r>
      <w:r w:rsidRPr="00C47E86">
        <w:rPr>
          <w:color w:val="EE0000"/>
        </w:rPr>
        <w:t xml:space="preserve">રાઠવા ફળિયા દામાવાવ </w:t>
      </w:r>
      <w:r>
        <w:t>પ્રાથમિક શાળામાં SMC / વાલી મંડળની રચના / પુનઃરચના માટે જરૂરી પ્રક્રિયા હાથ ધરવામાં આવી છે અને સંબંધિત બેઠકની કાર્યવાહી તથા સભ્યોની વિગતો શાળાના રેકોર્ડમાં નોંધવામાં આવી છે. શાળાના સર્વાંગી વિકાસ માટે SMC / વાલી મંડળના સહકારથી કામગીરી સતત ચાલુ રાખવામાં આવશે.</w:t>
      </w:r>
    </w:p>
    <w:p w14:paraId="30DBF0DC" w14:textId="77777777" w:rsidR="00D86FBE" w:rsidRDefault="00D86FBE"/>
    <w:p w14:paraId="00B3FBB2" w14:textId="77777777" w:rsidR="00D86FBE" w:rsidRDefault="00000000">
      <w:pPr>
        <w:rPr>
          <w:lang w:bidi="gu-IN"/>
        </w:rPr>
      </w:pPr>
      <w:proofErr w:type="gramStart"/>
      <w:r>
        <w:rPr>
          <w:b/>
        </w:rPr>
        <w:t>સ્થળ :</w:t>
      </w:r>
      <w:proofErr w:type="gramEnd"/>
      <w:r>
        <w:rPr>
          <w:b/>
        </w:rPr>
        <w:t xml:space="preserve"> </w:t>
      </w:r>
      <w:r w:rsidRPr="00C47E86">
        <w:rPr>
          <w:color w:val="EE0000"/>
        </w:rPr>
        <w:t xml:space="preserve">રાઠવા ફળિયા દામાવાવ </w:t>
      </w:r>
      <w:r>
        <w:t xml:space="preserve">પ્રાથમિક શાળા    </w:t>
      </w:r>
      <w:proofErr w:type="gramStart"/>
      <w:r>
        <w:t>તારીખ :</w:t>
      </w:r>
      <w:proofErr w:type="gramEnd"/>
      <w:r>
        <w:t xml:space="preserve"> ____ / ____ / 20____</w:t>
      </w:r>
    </w:p>
    <w:p w14:paraId="67D1467A" w14:textId="77777777" w:rsidR="00C47E86" w:rsidRDefault="00C47E86">
      <w:pPr>
        <w:rPr>
          <w:lang w:bidi="gu-IN"/>
        </w:rPr>
      </w:pPr>
    </w:p>
    <w:p w14:paraId="13CB91FD" w14:textId="77777777" w:rsidR="00D86FBE" w:rsidRDefault="00000000">
      <w:proofErr w:type="spellStart"/>
      <w:r>
        <w:rPr>
          <w:b/>
        </w:rPr>
        <w:t>આચાર્યશ્રીની</w:t>
      </w:r>
      <w:proofErr w:type="spellEnd"/>
      <w:r>
        <w:rPr>
          <w:b/>
        </w:rPr>
        <w:t xml:space="preserve"> </w:t>
      </w:r>
      <w:proofErr w:type="spellStart"/>
      <w:proofErr w:type="gramStart"/>
      <w:r>
        <w:rPr>
          <w:b/>
        </w:rPr>
        <w:t>સહી</w:t>
      </w:r>
      <w:proofErr w:type="spellEnd"/>
      <w:r>
        <w:rPr>
          <w:b/>
        </w:rPr>
        <w:t xml:space="preserve"> :</w:t>
      </w:r>
      <w:proofErr w:type="gramEnd"/>
      <w:r>
        <w:rPr>
          <w:b/>
        </w:rPr>
        <w:t xml:space="preserve"> ____________________    SMC પ્રમુખની </w:t>
      </w:r>
      <w:proofErr w:type="gramStart"/>
      <w:r>
        <w:rPr>
          <w:b/>
        </w:rPr>
        <w:t>સહી :</w:t>
      </w:r>
      <w:proofErr w:type="gramEnd"/>
      <w:r>
        <w:rPr>
          <w:b/>
        </w:rPr>
        <w:t xml:space="preserve"> ____________________</w:t>
      </w:r>
    </w:p>
    <w:sectPr w:rsidR="00D86FBE" w:rsidSect="00034616">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hruti">
    <w:panose1 w:val="02000500000000000000"/>
    <w:charset w:val="00"/>
    <w:family w:val="swiss"/>
    <w:pitch w:val="variable"/>
    <w:sig w:usb0="00040003" w:usb1="00000000" w:usb2="00000000" w:usb3="00000000" w:csb0="00000001" w:csb1="00000000"/>
  </w:font>
  <w:font w:name="Noto Sans Gujarati">
    <w:charset w:val="00"/>
    <w:family w:val="swiss"/>
    <w:pitch w:val="variable"/>
    <w:sig w:usb0="80048003" w:usb1="00002042"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55701486">
    <w:abstractNumId w:val="8"/>
  </w:num>
  <w:num w:numId="2" w16cid:durableId="441266901">
    <w:abstractNumId w:val="6"/>
  </w:num>
  <w:num w:numId="3" w16cid:durableId="1678921884">
    <w:abstractNumId w:val="5"/>
  </w:num>
  <w:num w:numId="4" w16cid:durableId="1656257398">
    <w:abstractNumId w:val="4"/>
  </w:num>
  <w:num w:numId="5" w16cid:durableId="300383215">
    <w:abstractNumId w:val="7"/>
  </w:num>
  <w:num w:numId="6" w16cid:durableId="382218167">
    <w:abstractNumId w:val="3"/>
  </w:num>
  <w:num w:numId="7" w16cid:durableId="1180662324">
    <w:abstractNumId w:val="2"/>
  </w:num>
  <w:num w:numId="8" w16cid:durableId="829298525">
    <w:abstractNumId w:val="1"/>
  </w:num>
  <w:num w:numId="9" w16cid:durableId="804465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7E7794"/>
    <w:rsid w:val="009602D7"/>
    <w:rsid w:val="00A52C69"/>
    <w:rsid w:val="00AA1D8D"/>
    <w:rsid w:val="00AD7D3E"/>
    <w:rsid w:val="00B47730"/>
    <w:rsid w:val="00C47E86"/>
    <w:rsid w:val="00CB0664"/>
    <w:rsid w:val="00D86FBE"/>
    <w:rsid w:val="00D959A6"/>
    <w:rsid w:val="00E11B81"/>
    <w:rsid w:val="00EA6AAB"/>
    <w:rsid w:val="00F670B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gu-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B41D54"/>
  <w14:defaultImageDpi w14:val="300"/>
  <w15:docId w15:val="{0930035F-E287-40ED-8FC4-21CD27FDF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Noto Sans Gujarati" w:eastAsia="Noto Sans Gujarati" w:hAnsi="Noto Sans Gujarat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331</Words>
  <Characters>1893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rafvargdamavav1989@gmail.com</cp:lastModifiedBy>
  <cp:revision>10</cp:revision>
  <dcterms:created xsi:type="dcterms:W3CDTF">2013-12-23T23:15:00Z</dcterms:created>
  <dcterms:modified xsi:type="dcterms:W3CDTF">2026-08-12T13:04:00Z</dcterms:modified>
  <cp:category/>
</cp:coreProperties>
</file>