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B1A00" w14:textId="77777777" w:rsidR="00E953F5" w:rsidRPr="00FD267C" w:rsidRDefault="00000000">
      <w:pPr>
        <w:jc w:val="center"/>
        <w:rPr>
          <w:color w:val="EE0000"/>
        </w:rPr>
      </w:pPr>
      <w:r w:rsidRPr="00FD267C">
        <w:rPr>
          <w:b/>
          <w:color w:val="EE0000"/>
          <w:sz w:val="32"/>
        </w:rPr>
        <w:t>રાઠવા ફળિયા દામાવાવ પ્રાથમિક શાળા</w:t>
      </w:r>
    </w:p>
    <w:p w14:paraId="55512134" w14:textId="2C9DEC56" w:rsidR="00E953F5" w:rsidRDefault="00000000">
      <w:pPr>
        <w:jc w:val="center"/>
      </w:pPr>
      <w:r>
        <w:rPr>
          <w:b/>
          <w:sz w:val="26"/>
        </w:rPr>
        <w:t xml:space="preserve"> </w:t>
      </w:r>
      <w:r w:rsidRPr="00FD267C">
        <w:rPr>
          <w:b/>
          <w:sz w:val="26"/>
          <w:highlight w:val="yellow"/>
        </w:rPr>
        <w:t>ગત અને વર્તમાન શાળા વિકાસ યોજનામાં કરાયેલ ગુણાત્મક ફેરફારની વિગત</w:t>
      </w:r>
    </w:p>
    <w:p w14:paraId="2473B25E" w14:textId="77777777" w:rsidR="00E953F5" w:rsidRDefault="00000000">
      <w:r>
        <w:rPr>
          <w:b/>
        </w:rPr>
        <w:t xml:space="preserve">અહેવાલ : </w:t>
      </w:r>
      <w:r>
        <w:t>ગત વર્ષ અને ચાલુ વર્ષ દરમિયાન શાળાના શૈક્ષણિક, ભૌતિક, સ્વચ્છતા, સહશૈક્ષણિક તથા વહીવટી ક્ષેત્રે થયેલી પ્રગતિનું તુલનાત્મક નિદર્શન.</w:t>
      </w:r>
    </w:p>
    <w:tbl>
      <w:tblPr>
        <w:tblStyle w:val="TableGrid"/>
        <w:tblW w:w="0" w:type="auto"/>
        <w:jc w:val="center"/>
        <w:tblLook w:val="04A0" w:firstRow="1" w:lastRow="0" w:firstColumn="1" w:lastColumn="0" w:noHBand="0" w:noVBand="1"/>
      </w:tblPr>
      <w:tblGrid>
        <w:gridCol w:w="576"/>
        <w:gridCol w:w="1800"/>
        <w:gridCol w:w="2592"/>
        <w:gridCol w:w="3240"/>
        <w:gridCol w:w="2376"/>
      </w:tblGrid>
      <w:tr w:rsidR="00E953F5" w14:paraId="74AB65CB" w14:textId="77777777">
        <w:trPr>
          <w:jc w:val="center"/>
        </w:trPr>
        <w:tc>
          <w:tcPr>
            <w:tcW w:w="576" w:type="dxa"/>
            <w:vAlign w:val="center"/>
          </w:tcPr>
          <w:p w14:paraId="058E77E6" w14:textId="77777777" w:rsidR="00E953F5" w:rsidRDefault="00000000">
            <w:r>
              <w:rPr>
                <w:b/>
                <w:sz w:val="20"/>
              </w:rPr>
              <w:t>ક્રમ</w:t>
            </w:r>
          </w:p>
        </w:tc>
        <w:tc>
          <w:tcPr>
            <w:tcW w:w="1800" w:type="dxa"/>
            <w:vAlign w:val="center"/>
          </w:tcPr>
          <w:p w14:paraId="459A6B6D" w14:textId="77777777" w:rsidR="00E953F5" w:rsidRDefault="00000000">
            <w:r>
              <w:rPr>
                <w:b/>
                <w:sz w:val="20"/>
              </w:rPr>
              <w:t>વિકાસનું ક્ષેત્ર</w:t>
            </w:r>
          </w:p>
        </w:tc>
        <w:tc>
          <w:tcPr>
            <w:tcW w:w="2592" w:type="dxa"/>
            <w:vAlign w:val="center"/>
          </w:tcPr>
          <w:p w14:paraId="50180944" w14:textId="77777777" w:rsidR="00E953F5" w:rsidRDefault="00000000">
            <w:r>
              <w:rPr>
                <w:b/>
                <w:sz w:val="20"/>
              </w:rPr>
              <w:t>ગત વર્ષ સ્થિતિ</w:t>
            </w:r>
          </w:p>
        </w:tc>
        <w:tc>
          <w:tcPr>
            <w:tcW w:w="3240" w:type="dxa"/>
            <w:vAlign w:val="center"/>
          </w:tcPr>
          <w:p w14:paraId="45285948" w14:textId="77777777" w:rsidR="00E953F5" w:rsidRDefault="00000000">
            <w:r>
              <w:rPr>
                <w:b/>
                <w:sz w:val="20"/>
              </w:rPr>
              <w:t>ચાલુ વર્ષ સ્થિતિ / થયેલ પ્રગતિ</w:t>
            </w:r>
          </w:p>
        </w:tc>
        <w:tc>
          <w:tcPr>
            <w:tcW w:w="2376" w:type="dxa"/>
            <w:vAlign w:val="center"/>
          </w:tcPr>
          <w:p w14:paraId="37F6085B" w14:textId="77777777" w:rsidR="00E953F5" w:rsidRDefault="00000000">
            <w:r>
              <w:rPr>
                <w:b/>
                <w:sz w:val="20"/>
              </w:rPr>
              <w:t>ફેરફારનું પરિણામ</w:t>
            </w:r>
          </w:p>
        </w:tc>
      </w:tr>
      <w:tr w:rsidR="00E953F5" w14:paraId="49D62D64" w14:textId="77777777">
        <w:trPr>
          <w:jc w:val="center"/>
        </w:trPr>
        <w:tc>
          <w:tcPr>
            <w:tcW w:w="576" w:type="dxa"/>
          </w:tcPr>
          <w:p w14:paraId="6E6D1BAC" w14:textId="77777777" w:rsidR="00E953F5" w:rsidRDefault="00000000">
            <w:r>
              <w:rPr>
                <w:sz w:val="18"/>
              </w:rPr>
              <w:t>1</w:t>
            </w:r>
          </w:p>
        </w:tc>
        <w:tc>
          <w:tcPr>
            <w:tcW w:w="1800" w:type="dxa"/>
          </w:tcPr>
          <w:p w14:paraId="6ACB8A4C" w14:textId="77777777" w:rsidR="00E953F5" w:rsidRDefault="00000000">
            <w:r>
              <w:rPr>
                <w:sz w:val="18"/>
              </w:rPr>
              <w:t>શૈક્ષણિક ગુણવત્તા</w:t>
            </w:r>
          </w:p>
        </w:tc>
        <w:tc>
          <w:tcPr>
            <w:tcW w:w="2592" w:type="dxa"/>
          </w:tcPr>
          <w:p w14:paraId="1D856658" w14:textId="77777777" w:rsidR="00E953F5" w:rsidRDefault="00000000">
            <w:r>
              <w:rPr>
                <w:sz w:val="18"/>
              </w:rPr>
              <w:t>વિદ્યાર્થીઓની શૈક્ષણિક જરૂરિયાત મુજબ વધારાની મહેનતની જરૂરિયાત હતી.</w:t>
            </w:r>
          </w:p>
        </w:tc>
        <w:tc>
          <w:tcPr>
            <w:tcW w:w="3240" w:type="dxa"/>
          </w:tcPr>
          <w:p w14:paraId="21B404A1" w14:textId="77777777" w:rsidR="00E953F5" w:rsidRDefault="00000000">
            <w:r>
              <w:rPr>
                <w:sz w:val="18"/>
              </w:rPr>
              <w:t>વિદ્યાર્થીઓની શીખવાની કક્ષાને ધ્યાનમાં રાખી પુનરાવર્તન, પ્રેક્ટિસ અને વ્યક્તિગત માર્ગદર્શન પર વધુ ભાર મૂકવામાં આવ્યો છે.</w:t>
            </w:r>
          </w:p>
        </w:tc>
        <w:tc>
          <w:tcPr>
            <w:tcW w:w="2376" w:type="dxa"/>
          </w:tcPr>
          <w:p w14:paraId="122252FB" w14:textId="77777777" w:rsidR="00E953F5" w:rsidRDefault="00000000">
            <w:r>
              <w:rPr>
                <w:sz w:val="18"/>
              </w:rPr>
              <w:t>શીખવાની પ્રક્રિયામાં સુધારો અને વિદ્યાર્થીઓમાં આત્મવિશ્વાસમાં વધારો.</w:t>
            </w:r>
          </w:p>
        </w:tc>
      </w:tr>
      <w:tr w:rsidR="00E953F5" w14:paraId="0F75995E" w14:textId="77777777">
        <w:trPr>
          <w:jc w:val="center"/>
        </w:trPr>
        <w:tc>
          <w:tcPr>
            <w:tcW w:w="576" w:type="dxa"/>
          </w:tcPr>
          <w:p w14:paraId="389836BC" w14:textId="77777777" w:rsidR="00E953F5" w:rsidRDefault="00000000">
            <w:r>
              <w:rPr>
                <w:sz w:val="18"/>
              </w:rPr>
              <w:t>2</w:t>
            </w:r>
          </w:p>
        </w:tc>
        <w:tc>
          <w:tcPr>
            <w:tcW w:w="1800" w:type="dxa"/>
          </w:tcPr>
          <w:p w14:paraId="4278A93B" w14:textId="77777777" w:rsidR="00E953F5" w:rsidRDefault="00000000">
            <w:r>
              <w:rPr>
                <w:sz w:val="18"/>
              </w:rPr>
              <w:t>વાંચન-લેખન કૌશલ્ય</w:t>
            </w:r>
          </w:p>
        </w:tc>
        <w:tc>
          <w:tcPr>
            <w:tcW w:w="2592" w:type="dxa"/>
          </w:tcPr>
          <w:p w14:paraId="2A011B98" w14:textId="77777777" w:rsidR="00E953F5" w:rsidRDefault="00000000">
            <w:r>
              <w:rPr>
                <w:sz w:val="18"/>
              </w:rPr>
              <w:t>કેટલાક વિદ્યાર્થીઓને વાંચન અને લેખનમાં વધુ અભ્યાસની જરૂરિયાત હતી.</w:t>
            </w:r>
          </w:p>
        </w:tc>
        <w:tc>
          <w:tcPr>
            <w:tcW w:w="3240" w:type="dxa"/>
          </w:tcPr>
          <w:p w14:paraId="078C63EC" w14:textId="77777777" w:rsidR="00E953F5" w:rsidRDefault="00000000">
            <w:r>
              <w:rPr>
                <w:sz w:val="18"/>
              </w:rPr>
              <w:t>વાંચન અભ્યાસ, લેખન કાર્ય અને નિયમિત પુનરાવર્તન દ્વારા કૌશલ્ય વિકસાવવામાં આવ્યું છે.</w:t>
            </w:r>
          </w:p>
        </w:tc>
        <w:tc>
          <w:tcPr>
            <w:tcW w:w="2376" w:type="dxa"/>
          </w:tcPr>
          <w:p w14:paraId="2FE21613" w14:textId="77777777" w:rsidR="00E953F5" w:rsidRDefault="00000000">
            <w:r>
              <w:rPr>
                <w:sz w:val="18"/>
              </w:rPr>
              <w:t>વાંચન-લેખનની પ્રવાહિતા તથા ચોકસાઈમાં પ્રગતિ.</w:t>
            </w:r>
          </w:p>
        </w:tc>
      </w:tr>
      <w:tr w:rsidR="00E953F5" w14:paraId="07577A9D" w14:textId="77777777">
        <w:trPr>
          <w:jc w:val="center"/>
        </w:trPr>
        <w:tc>
          <w:tcPr>
            <w:tcW w:w="576" w:type="dxa"/>
          </w:tcPr>
          <w:p w14:paraId="2D89630C" w14:textId="77777777" w:rsidR="00E953F5" w:rsidRDefault="00000000">
            <w:r>
              <w:rPr>
                <w:sz w:val="18"/>
              </w:rPr>
              <w:t>3</w:t>
            </w:r>
          </w:p>
        </w:tc>
        <w:tc>
          <w:tcPr>
            <w:tcW w:w="1800" w:type="dxa"/>
          </w:tcPr>
          <w:p w14:paraId="0AA98A2C" w14:textId="77777777" w:rsidR="00E953F5" w:rsidRDefault="00000000">
            <w:r>
              <w:rPr>
                <w:sz w:val="18"/>
              </w:rPr>
              <w:t>ગણિતીય કૌશલ્ય</w:t>
            </w:r>
          </w:p>
        </w:tc>
        <w:tc>
          <w:tcPr>
            <w:tcW w:w="2592" w:type="dxa"/>
          </w:tcPr>
          <w:p w14:paraId="2526600D" w14:textId="77777777" w:rsidR="00E953F5" w:rsidRDefault="00000000">
            <w:r>
              <w:rPr>
                <w:sz w:val="18"/>
              </w:rPr>
              <w:t>મૂળભૂત ગણિતીય સંકલ્પનાઓના પુનરાવર્તનની જરૂરિયાત હતી.</w:t>
            </w:r>
          </w:p>
        </w:tc>
        <w:tc>
          <w:tcPr>
            <w:tcW w:w="3240" w:type="dxa"/>
          </w:tcPr>
          <w:p w14:paraId="4C3F90B0" w14:textId="77777777" w:rsidR="00E953F5" w:rsidRDefault="00000000">
            <w:r>
              <w:rPr>
                <w:sz w:val="18"/>
              </w:rPr>
              <w:t>પ્રવૃત્તિ આધારિત શિક્ષણ, ઉદાહરણો અને સતત પ્રેક્ટિસનો ઉપયોગ કરવામાં આવ્યો છે.</w:t>
            </w:r>
          </w:p>
        </w:tc>
        <w:tc>
          <w:tcPr>
            <w:tcW w:w="2376" w:type="dxa"/>
          </w:tcPr>
          <w:p w14:paraId="3D9E9218" w14:textId="77777777" w:rsidR="00E953F5" w:rsidRDefault="00000000">
            <w:r>
              <w:rPr>
                <w:sz w:val="18"/>
              </w:rPr>
              <w:t>ગણિત વિષયમાં સમજ અને અભ્યાસ પ્રત્યે રસ વધ્યો.</w:t>
            </w:r>
          </w:p>
        </w:tc>
      </w:tr>
      <w:tr w:rsidR="00E953F5" w14:paraId="22C1DE32" w14:textId="77777777">
        <w:trPr>
          <w:jc w:val="center"/>
        </w:trPr>
        <w:tc>
          <w:tcPr>
            <w:tcW w:w="576" w:type="dxa"/>
          </w:tcPr>
          <w:p w14:paraId="42078EFC" w14:textId="77777777" w:rsidR="00E953F5" w:rsidRDefault="00000000">
            <w:r>
              <w:rPr>
                <w:sz w:val="18"/>
              </w:rPr>
              <w:t>4</w:t>
            </w:r>
          </w:p>
        </w:tc>
        <w:tc>
          <w:tcPr>
            <w:tcW w:w="1800" w:type="dxa"/>
          </w:tcPr>
          <w:p w14:paraId="37052AFF" w14:textId="77777777" w:rsidR="00E953F5" w:rsidRDefault="00000000">
            <w:r>
              <w:rPr>
                <w:sz w:val="18"/>
              </w:rPr>
              <w:t>વિદ્યાર્થી હાજરી</w:t>
            </w:r>
          </w:p>
        </w:tc>
        <w:tc>
          <w:tcPr>
            <w:tcW w:w="2592" w:type="dxa"/>
          </w:tcPr>
          <w:p w14:paraId="5C4F3D1F" w14:textId="77777777" w:rsidR="00E953F5" w:rsidRDefault="00000000">
            <w:r>
              <w:rPr>
                <w:sz w:val="18"/>
              </w:rPr>
              <w:t>નિયમિત હાજરી માટે વાલી સંપર્ક અને પ્રોત્સાહનની જરૂરિયાત રહેતી હતી.</w:t>
            </w:r>
          </w:p>
        </w:tc>
        <w:tc>
          <w:tcPr>
            <w:tcW w:w="3240" w:type="dxa"/>
          </w:tcPr>
          <w:p w14:paraId="66E8A8D9" w14:textId="77777777" w:rsidR="00E953F5" w:rsidRDefault="00000000">
            <w:r>
              <w:rPr>
                <w:sz w:val="18"/>
              </w:rPr>
              <w:t>વાલી સંપર્ક તથા વિદ્યાર્થીઓને નિયમિત શાળાએ આવવા માટે પ્રોત્સાહિત કરવામાં આવે છે.</w:t>
            </w:r>
          </w:p>
        </w:tc>
        <w:tc>
          <w:tcPr>
            <w:tcW w:w="2376" w:type="dxa"/>
          </w:tcPr>
          <w:p w14:paraId="06A27DD4" w14:textId="77777777" w:rsidR="00E953F5" w:rsidRDefault="00000000">
            <w:r>
              <w:rPr>
                <w:sz w:val="18"/>
              </w:rPr>
              <w:t>હાજરીમાં સુધારો અને શાળા સાથે જોડાણ મજબૂત બન્યું.</w:t>
            </w:r>
          </w:p>
        </w:tc>
      </w:tr>
      <w:tr w:rsidR="00E953F5" w14:paraId="36697298" w14:textId="77777777">
        <w:trPr>
          <w:jc w:val="center"/>
        </w:trPr>
        <w:tc>
          <w:tcPr>
            <w:tcW w:w="576" w:type="dxa"/>
          </w:tcPr>
          <w:p w14:paraId="0275F624" w14:textId="77777777" w:rsidR="00E953F5" w:rsidRDefault="00000000">
            <w:r>
              <w:rPr>
                <w:sz w:val="18"/>
              </w:rPr>
              <w:t>5</w:t>
            </w:r>
          </w:p>
        </w:tc>
        <w:tc>
          <w:tcPr>
            <w:tcW w:w="1800" w:type="dxa"/>
          </w:tcPr>
          <w:p w14:paraId="02706B9E" w14:textId="77777777" w:rsidR="00E953F5" w:rsidRDefault="00000000">
            <w:r>
              <w:rPr>
                <w:sz w:val="18"/>
              </w:rPr>
              <w:t>શાળા સ્વચ્છતા</w:t>
            </w:r>
          </w:p>
        </w:tc>
        <w:tc>
          <w:tcPr>
            <w:tcW w:w="2592" w:type="dxa"/>
          </w:tcPr>
          <w:p w14:paraId="2DDD4A25" w14:textId="77777777" w:rsidR="00E953F5" w:rsidRDefault="00000000">
            <w:r>
              <w:rPr>
                <w:sz w:val="18"/>
              </w:rPr>
              <w:t>સ્વચ્છતા અંગે નિયમિત દેખરેખ જરૂરી હતી.</w:t>
            </w:r>
          </w:p>
        </w:tc>
        <w:tc>
          <w:tcPr>
            <w:tcW w:w="3240" w:type="dxa"/>
          </w:tcPr>
          <w:p w14:paraId="1D722B54" w14:textId="77777777" w:rsidR="00E953F5" w:rsidRDefault="00000000">
            <w:r>
              <w:rPr>
                <w:sz w:val="18"/>
              </w:rPr>
              <w:t>વર્ગખંડ, પરિસર અને પાણી-સ્વચ્છતા વ્યવસ્થાની નિયમિત દેખરેખ રાખવામાં આવે છે.</w:t>
            </w:r>
          </w:p>
        </w:tc>
        <w:tc>
          <w:tcPr>
            <w:tcW w:w="2376" w:type="dxa"/>
          </w:tcPr>
          <w:p w14:paraId="3FF50910" w14:textId="77777777" w:rsidR="00E953F5" w:rsidRDefault="00000000">
            <w:r>
              <w:rPr>
                <w:sz w:val="18"/>
              </w:rPr>
              <w:t>સ્વચ્છ અને સ્વસ્થ શૈક્ષણિક વાતાવરણમાં સુધારો.</w:t>
            </w:r>
          </w:p>
        </w:tc>
      </w:tr>
      <w:tr w:rsidR="00E953F5" w14:paraId="5822C754" w14:textId="77777777">
        <w:trPr>
          <w:jc w:val="center"/>
        </w:trPr>
        <w:tc>
          <w:tcPr>
            <w:tcW w:w="576" w:type="dxa"/>
          </w:tcPr>
          <w:p w14:paraId="065E0B83" w14:textId="77777777" w:rsidR="00E953F5" w:rsidRDefault="00000000">
            <w:r>
              <w:rPr>
                <w:sz w:val="18"/>
              </w:rPr>
              <w:t>6</w:t>
            </w:r>
          </w:p>
        </w:tc>
        <w:tc>
          <w:tcPr>
            <w:tcW w:w="1800" w:type="dxa"/>
          </w:tcPr>
          <w:p w14:paraId="60EC4F58" w14:textId="77777777" w:rsidR="00E953F5" w:rsidRDefault="00000000">
            <w:r>
              <w:rPr>
                <w:sz w:val="18"/>
              </w:rPr>
              <w:t>પીવાનું પાણી અને સ્વચ્છતા સુવિધા</w:t>
            </w:r>
          </w:p>
        </w:tc>
        <w:tc>
          <w:tcPr>
            <w:tcW w:w="2592" w:type="dxa"/>
          </w:tcPr>
          <w:p w14:paraId="64ACC9FE" w14:textId="77777777" w:rsidR="00E953F5" w:rsidRDefault="00000000">
            <w:r>
              <w:rPr>
                <w:sz w:val="18"/>
              </w:rPr>
              <w:t>મૂળભૂત સુવિધાઓની નિયમિત જાળવણી જરૂરી હતી.</w:t>
            </w:r>
          </w:p>
        </w:tc>
        <w:tc>
          <w:tcPr>
            <w:tcW w:w="3240" w:type="dxa"/>
          </w:tcPr>
          <w:p w14:paraId="53CE0C1C" w14:textId="77777777" w:rsidR="00E953F5" w:rsidRDefault="00000000">
            <w:r>
              <w:rPr>
                <w:sz w:val="18"/>
              </w:rPr>
              <w:t>પીવાના પાણી તથા સ્વચ્છતા સુવિધાની નિયમિત ચકાસણી અને જાળવણી કરવામાં આવે છે.</w:t>
            </w:r>
          </w:p>
        </w:tc>
        <w:tc>
          <w:tcPr>
            <w:tcW w:w="2376" w:type="dxa"/>
          </w:tcPr>
          <w:p w14:paraId="22B36B29" w14:textId="77777777" w:rsidR="00E953F5" w:rsidRDefault="00000000">
            <w:r>
              <w:rPr>
                <w:sz w:val="18"/>
              </w:rPr>
              <w:t>વિદ્યાર્થીઓ માટે વધુ સુવિધાજનક વાતાવરણ.</w:t>
            </w:r>
          </w:p>
        </w:tc>
      </w:tr>
      <w:tr w:rsidR="00E953F5" w14:paraId="5CD3016C" w14:textId="77777777">
        <w:trPr>
          <w:jc w:val="center"/>
        </w:trPr>
        <w:tc>
          <w:tcPr>
            <w:tcW w:w="576" w:type="dxa"/>
          </w:tcPr>
          <w:p w14:paraId="4945CDA3" w14:textId="77777777" w:rsidR="00E953F5" w:rsidRDefault="00000000">
            <w:r>
              <w:rPr>
                <w:sz w:val="18"/>
              </w:rPr>
              <w:t>7</w:t>
            </w:r>
          </w:p>
        </w:tc>
        <w:tc>
          <w:tcPr>
            <w:tcW w:w="1800" w:type="dxa"/>
          </w:tcPr>
          <w:p w14:paraId="15EEC42E" w14:textId="77777777" w:rsidR="00E953F5" w:rsidRDefault="00000000">
            <w:r>
              <w:rPr>
                <w:sz w:val="18"/>
              </w:rPr>
              <w:t>શૈક્ષણિક સાધનોનો ઉપયોગ</w:t>
            </w:r>
          </w:p>
        </w:tc>
        <w:tc>
          <w:tcPr>
            <w:tcW w:w="2592" w:type="dxa"/>
          </w:tcPr>
          <w:p w14:paraId="03E8C3A6" w14:textId="77777777" w:rsidR="00E953F5" w:rsidRDefault="00000000">
            <w:r>
              <w:rPr>
                <w:sz w:val="18"/>
              </w:rPr>
              <w:t>ઉપલબ્ધ સાધનોનો ઉપયોગ વધુ આયોજનબદ્ધ કરવાની જરૂરિયાત હતી.</w:t>
            </w:r>
          </w:p>
        </w:tc>
        <w:tc>
          <w:tcPr>
            <w:tcW w:w="3240" w:type="dxa"/>
          </w:tcPr>
          <w:p w14:paraId="13A66DDB" w14:textId="77777777" w:rsidR="00E953F5" w:rsidRDefault="00000000">
            <w:r>
              <w:rPr>
                <w:sz w:val="18"/>
              </w:rPr>
              <w:t>પ્રવૃત્તિ, TLM અને ઉપલબ્ધ શૈક્ષણિક સાધનોનો પાઠ્યક્રમ સાથે વધુ અસરકારક ઉપયોગ કરવામાં આવે છે.</w:t>
            </w:r>
          </w:p>
        </w:tc>
        <w:tc>
          <w:tcPr>
            <w:tcW w:w="2376" w:type="dxa"/>
          </w:tcPr>
          <w:p w14:paraId="72D12706" w14:textId="77777777" w:rsidR="00E953F5" w:rsidRDefault="00000000">
            <w:r>
              <w:rPr>
                <w:sz w:val="18"/>
              </w:rPr>
              <w:t>શિક્ષણ વધુ રસપ્રદ અને પ્રવૃત્તિ આધારિત બન્યું.</w:t>
            </w:r>
          </w:p>
        </w:tc>
      </w:tr>
      <w:tr w:rsidR="00E953F5" w14:paraId="0301FFBC" w14:textId="77777777">
        <w:trPr>
          <w:jc w:val="center"/>
        </w:trPr>
        <w:tc>
          <w:tcPr>
            <w:tcW w:w="576" w:type="dxa"/>
          </w:tcPr>
          <w:p w14:paraId="25EA69F9" w14:textId="77777777" w:rsidR="00E953F5" w:rsidRDefault="00000000">
            <w:r>
              <w:rPr>
                <w:sz w:val="18"/>
              </w:rPr>
              <w:t>8</w:t>
            </w:r>
          </w:p>
        </w:tc>
        <w:tc>
          <w:tcPr>
            <w:tcW w:w="1800" w:type="dxa"/>
          </w:tcPr>
          <w:p w14:paraId="2CF031DA" w14:textId="77777777" w:rsidR="00E953F5" w:rsidRDefault="00000000">
            <w:r>
              <w:rPr>
                <w:sz w:val="18"/>
              </w:rPr>
              <w:t>સહશૈક્ષણિક પ્રવૃત્તિઓ</w:t>
            </w:r>
          </w:p>
        </w:tc>
        <w:tc>
          <w:tcPr>
            <w:tcW w:w="2592" w:type="dxa"/>
          </w:tcPr>
          <w:p w14:paraId="15B53B1C" w14:textId="77777777" w:rsidR="00E953F5" w:rsidRDefault="00000000">
            <w:r>
              <w:rPr>
                <w:sz w:val="18"/>
              </w:rPr>
              <w:t>પ્રવૃત્તિઓમાં ભાગીદારી વધારવાની જરૂરિયાત હતી.</w:t>
            </w:r>
          </w:p>
        </w:tc>
        <w:tc>
          <w:tcPr>
            <w:tcW w:w="3240" w:type="dxa"/>
          </w:tcPr>
          <w:p w14:paraId="64A95C83" w14:textId="77777777" w:rsidR="00E953F5" w:rsidRDefault="00000000">
            <w:r>
              <w:rPr>
                <w:sz w:val="18"/>
              </w:rPr>
              <w:t>રમતગમત, સાંસ્કૃતિક, સર્જનાત્મક અને અન્ય શૈક્ષણિક પ્રવૃત્તિઓમાં વિદ્યાર્થીઓને પ્રોત્સાહિત કરવામાં આવે છે.</w:t>
            </w:r>
          </w:p>
        </w:tc>
        <w:tc>
          <w:tcPr>
            <w:tcW w:w="2376" w:type="dxa"/>
          </w:tcPr>
          <w:p w14:paraId="504F0866" w14:textId="77777777" w:rsidR="00E953F5" w:rsidRDefault="00000000">
            <w:r>
              <w:rPr>
                <w:sz w:val="18"/>
              </w:rPr>
              <w:t>વિદ્યાર્થીઓમાં સર્જનાત્મકતા, ટીમવર્ક અને આત્મવિશ્વાસમાં વધારો.</w:t>
            </w:r>
          </w:p>
        </w:tc>
      </w:tr>
      <w:tr w:rsidR="00E953F5" w14:paraId="1995D00D" w14:textId="77777777">
        <w:trPr>
          <w:jc w:val="center"/>
        </w:trPr>
        <w:tc>
          <w:tcPr>
            <w:tcW w:w="576" w:type="dxa"/>
          </w:tcPr>
          <w:p w14:paraId="7EBC7821" w14:textId="77777777" w:rsidR="00E953F5" w:rsidRDefault="00000000">
            <w:r>
              <w:rPr>
                <w:sz w:val="18"/>
              </w:rPr>
              <w:t>9</w:t>
            </w:r>
          </w:p>
        </w:tc>
        <w:tc>
          <w:tcPr>
            <w:tcW w:w="1800" w:type="dxa"/>
          </w:tcPr>
          <w:p w14:paraId="1F5989F8" w14:textId="77777777" w:rsidR="00E953F5" w:rsidRDefault="00000000">
            <w:r>
              <w:rPr>
                <w:sz w:val="18"/>
              </w:rPr>
              <w:t>વાલી-શાળા સંકલન</w:t>
            </w:r>
          </w:p>
        </w:tc>
        <w:tc>
          <w:tcPr>
            <w:tcW w:w="2592" w:type="dxa"/>
          </w:tcPr>
          <w:p w14:paraId="490EC2F0" w14:textId="77777777" w:rsidR="00E953F5" w:rsidRDefault="00000000">
            <w:r>
              <w:rPr>
                <w:sz w:val="18"/>
              </w:rPr>
              <w:t>વાલીઓ સાથે નિયમિત સંવાદ વધુ મજબૂત કરવાની જરૂરિયાત હતી.</w:t>
            </w:r>
          </w:p>
        </w:tc>
        <w:tc>
          <w:tcPr>
            <w:tcW w:w="3240" w:type="dxa"/>
          </w:tcPr>
          <w:p w14:paraId="565954D7" w14:textId="77777777" w:rsidR="00E953F5" w:rsidRDefault="00000000">
            <w:r>
              <w:rPr>
                <w:sz w:val="18"/>
              </w:rPr>
              <w:t>વાલી સંપર્ક, બેઠક અને વિદ્યાર્થી પ્રગતિ અંગે ચર્ચા દ્વારા સંકલન વધારવામાં આવ્યું છે.</w:t>
            </w:r>
          </w:p>
        </w:tc>
        <w:tc>
          <w:tcPr>
            <w:tcW w:w="2376" w:type="dxa"/>
          </w:tcPr>
          <w:p w14:paraId="3C18AC46" w14:textId="77777777" w:rsidR="00E953F5" w:rsidRDefault="00000000">
            <w:r>
              <w:rPr>
                <w:sz w:val="18"/>
              </w:rPr>
              <w:t>વાલીઓની શાળાપ્રત્યેની ભાગીદારીમાં વધારો.</w:t>
            </w:r>
          </w:p>
        </w:tc>
      </w:tr>
      <w:tr w:rsidR="00E953F5" w14:paraId="67BFDD3B" w14:textId="77777777">
        <w:trPr>
          <w:jc w:val="center"/>
        </w:trPr>
        <w:tc>
          <w:tcPr>
            <w:tcW w:w="576" w:type="dxa"/>
          </w:tcPr>
          <w:p w14:paraId="235B354D" w14:textId="77777777" w:rsidR="00E953F5" w:rsidRDefault="00000000">
            <w:r>
              <w:rPr>
                <w:sz w:val="18"/>
              </w:rPr>
              <w:t>10</w:t>
            </w:r>
          </w:p>
        </w:tc>
        <w:tc>
          <w:tcPr>
            <w:tcW w:w="1800" w:type="dxa"/>
          </w:tcPr>
          <w:p w14:paraId="7D1895BF" w14:textId="77777777" w:rsidR="00E953F5" w:rsidRDefault="00000000">
            <w:r>
              <w:rPr>
                <w:sz w:val="18"/>
              </w:rPr>
              <w:t>SMC અને શાળા વિકાસ આયોજન</w:t>
            </w:r>
          </w:p>
        </w:tc>
        <w:tc>
          <w:tcPr>
            <w:tcW w:w="2592" w:type="dxa"/>
          </w:tcPr>
          <w:p w14:paraId="3335CB3B" w14:textId="77777777" w:rsidR="00E953F5" w:rsidRDefault="00000000">
            <w:r>
              <w:rPr>
                <w:sz w:val="18"/>
              </w:rPr>
              <w:t>શાળા વિકાસની જરૂરિયાતો અંગે ચર્ચા અને આયોજન કરવામાં આવતું હતું.</w:t>
            </w:r>
          </w:p>
        </w:tc>
        <w:tc>
          <w:tcPr>
            <w:tcW w:w="3240" w:type="dxa"/>
          </w:tcPr>
          <w:p w14:paraId="31C2603D" w14:textId="77777777" w:rsidR="00E953F5" w:rsidRDefault="00000000">
            <w:r>
              <w:rPr>
                <w:sz w:val="18"/>
              </w:rPr>
              <w:t>SMC દ્વારા જરૂરિયાતોની સમીક્ષા, પ્રાથમિકતા નક્કી કરી અને ઉપલબ્ધ સંસાધનો મુજબ આયોજન કરવામાં આવે છે.</w:t>
            </w:r>
          </w:p>
        </w:tc>
        <w:tc>
          <w:tcPr>
            <w:tcW w:w="2376" w:type="dxa"/>
          </w:tcPr>
          <w:p w14:paraId="08F2DAC8" w14:textId="77777777" w:rsidR="00E953F5" w:rsidRDefault="00000000">
            <w:r>
              <w:rPr>
                <w:sz w:val="18"/>
              </w:rPr>
              <w:t>શાળા વિકાસની પ્રક્રિયા વધુ આયોજનબદ્ધ અને જવાબદાર બની.</w:t>
            </w:r>
          </w:p>
        </w:tc>
      </w:tr>
      <w:tr w:rsidR="00E953F5" w14:paraId="6CBC57B6" w14:textId="77777777">
        <w:trPr>
          <w:jc w:val="center"/>
        </w:trPr>
        <w:tc>
          <w:tcPr>
            <w:tcW w:w="576" w:type="dxa"/>
          </w:tcPr>
          <w:p w14:paraId="46971193" w14:textId="77777777" w:rsidR="00E953F5" w:rsidRDefault="00000000">
            <w:r>
              <w:rPr>
                <w:sz w:val="18"/>
              </w:rPr>
              <w:t>11</w:t>
            </w:r>
          </w:p>
        </w:tc>
        <w:tc>
          <w:tcPr>
            <w:tcW w:w="1800" w:type="dxa"/>
          </w:tcPr>
          <w:p w14:paraId="2C8A18E2" w14:textId="77777777" w:rsidR="00E953F5" w:rsidRDefault="00000000">
            <w:r>
              <w:rPr>
                <w:sz w:val="18"/>
              </w:rPr>
              <w:t>વિદ્યાર્થી સલામતી</w:t>
            </w:r>
          </w:p>
        </w:tc>
        <w:tc>
          <w:tcPr>
            <w:tcW w:w="2592" w:type="dxa"/>
          </w:tcPr>
          <w:p w14:paraId="48E95FD5" w14:textId="77777777" w:rsidR="00E953F5" w:rsidRDefault="00000000">
            <w:r>
              <w:rPr>
                <w:sz w:val="18"/>
              </w:rPr>
              <w:t>સલામતી અંગે નિયમિત માર્ગદર્શન જરૂરી હતું.</w:t>
            </w:r>
          </w:p>
        </w:tc>
        <w:tc>
          <w:tcPr>
            <w:tcW w:w="3240" w:type="dxa"/>
          </w:tcPr>
          <w:p w14:paraId="3C0E3E07" w14:textId="77777777" w:rsidR="00E953F5" w:rsidRDefault="00000000">
            <w:r>
              <w:rPr>
                <w:sz w:val="18"/>
              </w:rPr>
              <w:t>વિદ્યાર્થીઓને સલામતી, સ્વચ્છતા અને શિસ્ત અંગે સતત માર્ગદર્શન આપવામાં આવે છે.</w:t>
            </w:r>
          </w:p>
        </w:tc>
        <w:tc>
          <w:tcPr>
            <w:tcW w:w="2376" w:type="dxa"/>
          </w:tcPr>
          <w:p w14:paraId="096E6F9C" w14:textId="77777777" w:rsidR="00E953F5" w:rsidRDefault="00000000">
            <w:r>
              <w:rPr>
                <w:sz w:val="18"/>
              </w:rPr>
              <w:t>વિદ્યાર્થીઓમાં સલામતી અંગે જાગૃતિમાં વધારો.</w:t>
            </w:r>
          </w:p>
        </w:tc>
      </w:tr>
      <w:tr w:rsidR="00E953F5" w14:paraId="32135B24" w14:textId="77777777">
        <w:trPr>
          <w:jc w:val="center"/>
        </w:trPr>
        <w:tc>
          <w:tcPr>
            <w:tcW w:w="576" w:type="dxa"/>
          </w:tcPr>
          <w:p w14:paraId="107DC91F" w14:textId="77777777" w:rsidR="00E953F5" w:rsidRDefault="00000000">
            <w:r>
              <w:rPr>
                <w:sz w:val="18"/>
              </w:rPr>
              <w:t>12</w:t>
            </w:r>
          </w:p>
        </w:tc>
        <w:tc>
          <w:tcPr>
            <w:tcW w:w="1800" w:type="dxa"/>
          </w:tcPr>
          <w:p w14:paraId="4499623C" w14:textId="77777777" w:rsidR="00E953F5" w:rsidRDefault="00000000">
            <w:r>
              <w:rPr>
                <w:sz w:val="18"/>
              </w:rPr>
              <w:t>સમગ્ર શાળા વાતાવરણ</w:t>
            </w:r>
          </w:p>
        </w:tc>
        <w:tc>
          <w:tcPr>
            <w:tcW w:w="2592" w:type="dxa"/>
          </w:tcPr>
          <w:p w14:paraId="4B5A6592" w14:textId="77777777" w:rsidR="00E953F5" w:rsidRDefault="00000000">
            <w:r>
              <w:rPr>
                <w:sz w:val="18"/>
              </w:rPr>
              <w:t>સુધારાની સતત પ્રક્રિયા જરૂરી હતી.</w:t>
            </w:r>
          </w:p>
        </w:tc>
        <w:tc>
          <w:tcPr>
            <w:tcW w:w="3240" w:type="dxa"/>
          </w:tcPr>
          <w:p w14:paraId="65F780B5" w14:textId="77777777" w:rsidR="00E953F5" w:rsidRDefault="00000000">
            <w:r>
              <w:rPr>
                <w:sz w:val="18"/>
              </w:rPr>
              <w:t>શૈક્ષણિક ગુણવત્તા, સ્વચ્છતા, શિસ્ત, પ્રવૃત્તિ અને વાલી સહભાગિતાને એકસાથે આગળ વધારવામાં આવી છે.</w:t>
            </w:r>
          </w:p>
        </w:tc>
        <w:tc>
          <w:tcPr>
            <w:tcW w:w="2376" w:type="dxa"/>
          </w:tcPr>
          <w:p w14:paraId="63118475" w14:textId="77777777" w:rsidR="00E953F5" w:rsidRDefault="00000000">
            <w:r>
              <w:rPr>
                <w:sz w:val="18"/>
              </w:rPr>
              <w:t>શાળાના સમગ્ર વિકાસમાં ગુણાત્મક પ્રગતિ જોવા મળે છે.</w:t>
            </w:r>
          </w:p>
        </w:tc>
      </w:tr>
    </w:tbl>
    <w:p w14:paraId="2B9C375E" w14:textId="77777777" w:rsidR="00E953F5" w:rsidRDefault="00E953F5"/>
    <w:p w14:paraId="2304C8F9" w14:textId="77777777" w:rsidR="00E953F5" w:rsidRDefault="00000000">
      <w:r>
        <w:rPr>
          <w:b/>
        </w:rPr>
        <w:t xml:space="preserve">નિષ્કર્ષ : </w:t>
      </w:r>
      <w:r>
        <w:t>ગત વર્ષની તુલનામાં ચાલુ વર્ષમાં શાળાના વિકાસ માટે વધુ આયોજનબદ્ધ કામગીરી કરવામાં આવી છે. શૈક્ષણિક ગુણવત્તા, વિદ્યાર્થી કૌશલ્ય, સ્વચ્છતા, સહશૈક્ષણિક પ્રવૃત્તિ, વાલી સહભાગિતા અને SMCના સંકલનમાં ગુણાત્મક પ્રગતિ જોવા મળે છે. શાળા વિકાસ યોજના મુજબ બાકી રહેલી જરૂરિયાતો માટે પણ સતત પ્રયત્નો ચાલુ રાખવામાં આવશે.</w:t>
      </w:r>
    </w:p>
    <w:p w14:paraId="099EB84D" w14:textId="68EBF8A4" w:rsidR="00E953F5" w:rsidRDefault="00000000">
      <w:pPr>
        <w:rPr>
          <w:color w:val="EE0000"/>
          <w:lang w:bidi="gu-IN"/>
        </w:rPr>
      </w:pPr>
      <w:proofErr w:type="gramStart"/>
      <w:r>
        <w:rPr>
          <w:b/>
        </w:rPr>
        <w:t xml:space="preserve">સ્થળ </w:t>
      </w:r>
      <w:r w:rsidRPr="00FD267C">
        <w:rPr>
          <w:b/>
          <w:color w:val="EE0000"/>
        </w:rPr>
        <w:t>:</w:t>
      </w:r>
      <w:proofErr w:type="gramEnd"/>
      <w:r w:rsidRPr="00FD267C">
        <w:rPr>
          <w:b/>
          <w:color w:val="EE0000"/>
        </w:rPr>
        <w:t xml:space="preserve"> </w:t>
      </w:r>
      <w:r w:rsidRPr="00FD267C">
        <w:rPr>
          <w:color w:val="EE0000"/>
        </w:rPr>
        <w:t xml:space="preserve">રાઠવા ફળિયા દામાવાવ પ્રાથમિક શાળા    </w:t>
      </w:r>
    </w:p>
    <w:p w14:paraId="26BC9A79" w14:textId="77777777" w:rsidR="00FD267C" w:rsidRDefault="00FD267C">
      <w:pPr>
        <w:rPr>
          <w:rFonts w:hint="cs"/>
          <w:lang w:bidi="gu-IN"/>
        </w:rPr>
      </w:pPr>
    </w:p>
    <w:p w14:paraId="29110C29" w14:textId="77777777" w:rsidR="00E953F5" w:rsidRDefault="00000000">
      <w:proofErr w:type="spellStart"/>
      <w:r>
        <w:t>આચાર્યશ્રીની</w:t>
      </w:r>
      <w:proofErr w:type="spellEnd"/>
      <w:r>
        <w:t xml:space="preserve"> </w:t>
      </w:r>
      <w:proofErr w:type="spellStart"/>
      <w:proofErr w:type="gramStart"/>
      <w:r>
        <w:t>સહી</w:t>
      </w:r>
      <w:proofErr w:type="spellEnd"/>
      <w:r>
        <w:t xml:space="preserve"> :</w:t>
      </w:r>
      <w:proofErr w:type="gramEnd"/>
      <w:r>
        <w:t xml:space="preserve"> ____________________    SMC અધ્યક્ષની </w:t>
      </w:r>
      <w:proofErr w:type="gramStart"/>
      <w:r>
        <w:t>સહી :</w:t>
      </w:r>
      <w:proofErr w:type="gramEnd"/>
      <w:r>
        <w:t xml:space="preserve"> ____________________</w:t>
      </w:r>
    </w:p>
    <w:sectPr w:rsidR="00E953F5" w:rsidSect="00034616">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hruti">
    <w:panose1 w:val="02000500000000000000"/>
    <w:charset w:val="00"/>
    <w:family w:val="swiss"/>
    <w:pitch w:val="variable"/>
    <w:sig w:usb0="00040003" w:usb1="00000000" w:usb2="00000000" w:usb3="00000000" w:csb0="00000001" w:csb1="00000000"/>
  </w:font>
  <w:font w:name="Noto Sans Gujarati">
    <w:charset w:val="00"/>
    <w:family w:val="swiss"/>
    <w:pitch w:val="variable"/>
    <w:sig w:usb0="80048003" w:usb1="00002042"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27547669">
    <w:abstractNumId w:val="8"/>
  </w:num>
  <w:num w:numId="2" w16cid:durableId="769860512">
    <w:abstractNumId w:val="6"/>
  </w:num>
  <w:num w:numId="3" w16cid:durableId="1667586834">
    <w:abstractNumId w:val="5"/>
  </w:num>
  <w:num w:numId="4" w16cid:durableId="229002312">
    <w:abstractNumId w:val="4"/>
  </w:num>
  <w:num w:numId="5" w16cid:durableId="2106222081">
    <w:abstractNumId w:val="7"/>
  </w:num>
  <w:num w:numId="6" w16cid:durableId="2134442988">
    <w:abstractNumId w:val="3"/>
  </w:num>
  <w:num w:numId="7" w16cid:durableId="1138261311">
    <w:abstractNumId w:val="2"/>
  </w:num>
  <w:num w:numId="8" w16cid:durableId="259489059">
    <w:abstractNumId w:val="1"/>
  </w:num>
  <w:num w:numId="9" w16cid:durableId="864682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67922"/>
    <w:rsid w:val="0064724D"/>
    <w:rsid w:val="00AA1D8D"/>
    <w:rsid w:val="00B47730"/>
    <w:rsid w:val="00CB0664"/>
    <w:rsid w:val="00D20D05"/>
    <w:rsid w:val="00E953F5"/>
    <w:rsid w:val="00FC693F"/>
    <w:rsid w:val="00FD267C"/>
  </w:rsids>
  <m:mathPr>
    <m:mathFont m:val="Cambria Math"/>
    <m:brkBin m:val="before"/>
    <m:brkBinSub m:val="--"/>
    <m:smallFrac m:val="0"/>
    <m:dispDef/>
    <m:lMargin m:val="0"/>
    <m:rMargin m:val="0"/>
    <m:defJc m:val="centerGroup"/>
    <m:wrapIndent m:val="1440"/>
    <m:intLim m:val="subSup"/>
    <m:naryLim m:val="undOvr"/>
  </m:mathPr>
  <w:themeFontLang w:val="en-US" w:eastAsia="ja-JP" w:bidi="gu-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DFC4D5"/>
  <w14:defaultImageDpi w14:val="300"/>
  <w15:docId w15:val="{18C96224-B4A5-4A7B-95D8-2A08EB5FA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Noto Sans Gujarati" w:eastAsia="Noto Sans Gujarati" w:hAnsi="Noto Sans Gujarat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rafvargdamavav1989@gmail.com</cp:lastModifiedBy>
  <cp:revision>4</cp:revision>
  <dcterms:created xsi:type="dcterms:W3CDTF">2013-12-23T23:15:00Z</dcterms:created>
  <dcterms:modified xsi:type="dcterms:W3CDTF">2026-08-12T12:37:00Z</dcterms:modified>
  <cp:category/>
</cp:coreProperties>
</file>