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6158B" w14:textId="77777777" w:rsidR="00A05AE6" w:rsidRDefault="00381CFE">
      <w:pPr>
        <w:jc w:val="center"/>
        <w:rPr>
          <w:b/>
          <w:sz w:val="32"/>
          <w:lang w:bidi="gu-IN"/>
        </w:rPr>
      </w:pPr>
      <w:r>
        <w:rPr>
          <w:rFonts w:cs="Noto Sans Gujarati"/>
          <w:b/>
          <w:bCs/>
          <w:sz w:val="32"/>
          <w:szCs w:val="32"/>
          <w:cs/>
          <w:lang w:bidi="gu-IN"/>
        </w:rPr>
        <w:t>શાળાની</w:t>
      </w:r>
      <w:r>
        <w:rPr>
          <w:b/>
          <w:sz w:val="32"/>
        </w:rPr>
        <w:t xml:space="preserve"> </w:t>
      </w:r>
      <w:r>
        <w:rPr>
          <w:rFonts w:cs="Noto Sans Gujarati"/>
          <w:b/>
          <w:bCs/>
          <w:sz w:val="32"/>
          <w:szCs w:val="32"/>
          <w:cs/>
          <w:lang w:bidi="gu-IN"/>
        </w:rPr>
        <w:t>વિકાસ</w:t>
      </w:r>
      <w:r>
        <w:rPr>
          <w:b/>
          <w:sz w:val="32"/>
        </w:rPr>
        <w:t xml:space="preserve"> </w:t>
      </w:r>
      <w:r>
        <w:rPr>
          <w:rFonts w:cs="Noto Sans Gujarati"/>
          <w:b/>
          <w:bCs/>
          <w:sz w:val="32"/>
          <w:szCs w:val="32"/>
          <w:cs/>
          <w:lang w:bidi="gu-IN"/>
        </w:rPr>
        <w:t>યોજનાનો</w:t>
      </w:r>
      <w:r>
        <w:rPr>
          <w:b/>
          <w:sz w:val="32"/>
        </w:rPr>
        <w:t xml:space="preserve"> </w:t>
      </w:r>
      <w:r>
        <w:rPr>
          <w:rFonts w:cs="Noto Sans Gujarati"/>
          <w:b/>
          <w:bCs/>
          <w:sz w:val="32"/>
          <w:szCs w:val="32"/>
          <w:cs/>
          <w:lang w:bidi="gu-IN"/>
        </w:rPr>
        <w:t>દસ્તાવેજ</w:t>
      </w:r>
      <w:bookmarkStart w:id="0" w:name="_GoBack"/>
      <w:bookmarkEnd w:id="0"/>
    </w:p>
    <w:p w14:paraId="09454AFE" w14:textId="4DBEF21B" w:rsidR="00A05AE6" w:rsidRPr="00CA1FDD" w:rsidRDefault="00381CFE">
      <w:pPr>
        <w:rPr>
          <w:color w:val="EE0000"/>
        </w:rPr>
      </w:pPr>
      <w:r w:rsidRPr="00CA1FDD">
        <w:rPr>
          <w:rFonts w:cs="Noto Sans Gujarati"/>
          <w:color w:val="EE0000"/>
          <w:cs/>
          <w:lang w:bidi="gu-IN"/>
        </w:rPr>
        <w:t>શાળાનું</w:t>
      </w:r>
      <w:r w:rsidRPr="00CA1FDD">
        <w:rPr>
          <w:color w:val="EE0000"/>
        </w:rPr>
        <w:t xml:space="preserve"> </w:t>
      </w:r>
      <w:r w:rsidRPr="00CA1FDD">
        <w:rPr>
          <w:rFonts w:cs="Noto Sans Gujarati"/>
          <w:color w:val="EE0000"/>
          <w:cs/>
          <w:lang w:bidi="gu-IN"/>
        </w:rPr>
        <w:t>નામ</w:t>
      </w:r>
      <w:r w:rsidRPr="00CA1FDD">
        <w:rPr>
          <w:color w:val="EE0000"/>
        </w:rPr>
        <w:t xml:space="preserve">: </w:t>
      </w:r>
      <w:r>
        <w:rPr>
          <w:rFonts w:hint="cs"/>
          <w:color w:val="EE0000"/>
          <w:cs/>
          <w:lang w:bidi="gu-IN"/>
        </w:rPr>
        <w:t xml:space="preserve">શ્રી તારક મેહતા </w:t>
      </w:r>
      <w:r w:rsidRPr="00CA1FDD">
        <w:rPr>
          <w:rFonts w:cs="Noto Sans Gujarati"/>
          <w:color w:val="EE0000"/>
          <w:cs/>
          <w:lang w:bidi="gu-IN"/>
        </w:rPr>
        <w:t>પ્રાથમિક</w:t>
      </w:r>
      <w:r w:rsidRPr="00CA1FDD">
        <w:rPr>
          <w:color w:val="EE0000"/>
        </w:rPr>
        <w:t xml:space="preserve"> </w:t>
      </w:r>
      <w:r w:rsidRPr="00CA1FDD">
        <w:rPr>
          <w:rFonts w:cs="Noto Sans Gujarati"/>
          <w:color w:val="EE0000"/>
          <w:cs/>
          <w:lang w:bidi="gu-IN"/>
        </w:rPr>
        <w:t>શાળા</w:t>
      </w:r>
      <w:r>
        <w:rPr>
          <w:rFonts w:cs="Noto Sans Gujarati" w:hint="cs"/>
          <w:color w:val="EE0000"/>
          <w:cs/>
          <w:lang w:bidi="gu-IN"/>
        </w:rPr>
        <w:t xml:space="preserve"> ક્રમાંક ૩૨૯ </w:t>
      </w:r>
    </w:p>
    <w:p w14:paraId="425AAF6A" w14:textId="7EFCB466" w:rsidR="00A05AE6" w:rsidRDefault="00381CFE">
      <w:r>
        <w:rPr>
          <w:rFonts w:cs="Noto Sans Gujarati"/>
          <w:b/>
          <w:bCs/>
          <w:cs/>
          <w:lang w:bidi="gu-IN"/>
        </w:rPr>
        <w:t>પ્રસ્તાવના</w:t>
      </w:r>
      <w:r>
        <w:rPr>
          <w:b/>
        </w:rPr>
        <w:t xml:space="preserve">: </w:t>
      </w:r>
      <w:r w:rsidRPr="00381CFE">
        <w:rPr>
          <w:rFonts w:hint="cs"/>
          <w:cs/>
          <w:lang w:bidi="gu-IN"/>
        </w:rPr>
        <w:t xml:space="preserve">શ્રી તારક મેહતા </w:t>
      </w:r>
      <w:r w:rsidRPr="00381CFE">
        <w:rPr>
          <w:rFonts w:cs="Noto Sans Gujarati"/>
          <w:cs/>
          <w:lang w:bidi="gu-IN"/>
        </w:rPr>
        <w:t>પ્રાથમિક</w:t>
      </w:r>
      <w:r w:rsidRPr="00381CFE">
        <w:t xml:space="preserve"> </w:t>
      </w:r>
      <w:r w:rsidRPr="00381CFE">
        <w:rPr>
          <w:rFonts w:cs="Noto Sans Gujarati"/>
          <w:cs/>
          <w:lang w:bidi="gu-IN"/>
        </w:rPr>
        <w:t>શાળા</w:t>
      </w:r>
      <w:r w:rsidRPr="00381CFE">
        <w:rPr>
          <w:rFonts w:cs="Noto Sans Gujarati" w:hint="cs"/>
          <w:cs/>
          <w:lang w:bidi="gu-IN"/>
        </w:rPr>
        <w:t xml:space="preserve"> ક્રમાંક ૩૨૯ </w:t>
      </w:r>
      <w:r>
        <w:rPr>
          <w:rFonts w:cs="Noto Sans Gujarati"/>
          <w:cs/>
          <w:lang w:bidi="gu-IN"/>
        </w:rPr>
        <w:t>માં</w:t>
      </w:r>
      <w:r>
        <w:t xml:space="preserve"> </w:t>
      </w:r>
      <w:r>
        <w:rPr>
          <w:rFonts w:cs="Noto Sans Gujarati"/>
          <w:cs/>
          <w:lang w:bidi="gu-IN"/>
        </w:rPr>
        <w:t>વિદ્યાર્થીઓને</w:t>
      </w:r>
      <w:r>
        <w:t xml:space="preserve"> </w:t>
      </w:r>
      <w:r>
        <w:rPr>
          <w:rFonts w:cs="Noto Sans Gujarati"/>
          <w:cs/>
          <w:lang w:bidi="gu-IN"/>
        </w:rPr>
        <w:t>ગુણવત્તાયુક્ત</w:t>
      </w:r>
      <w:r>
        <w:t xml:space="preserve"> </w:t>
      </w:r>
      <w:r>
        <w:rPr>
          <w:rFonts w:cs="Noto Sans Gujarati"/>
          <w:cs/>
          <w:lang w:bidi="gu-IN"/>
        </w:rPr>
        <w:t>શિક્ષણ</w:t>
      </w:r>
      <w:r>
        <w:t xml:space="preserve">, </w:t>
      </w:r>
      <w:r>
        <w:rPr>
          <w:rFonts w:cs="Noto Sans Gujarati"/>
          <w:cs/>
          <w:lang w:bidi="gu-IN"/>
        </w:rPr>
        <w:t>સુરક્ષિત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આનંદમય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વાતાવરણ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સર્વાંગી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માટે</w:t>
      </w:r>
      <w:r>
        <w:t xml:space="preserve"> </w:t>
      </w:r>
      <w:r>
        <w:rPr>
          <w:rFonts w:cs="Noto Sans Gujarati"/>
          <w:cs/>
          <w:lang w:bidi="gu-IN"/>
        </w:rPr>
        <w:t>શાળાની</w:t>
      </w:r>
      <w:r>
        <w:t xml:space="preserve"> </w:t>
      </w:r>
      <w:r>
        <w:rPr>
          <w:rFonts w:cs="Noto Sans Gujarati"/>
          <w:cs/>
          <w:lang w:bidi="gu-IN"/>
        </w:rPr>
        <w:t>જરૂરિયાતોને</w:t>
      </w:r>
      <w:r>
        <w:t xml:space="preserve"> </w:t>
      </w:r>
      <w:r>
        <w:rPr>
          <w:rFonts w:cs="Noto Sans Gujarati"/>
          <w:cs/>
          <w:lang w:bidi="gu-IN"/>
        </w:rPr>
        <w:t>ધ્યાનમાં</w:t>
      </w:r>
      <w:r>
        <w:t xml:space="preserve"> </w:t>
      </w:r>
      <w:r>
        <w:rPr>
          <w:rFonts w:cs="Noto Sans Gujarati"/>
          <w:cs/>
          <w:lang w:bidi="gu-IN"/>
        </w:rPr>
        <w:t>રાખીને</w:t>
      </w:r>
      <w:r>
        <w:t xml:space="preserve"> </w:t>
      </w:r>
      <w:r>
        <w:rPr>
          <w:rFonts w:cs="Noto Sans Gujarati"/>
          <w:cs/>
          <w:lang w:bidi="gu-IN"/>
        </w:rPr>
        <w:t>શાળા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યોજના</w:t>
      </w:r>
      <w:r>
        <w:t xml:space="preserve"> </w:t>
      </w:r>
      <w:r>
        <w:rPr>
          <w:rFonts w:cs="Noto Sans Gujarati"/>
          <w:cs/>
          <w:lang w:bidi="gu-IN"/>
        </w:rPr>
        <w:t>તૈયાર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2C0857BE" w14:textId="77777777" w:rsidR="00A05AE6" w:rsidRDefault="00381CFE">
      <w:r>
        <w:rPr>
          <w:b/>
        </w:rPr>
        <w:t xml:space="preserve">1. </w:t>
      </w:r>
      <w:r>
        <w:rPr>
          <w:rFonts w:cs="Noto Sans Gujarati"/>
          <w:b/>
          <w:bCs/>
          <w:cs/>
          <w:lang w:bidi="gu-IN"/>
        </w:rPr>
        <w:t>શૈક્ષણિક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વિકાસ</w:t>
      </w:r>
    </w:p>
    <w:p w14:paraId="571ACC85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વિદ્યાર્થીઓના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પરિણામમાં</w:t>
      </w:r>
      <w:r>
        <w:t xml:space="preserve"> </w:t>
      </w:r>
      <w:r>
        <w:rPr>
          <w:rFonts w:cs="Noto Sans Gujarati"/>
          <w:cs/>
          <w:lang w:bidi="gu-IN"/>
        </w:rPr>
        <w:t>સતત</w:t>
      </w:r>
      <w:r>
        <w:t xml:space="preserve"> </w:t>
      </w:r>
      <w:r>
        <w:rPr>
          <w:rFonts w:cs="Noto Sans Gujarati"/>
          <w:cs/>
          <w:lang w:bidi="gu-IN"/>
        </w:rPr>
        <w:t>સુધારો</w:t>
      </w:r>
      <w:r>
        <w:t xml:space="preserve"> </w:t>
      </w:r>
      <w:r>
        <w:rPr>
          <w:rFonts w:cs="Noto Sans Gujarati"/>
          <w:cs/>
          <w:lang w:bidi="gu-IN"/>
        </w:rPr>
        <w:t>લાવવાનો</w:t>
      </w:r>
      <w:r>
        <w:t xml:space="preserve"> </w:t>
      </w:r>
      <w:r>
        <w:rPr>
          <w:rFonts w:cs="Noto Sans Gujarati"/>
          <w:cs/>
          <w:lang w:bidi="gu-IN"/>
        </w:rPr>
        <w:t>પ્રયત્ન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A24E282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વિદ્યાર્થીઓની</w:t>
      </w:r>
      <w:r>
        <w:t xml:space="preserve"> </w:t>
      </w:r>
      <w:r>
        <w:rPr>
          <w:rFonts w:cs="Noto Sans Gujarati"/>
          <w:cs/>
          <w:lang w:bidi="gu-IN"/>
        </w:rPr>
        <w:t>વ્યક્તિગત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જરૂરિયાત</w:t>
      </w:r>
      <w:r>
        <w:t xml:space="preserve"> </w:t>
      </w:r>
      <w:r>
        <w:rPr>
          <w:rFonts w:cs="Noto Sans Gujarati"/>
          <w:cs/>
          <w:lang w:bidi="gu-IN"/>
        </w:rPr>
        <w:t>ઓળખી</w:t>
      </w:r>
      <w:r>
        <w:t xml:space="preserve"> </w:t>
      </w:r>
      <w:r>
        <w:rPr>
          <w:rFonts w:cs="Noto Sans Gujarati"/>
          <w:cs/>
          <w:lang w:bidi="gu-IN"/>
        </w:rPr>
        <w:t>જરૂરી</w:t>
      </w:r>
      <w:r>
        <w:t xml:space="preserve"> </w:t>
      </w:r>
      <w:r>
        <w:rPr>
          <w:rFonts w:cs="Noto Sans Gujarati"/>
          <w:cs/>
          <w:lang w:bidi="gu-IN"/>
        </w:rPr>
        <w:t>માર્ગદર્શન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પુનઃશિક્ષણ</w:t>
      </w:r>
      <w:r>
        <w:t xml:space="preserve"> </w:t>
      </w:r>
      <w:r>
        <w:rPr>
          <w:rFonts w:cs="Noto Sans Gujarati"/>
          <w:cs/>
          <w:lang w:bidi="gu-IN"/>
        </w:rPr>
        <w:t>આપવા</w:t>
      </w:r>
      <w:r>
        <w:rPr>
          <w:rFonts w:cs="Noto Sans Gujarati"/>
          <w:cs/>
          <w:lang w:bidi="gu-IN"/>
        </w:rPr>
        <w:t>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412670D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વાંચન</w:t>
      </w:r>
      <w:r>
        <w:t xml:space="preserve">, </w:t>
      </w:r>
      <w:r>
        <w:rPr>
          <w:rFonts w:cs="Noto Sans Gujarati"/>
          <w:cs/>
          <w:lang w:bidi="gu-IN"/>
        </w:rPr>
        <w:t>લેખન</w:t>
      </w:r>
      <w:r>
        <w:t xml:space="preserve">, </w:t>
      </w:r>
      <w:r>
        <w:rPr>
          <w:rFonts w:cs="Noto Sans Gujarati"/>
          <w:cs/>
          <w:lang w:bidi="gu-IN"/>
        </w:rPr>
        <w:t>ગણન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મૂળભૂત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કૌશલ્યોના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માટે</w:t>
      </w:r>
      <w:r>
        <w:t xml:space="preserve"> </w:t>
      </w:r>
      <w:r>
        <w:rPr>
          <w:rFonts w:cs="Noto Sans Gujarati"/>
          <w:cs/>
          <w:lang w:bidi="gu-IN"/>
        </w:rPr>
        <w:t>વિવિધ</w:t>
      </w:r>
      <w:r>
        <w:t xml:space="preserve"> </w:t>
      </w:r>
      <w:r>
        <w:rPr>
          <w:rFonts w:cs="Noto Sans Gujarati"/>
          <w:cs/>
          <w:lang w:bidi="gu-IN"/>
        </w:rPr>
        <w:t>પ્રવૃત્તિઓ</w:t>
      </w:r>
      <w:r>
        <w:t xml:space="preserve"> </w:t>
      </w:r>
      <w:r>
        <w:rPr>
          <w:rFonts w:cs="Noto Sans Gujarati"/>
          <w:cs/>
          <w:lang w:bidi="gu-IN"/>
        </w:rPr>
        <w:t>હાથ</w:t>
      </w:r>
      <w:r>
        <w:t xml:space="preserve"> </w:t>
      </w:r>
      <w:r>
        <w:rPr>
          <w:rFonts w:cs="Noto Sans Gujarati"/>
          <w:cs/>
          <w:lang w:bidi="gu-IN"/>
        </w:rPr>
        <w:t>ધરવામાં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41081EB0" w14:textId="77777777" w:rsidR="00A05AE6" w:rsidRDefault="00381CFE">
      <w:r>
        <w:rPr>
          <w:b/>
        </w:rPr>
        <w:t xml:space="preserve">2. </w:t>
      </w:r>
      <w:r>
        <w:rPr>
          <w:rFonts w:cs="Noto Sans Gujarati"/>
          <w:b/>
          <w:bCs/>
          <w:cs/>
          <w:lang w:bidi="gu-IN"/>
        </w:rPr>
        <w:t>ભૌતિક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સુવિધાઓનો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વિકાસ</w:t>
      </w:r>
    </w:p>
    <w:p w14:paraId="6F8E0BEB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વર્ગખંડો</w:t>
      </w:r>
      <w:r>
        <w:t xml:space="preserve">, </w:t>
      </w:r>
      <w:r>
        <w:rPr>
          <w:rFonts w:cs="Noto Sans Gujarati"/>
          <w:cs/>
          <w:lang w:bidi="gu-IN"/>
        </w:rPr>
        <w:t>પીવાના</w:t>
      </w:r>
      <w:r>
        <w:t xml:space="preserve"> </w:t>
      </w:r>
      <w:r>
        <w:rPr>
          <w:rFonts w:cs="Noto Sans Gujarati"/>
          <w:cs/>
          <w:lang w:bidi="gu-IN"/>
        </w:rPr>
        <w:t>પાણી</w:t>
      </w:r>
      <w:r>
        <w:t xml:space="preserve">, </w:t>
      </w:r>
      <w:r>
        <w:rPr>
          <w:rFonts w:cs="Noto Sans Gujarati"/>
          <w:cs/>
          <w:lang w:bidi="gu-IN"/>
        </w:rPr>
        <w:t>સ્વચ્છતા</w:t>
      </w:r>
      <w:r>
        <w:t xml:space="preserve">, </w:t>
      </w:r>
      <w:r>
        <w:rPr>
          <w:rFonts w:cs="Noto Sans Gujarati"/>
          <w:cs/>
          <w:lang w:bidi="gu-IN"/>
        </w:rPr>
        <w:t>વીજળી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અન્ય</w:t>
      </w:r>
      <w:r>
        <w:t xml:space="preserve"> </w:t>
      </w:r>
      <w:r>
        <w:rPr>
          <w:rFonts w:cs="Noto Sans Gujarati"/>
          <w:cs/>
          <w:lang w:bidi="gu-IN"/>
        </w:rPr>
        <w:t>જરૂરી</w:t>
      </w:r>
      <w:r>
        <w:t xml:space="preserve"> </w:t>
      </w:r>
      <w:r>
        <w:rPr>
          <w:rFonts w:cs="Noto Sans Gujarati"/>
          <w:cs/>
          <w:lang w:bidi="gu-IN"/>
        </w:rPr>
        <w:t>સુવિધાઓનું</w:t>
      </w:r>
      <w:r>
        <w:t xml:space="preserve"> </w:t>
      </w:r>
      <w:r>
        <w:rPr>
          <w:rFonts w:cs="Noto Sans Gujarati"/>
          <w:cs/>
          <w:lang w:bidi="gu-IN"/>
        </w:rPr>
        <w:t>યોગ્ય</w:t>
      </w:r>
      <w:r>
        <w:t xml:space="preserve"> </w:t>
      </w:r>
      <w:r>
        <w:rPr>
          <w:rFonts w:cs="Noto Sans Gujarati"/>
          <w:cs/>
          <w:lang w:bidi="gu-IN"/>
        </w:rPr>
        <w:t>જાળવણી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76C293D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શાળાના</w:t>
      </w:r>
      <w:r>
        <w:t xml:space="preserve"> </w:t>
      </w:r>
      <w:r>
        <w:rPr>
          <w:rFonts w:cs="Noto Sans Gujarati"/>
          <w:cs/>
          <w:lang w:bidi="gu-IN"/>
        </w:rPr>
        <w:t>પરિસરને</w:t>
      </w:r>
      <w:r>
        <w:t xml:space="preserve"> </w:t>
      </w:r>
      <w:r>
        <w:rPr>
          <w:rFonts w:cs="Noto Sans Gujarati"/>
          <w:cs/>
          <w:lang w:bidi="gu-IN"/>
        </w:rPr>
        <w:t>સ્વચ્છ</w:t>
      </w:r>
      <w:r>
        <w:t xml:space="preserve">, </w:t>
      </w:r>
      <w:r>
        <w:rPr>
          <w:rFonts w:cs="Noto Sans Gujarati"/>
          <w:cs/>
          <w:lang w:bidi="gu-IN"/>
        </w:rPr>
        <w:t>સુરક્ષિ</w:t>
      </w:r>
      <w:r>
        <w:rPr>
          <w:rFonts w:cs="Noto Sans Gujarati"/>
          <w:cs/>
          <w:lang w:bidi="gu-IN"/>
        </w:rPr>
        <w:t>ત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વાતાવરણને</w:t>
      </w:r>
      <w:r>
        <w:t xml:space="preserve"> </w:t>
      </w:r>
      <w:r>
        <w:rPr>
          <w:rFonts w:cs="Noto Sans Gujarati"/>
          <w:cs/>
          <w:lang w:bidi="gu-IN"/>
        </w:rPr>
        <w:t>અનુરૂપ</w:t>
      </w:r>
      <w:r>
        <w:t xml:space="preserve"> </w:t>
      </w:r>
      <w:r>
        <w:rPr>
          <w:rFonts w:cs="Noto Sans Gujarati"/>
          <w:cs/>
          <w:lang w:bidi="gu-IN"/>
        </w:rPr>
        <w:t>રાખવાનો</w:t>
      </w:r>
      <w:r>
        <w:t xml:space="preserve"> </w:t>
      </w:r>
      <w:r>
        <w:rPr>
          <w:rFonts w:cs="Noto Sans Gujarati"/>
          <w:cs/>
          <w:lang w:bidi="gu-IN"/>
        </w:rPr>
        <w:t>પ્રયત્ન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4B76CE2B" w14:textId="77777777" w:rsidR="00A05AE6" w:rsidRDefault="00381CFE">
      <w:r>
        <w:rPr>
          <w:b/>
        </w:rPr>
        <w:t xml:space="preserve">3. </w:t>
      </w:r>
      <w:r>
        <w:rPr>
          <w:rFonts w:cs="Noto Sans Gujarati"/>
          <w:b/>
          <w:bCs/>
          <w:cs/>
          <w:lang w:bidi="gu-IN"/>
        </w:rPr>
        <w:t>શૈક્ષણિક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સાધનો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ટેકનોલોજી</w:t>
      </w:r>
    </w:p>
    <w:p w14:paraId="27D02CA0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અભ્યાસક્રમને</w:t>
      </w:r>
      <w:r>
        <w:t xml:space="preserve"> </w:t>
      </w:r>
      <w:r>
        <w:rPr>
          <w:rFonts w:cs="Noto Sans Gujarati"/>
          <w:cs/>
          <w:lang w:bidi="gu-IN"/>
        </w:rPr>
        <w:t>વધુ</w:t>
      </w:r>
      <w:r>
        <w:t xml:space="preserve"> </w:t>
      </w:r>
      <w:r>
        <w:rPr>
          <w:rFonts w:cs="Noto Sans Gujarati"/>
          <w:cs/>
          <w:lang w:bidi="gu-IN"/>
        </w:rPr>
        <w:t>અસરકારક</w:t>
      </w:r>
      <w:r>
        <w:t xml:space="preserve"> </w:t>
      </w:r>
      <w:r>
        <w:rPr>
          <w:rFonts w:cs="Noto Sans Gujarati"/>
          <w:cs/>
          <w:lang w:bidi="gu-IN"/>
        </w:rPr>
        <w:t>બનાવવા</w:t>
      </w:r>
      <w:r>
        <w:t xml:space="preserve"> </w:t>
      </w:r>
      <w:r>
        <w:rPr>
          <w:rFonts w:cs="Noto Sans Gujarati"/>
          <w:cs/>
          <w:lang w:bidi="gu-IN"/>
        </w:rPr>
        <w:t>ઉપલબ્ધ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સાધનોનો</w:t>
      </w:r>
      <w:r>
        <w:t xml:space="preserve"> </w:t>
      </w:r>
      <w:r>
        <w:rPr>
          <w:rFonts w:cs="Noto Sans Gujarati"/>
          <w:cs/>
          <w:lang w:bidi="gu-IN"/>
        </w:rPr>
        <w:t>ઉપયોગ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784CCA44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જરૂરિયાત</w:t>
      </w:r>
      <w:r>
        <w:t xml:space="preserve"> </w:t>
      </w:r>
      <w:r>
        <w:rPr>
          <w:rFonts w:cs="Noto Sans Gujarati"/>
          <w:cs/>
          <w:lang w:bidi="gu-IN"/>
        </w:rPr>
        <w:t>મુજબ</w:t>
      </w:r>
      <w:r>
        <w:t xml:space="preserve"> </w:t>
      </w:r>
      <w:r>
        <w:rPr>
          <w:rFonts w:cs="Noto Sans Gujarati"/>
          <w:cs/>
          <w:lang w:bidi="gu-IN"/>
        </w:rPr>
        <w:t>ડિજિટલ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ટેકનોલોજી</w:t>
      </w:r>
      <w:r>
        <w:t xml:space="preserve"> </w:t>
      </w:r>
      <w:r>
        <w:rPr>
          <w:rFonts w:cs="Noto Sans Gujarati"/>
          <w:cs/>
          <w:lang w:bidi="gu-IN"/>
        </w:rPr>
        <w:t>આધારિત</w:t>
      </w:r>
      <w:r>
        <w:t xml:space="preserve"> </w:t>
      </w:r>
      <w:r>
        <w:rPr>
          <w:rFonts w:cs="Noto Sans Gujarati"/>
          <w:cs/>
          <w:lang w:bidi="gu-IN"/>
        </w:rPr>
        <w:t>શિક્ષણને</w:t>
      </w:r>
      <w:r>
        <w:t xml:space="preserve"> </w:t>
      </w:r>
      <w:r>
        <w:rPr>
          <w:rFonts w:cs="Noto Sans Gujarati"/>
          <w:cs/>
          <w:lang w:bidi="gu-IN"/>
        </w:rPr>
        <w:t>પ્રોત્સાહન</w:t>
      </w:r>
      <w:r>
        <w:t xml:space="preserve"> </w:t>
      </w:r>
      <w:r>
        <w:rPr>
          <w:rFonts w:cs="Noto Sans Gujarati"/>
          <w:cs/>
          <w:lang w:bidi="gu-IN"/>
        </w:rPr>
        <w:t>આપવામાં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4F8923B" w14:textId="77777777" w:rsidR="00A05AE6" w:rsidRDefault="00381CFE">
      <w:r>
        <w:rPr>
          <w:b/>
        </w:rPr>
        <w:t xml:space="preserve">4. </w:t>
      </w:r>
      <w:r>
        <w:rPr>
          <w:rFonts w:cs="Noto Sans Gujarati"/>
          <w:b/>
          <w:bCs/>
          <w:cs/>
          <w:lang w:bidi="gu-IN"/>
        </w:rPr>
        <w:t>વ</w:t>
      </w:r>
      <w:r>
        <w:rPr>
          <w:rFonts w:cs="Noto Sans Gujarati"/>
          <w:b/>
          <w:bCs/>
          <w:cs/>
          <w:lang w:bidi="gu-IN"/>
        </w:rPr>
        <w:t>િદ્યાર્થીઓનો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સર્વાંગી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વિકાસ</w:t>
      </w:r>
    </w:p>
    <w:p w14:paraId="3F0EC144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રમતગમત</w:t>
      </w:r>
      <w:r>
        <w:t xml:space="preserve">, </w:t>
      </w:r>
      <w:r>
        <w:rPr>
          <w:rFonts w:cs="Noto Sans Gujarati"/>
          <w:cs/>
          <w:lang w:bidi="gu-IN"/>
        </w:rPr>
        <w:t>સાંસ્કૃતિક</w:t>
      </w:r>
      <w:r>
        <w:t xml:space="preserve">, </w:t>
      </w:r>
      <w:r>
        <w:rPr>
          <w:rFonts w:cs="Noto Sans Gujarati"/>
          <w:cs/>
          <w:lang w:bidi="gu-IN"/>
        </w:rPr>
        <w:t>સર્જનાત્મક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સહઅભ્યાસિક</w:t>
      </w:r>
      <w:r>
        <w:t xml:space="preserve"> </w:t>
      </w:r>
      <w:r>
        <w:rPr>
          <w:rFonts w:cs="Noto Sans Gujarati"/>
          <w:cs/>
          <w:lang w:bidi="gu-IN"/>
        </w:rPr>
        <w:t>પ્રવૃત્તિઓ</w:t>
      </w:r>
      <w:r>
        <w:t xml:space="preserve"> </w:t>
      </w:r>
      <w:r>
        <w:rPr>
          <w:rFonts w:cs="Noto Sans Gujarati"/>
          <w:cs/>
          <w:lang w:bidi="gu-IN"/>
        </w:rPr>
        <w:t>દ્વારા</w:t>
      </w:r>
      <w:r>
        <w:t xml:space="preserve"> </w:t>
      </w:r>
      <w:r>
        <w:rPr>
          <w:rFonts w:cs="Noto Sans Gujarati"/>
          <w:cs/>
          <w:lang w:bidi="gu-IN"/>
        </w:rPr>
        <w:t>વિદ્યાર્થીઓના</w:t>
      </w:r>
      <w:r>
        <w:t xml:space="preserve"> </w:t>
      </w:r>
      <w:r>
        <w:rPr>
          <w:rFonts w:cs="Noto Sans Gujarati"/>
          <w:cs/>
          <w:lang w:bidi="gu-IN"/>
        </w:rPr>
        <w:t>સર્વાંગી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માટે</w:t>
      </w:r>
      <w:r>
        <w:t xml:space="preserve"> </w:t>
      </w:r>
      <w:r>
        <w:rPr>
          <w:rFonts w:cs="Noto Sans Gujarati"/>
          <w:cs/>
          <w:lang w:bidi="gu-IN"/>
        </w:rPr>
        <w:t>પ્રયત્ન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41933C2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વિદ્યાર્થીઓમાં</w:t>
      </w:r>
      <w:r>
        <w:t xml:space="preserve"> </w:t>
      </w:r>
      <w:r>
        <w:rPr>
          <w:rFonts w:cs="Noto Sans Gujarati"/>
          <w:cs/>
          <w:lang w:bidi="gu-IN"/>
        </w:rPr>
        <w:t>શિસ્ત</w:t>
      </w:r>
      <w:r>
        <w:t xml:space="preserve">, </w:t>
      </w:r>
      <w:r>
        <w:rPr>
          <w:rFonts w:cs="Noto Sans Gujarati"/>
          <w:cs/>
          <w:lang w:bidi="gu-IN"/>
        </w:rPr>
        <w:t>સ્વચ્છતા</w:t>
      </w:r>
      <w:r>
        <w:t xml:space="preserve">, </w:t>
      </w:r>
      <w:r>
        <w:rPr>
          <w:rFonts w:cs="Noto Sans Gujarati"/>
          <w:cs/>
          <w:lang w:bidi="gu-IN"/>
        </w:rPr>
        <w:t>જવાબદારી</w:t>
      </w:r>
      <w:r>
        <w:t xml:space="preserve">, </w:t>
      </w:r>
      <w:r>
        <w:rPr>
          <w:rFonts w:cs="Noto Sans Gujarati"/>
          <w:cs/>
          <w:lang w:bidi="gu-IN"/>
        </w:rPr>
        <w:t>સહકાર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સારા</w:t>
      </w:r>
      <w:r>
        <w:t xml:space="preserve"> </w:t>
      </w:r>
      <w:r>
        <w:rPr>
          <w:rFonts w:cs="Noto Sans Gujarati"/>
          <w:cs/>
          <w:lang w:bidi="gu-IN"/>
        </w:rPr>
        <w:t>મૂલ્યોનો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45E35C16" w14:textId="77777777" w:rsidR="00A05AE6" w:rsidRDefault="00381CFE">
      <w:r>
        <w:rPr>
          <w:b/>
        </w:rPr>
        <w:lastRenderedPageBreak/>
        <w:t xml:space="preserve">5. </w:t>
      </w:r>
      <w:r>
        <w:rPr>
          <w:rFonts w:cs="Noto Sans Gujarati"/>
          <w:b/>
          <w:bCs/>
          <w:cs/>
          <w:lang w:bidi="gu-IN"/>
        </w:rPr>
        <w:t>વાલીઓ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સમુદા</w:t>
      </w:r>
      <w:r>
        <w:rPr>
          <w:rFonts w:cs="Noto Sans Gujarati"/>
          <w:b/>
          <w:bCs/>
          <w:cs/>
          <w:lang w:bidi="gu-IN"/>
        </w:rPr>
        <w:t>યની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ભાગીદારી</w:t>
      </w:r>
    </w:p>
    <w:p w14:paraId="3E50A430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વાલીઓ</w:t>
      </w:r>
      <w:r>
        <w:t xml:space="preserve"> </w:t>
      </w:r>
      <w:r>
        <w:rPr>
          <w:rFonts w:cs="Noto Sans Gujarati"/>
          <w:cs/>
          <w:lang w:bidi="gu-IN"/>
        </w:rPr>
        <w:t>સાથે</w:t>
      </w:r>
      <w:r>
        <w:t xml:space="preserve"> </w:t>
      </w:r>
      <w:r>
        <w:rPr>
          <w:rFonts w:cs="Noto Sans Gujarati"/>
          <w:cs/>
          <w:lang w:bidi="gu-IN"/>
        </w:rPr>
        <w:t>નિયમિત</w:t>
      </w:r>
      <w:r>
        <w:t xml:space="preserve"> </w:t>
      </w:r>
      <w:r>
        <w:rPr>
          <w:rFonts w:cs="Noto Sans Gujarati"/>
          <w:cs/>
          <w:lang w:bidi="gu-IN"/>
        </w:rPr>
        <w:t>સંપર્ક</w:t>
      </w:r>
      <w:r>
        <w:t xml:space="preserve"> </w:t>
      </w:r>
      <w:r>
        <w:rPr>
          <w:rFonts w:cs="Noto Sans Gujarati"/>
          <w:cs/>
          <w:lang w:bidi="gu-IN"/>
        </w:rPr>
        <w:t>રાખી</w:t>
      </w:r>
      <w:r>
        <w:t xml:space="preserve"> </w:t>
      </w:r>
      <w:r>
        <w:rPr>
          <w:rFonts w:cs="Noto Sans Gujarati"/>
          <w:cs/>
          <w:lang w:bidi="gu-IN"/>
        </w:rPr>
        <w:t>વિદ્યાર્થીઓની</w:t>
      </w:r>
      <w:r>
        <w:t xml:space="preserve"> </w:t>
      </w:r>
      <w:r>
        <w:rPr>
          <w:rFonts w:cs="Noto Sans Gujarati"/>
          <w:cs/>
          <w:lang w:bidi="gu-IN"/>
        </w:rPr>
        <w:t>પ્રગતિ</w:t>
      </w:r>
      <w:r>
        <w:t xml:space="preserve"> </w:t>
      </w:r>
      <w:r>
        <w:rPr>
          <w:rFonts w:cs="Noto Sans Gujarati"/>
          <w:cs/>
          <w:lang w:bidi="gu-IN"/>
        </w:rPr>
        <w:t>અંગે</w:t>
      </w:r>
      <w:r>
        <w:t xml:space="preserve"> </w:t>
      </w:r>
      <w:r>
        <w:rPr>
          <w:rFonts w:cs="Noto Sans Gujarati"/>
          <w:cs/>
          <w:lang w:bidi="gu-IN"/>
        </w:rPr>
        <w:t>માર્ગદર્શન</w:t>
      </w:r>
      <w:r>
        <w:t xml:space="preserve"> </w:t>
      </w:r>
      <w:r>
        <w:rPr>
          <w:rFonts w:cs="Noto Sans Gujarati"/>
          <w:cs/>
          <w:lang w:bidi="gu-IN"/>
        </w:rPr>
        <w:t>આપવામાં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6B7AA5E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શાળાના</w:t>
      </w:r>
      <w:r>
        <w:t xml:space="preserve"> </w:t>
      </w:r>
      <w:r>
        <w:rPr>
          <w:rFonts w:cs="Noto Sans Gujarati"/>
          <w:cs/>
          <w:lang w:bidi="gu-IN"/>
        </w:rPr>
        <w:t>વિકાસમાં</w:t>
      </w:r>
      <w:r>
        <w:t xml:space="preserve"> </w:t>
      </w:r>
      <w:r>
        <w:rPr>
          <w:rFonts w:cs="Noto Sans Gujarati"/>
          <w:cs/>
          <w:lang w:bidi="gu-IN"/>
        </w:rPr>
        <w:t>વાલી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સ્થાનિક</w:t>
      </w:r>
      <w:r>
        <w:t xml:space="preserve"> </w:t>
      </w:r>
      <w:r>
        <w:rPr>
          <w:rFonts w:cs="Noto Sans Gujarati"/>
          <w:cs/>
          <w:lang w:bidi="gu-IN"/>
        </w:rPr>
        <w:t>સમુદાયની</w:t>
      </w:r>
      <w:r>
        <w:t xml:space="preserve"> </w:t>
      </w:r>
      <w:r>
        <w:rPr>
          <w:rFonts w:cs="Noto Sans Gujarati"/>
          <w:cs/>
          <w:lang w:bidi="gu-IN"/>
        </w:rPr>
        <w:t>સહભાગિતા</w:t>
      </w:r>
      <w:r>
        <w:t xml:space="preserve"> </w:t>
      </w:r>
      <w:r>
        <w:rPr>
          <w:rFonts w:cs="Noto Sans Gujarati"/>
          <w:cs/>
          <w:lang w:bidi="gu-IN"/>
        </w:rPr>
        <w:t>વધારવાનો</w:t>
      </w:r>
      <w:r>
        <w:t xml:space="preserve"> </w:t>
      </w:r>
      <w:r>
        <w:rPr>
          <w:rFonts w:cs="Noto Sans Gujarati"/>
          <w:cs/>
          <w:lang w:bidi="gu-IN"/>
        </w:rPr>
        <w:t>પ્રયત્ન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F0FA553" w14:textId="77777777" w:rsidR="00A05AE6" w:rsidRDefault="00381CFE">
      <w:r>
        <w:rPr>
          <w:b/>
        </w:rPr>
        <w:t xml:space="preserve">6. </w:t>
      </w:r>
      <w:r>
        <w:rPr>
          <w:rFonts w:cs="Noto Sans Gujarati"/>
          <w:b/>
          <w:bCs/>
          <w:cs/>
          <w:lang w:bidi="gu-IN"/>
        </w:rPr>
        <w:t>શિક્ષકોનો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વ્યાવસાયિક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વિકાસ</w:t>
      </w:r>
    </w:p>
    <w:p w14:paraId="56463E70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શિક્ષકોને</w:t>
      </w:r>
      <w:r>
        <w:t xml:space="preserve"> </w:t>
      </w:r>
      <w:r>
        <w:rPr>
          <w:rFonts w:cs="Noto Sans Gujarati"/>
          <w:cs/>
          <w:lang w:bidi="gu-IN"/>
        </w:rPr>
        <w:t>જરૂરી</w:t>
      </w:r>
      <w:r>
        <w:t xml:space="preserve"> </w:t>
      </w:r>
      <w:r>
        <w:rPr>
          <w:rFonts w:cs="Noto Sans Gujarati"/>
          <w:cs/>
          <w:lang w:bidi="gu-IN"/>
        </w:rPr>
        <w:t>તાલીમ</w:t>
      </w:r>
      <w:r>
        <w:t xml:space="preserve">, </w:t>
      </w:r>
      <w:r>
        <w:rPr>
          <w:rFonts w:cs="Noto Sans Gujarati"/>
          <w:cs/>
          <w:lang w:bidi="gu-IN"/>
        </w:rPr>
        <w:t>ટ્રેનીંગ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પ</w:t>
      </w:r>
      <w:r>
        <w:rPr>
          <w:rFonts w:cs="Noto Sans Gujarati"/>
          <w:cs/>
          <w:lang w:bidi="gu-IN"/>
        </w:rPr>
        <w:t>્રવૃત્તિઓમાં</w:t>
      </w:r>
      <w:r>
        <w:t xml:space="preserve"> </w:t>
      </w:r>
      <w:r>
        <w:rPr>
          <w:rFonts w:cs="Noto Sans Gujarati"/>
          <w:cs/>
          <w:lang w:bidi="gu-IN"/>
        </w:rPr>
        <w:t>ભાગ</w:t>
      </w:r>
      <w:r>
        <w:t xml:space="preserve"> </w:t>
      </w:r>
      <w:r>
        <w:rPr>
          <w:rFonts w:cs="Noto Sans Gujarati"/>
          <w:cs/>
          <w:lang w:bidi="gu-IN"/>
        </w:rPr>
        <w:t>લેવા</w:t>
      </w:r>
      <w:r>
        <w:t xml:space="preserve"> </w:t>
      </w:r>
      <w:r>
        <w:rPr>
          <w:rFonts w:cs="Noto Sans Gujarati"/>
          <w:cs/>
          <w:lang w:bidi="gu-IN"/>
        </w:rPr>
        <w:t>પ્રોત્સાહિત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5FD62DFF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નવી</w:t>
      </w:r>
      <w:r>
        <w:t xml:space="preserve"> </w:t>
      </w:r>
      <w:r>
        <w:rPr>
          <w:rFonts w:cs="Noto Sans Gujarati"/>
          <w:cs/>
          <w:lang w:bidi="gu-IN"/>
        </w:rPr>
        <w:t>શિક્ષણ</w:t>
      </w:r>
      <w:r>
        <w:t xml:space="preserve"> </w:t>
      </w:r>
      <w:r>
        <w:rPr>
          <w:rFonts w:cs="Noto Sans Gujarati"/>
          <w:cs/>
          <w:lang w:bidi="gu-IN"/>
        </w:rPr>
        <w:t>પદ્ધતિઓ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સાધનોનો</w:t>
      </w:r>
      <w:r>
        <w:t xml:space="preserve"> </w:t>
      </w:r>
      <w:r>
        <w:rPr>
          <w:rFonts w:cs="Noto Sans Gujarati"/>
          <w:cs/>
          <w:lang w:bidi="gu-IN"/>
        </w:rPr>
        <w:t>અસરકારક</w:t>
      </w:r>
      <w:r>
        <w:t xml:space="preserve"> </w:t>
      </w:r>
      <w:r>
        <w:rPr>
          <w:rFonts w:cs="Noto Sans Gujarati"/>
          <w:cs/>
          <w:lang w:bidi="gu-IN"/>
        </w:rPr>
        <w:t>ઉપયોગ</w:t>
      </w:r>
      <w:r>
        <w:t xml:space="preserve"> </w:t>
      </w:r>
      <w:r>
        <w:rPr>
          <w:rFonts w:cs="Noto Sans Gujarati"/>
          <w:cs/>
          <w:lang w:bidi="gu-IN"/>
        </w:rPr>
        <w:t>કરવા</w:t>
      </w:r>
      <w:r>
        <w:t xml:space="preserve"> </w:t>
      </w:r>
      <w:r>
        <w:rPr>
          <w:rFonts w:cs="Noto Sans Gujarati"/>
          <w:cs/>
          <w:lang w:bidi="gu-IN"/>
        </w:rPr>
        <w:t>પ્રયત્ન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6AF6B46" w14:textId="77777777" w:rsidR="00A05AE6" w:rsidRDefault="00381CFE">
      <w:r>
        <w:rPr>
          <w:b/>
        </w:rPr>
        <w:t xml:space="preserve">7. </w:t>
      </w:r>
      <w:r>
        <w:rPr>
          <w:rFonts w:cs="Noto Sans Gujarati"/>
          <w:b/>
          <w:bCs/>
          <w:cs/>
          <w:lang w:bidi="gu-IN"/>
        </w:rPr>
        <w:t>નિરીક્ષણ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અને</w:t>
      </w:r>
      <w:r>
        <w:rPr>
          <w:b/>
        </w:rPr>
        <w:t xml:space="preserve"> </w:t>
      </w:r>
      <w:r>
        <w:rPr>
          <w:rFonts w:cs="Noto Sans Gujarati"/>
          <w:b/>
          <w:bCs/>
          <w:cs/>
          <w:lang w:bidi="gu-IN"/>
        </w:rPr>
        <w:t>અનુસરણ</w:t>
      </w:r>
    </w:p>
    <w:p w14:paraId="02B33BE4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શાળા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યોજનાના</w:t>
      </w:r>
      <w:r>
        <w:t xml:space="preserve"> </w:t>
      </w:r>
      <w:r>
        <w:rPr>
          <w:rFonts w:cs="Noto Sans Gujarati"/>
          <w:cs/>
          <w:lang w:bidi="gu-IN"/>
        </w:rPr>
        <w:t>અમલીકરણની</w:t>
      </w:r>
      <w:r>
        <w:t xml:space="preserve"> </w:t>
      </w:r>
      <w:r>
        <w:rPr>
          <w:rFonts w:cs="Noto Sans Gujarati"/>
          <w:cs/>
          <w:lang w:bidi="gu-IN"/>
        </w:rPr>
        <w:t>સમયાંતરે</w:t>
      </w:r>
      <w:r>
        <w:t xml:space="preserve"> </w:t>
      </w:r>
      <w:r>
        <w:rPr>
          <w:rFonts w:cs="Noto Sans Gujarati"/>
          <w:cs/>
          <w:lang w:bidi="gu-IN"/>
        </w:rPr>
        <w:t>સમીક્ષા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310D5D0A" w14:textId="77777777" w:rsidR="00A05AE6" w:rsidRDefault="00381CFE">
      <w:pPr>
        <w:pStyle w:val="ListBullet"/>
      </w:pPr>
      <w:r>
        <w:rPr>
          <w:rFonts w:cs="Noto Sans Gujarati"/>
          <w:cs/>
          <w:lang w:bidi="gu-IN"/>
        </w:rPr>
        <w:t>જરૂરિયાત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ઉપલબ્ધ</w:t>
      </w:r>
      <w:r>
        <w:t xml:space="preserve"> </w:t>
      </w:r>
      <w:r>
        <w:rPr>
          <w:rFonts w:cs="Noto Sans Gujarati"/>
          <w:cs/>
          <w:lang w:bidi="gu-IN"/>
        </w:rPr>
        <w:t>સંસાધનો</w:t>
      </w:r>
      <w:r>
        <w:t xml:space="preserve"> </w:t>
      </w:r>
      <w:r>
        <w:rPr>
          <w:rFonts w:cs="Noto Sans Gujarati"/>
          <w:cs/>
          <w:lang w:bidi="gu-IN"/>
        </w:rPr>
        <w:t>મુજબ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rPr>
          <w:rFonts w:cs="Noto Sans Gujarati"/>
          <w:cs/>
          <w:lang w:bidi="gu-IN"/>
        </w:rPr>
        <w:t>લક્ષી</w:t>
      </w:r>
      <w:r>
        <w:t xml:space="preserve"> </w:t>
      </w:r>
      <w:r>
        <w:rPr>
          <w:rFonts w:cs="Noto Sans Gujarati"/>
          <w:cs/>
          <w:lang w:bidi="gu-IN"/>
        </w:rPr>
        <w:t>કામગીરીમાં</w:t>
      </w:r>
      <w:r>
        <w:t xml:space="preserve"> </w:t>
      </w:r>
      <w:r>
        <w:rPr>
          <w:rFonts w:cs="Noto Sans Gujarati"/>
          <w:cs/>
          <w:lang w:bidi="gu-IN"/>
        </w:rPr>
        <w:t>જરૂરી</w:t>
      </w:r>
      <w:r>
        <w:t xml:space="preserve"> </w:t>
      </w:r>
      <w:r>
        <w:rPr>
          <w:rFonts w:cs="Noto Sans Gujarati"/>
          <w:cs/>
          <w:lang w:bidi="gu-IN"/>
        </w:rPr>
        <w:t>સુધારા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આવે</w:t>
      </w:r>
      <w:r>
        <w:t xml:space="preserve"> </w:t>
      </w:r>
      <w:r>
        <w:rPr>
          <w:rFonts w:cs="Noto Sans Gujarati"/>
          <w:cs/>
          <w:lang w:bidi="gu-IN"/>
        </w:rPr>
        <w:t>છે</w:t>
      </w:r>
      <w:r>
        <w:t>.</w:t>
      </w:r>
    </w:p>
    <w:p w14:paraId="68B71FD9" w14:textId="77777777" w:rsidR="00A05AE6" w:rsidRDefault="00381CFE">
      <w:r>
        <w:rPr>
          <w:rFonts w:cs="Noto Sans Gujarati"/>
          <w:b/>
          <w:bCs/>
          <w:cs/>
          <w:lang w:bidi="gu-IN"/>
        </w:rPr>
        <w:t>નિષ્કર્ષ</w:t>
      </w:r>
      <w:r>
        <w:rPr>
          <w:b/>
        </w:rPr>
        <w:t xml:space="preserve">: </w:t>
      </w:r>
      <w:r>
        <w:rPr>
          <w:rFonts w:cs="Noto Sans Gujarati"/>
          <w:cs/>
          <w:lang w:bidi="gu-IN"/>
        </w:rPr>
        <w:t>શાળાની</w:t>
      </w:r>
      <w:r>
        <w:t xml:space="preserve"> </w:t>
      </w:r>
      <w:r>
        <w:rPr>
          <w:rFonts w:cs="Noto Sans Gujarati"/>
          <w:cs/>
          <w:lang w:bidi="gu-IN"/>
        </w:rPr>
        <w:t>ઉપલબ્ધ</w:t>
      </w:r>
      <w:r>
        <w:t xml:space="preserve"> </w:t>
      </w:r>
      <w:r>
        <w:rPr>
          <w:rFonts w:cs="Noto Sans Gujarati"/>
          <w:cs/>
          <w:lang w:bidi="gu-IN"/>
        </w:rPr>
        <w:t>સુવિધાઓ</w:t>
      </w:r>
      <w:r>
        <w:t xml:space="preserve">, </w:t>
      </w:r>
      <w:r>
        <w:rPr>
          <w:rFonts w:cs="Noto Sans Gujarati"/>
          <w:cs/>
          <w:lang w:bidi="gu-IN"/>
        </w:rPr>
        <w:t>વિદ્યાર્થીઓની</w:t>
      </w:r>
      <w:r>
        <w:t xml:space="preserve"> </w:t>
      </w:r>
      <w:r>
        <w:rPr>
          <w:rFonts w:cs="Noto Sans Gujarati"/>
          <w:cs/>
          <w:lang w:bidi="gu-IN"/>
        </w:rPr>
        <w:t>જરૂરિયાતો</w:t>
      </w:r>
      <w:r>
        <w:t xml:space="preserve"> </w:t>
      </w:r>
      <w:r>
        <w:rPr>
          <w:rFonts w:cs="Noto Sans Gujarati"/>
          <w:cs/>
          <w:lang w:bidi="gu-IN"/>
        </w:rPr>
        <w:t>અને</w:t>
      </w:r>
      <w:r>
        <w:t xml:space="preserve"> </w:t>
      </w:r>
      <w:r>
        <w:rPr>
          <w:rFonts w:cs="Noto Sans Gujarati"/>
          <w:cs/>
          <w:lang w:bidi="gu-IN"/>
        </w:rPr>
        <w:t>સ્થાનિક</w:t>
      </w:r>
      <w:r>
        <w:t xml:space="preserve"> </w:t>
      </w:r>
      <w:r>
        <w:rPr>
          <w:rFonts w:cs="Noto Sans Gujarati"/>
          <w:cs/>
          <w:lang w:bidi="gu-IN"/>
        </w:rPr>
        <w:t>પરિસ્થિતિને</w:t>
      </w:r>
      <w:r>
        <w:t xml:space="preserve"> </w:t>
      </w:r>
      <w:r>
        <w:rPr>
          <w:rFonts w:cs="Noto Sans Gujarati"/>
          <w:cs/>
          <w:lang w:bidi="gu-IN"/>
        </w:rPr>
        <w:t>ધ્યાનમાં</w:t>
      </w:r>
      <w:r>
        <w:t xml:space="preserve"> </w:t>
      </w:r>
      <w:r>
        <w:rPr>
          <w:rFonts w:cs="Noto Sans Gujarati"/>
          <w:cs/>
          <w:lang w:bidi="gu-IN"/>
        </w:rPr>
        <w:t>રાખીને</w:t>
      </w:r>
      <w:r>
        <w:t xml:space="preserve"> </w:t>
      </w:r>
      <w:r>
        <w:rPr>
          <w:rFonts w:cs="Noto Sans Gujarati"/>
          <w:cs/>
          <w:lang w:bidi="gu-IN"/>
        </w:rPr>
        <w:t>શાળાના</w:t>
      </w:r>
      <w:r>
        <w:t xml:space="preserve"> </w:t>
      </w:r>
      <w:r>
        <w:rPr>
          <w:rFonts w:cs="Noto Sans Gujarati"/>
          <w:cs/>
          <w:lang w:bidi="gu-IN"/>
        </w:rPr>
        <w:t>શૈક્ષણિક</w:t>
      </w:r>
      <w:r>
        <w:t xml:space="preserve"> </w:t>
      </w:r>
      <w:r>
        <w:rPr>
          <w:rFonts w:cs="Noto Sans Gujarati"/>
          <w:cs/>
          <w:lang w:bidi="gu-IN"/>
        </w:rPr>
        <w:t>તથા</w:t>
      </w:r>
      <w:r>
        <w:t xml:space="preserve"> </w:t>
      </w:r>
      <w:r>
        <w:rPr>
          <w:rFonts w:cs="Noto Sans Gujarati"/>
          <w:cs/>
          <w:lang w:bidi="gu-IN"/>
        </w:rPr>
        <w:t>ભૌતિક</w:t>
      </w:r>
      <w:r>
        <w:t xml:space="preserve"> </w:t>
      </w:r>
      <w:r>
        <w:rPr>
          <w:rFonts w:cs="Noto Sans Gujarati"/>
          <w:cs/>
          <w:lang w:bidi="gu-IN"/>
        </w:rPr>
        <w:t>વિકાસ</w:t>
      </w:r>
      <w:r>
        <w:t xml:space="preserve"> </w:t>
      </w:r>
      <w:r>
        <w:rPr>
          <w:rFonts w:cs="Noto Sans Gujarati"/>
          <w:cs/>
          <w:lang w:bidi="gu-IN"/>
        </w:rPr>
        <w:t>માટે</w:t>
      </w:r>
      <w:r>
        <w:t xml:space="preserve"> </w:t>
      </w:r>
      <w:r>
        <w:rPr>
          <w:rFonts w:cs="Noto Sans Gujarati"/>
          <w:cs/>
          <w:lang w:bidi="gu-IN"/>
        </w:rPr>
        <w:t>ઉપરોક્ત</w:t>
      </w:r>
      <w:r>
        <w:t xml:space="preserve"> </w:t>
      </w:r>
      <w:r>
        <w:rPr>
          <w:rFonts w:cs="Noto Sans Gujarati"/>
          <w:cs/>
          <w:lang w:bidi="gu-IN"/>
        </w:rPr>
        <w:t>આયોજન</w:t>
      </w:r>
      <w:r>
        <w:t xml:space="preserve"> </w:t>
      </w:r>
      <w:r>
        <w:rPr>
          <w:rFonts w:cs="Noto Sans Gujarati"/>
          <w:cs/>
          <w:lang w:bidi="gu-IN"/>
        </w:rPr>
        <w:t>મુજબ</w:t>
      </w:r>
      <w:r>
        <w:t xml:space="preserve"> </w:t>
      </w:r>
      <w:r>
        <w:rPr>
          <w:rFonts w:cs="Noto Sans Gujarati"/>
          <w:cs/>
          <w:lang w:bidi="gu-IN"/>
        </w:rPr>
        <w:t>સતત</w:t>
      </w:r>
      <w:r>
        <w:t xml:space="preserve"> </w:t>
      </w:r>
      <w:r>
        <w:rPr>
          <w:rFonts w:cs="Noto Sans Gujarati"/>
          <w:cs/>
          <w:lang w:bidi="gu-IN"/>
        </w:rPr>
        <w:t>પ્રયત્નો</w:t>
      </w:r>
      <w:r>
        <w:t xml:space="preserve"> </w:t>
      </w:r>
      <w:r>
        <w:rPr>
          <w:rFonts w:cs="Noto Sans Gujarati"/>
          <w:cs/>
          <w:lang w:bidi="gu-IN"/>
        </w:rPr>
        <w:t>કરવામાં</w:t>
      </w:r>
      <w:r>
        <w:t xml:space="preserve"> </w:t>
      </w:r>
      <w:r>
        <w:rPr>
          <w:rFonts w:cs="Noto Sans Gujarati"/>
          <w:cs/>
          <w:lang w:bidi="gu-IN"/>
        </w:rPr>
        <w:t>આવશે</w:t>
      </w:r>
      <w:r>
        <w:t>.</w:t>
      </w:r>
    </w:p>
    <w:p w14:paraId="544DC928" w14:textId="77777777" w:rsidR="00A05AE6" w:rsidRDefault="00381CFE">
      <w:pPr>
        <w:jc w:val="right"/>
      </w:pPr>
      <w:r>
        <w:rPr>
          <w:rFonts w:cs="Noto Sans Gujarati"/>
          <w:cs/>
          <w:lang w:bidi="gu-IN"/>
        </w:rPr>
        <w:t>સ્થળ</w:t>
      </w:r>
      <w:r>
        <w:t>: ____________________</w:t>
      </w:r>
      <w:r>
        <w:br/>
      </w:r>
      <w:r>
        <w:rPr>
          <w:rFonts w:cs="Noto Sans Gujarati"/>
          <w:cs/>
          <w:lang w:bidi="gu-IN"/>
        </w:rPr>
        <w:t>તાર</w:t>
      </w:r>
      <w:r>
        <w:rPr>
          <w:rFonts w:cs="Noto Sans Gujarati"/>
          <w:cs/>
          <w:lang w:bidi="gu-IN"/>
        </w:rPr>
        <w:t>ીખ</w:t>
      </w:r>
      <w:r>
        <w:t>: ____________________</w:t>
      </w:r>
      <w:r>
        <w:br/>
      </w:r>
      <w:r>
        <w:br/>
      </w:r>
      <w:r>
        <w:rPr>
          <w:rFonts w:cs="Noto Sans Gujarati"/>
          <w:cs/>
          <w:lang w:bidi="gu-IN"/>
        </w:rPr>
        <w:t>આચાર્યશ્રીની</w:t>
      </w:r>
      <w:r>
        <w:t xml:space="preserve"> </w:t>
      </w:r>
      <w:r>
        <w:rPr>
          <w:rFonts w:cs="Noto Sans Gujarati"/>
          <w:cs/>
          <w:lang w:bidi="gu-IN"/>
        </w:rPr>
        <w:t>સહી</w:t>
      </w:r>
      <w:r>
        <w:t>: ____________________</w:t>
      </w:r>
      <w:r>
        <w:br/>
      </w:r>
      <w:r>
        <w:rPr>
          <w:rFonts w:cs="Noto Sans Gujarati"/>
          <w:cs/>
          <w:lang w:bidi="gu-IN"/>
        </w:rPr>
        <w:t>શાળાનો</w:t>
      </w:r>
      <w:r>
        <w:t xml:space="preserve"> </w:t>
      </w:r>
      <w:r>
        <w:rPr>
          <w:rFonts w:cs="Noto Sans Gujarati"/>
          <w:cs/>
          <w:lang w:bidi="gu-IN"/>
        </w:rPr>
        <w:t>સિક્કો</w:t>
      </w:r>
      <w:r>
        <w:t>: ____________________</w:t>
      </w:r>
    </w:p>
    <w:sectPr w:rsidR="00A05A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Noto Sans Gujarati">
    <w:charset w:val="00"/>
    <w:family w:val="swiss"/>
    <w:pitch w:val="variable"/>
    <w:sig w:usb0="80048003" w:usb1="00002042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07E7"/>
    <w:rsid w:val="0029639D"/>
    <w:rsid w:val="00326F90"/>
    <w:rsid w:val="00381CFE"/>
    <w:rsid w:val="00A05AE6"/>
    <w:rsid w:val="00AA1D8D"/>
    <w:rsid w:val="00B47730"/>
    <w:rsid w:val="00CA1F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5CDB9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Gujarati" w:eastAsia="Noto Sans Gujarati" w:hAnsi="Noto Sans Gujarat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Gujarati" w:eastAsia="Noto Sans Gujarati" w:hAnsi="Noto Sans Gujarat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FC5001-7DE5-46FC-912E-7845733F6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ABC</cp:lastModifiedBy>
  <cp:revision>3</cp:revision>
  <dcterms:created xsi:type="dcterms:W3CDTF">2013-12-23T23:15:00Z</dcterms:created>
  <dcterms:modified xsi:type="dcterms:W3CDTF">2026-08-22T03:52:00Z</dcterms:modified>
  <cp:category/>
</cp:coreProperties>
</file>