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A57F" w14:textId="77777777" w:rsidR="00DA747B" w:rsidRDefault="00000000">
      <w:pPr>
        <w:jc w:val="center"/>
      </w:pPr>
      <w:r>
        <w:rPr>
          <w:b/>
          <w:sz w:val="30"/>
        </w:rPr>
        <w:t>કર્મચારીઓની ફરિયાદોની નોંધ અને નિકાલ સંબંધિત વિગત</w:t>
      </w:r>
    </w:p>
    <w:p w14:paraId="3F74EA6E" w14:textId="7EECEC7A" w:rsidR="00DA747B" w:rsidRPr="009B3F42" w:rsidRDefault="00000000">
      <w:pPr>
        <w:rPr>
          <w:color w:val="EE0000"/>
        </w:rPr>
      </w:pPr>
      <w:r>
        <w:rPr>
          <w:b/>
        </w:rPr>
        <w:br/>
      </w:r>
      <w:r w:rsidRPr="009B3F42">
        <w:rPr>
          <w:color w:val="EE0000"/>
        </w:rPr>
        <w:t>શાળાનું નામ: રાઠવા ફળિયા દામાવાવ પ્રાથમિક શાળા</w:t>
      </w:r>
    </w:p>
    <w:p w14:paraId="03524A04" w14:textId="77777777" w:rsidR="00DA747B" w:rsidRDefault="00000000">
      <w:r>
        <w:rPr>
          <w:b/>
        </w:rPr>
        <w:t xml:space="preserve">પ્રમાણિત વિગતો: </w:t>
      </w:r>
      <w:r w:rsidRPr="009B3F42">
        <w:rPr>
          <w:color w:val="EE0000"/>
        </w:rPr>
        <w:t xml:space="preserve">રાઠવા ફળિયા દામાવાવ </w:t>
      </w:r>
      <w:r>
        <w:t>પ્રાથમિક શાળામાં કાર્યરત કર્મચારીઓ તરફથી હાલમાં કોઈ ફરિયાદ પ્રાપ્ત થયેલ નથી. શાળામાં કર્મચારીઓને જરૂરી સુવિધાઓ, સાધન-સામગ્રી તથા જરૂરી વસ્તુઓ નિયમિત રીતે ઉપલબ્ધ કરાવવામાં આવે છે.</w:t>
      </w:r>
    </w:p>
    <w:p w14:paraId="06EE3CF2" w14:textId="77777777" w:rsidR="00DA747B" w:rsidRDefault="00000000">
      <w:r>
        <w:rPr>
          <w:b/>
        </w:rPr>
        <w:t xml:space="preserve">1. કર્મચારીઓની ફરિયાદ: </w:t>
      </w:r>
      <w:r>
        <w:t>હાલમાં કોઈ કર્મચારી તરફથી કોઈ ફરિયાદ નોંધાયેલ નથી.</w:t>
      </w:r>
    </w:p>
    <w:p w14:paraId="7CA4B9F3" w14:textId="77777777" w:rsidR="00DA747B" w:rsidRDefault="00000000">
      <w:r>
        <w:rPr>
          <w:b/>
        </w:rPr>
        <w:t xml:space="preserve">2. ફરિયાદ નોંધણી: </w:t>
      </w:r>
      <w:r>
        <w:t>ફરિયાદ પ્રાપ્ત થયેલ ન હોવાથી ફરિયાદ રજીસ્ટરમાં કોઈ ફરિયાદ નોંધાયેલ નથી.</w:t>
      </w:r>
    </w:p>
    <w:p w14:paraId="567E8C4A" w14:textId="77777777" w:rsidR="00DA747B" w:rsidRDefault="00000000">
      <w:r>
        <w:rPr>
          <w:b/>
        </w:rPr>
        <w:t xml:space="preserve">3. ફરિયાદનો નિકાલ: </w:t>
      </w:r>
      <w:r>
        <w:t>હાલમાં કોઈ ફરિયાદ ન હોવાથી ફરિયાદના નિકાલની કાર્યવાહી કરવાની જરૂરિયાત ઊભી થયેલ નથી.</w:t>
      </w:r>
    </w:p>
    <w:p w14:paraId="4FD8C886" w14:textId="77777777" w:rsidR="00DA747B" w:rsidRDefault="00000000">
      <w:r>
        <w:rPr>
          <w:b/>
        </w:rPr>
        <w:t xml:space="preserve">4. જરૂરી વસ્તુઓ અને સુવિધાઓ: </w:t>
      </w:r>
      <w:r>
        <w:t>કર્મચારીઓને તેમની કામગીરી માટે જરૂરી વસ્તુઓ તથા જરૂરી સુવિધાઓ ઉપલબ્ધ કરાવવામાં આવે છે.</w:t>
      </w:r>
    </w:p>
    <w:p w14:paraId="4A91AE1F" w14:textId="77777777" w:rsidR="00DA747B" w:rsidRDefault="00000000">
      <w:r>
        <w:rPr>
          <w:b/>
        </w:rPr>
        <w:t xml:space="preserve">5. વર્તમાન સ્થિતિ: </w:t>
      </w:r>
      <w:r>
        <w:t>શાળામાં કર્મચારીઓ માટેની વ્યવસ્થા સંતોષકારક છે અને હાલમાં કોઈ ફરિયાદ બાકી નથી.</w:t>
      </w:r>
    </w:p>
    <w:p w14:paraId="51D1B540" w14:textId="77777777" w:rsidR="00DA747B" w:rsidRDefault="00000000">
      <w:pPr>
        <w:rPr>
          <w:lang w:bidi="gu-IN"/>
        </w:rPr>
      </w:pPr>
      <w:r>
        <w:rPr>
          <w:b/>
        </w:rPr>
        <w:t xml:space="preserve">નિષ્કર્ષ: </w:t>
      </w:r>
      <w:r w:rsidRPr="009B3F42">
        <w:rPr>
          <w:color w:val="EE0000"/>
        </w:rPr>
        <w:t xml:space="preserve">રાઠવા ફળિયા દામાવાવ </w:t>
      </w:r>
      <w:r>
        <w:t xml:space="preserve">પ્રાથમિક શાળામાં હાલમાં કર્મચારીઓની કોઈ ફરિયાદ નથી. કર્મચારીઓને જરૂરી વસ્તુઓ તથા કામગીરી માટે જરૂરી સુવિધાઓ ઉપલબ્ધ છે અને કોઈ ફરિયાદ </w:t>
      </w:r>
      <w:proofErr w:type="spellStart"/>
      <w:r>
        <w:t>બાકી</w:t>
      </w:r>
      <w:proofErr w:type="spellEnd"/>
      <w:r>
        <w:t>/</w:t>
      </w:r>
      <w:proofErr w:type="spellStart"/>
      <w:r>
        <w:t>નિકાલ</w:t>
      </w:r>
      <w:proofErr w:type="spellEnd"/>
      <w:r>
        <w:t xml:space="preserve"> </w:t>
      </w:r>
      <w:proofErr w:type="spellStart"/>
      <w:r>
        <w:t>માટે</w:t>
      </w:r>
      <w:proofErr w:type="spellEnd"/>
      <w:r>
        <w:t xml:space="preserve"> </w:t>
      </w:r>
      <w:proofErr w:type="spellStart"/>
      <w:r>
        <w:t>પડતર</w:t>
      </w:r>
      <w:proofErr w:type="spellEnd"/>
      <w:r>
        <w:t xml:space="preserve"> </w:t>
      </w:r>
      <w:proofErr w:type="spellStart"/>
      <w:r>
        <w:t>નથી</w:t>
      </w:r>
      <w:proofErr w:type="spellEnd"/>
      <w:r>
        <w:t>.</w:t>
      </w:r>
    </w:p>
    <w:p w14:paraId="41CB2AB4" w14:textId="77777777" w:rsidR="009B3F42" w:rsidRDefault="009B3F42">
      <w:pPr>
        <w:rPr>
          <w:rFonts w:hint="cs"/>
          <w:lang w:bidi="gu-IN"/>
        </w:rPr>
      </w:pPr>
    </w:p>
    <w:p w14:paraId="752337DB" w14:textId="2A3214DB" w:rsidR="00DA747B" w:rsidRDefault="00000000">
      <w:pPr>
        <w:jc w:val="right"/>
      </w:pPr>
      <w:r>
        <w:br/>
      </w:r>
      <w:r>
        <w:br/>
        <w:t>આચાર્યશ્રીની સહી: ____________________</w:t>
      </w:r>
      <w:r>
        <w:br/>
        <w:t>શાળાનો સિક્કો: ____________________</w:t>
      </w:r>
    </w:p>
    <w:sectPr w:rsidR="00DA747B" w:rsidSect="001A0949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5749522">
    <w:abstractNumId w:val="8"/>
  </w:num>
  <w:num w:numId="2" w16cid:durableId="600600533">
    <w:abstractNumId w:val="6"/>
  </w:num>
  <w:num w:numId="3" w16cid:durableId="1969779699">
    <w:abstractNumId w:val="5"/>
  </w:num>
  <w:num w:numId="4" w16cid:durableId="791248219">
    <w:abstractNumId w:val="4"/>
  </w:num>
  <w:num w:numId="5" w16cid:durableId="1588079130">
    <w:abstractNumId w:val="7"/>
  </w:num>
  <w:num w:numId="6" w16cid:durableId="1860267955">
    <w:abstractNumId w:val="3"/>
  </w:num>
  <w:num w:numId="7" w16cid:durableId="403449810">
    <w:abstractNumId w:val="2"/>
  </w:num>
  <w:num w:numId="8" w16cid:durableId="100612349">
    <w:abstractNumId w:val="1"/>
  </w:num>
  <w:num w:numId="9" w16cid:durableId="129528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949"/>
    <w:rsid w:val="0029639D"/>
    <w:rsid w:val="00326F90"/>
    <w:rsid w:val="009B3F42"/>
    <w:rsid w:val="00AA1D8D"/>
    <w:rsid w:val="00B47730"/>
    <w:rsid w:val="00CB0664"/>
    <w:rsid w:val="00CC6885"/>
    <w:rsid w:val="00DA74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3EA5C7"/>
  <w14:defaultImageDpi w14:val="300"/>
  <w15:docId w15:val="{81168683-88ED-40FA-A02B-3EDEC028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4</cp:revision>
  <cp:lastPrinted>2026-08-12T07:34:00Z</cp:lastPrinted>
  <dcterms:created xsi:type="dcterms:W3CDTF">2013-12-23T23:15:00Z</dcterms:created>
  <dcterms:modified xsi:type="dcterms:W3CDTF">2026-08-12T07:34:00Z</dcterms:modified>
  <cp:category/>
</cp:coreProperties>
</file>