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4F713" w14:textId="77777777" w:rsidR="0081010E" w:rsidRDefault="00000000">
      <w:pPr>
        <w:jc w:val="center"/>
      </w:pPr>
      <w:r w:rsidRPr="00EF42CE">
        <w:rPr>
          <w:b/>
          <w:sz w:val="30"/>
          <w:highlight w:val="yellow"/>
        </w:rPr>
        <w:t>કર્મચારીઓને આપેલ પ્રોત્સાહન - પુરસ્કાર સંબંધિત વિગત</w:t>
      </w:r>
    </w:p>
    <w:p w14:paraId="29177D7A" w14:textId="075FF564" w:rsidR="0081010E" w:rsidRPr="00EF42CE" w:rsidRDefault="00000000">
      <w:pPr>
        <w:rPr>
          <w:color w:val="EE0000"/>
        </w:rPr>
      </w:pPr>
      <w:r>
        <w:rPr>
          <w:b/>
        </w:rPr>
        <w:br/>
      </w:r>
      <w:r w:rsidRPr="00EF42CE">
        <w:rPr>
          <w:color w:val="EE0000"/>
        </w:rPr>
        <w:t>શાળાનું નામ: રાઠવા ફળિયા દામાવાવ પ્રાથમિક શાળા</w:t>
      </w:r>
    </w:p>
    <w:p w14:paraId="0535889E" w14:textId="77777777" w:rsidR="0081010E" w:rsidRDefault="00000000">
      <w:r>
        <w:rPr>
          <w:b/>
        </w:rPr>
        <w:t xml:space="preserve">પ્રમાણિત વિગતો: </w:t>
      </w:r>
      <w:r w:rsidRPr="00EF42CE">
        <w:rPr>
          <w:color w:val="EE0000"/>
        </w:rPr>
        <w:t xml:space="preserve">રાઠવા ફળિયા દામાવાવ પ્રાથમિક </w:t>
      </w:r>
      <w:r>
        <w:t>શાળામાં હાલમાં આ પ્રકારના પ્રોત્સાહન અથવા પુરસ્કાર સંબંધિત કોઈ શિક્ષક/કર્મચારી નથી.</w:t>
      </w:r>
    </w:p>
    <w:p w14:paraId="71C6B9F6" w14:textId="77777777" w:rsidR="0081010E" w:rsidRDefault="00000000">
      <w:r>
        <w:rPr>
          <w:b/>
        </w:rPr>
        <w:t xml:space="preserve">1. પ્રોત્સાહન મેળવેલ શિક્ષકો/કર્મચારીઓ: </w:t>
      </w:r>
      <w:r>
        <w:t>હાલમાં કોઈ નથી.</w:t>
      </w:r>
    </w:p>
    <w:p w14:paraId="6FD904C8" w14:textId="77777777" w:rsidR="0081010E" w:rsidRDefault="00000000">
      <w:r>
        <w:rPr>
          <w:b/>
        </w:rPr>
        <w:t xml:space="preserve">2. પુરસ્કાર મેળવેલ શિક્ષકો/કર્મચારીઓ: </w:t>
      </w:r>
      <w:r>
        <w:t>હાલમાં કોઈ નથી.</w:t>
      </w:r>
    </w:p>
    <w:p w14:paraId="73995494" w14:textId="77777777" w:rsidR="0081010E" w:rsidRDefault="00000000">
      <w:r>
        <w:rPr>
          <w:b/>
        </w:rPr>
        <w:t xml:space="preserve">3. પ્રોત્સાહન/પુરસ્કારની સંખ્યા: </w:t>
      </w:r>
      <w:r>
        <w:t>શૂન્ય (0).</w:t>
      </w:r>
    </w:p>
    <w:p w14:paraId="5C4EAF92" w14:textId="77777777" w:rsidR="0081010E" w:rsidRDefault="00000000">
      <w:r>
        <w:rPr>
          <w:b/>
        </w:rPr>
        <w:t xml:space="preserve">4. સંબંધિત દસ્તાવેજ/પુરાવા: </w:t>
      </w:r>
      <w:r>
        <w:t>હાલમાં લાગુ પડતો કોઈ દસ્તાવેજ/પુરાવો નથી.</w:t>
      </w:r>
    </w:p>
    <w:p w14:paraId="51B24CFA" w14:textId="77777777" w:rsidR="0081010E" w:rsidRDefault="00000000">
      <w:r>
        <w:rPr>
          <w:b/>
        </w:rPr>
        <w:t xml:space="preserve">નિષ્કર્ષ: </w:t>
      </w:r>
      <w:r>
        <w:t xml:space="preserve">ઉપરોક્ત વિગતો મુજબ </w:t>
      </w:r>
      <w:r w:rsidRPr="00EF42CE">
        <w:rPr>
          <w:color w:val="EE0000"/>
        </w:rPr>
        <w:t xml:space="preserve">રાઠવા ફળિયા દામાવાવ </w:t>
      </w:r>
      <w:r>
        <w:t>પ્રાથમિક શાળામાં હાલમાં કર્મચારીઓને આપવામાં આવેલ પ્રોત્સાહન અથવા પુરસ્કાર સંબંધિત આ પ્રકારનો કોઈ શિક્ષક/કર્મચારી નથી.</w:t>
      </w:r>
    </w:p>
    <w:p w14:paraId="44625866" w14:textId="77777777" w:rsidR="00EF42CE" w:rsidRDefault="00EF42CE">
      <w:pPr>
        <w:jc w:val="right"/>
        <w:rPr>
          <w:lang w:bidi="gu-IN"/>
        </w:rPr>
      </w:pPr>
    </w:p>
    <w:p w14:paraId="404003F6" w14:textId="177A2822" w:rsidR="0081010E" w:rsidRDefault="00000000">
      <w:pPr>
        <w:jc w:val="right"/>
      </w:pPr>
      <w:r>
        <w:br/>
      </w:r>
      <w:r>
        <w:br/>
        <w:t>આચાર્યશ્રીની સહી: ____________________</w:t>
      </w:r>
      <w:r>
        <w:br/>
        <w:t>શાળાનો સિક્કો: ____________________</w:t>
      </w:r>
    </w:p>
    <w:sectPr w:rsidR="008101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Noto Sans Gujarati">
    <w:charset w:val="00"/>
    <w:family w:val="swiss"/>
    <w:pitch w:val="variable"/>
    <w:sig w:usb0="80048003" w:usb1="00002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7796361">
    <w:abstractNumId w:val="8"/>
  </w:num>
  <w:num w:numId="2" w16cid:durableId="573469993">
    <w:abstractNumId w:val="6"/>
  </w:num>
  <w:num w:numId="3" w16cid:durableId="30497661">
    <w:abstractNumId w:val="5"/>
  </w:num>
  <w:num w:numId="4" w16cid:durableId="1349406805">
    <w:abstractNumId w:val="4"/>
  </w:num>
  <w:num w:numId="5" w16cid:durableId="770711350">
    <w:abstractNumId w:val="7"/>
  </w:num>
  <w:num w:numId="6" w16cid:durableId="1839299507">
    <w:abstractNumId w:val="3"/>
  </w:num>
  <w:num w:numId="7" w16cid:durableId="1901557009">
    <w:abstractNumId w:val="2"/>
  </w:num>
  <w:num w:numId="8" w16cid:durableId="334500133">
    <w:abstractNumId w:val="1"/>
  </w:num>
  <w:num w:numId="9" w16cid:durableId="161205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63AF"/>
    <w:rsid w:val="0081010E"/>
    <w:rsid w:val="00827B45"/>
    <w:rsid w:val="009F2B41"/>
    <w:rsid w:val="00AA1D8D"/>
    <w:rsid w:val="00B47730"/>
    <w:rsid w:val="00CB0664"/>
    <w:rsid w:val="00EF42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C2276E"/>
  <w14:defaultImageDpi w14:val="300"/>
  <w15:docId w15:val="{54397BA3-6688-4287-B114-C6FA9D0A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Gujarati" w:eastAsia="Noto Sans Gujarati" w:hAnsi="Noto Sans Gujarat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rafvargdamavav1989@gmail.com</cp:lastModifiedBy>
  <cp:revision>3</cp:revision>
  <dcterms:created xsi:type="dcterms:W3CDTF">2013-12-23T23:15:00Z</dcterms:created>
  <dcterms:modified xsi:type="dcterms:W3CDTF">2026-08-12T07:28:00Z</dcterms:modified>
  <cp:category/>
</cp:coreProperties>
</file>