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47177" w14:textId="77777777" w:rsidR="00722F54" w:rsidRDefault="00000000">
      <w:pPr>
        <w:jc w:val="center"/>
      </w:pPr>
      <w:r>
        <w:rPr>
          <w:b/>
          <w:sz w:val="28"/>
        </w:rPr>
        <w:t>કર્મચારીઓના સ્થાયીકરણ માટેના પ્રયત્નોની વિગત, ગત શૈક્ષણિક વર્ષમાં થયેલ નવી નિમણૂક અને શાળા છોડીને ગયેલ કર્મચારીઓની સંખ્યા</w:t>
      </w:r>
    </w:p>
    <w:p w14:paraId="51F1A3DE" w14:textId="1D25FA8C" w:rsidR="00722F54" w:rsidRPr="00107CCD" w:rsidRDefault="00000000">
      <w:pPr>
        <w:rPr>
          <w:color w:val="EE0000"/>
        </w:rPr>
      </w:pPr>
      <w:r>
        <w:rPr>
          <w:b/>
        </w:rPr>
        <w:br/>
      </w:r>
      <w:r w:rsidRPr="00107CCD">
        <w:rPr>
          <w:color w:val="EE0000"/>
        </w:rPr>
        <w:t>શાળાનું નામ: રાઠવા ફળિયા દામાવાવ પ્રાથમિક શાળા</w:t>
      </w:r>
    </w:p>
    <w:p w14:paraId="3E2859FC" w14:textId="77777777" w:rsidR="00722F54" w:rsidRDefault="00000000">
      <w:r>
        <w:rPr>
          <w:b/>
        </w:rPr>
        <w:t xml:space="preserve">પ્રમાણિત વિગતો: </w:t>
      </w:r>
      <w:r>
        <w:t>રાઠવા ફળિયા દામાવાવ પ્રાથમિક શાળામાં ગત શૈક્ષણિક વર્ષ દરમિયાન કર્મચારીઓના સ્થાયીકરણ માટેના પ્રયત્નો, નવી નિમણૂક તથા શાળા છોડીને ગયેલ કર્મચારીઓ અંગેની વિગતોની તપાસ કરતાં જાણવા મળે છે કે આ પ્રકારના કોઈ કર્મચારી નથી.</w:t>
      </w:r>
    </w:p>
    <w:p w14:paraId="2D10E653" w14:textId="77777777" w:rsidR="00722F54" w:rsidRDefault="00000000">
      <w:r>
        <w:rPr>
          <w:b/>
        </w:rPr>
        <w:t xml:space="preserve">1. કર્મચારીઓના સ્થાયીકરણ માટેના પ્રયત્નો: </w:t>
      </w:r>
      <w:r>
        <w:t>શાળામાં આ પ્રકારના સ્થાયીકરણ માટેના કોઈ કર્મચારી નથી. તેથી આ બાબતે કોઈ અલગ કાર્યવાહી કરવાની જરૂરિયાત ઊભી થયેલ નથી.</w:t>
      </w:r>
    </w:p>
    <w:p w14:paraId="7C60C674" w14:textId="77777777" w:rsidR="00722F54" w:rsidRDefault="00000000">
      <w:r>
        <w:rPr>
          <w:b/>
        </w:rPr>
        <w:t xml:space="preserve">2. ગત શૈક્ષણિક વર્ષમાં થયેલ નવી નિમણૂક: </w:t>
      </w:r>
      <w:r>
        <w:t>ગત શૈક્ષણિક વર્ષ દરમિયાન શાળામાં આ પ્રકારની કોઈ નવી નિમણૂક થયેલ નથી.</w:t>
      </w:r>
    </w:p>
    <w:p w14:paraId="27AA5B36" w14:textId="77777777" w:rsidR="00722F54" w:rsidRDefault="00000000">
      <w:r>
        <w:rPr>
          <w:b/>
        </w:rPr>
        <w:t xml:space="preserve">3. શાળા છોડીને ગયેલ કર્મચારીઓ: </w:t>
      </w:r>
      <w:r>
        <w:t>ગત શૈક્ષણિક વર્ષ દરમિયાન શાળામાંથી આ પ્રકારના કોઈ કર્મચારી શાળા છોડીને ગયેલ નથી.</w:t>
      </w:r>
    </w:p>
    <w:p w14:paraId="4D79DEE3" w14:textId="77777777" w:rsidR="00722F54" w:rsidRDefault="00000000">
      <w:r>
        <w:rPr>
          <w:b/>
        </w:rPr>
        <w:t xml:space="preserve">4. કુલ સંખ્યા: </w:t>
      </w:r>
      <w:r>
        <w:t>ઉપરોક્ત ત્રણેય બાબતો સંદર્ભે કર્મચારીઓની સંખ્યા શૂન્ય (0) છે.</w:t>
      </w:r>
    </w:p>
    <w:p w14:paraId="5768941D" w14:textId="77777777" w:rsidR="00722F54" w:rsidRDefault="00000000">
      <w:r>
        <w:rPr>
          <w:b/>
        </w:rPr>
        <w:t xml:space="preserve">નિષ્કર્ષ: </w:t>
      </w:r>
      <w:r>
        <w:t>રાઠવા ફળિયા દામાવાવ પ્રાથમિક શાળામાં ઉપરોક્ત વિષય અંતર્ગત કોઈ કર્મચારી સ્થાયીકરણ માટે બાકી નથી, ગત શૈક્ષણિક વર્ષમાં આ પ્રકારની કોઈ નવી નિમણૂક થયેલ નથી અને કોઈ કર્મચારી શાળા છોડીને ગયેલ નથી.</w:t>
      </w:r>
    </w:p>
    <w:p w14:paraId="64574884" w14:textId="77777777" w:rsidR="00107CCD" w:rsidRDefault="00107CCD">
      <w:pPr>
        <w:jc w:val="right"/>
        <w:rPr>
          <w:lang w:bidi="gu-IN"/>
        </w:rPr>
      </w:pPr>
    </w:p>
    <w:p w14:paraId="6206FAB8" w14:textId="6B6A33EF" w:rsidR="00722F54" w:rsidRDefault="00000000">
      <w:pPr>
        <w:jc w:val="right"/>
      </w:pPr>
      <w:r>
        <w:br/>
        <w:t>આચાર્યશ્રીની સહી: ____________________</w:t>
      </w:r>
      <w:r>
        <w:br/>
        <w:t>શાળાનો સિક્કો: ____________________</w:t>
      </w:r>
    </w:p>
    <w:sectPr w:rsidR="00722F5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Noto Sans Gujarati">
    <w:charset w:val="00"/>
    <w:family w:val="swiss"/>
    <w:pitch w:val="variable"/>
    <w:sig w:usb0="80048003" w:usb1="00002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2932737">
    <w:abstractNumId w:val="8"/>
  </w:num>
  <w:num w:numId="2" w16cid:durableId="171577624">
    <w:abstractNumId w:val="6"/>
  </w:num>
  <w:num w:numId="3" w16cid:durableId="1007101001">
    <w:abstractNumId w:val="5"/>
  </w:num>
  <w:num w:numId="4" w16cid:durableId="1683437239">
    <w:abstractNumId w:val="4"/>
  </w:num>
  <w:num w:numId="5" w16cid:durableId="208223433">
    <w:abstractNumId w:val="7"/>
  </w:num>
  <w:num w:numId="6" w16cid:durableId="62414748">
    <w:abstractNumId w:val="3"/>
  </w:num>
  <w:num w:numId="7" w16cid:durableId="409735158">
    <w:abstractNumId w:val="2"/>
  </w:num>
  <w:num w:numId="8" w16cid:durableId="1182235478">
    <w:abstractNumId w:val="1"/>
  </w:num>
  <w:num w:numId="9" w16cid:durableId="1111244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7CCD"/>
    <w:rsid w:val="0015074B"/>
    <w:rsid w:val="00150FA3"/>
    <w:rsid w:val="0029639D"/>
    <w:rsid w:val="00326F90"/>
    <w:rsid w:val="00722F5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94DE79"/>
  <w14:defaultImageDpi w14:val="300"/>
  <w15:docId w15:val="{5D59C8CD-052E-4F34-BB01-D5DDFBA3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Noto Sans Gujarati" w:eastAsia="Noto Sans Gujarati" w:hAnsi="Noto Sans Gujarat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rafvargdamavav1989@gmail.com</cp:lastModifiedBy>
  <cp:revision>2</cp:revision>
  <dcterms:created xsi:type="dcterms:W3CDTF">2013-12-23T23:15:00Z</dcterms:created>
  <dcterms:modified xsi:type="dcterms:W3CDTF">2026-08-12T06:51:00Z</dcterms:modified>
  <cp:category/>
</cp:coreProperties>
</file>