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13D3" w14:textId="77777777" w:rsidR="00702172" w:rsidRDefault="00000000">
      <w:pPr>
        <w:jc w:val="center"/>
      </w:pPr>
      <w:r w:rsidRPr="0065104F">
        <w:rPr>
          <w:b/>
          <w:sz w:val="30"/>
          <w:highlight w:val="yellow"/>
        </w:rPr>
        <w:t>કર્મચારીઓને પગાર ચૂકવણી, Payroll અને ઓડિટની વિગત</w:t>
      </w:r>
    </w:p>
    <w:p w14:paraId="21B042B9" w14:textId="04482B69" w:rsidR="00702172" w:rsidRDefault="00000000">
      <w:r>
        <w:rPr>
          <w:b/>
        </w:rPr>
        <w:br/>
      </w:r>
      <w:r>
        <w:t>શાળામાં કાર્યરત કર્મચારીઓના પગારની ગણતરી, ચૂકવણી, Payroll રેકોર્ડ તથા ઓડિટ સંબંધિત વિગતો નીચે મુજબ વ્યવસ્થિત રીતે જાળવવામાં આવે છે.</w:t>
      </w:r>
    </w:p>
    <w:p w14:paraId="01FC681C" w14:textId="77777777" w:rsidR="00702172" w:rsidRDefault="00000000">
      <w:r>
        <w:rPr>
          <w:b/>
        </w:rPr>
        <w:t xml:space="preserve">પગારની ગણતરી: </w:t>
      </w:r>
      <w:r>
        <w:t>દરેક કર્મચારીનો પગાર તેમની માન્ય નિમણૂક, લાયકાત, લાગુ પડતા પગારધોરણ તથા સેવાકીય વિગતોના આધારે નક્કી કરી માસિક ધોરણે ગણતરી કરવામાં આવે છે.</w:t>
      </w:r>
    </w:p>
    <w:p w14:paraId="4B32B6CA" w14:textId="77777777" w:rsidR="00702172" w:rsidRDefault="00000000">
      <w:r>
        <w:rPr>
          <w:b/>
        </w:rPr>
        <w:t xml:space="preserve">હાજરી અને રજાની નોંધ: </w:t>
      </w:r>
      <w:r>
        <w:t>પગાર તૈયાર કરતી વખતે કર્મચારીની હાજરી, મંજૂર રજા તથા અન્ય જરૂરી સેવાકીય નોંધોને ધ્યાનમાં લેવામાં આવે છે.</w:t>
      </w:r>
    </w:p>
    <w:p w14:paraId="739B3B33" w14:textId="77777777" w:rsidR="00702172" w:rsidRDefault="00000000">
      <w:r>
        <w:rPr>
          <w:b/>
        </w:rPr>
        <w:t xml:space="preserve">Payroll રેકોર્ડ: </w:t>
      </w:r>
      <w:r>
        <w:t>દર મહિને કર્મચારીવાર પગારની વિગતો, મૂળ પગાર, ભથ્થાં, કપાતો તથા ચૂકવવાપાત્ર ચોખ્ખા પગારની નોંધ Payroll રેકોર્ડમાં કરવામાં આવે છે.</w:t>
      </w:r>
    </w:p>
    <w:p w14:paraId="253AFFE0" w14:textId="77777777" w:rsidR="00702172" w:rsidRDefault="00000000">
      <w:r>
        <w:rPr>
          <w:b/>
        </w:rPr>
        <w:t xml:space="preserve">પગાર ચૂકવણી: </w:t>
      </w:r>
      <w:r>
        <w:t>નિયમિત માસિક પગાર મંજૂર પ્રક્રિયા મુજબ કર્મચારીઓને ચૂકવવામાં આવે છે અને ચૂકવણીનો સંબંધિત પુરાવો/રેકોર્ડ જાળવવામાં આવે છે.</w:t>
      </w:r>
    </w:p>
    <w:p w14:paraId="63770106" w14:textId="77777777" w:rsidR="00702172" w:rsidRDefault="00000000">
      <w:r>
        <w:rPr>
          <w:b/>
        </w:rPr>
        <w:t xml:space="preserve">કપાતોની નોંધ: </w:t>
      </w:r>
      <w:r>
        <w:t>લાગુ પડતી કાયદેસર અથવા મંજૂર કપાતો, જેમ કે પ્રોવિડન્ટ ફંડ/અન્ય લાગુ કપાતોની વિગતો Payroll તથા સંબંધિત હિસાબી રેકોર્ડમાં દર્શાવવામાં આવે છે.</w:t>
      </w:r>
    </w:p>
    <w:p w14:paraId="676F3C69" w14:textId="77777777" w:rsidR="00702172" w:rsidRDefault="00000000">
      <w:r>
        <w:rPr>
          <w:b/>
        </w:rPr>
        <w:t xml:space="preserve">બેંક/ચૂકવણી રેકોર્ડ: </w:t>
      </w:r>
      <w:r>
        <w:t>બેંક મારફતે પગાર ચૂકવવામાં આવે તો સંબંધિત બેંક સ્ટેટમેન્ટ, પેમેન્ટ રેકોર્ડ તથા જરૂરી વાઉચર/પુરાવા હિસાબી દસ્તાવેજો સાથે જાળવવામાં આવે છે.</w:t>
      </w:r>
    </w:p>
    <w:p w14:paraId="316D844D" w14:textId="77777777" w:rsidR="00702172" w:rsidRDefault="00000000">
      <w:r>
        <w:rPr>
          <w:b/>
        </w:rPr>
        <w:t xml:space="preserve">હિસાબી નોંધ: </w:t>
      </w:r>
      <w:r>
        <w:t>પગાર ખર્ચની માસિક નોંધ કેશબુક/લેજર તથા સંસ્થાના લાગુ હિસાબી રેકોર્ડમાં કરવામાં આવે છે.</w:t>
      </w:r>
    </w:p>
    <w:p w14:paraId="517956FD" w14:textId="77777777" w:rsidR="00702172" w:rsidRDefault="00000000">
      <w:r>
        <w:rPr>
          <w:b/>
        </w:rPr>
        <w:t xml:space="preserve">ઓડિટ: </w:t>
      </w:r>
      <w:r>
        <w:t>શાળાના પગાર, Payroll અને સંબંધિત હિસાબી દસ્તાવેજો સમયાંતરે આંતરિક/બાહ્ય ઓડિટ માટે રજૂ કરવામાં આવે છે અને ઓડિટ દરમિયાન જરૂરી દસ્તાવેજો ઉપલબ્ધ કરાવવામાં આવે છે.</w:t>
      </w:r>
    </w:p>
    <w:p w14:paraId="370AF9A8" w14:textId="77777777" w:rsidR="00702172" w:rsidRDefault="00000000">
      <w:r>
        <w:rPr>
          <w:b/>
        </w:rPr>
        <w:t xml:space="preserve">ઓડિટ વાંધા અને પાલન: </w:t>
      </w:r>
      <w:r>
        <w:t>ઓડિટ દરમિયાન કોઈ નોંધ/વાંધો સૂચવવામાં આવે તો તેની તપાસ કરીને જરૂરી સુધારા અથવા પાલનની કાર્યવાહી કરવામાં આવે છે અને તેનો રેકોર્ડ જાળવવામાં આવે છે.</w:t>
      </w:r>
    </w:p>
    <w:p w14:paraId="3B188264" w14:textId="77777777" w:rsidR="00702172" w:rsidRDefault="00000000">
      <w:r>
        <w:rPr>
          <w:b/>
        </w:rPr>
        <w:t xml:space="preserve">દસ્તાવેજોની જાળવણી: </w:t>
      </w:r>
      <w:r>
        <w:t>પગાર બિલ, Payroll, વાઉચર, બેંક પેમેન્ટ પુરાવા, કપાતની વિગતો તથા ઓડિટ સંબંધિત અહેવાલો નિયમ મુજબ સુરક્ષિત રીતે ફાઇલમાં જાળવવામાં આવે છે.</w:t>
      </w:r>
    </w:p>
    <w:p w14:paraId="364F006F" w14:textId="77777777" w:rsidR="00702172" w:rsidRDefault="00000000">
      <w:pPr>
        <w:rPr>
          <w:lang w:bidi="gu-IN"/>
        </w:rPr>
      </w:pPr>
      <w:r>
        <w:rPr>
          <w:b/>
        </w:rPr>
        <w:t xml:space="preserve">પ્રમાણપત્ર: </w:t>
      </w:r>
      <w:r>
        <w:t xml:space="preserve">ઉપરોક્ત મુજબ શાળાના કર્મચારીઓના પગારની ગણતરી અને ચૂકવણી, Payroll તથા સંબંધિત હિસાબી રેકોર્ડ વ્યવસ્થિત રીતે જાળવવામાં આવે છે અને જરૂરી </w:t>
      </w:r>
      <w:proofErr w:type="spellStart"/>
      <w:r>
        <w:t>સમયે</w:t>
      </w:r>
      <w:proofErr w:type="spellEnd"/>
      <w:r>
        <w:t xml:space="preserve"> </w:t>
      </w:r>
      <w:proofErr w:type="spellStart"/>
      <w:r>
        <w:t>ઓડિટ</w:t>
      </w:r>
      <w:proofErr w:type="spellEnd"/>
      <w:r>
        <w:t>/</w:t>
      </w:r>
      <w:proofErr w:type="spellStart"/>
      <w:r>
        <w:t>નિરીક્ષણ</w:t>
      </w:r>
      <w:proofErr w:type="spellEnd"/>
      <w:r>
        <w:t xml:space="preserve"> </w:t>
      </w:r>
      <w:proofErr w:type="spellStart"/>
      <w:r>
        <w:t>માટે</w:t>
      </w:r>
      <w:proofErr w:type="spellEnd"/>
      <w:r>
        <w:t xml:space="preserve"> </w:t>
      </w:r>
      <w:proofErr w:type="spellStart"/>
      <w:r>
        <w:t>રજૂ</w:t>
      </w:r>
      <w:proofErr w:type="spellEnd"/>
      <w:r>
        <w:t xml:space="preserve"> </w:t>
      </w:r>
      <w:proofErr w:type="spellStart"/>
      <w:r>
        <w:t>કરવામાં</w:t>
      </w:r>
      <w:proofErr w:type="spellEnd"/>
      <w:r>
        <w:t xml:space="preserve"> </w:t>
      </w:r>
      <w:proofErr w:type="spellStart"/>
      <w:r>
        <w:t>આવે</w:t>
      </w:r>
      <w:proofErr w:type="spellEnd"/>
      <w:r>
        <w:t xml:space="preserve"> </w:t>
      </w:r>
      <w:proofErr w:type="spellStart"/>
      <w:r>
        <w:t>છે</w:t>
      </w:r>
      <w:proofErr w:type="spellEnd"/>
      <w:r>
        <w:t>.</w:t>
      </w:r>
    </w:p>
    <w:p w14:paraId="64BDCE0E" w14:textId="720CBA4D" w:rsidR="00CB7C93" w:rsidRDefault="00CB7C93">
      <w:pPr>
        <w:rPr>
          <w:lang w:bidi="gu-IN"/>
        </w:rPr>
      </w:pPr>
      <w:r w:rsidRPr="0065104F">
        <w:rPr>
          <w:rFonts w:hint="cs"/>
          <w:highlight w:val="yellow"/>
          <w:cs/>
          <w:lang w:bidi="gu-IN"/>
        </w:rPr>
        <w:t xml:space="preserve">ઉપરોક્ત તમામ પાસા </w:t>
      </w:r>
      <w:r w:rsidRPr="0065104F">
        <w:rPr>
          <w:rFonts w:hint="cs"/>
          <w:highlight w:val="yellow"/>
          <w:lang w:bidi="gu-IN"/>
        </w:rPr>
        <w:t>SAS</w:t>
      </w:r>
      <w:r w:rsidRPr="0065104F">
        <w:rPr>
          <w:rFonts w:hint="cs"/>
          <w:highlight w:val="yellow"/>
          <w:cs/>
          <w:lang w:bidi="gu-IN"/>
        </w:rPr>
        <w:t xml:space="preserve"> અને પ્રેસા દ્વારા નિભાવવામાં આવે છે જે ઓનલાઈન નિભાવાય છે</w:t>
      </w:r>
      <w:r w:rsidR="0065104F">
        <w:rPr>
          <w:rFonts w:hint="cs"/>
          <w:highlight w:val="yellow"/>
          <w:cs/>
          <w:lang w:bidi="gu-IN"/>
        </w:rPr>
        <w:t xml:space="preserve"> જેનું ઓડીટ અને તપાસ તાલુકા પ્રાથમિક શિક્ષણાધિકારી પૂર્તતા કરાય છે.શિક્ષણ શાખા દ્વારા</w:t>
      </w:r>
      <w:r w:rsidRPr="0065104F">
        <w:rPr>
          <w:rFonts w:hint="cs"/>
          <w:highlight w:val="yellow"/>
          <w:cs/>
          <w:lang w:bidi="gu-IN"/>
        </w:rPr>
        <w:t>.</w:t>
      </w:r>
    </w:p>
    <w:p w14:paraId="42516759" w14:textId="77777777" w:rsidR="00865E47" w:rsidRDefault="00865E47">
      <w:pPr>
        <w:jc w:val="right"/>
        <w:rPr>
          <w:lang w:bidi="gu-IN"/>
        </w:rPr>
      </w:pPr>
    </w:p>
    <w:p w14:paraId="0FD06E74" w14:textId="5D45300E" w:rsidR="00702172" w:rsidRDefault="00000000">
      <w:pPr>
        <w:jc w:val="right"/>
      </w:pPr>
      <w:r>
        <w:br/>
        <w:t>આચાર્યશ્રીની સહી: ____________________</w:t>
      </w:r>
      <w:r>
        <w:br/>
        <w:t>શાળાનો સિક્કો: ____________________</w:t>
      </w:r>
    </w:p>
    <w:sectPr w:rsidR="00702172" w:rsidSect="00E72A12">
      <w:pgSz w:w="11906" w:h="16838" w:code="9"/>
      <w:pgMar w:top="851" w:right="1797" w:bottom="1077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Noto Sans Gujarati">
    <w:charset w:val="00"/>
    <w:family w:val="swiss"/>
    <w:pitch w:val="variable"/>
    <w:sig w:usb0="80048003" w:usb1="00002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3645213">
    <w:abstractNumId w:val="8"/>
  </w:num>
  <w:num w:numId="2" w16cid:durableId="585573775">
    <w:abstractNumId w:val="6"/>
  </w:num>
  <w:num w:numId="3" w16cid:durableId="948049432">
    <w:abstractNumId w:val="5"/>
  </w:num>
  <w:num w:numId="4" w16cid:durableId="225260138">
    <w:abstractNumId w:val="4"/>
  </w:num>
  <w:num w:numId="5" w16cid:durableId="1921213214">
    <w:abstractNumId w:val="7"/>
  </w:num>
  <w:num w:numId="6" w16cid:durableId="356581793">
    <w:abstractNumId w:val="3"/>
  </w:num>
  <w:num w:numId="7" w16cid:durableId="488979257">
    <w:abstractNumId w:val="2"/>
  </w:num>
  <w:num w:numId="8" w16cid:durableId="550503924">
    <w:abstractNumId w:val="1"/>
  </w:num>
  <w:num w:numId="9" w16cid:durableId="65155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1274"/>
    <w:rsid w:val="00326F90"/>
    <w:rsid w:val="0065104F"/>
    <w:rsid w:val="00702172"/>
    <w:rsid w:val="00865E47"/>
    <w:rsid w:val="00AA1D8D"/>
    <w:rsid w:val="00B47730"/>
    <w:rsid w:val="00CB0664"/>
    <w:rsid w:val="00CB7C93"/>
    <w:rsid w:val="00DA7684"/>
    <w:rsid w:val="00E72A12"/>
    <w:rsid w:val="00FC2C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C49E76"/>
  <w14:defaultImageDpi w14:val="300"/>
  <w15:docId w15:val="{3B55E0CB-AADC-470E-B7B1-6F40705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Noto Sans Gujarati" w:eastAsia="Noto Sans Gujarati" w:hAnsi="Noto Sans Gujarat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rafvargdamavav1989@gmail.com</cp:lastModifiedBy>
  <cp:revision>7</cp:revision>
  <cp:lastPrinted>2026-08-12T06:46:00Z</cp:lastPrinted>
  <dcterms:created xsi:type="dcterms:W3CDTF">2013-12-23T23:15:00Z</dcterms:created>
  <dcterms:modified xsi:type="dcterms:W3CDTF">2026-08-12T06:47:00Z</dcterms:modified>
  <cp:category/>
</cp:coreProperties>
</file>