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7E049" w14:textId="77777777" w:rsidR="00CC78D6" w:rsidRDefault="00000000">
      <w:pPr>
        <w:jc w:val="center"/>
      </w:pPr>
      <w:r>
        <w:rPr>
          <w:b/>
          <w:sz w:val="30"/>
        </w:rPr>
        <w:t>શાળાના કર્મચારીઓના સેવા રેકોર્ડની જાળવણીની પદ્ધતિ</w:t>
      </w:r>
    </w:p>
    <w:p w14:paraId="37E42C9B" w14:textId="0B1570CF" w:rsidR="00CC78D6" w:rsidRDefault="00000000">
      <w:proofErr w:type="spellStart"/>
      <w:r>
        <w:t>શાળામાં</w:t>
      </w:r>
      <w:proofErr w:type="spellEnd"/>
      <w:r>
        <w:t xml:space="preserve"> </w:t>
      </w:r>
      <w:proofErr w:type="spellStart"/>
      <w:r>
        <w:t>કાર્યરત</w:t>
      </w:r>
      <w:proofErr w:type="spellEnd"/>
      <w:r>
        <w:t xml:space="preserve"> </w:t>
      </w:r>
      <w:proofErr w:type="spellStart"/>
      <w:r>
        <w:t>તમામ</w:t>
      </w:r>
      <w:proofErr w:type="spellEnd"/>
      <w:r>
        <w:t xml:space="preserve"> </w:t>
      </w:r>
      <w:proofErr w:type="spellStart"/>
      <w:r>
        <w:t>કર્મચારીઓના</w:t>
      </w:r>
      <w:proofErr w:type="spellEnd"/>
      <w:r>
        <w:t xml:space="preserve"> સેવા સંબંધિત રેકોર્ડ </w:t>
      </w:r>
      <w:proofErr w:type="spellStart"/>
      <w:r>
        <w:t>નિયમિત</w:t>
      </w:r>
      <w:proofErr w:type="spellEnd"/>
      <w:r>
        <w:t xml:space="preserve"> </w:t>
      </w:r>
      <w:proofErr w:type="spellStart"/>
      <w:r>
        <w:t>અને</w:t>
      </w:r>
      <w:proofErr w:type="spellEnd"/>
      <w:r>
        <w:t xml:space="preserve"> </w:t>
      </w:r>
      <w:proofErr w:type="spellStart"/>
      <w:r>
        <w:t>વ્યવસ્થિત</w:t>
      </w:r>
      <w:proofErr w:type="spellEnd"/>
      <w:r>
        <w:t xml:space="preserve"> </w:t>
      </w:r>
      <w:proofErr w:type="spellStart"/>
      <w:r>
        <w:t>રીતે</w:t>
      </w:r>
      <w:proofErr w:type="spellEnd"/>
      <w:r>
        <w:t xml:space="preserve"> </w:t>
      </w:r>
      <w:proofErr w:type="spellStart"/>
      <w:r>
        <w:t>જાળવવામાં</w:t>
      </w:r>
      <w:proofErr w:type="spellEnd"/>
      <w:r>
        <w:t xml:space="preserve"> </w:t>
      </w:r>
      <w:proofErr w:type="spellStart"/>
      <w:r>
        <w:t>આવે</w:t>
      </w:r>
      <w:proofErr w:type="spellEnd"/>
      <w:r>
        <w:t xml:space="preserve"> </w:t>
      </w:r>
      <w:proofErr w:type="spellStart"/>
      <w:r>
        <w:t>છે</w:t>
      </w:r>
      <w:proofErr w:type="spellEnd"/>
      <w:r>
        <w:t>.</w:t>
      </w:r>
    </w:p>
    <w:p w14:paraId="1089D341" w14:textId="2B6ACEF5" w:rsidR="00F46BFA" w:rsidRPr="00F46BFA" w:rsidRDefault="00F46BFA">
      <w:pPr>
        <w:rPr>
          <w:rFonts w:ascii="Calibri" w:hAnsi="Calibri"/>
          <w:cs/>
          <w:lang w:bidi="gu-IN"/>
        </w:rPr>
      </w:pPr>
      <w:r w:rsidRPr="006A0698">
        <w:rPr>
          <w:rFonts w:ascii="Calibri" w:hAnsi="Calibri" w:hint="cs"/>
          <w:highlight w:val="yellow"/>
          <w:cs/>
          <w:lang w:bidi="gu-IN"/>
        </w:rPr>
        <w:t>જેની નોધ સર્વિસ બુકમાં કરવામાં આવે છે જે સર્વિસબુક તાલુકા પ્રાથમિકશિક્ષણાધિકારી ની દેખરેખ હેઠળ રાખવામાં આવેછે.</w:t>
      </w:r>
    </w:p>
    <w:p w14:paraId="47901937" w14:textId="77777777" w:rsidR="00CC78D6" w:rsidRDefault="00000000">
      <w:pPr>
        <w:pStyle w:val="ListNumber"/>
      </w:pPr>
      <w:r>
        <w:t>દરેક કર્મચારી માટે અલગ સેવા પુસ્તક/સેવા ફાઇલ રાખવામાં આવે છે.</w:t>
      </w:r>
    </w:p>
    <w:p w14:paraId="7E2423D3" w14:textId="77777777" w:rsidR="00CC78D6" w:rsidRDefault="00000000">
      <w:pPr>
        <w:pStyle w:val="ListNumber"/>
      </w:pPr>
      <w:r>
        <w:t>નિયુક્તિ હુકમ, જોડાણ હુકમ તથા કર્મચારીની શૈક્ષણિક અને વ્યાવસાયિક લાયકાતના પ્રમાણપત્રોની વિગતો સેવા રેકોર્ડમાં નોંધવામાં આવે છે.</w:t>
      </w:r>
    </w:p>
    <w:p w14:paraId="4B7F557B" w14:textId="77777777" w:rsidR="00CC78D6" w:rsidRDefault="00000000">
      <w:pPr>
        <w:pStyle w:val="ListNumber"/>
      </w:pPr>
      <w:r>
        <w:t>કર્મચારી દ્વારા સમયાંતરે મેળવેલ તાલીમ, ટ્રેનીંગ તથા અન્ય સેવાકીય લાયકાતની વિગતો ઉપલબ્ધ હોય તે મુજબ નોંધવામાં આવે છે.</w:t>
      </w:r>
    </w:p>
    <w:p w14:paraId="6EFF2506" w14:textId="77777777" w:rsidR="00CC78D6" w:rsidRDefault="00000000">
      <w:pPr>
        <w:pStyle w:val="ListNumber"/>
      </w:pPr>
      <w:r>
        <w:t>રજા, હાજરી, પગાર સંબંધિત જરૂરી વિગતો તથા સેવાકીય હુકમો/આદેશોની નકલો નિયમિત રીતે જાળવવામાં આવે છે.</w:t>
      </w:r>
    </w:p>
    <w:p w14:paraId="4D3C531C" w14:textId="77777777" w:rsidR="00CC78D6" w:rsidRDefault="00000000">
      <w:pPr>
        <w:pStyle w:val="ListNumber"/>
      </w:pPr>
      <w:r>
        <w:t>બઢતી, પગારધોરણમાં ફેરફાર, બદલી, જવાબદારીમાં ફેરફાર તથા અન્ય સેવાકીય બાબતો સંબંધિત હુકમોની નોંધ કરવામાં આવે છે.</w:t>
      </w:r>
    </w:p>
    <w:p w14:paraId="1E4D43CC" w14:textId="77777777" w:rsidR="00CC78D6" w:rsidRDefault="00000000">
      <w:pPr>
        <w:pStyle w:val="ListNumber"/>
      </w:pPr>
      <w:r>
        <w:t>કર્મચારીઓના સેવા રેકોર્ડને શાળાના સત્તાધિકારીની દેખરેખ હેઠળ સુરક્ષિત રીતે રાખવામાં આવે છે અને જરૂરિયાત મુજબ તેમાં નોંધો કરવામાં આવે છે.</w:t>
      </w:r>
    </w:p>
    <w:p w14:paraId="152EAECC" w14:textId="77777777" w:rsidR="00CC78D6" w:rsidRDefault="00000000">
      <w:pPr>
        <w:pStyle w:val="ListNumber"/>
      </w:pPr>
      <w:r>
        <w:t>સેવા રેકોર્ડમાં થયેલ જરૂરી સુધારા અથવા નોંધને સંબંધિત સત્તાધિકારી દ્વારા પ્રમાણિત કરવામાં આવે છે.</w:t>
      </w:r>
    </w:p>
    <w:p w14:paraId="3AF478BD" w14:textId="77777777" w:rsidR="00CC78D6" w:rsidRDefault="00000000">
      <w:pPr>
        <w:pStyle w:val="ListNumber"/>
      </w:pPr>
      <w:r>
        <w:t>કર્મચારીની સેવાકીય માહિતી ગોપનીય રાખવામાં આવે છે અને અધિકૃત જરૂરિયાત સિવાય અન્ય વ્યક્તિને આપવામાં આવતી નથી.</w:t>
      </w:r>
    </w:p>
    <w:p w14:paraId="4FC8C014" w14:textId="77777777" w:rsidR="00CC78D6" w:rsidRDefault="00000000">
      <w:pPr>
        <w:pStyle w:val="ListNumber"/>
      </w:pPr>
      <w:r>
        <w:t>સેવા સંબંધિત દસ્તાવેજોની જરૂરી નકલો/રેકોર્ડ શાળામાં વ્યવસ્થિત રીતે ફાઇલ કરીને રાખવામાં આવે છે, જેથી નિરીક્ષણ અથવા વહીવટી જરૂરિયાત સમયે રજૂ કરી શકાય.</w:t>
      </w:r>
    </w:p>
    <w:p w14:paraId="637D9BCD" w14:textId="77777777" w:rsidR="00CC78D6" w:rsidRDefault="00000000">
      <w:r>
        <w:rPr>
          <w:b/>
        </w:rPr>
        <w:t xml:space="preserve">પ્રમાણપત્ર: </w:t>
      </w:r>
      <w:r>
        <w:t>ઉપરોક્ત પદ્ધતિ મુજબ શાળાના કર્મચારીઓના સેવા રેકોર્ડ તથા સંબંધિત સેવાકીય દસ્તાવેજો વ્યવસ્થિત રીતે જાળવવામાં આવે છે અને જરૂરિયાત મુજબ અદ્યતન કરવામાં આવે છે.</w:t>
      </w:r>
    </w:p>
    <w:p w14:paraId="64CEEDD3" w14:textId="77777777" w:rsidR="00CC78D6" w:rsidRDefault="00000000">
      <w:pPr>
        <w:jc w:val="right"/>
      </w:pPr>
      <w:r>
        <w:t>સ્થળ: ____________________</w:t>
      </w:r>
      <w:r>
        <w:br/>
        <w:t>તારીખ: ____________________</w:t>
      </w:r>
      <w:r>
        <w:br/>
      </w:r>
      <w:r>
        <w:br/>
        <w:t>આચાર્યશ્રીની સહી: ____________________</w:t>
      </w:r>
      <w:r>
        <w:br/>
        <w:t>શાળાનો સિક્કો: ____________________</w:t>
      </w:r>
    </w:p>
    <w:sectPr w:rsidR="00CC78D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Noto Sans Gujarati">
    <w:charset w:val="00"/>
    <w:family w:val="swiss"/>
    <w:pitch w:val="variable"/>
    <w:sig w:usb0="80048003" w:usb1="0000204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3409153">
    <w:abstractNumId w:val="8"/>
  </w:num>
  <w:num w:numId="2" w16cid:durableId="1606496800">
    <w:abstractNumId w:val="6"/>
  </w:num>
  <w:num w:numId="3" w16cid:durableId="1469933047">
    <w:abstractNumId w:val="5"/>
  </w:num>
  <w:num w:numId="4" w16cid:durableId="312879101">
    <w:abstractNumId w:val="4"/>
  </w:num>
  <w:num w:numId="5" w16cid:durableId="1041635131">
    <w:abstractNumId w:val="7"/>
  </w:num>
  <w:num w:numId="6" w16cid:durableId="543518962">
    <w:abstractNumId w:val="3"/>
  </w:num>
  <w:num w:numId="7" w16cid:durableId="850028749">
    <w:abstractNumId w:val="2"/>
  </w:num>
  <w:num w:numId="8" w16cid:durableId="860900538">
    <w:abstractNumId w:val="1"/>
  </w:num>
  <w:num w:numId="9" w16cid:durableId="1129202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5DEB"/>
    <w:rsid w:val="00034616"/>
    <w:rsid w:val="0006063C"/>
    <w:rsid w:val="0015074B"/>
    <w:rsid w:val="0029639D"/>
    <w:rsid w:val="00326F90"/>
    <w:rsid w:val="006A0698"/>
    <w:rsid w:val="00AA1D8D"/>
    <w:rsid w:val="00B47730"/>
    <w:rsid w:val="00CB0664"/>
    <w:rsid w:val="00CC78D6"/>
    <w:rsid w:val="00D61B0A"/>
    <w:rsid w:val="00F46BF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CDEFA2"/>
  <w14:defaultImageDpi w14:val="300"/>
  <w15:docId w15:val="{321559B8-D02E-47EC-9FCF-4611CE58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Noto Sans Gujarati" w:eastAsia="Noto Sans Gujarati" w:hAnsi="Noto Sans Gujarat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rafvargdamavav1989@gmail.com</cp:lastModifiedBy>
  <cp:revision>3</cp:revision>
  <dcterms:created xsi:type="dcterms:W3CDTF">2013-12-23T23:15:00Z</dcterms:created>
  <dcterms:modified xsi:type="dcterms:W3CDTF">2026-08-12T06:41:00Z</dcterms:modified>
  <cp:category/>
</cp:coreProperties>
</file>