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75C6B" w14:textId="77777777" w:rsidR="00B51E90" w:rsidRDefault="00000000">
      <w:pPr>
        <w:jc w:val="center"/>
      </w:pPr>
      <w:r>
        <w:rPr>
          <w:b/>
          <w:sz w:val="28"/>
        </w:rPr>
        <w:t>શાળામાં જોડાયા બાદ શૈક્ષણિક - વ્યાવસાયિક લાયકાતમાં વૃદ્ધિ થઈ હોય તેવા કર્મચારીઓની વિગત</w:t>
      </w:r>
    </w:p>
    <w:p w14:paraId="175124C1" w14:textId="77777777" w:rsidR="00B51E90" w:rsidRDefault="00B51E9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B51E90" w14:paraId="31E14D07" w14:textId="77777777">
        <w:trPr>
          <w:jc w:val="center"/>
        </w:trPr>
        <w:tc>
          <w:tcPr>
            <w:tcW w:w="1728" w:type="dxa"/>
            <w:vAlign w:val="center"/>
          </w:tcPr>
          <w:p w14:paraId="1EFBB637" w14:textId="77777777" w:rsidR="00B51E90" w:rsidRDefault="00000000">
            <w:pPr>
              <w:jc w:val="center"/>
            </w:pPr>
            <w:r>
              <w:rPr>
                <w:b/>
                <w:sz w:val="20"/>
              </w:rPr>
              <w:t>ક્રમ</w:t>
            </w:r>
          </w:p>
        </w:tc>
        <w:tc>
          <w:tcPr>
            <w:tcW w:w="1728" w:type="dxa"/>
            <w:vAlign w:val="center"/>
          </w:tcPr>
          <w:p w14:paraId="398A1500" w14:textId="77777777" w:rsidR="00B51E90" w:rsidRDefault="00000000">
            <w:pPr>
              <w:jc w:val="center"/>
            </w:pPr>
            <w:r>
              <w:rPr>
                <w:b/>
                <w:sz w:val="20"/>
              </w:rPr>
              <w:t>કર્મચારીનું નામ</w:t>
            </w:r>
          </w:p>
        </w:tc>
        <w:tc>
          <w:tcPr>
            <w:tcW w:w="1728" w:type="dxa"/>
            <w:vAlign w:val="center"/>
          </w:tcPr>
          <w:p w14:paraId="0154839C" w14:textId="77777777" w:rsidR="00B51E90" w:rsidRDefault="00000000">
            <w:pPr>
              <w:jc w:val="center"/>
            </w:pPr>
            <w:r>
              <w:rPr>
                <w:b/>
                <w:sz w:val="20"/>
              </w:rPr>
              <w:t>શાળામાં જોડાયા બાદ વધારાની શૈક્ષણિક લાયકાત</w:t>
            </w:r>
          </w:p>
        </w:tc>
        <w:tc>
          <w:tcPr>
            <w:tcW w:w="1728" w:type="dxa"/>
            <w:vAlign w:val="center"/>
          </w:tcPr>
          <w:p w14:paraId="2249ACA6" w14:textId="77777777" w:rsidR="00B51E90" w:rsidRDefault="00000000">
            <w:pPr>
              <w:jc w:val="center"/>
            </w:pPr>
            <w:r>
              <w:rPr>
                <w:b/>
                <w:sz w:val="20"/>
              </w:rPr>
              <w:t>વ્યાવસાયિક તાલીમ / ટ્રેનીંગ</w:t>
            </w:r>
          </w:p>
        </w:tc>
        <w:tc>
          <w:tcPr>
            <w:tcW w:w="1728" w:type="dxa"/>
            <w:vAlign w:val="center"/>
          </w:tcPr>
          <w:p w14:paraId="7F711FE3" w14:textId="77777777" w:rsidR="00B51E90" w:rsidRDefault="00000000">
            <w:pPr>
              <w:jc w:val="center"/>
            </w:pPr>
            <w:r>
              <w:rPr>
                <w:b/>
                <w:sz w:val="20"/>
              </w:rPr>
              <w:t>નોંધ</w:t>
            </w:r>
          </w:p>
        </w:tc>
      </w:tr>
      <w:tr w:rsidR="00B51E90" w14:paraId="50107163" w14:textId="77777777">
        <w:trPr>
          <w:jc w:val="center"/>
        </w:trPr>
        <w:tc>
          <w:tcPr>
            <w:tcW w:w="1728" w:type="dxa"/>
            <w:vAlign w:val="center"/>
          </w:tcPr>
          <w:p w14:paraId="2B54C3A9" w14:textId="77777777" w:rsidR="00B51E90" w:rsidRDefault="00000000">
            <w:r>
              <w:rPr>
                <w:sz w:val="20"/>
              </w:rPr>
              <w:t>1</w:t>
            </w:r>
          </w:p>
        </w:tc>
        <w:tc>
          <w:tcPr>
            <w:tcW w:w="1728" w:type="dxa"/>
            <w:vAlign w:val="center"/>
          </w:tcPr>
          <w:p w14:paraId="6DE2F41F" w14:textId="77777777" w:rsidR="00B51E90" w:rsidRDefault="00000000">
            <w:r>
              <w:rPr>
                <w:sz w:val="20"/>
              </w:rPr>
              <w:t>પટેલ ગિરીશભાઈ</w:t>
            </w:r>
          </w:p>
        </w:tc>
        <w:tc>
          <w:tcPr>
            <w:tcW w:w="1728" w:type="dxa"/>
            <w:vAlign w:val="center"/>
          </w:tcPr>
          <w:p w14:paraId="36BC3F46" w14:textId="77777777" w:rsidR="00B51E90" w:rsidRDefault="00000000">
            <w:r>
              <w:rPr>
                <w:sz w:val="20"/>
              </w:rPr>
              <w:t>કોઈ વધારાનો અભ્યાસ કરેલ નથી.</w:t>
            </w:r>
          </w:p>
        </w:tc>
        <w:tc>
          <w:tcPr>
            <w:tcW w:w="1728" w:type="dxa"/>
            <w:vAlign w:val="center"/>
          </w:tcPr>
          <w:p w14:paraId="6ED43D90" w14:textId="77777777" w:rsidR="00B51E90" w:rsidRDefault="00000000">
            <w:r>
              <w:rPr>
                <w:sz w:val="20"/>
              </w:rPr>
              <w:t>નોકરી દરમિયાન જે તે સમયે જરૂરી/ઉપયોગી ટ્રેનીંગ લીધેલ છે.</w:t>
            </w:r>
          </w:p>
        </w:tc>
        <w:tc>
          <w:tcPr>
            <w:tcW w:w="1728" w:type="dxa"/>
            <w:vAlign w:val="center"/>
          </w:tcPr>
          <w:p w14:paraId="5F4AB50C" w14:textId="77777777" w:rsidR="00B51E90" w:rsidRDefault="00000000">
            <w:r>
              <w:rPr>
                <w:sz w:val="20"/>
              </w:rPr>
              <w:t>વધારાની શૈક્ષણિક લાયકાતમાં કોઈ વૃદ્ધિ થયેલ નથી.</w:t>
            </w:r>
          </w:p>
        </w:tc>
      </w:tr>
      <w:tr w:rsidR="00B51E90" w14:paraId="75CBA13B" w14:textId="77777777">
        <w:trPr>
          <w:jc w:val="center"/>
        </w:trPr>
        <w:tc>
          <w:tcPr>
            <w:tcW w:w="1728" w:type="dxa"/>
            <w:vAlign w:val="center"/>
          </w:tcPr>
          <w:p w14:paraId="21DACF9D" w14:textId="77777777" w:rsidR="00B51E90" w:rsidRDefault="00000000">
            <w:r>
              <w:rPr>
                <w:sz w:val="20"/>
              </w:rPr>
              <w:t>2</w:t>
            </w:r>
          </w:p>
        </w:tc>
        <w:tc>
          <w:tcPr>
            <w:tcW w:w="1728" w:type="dxa"/>
            <w:vAlign w:val="center"/>
          </w:tcPr>
          <w:p w14:paraId="625B7C0C" w14:textId="67636CBB" w:rsidR="00B51E90" w:rsidRDefault="00000000">
            <w:pPr>
              <w:rPr>
                <w:rFonts w:hint="cs"/>
                <w:lang w:bidi="gu-IN"/>
              </w:rPr>
            </w:pPr>
            <w:proofErr w:type="spellStart"/>
            <w:r>
              <w:rPr>
                <w:sz w:val="20"/>
              </w:rPr>
              <w:t>ભાવેશ્વરીબેન</w:t>
            </w:r>
            <w:proofErr w:type="spellEnd"/>
            <w:r w:rsidR="00025EB0">
              <w:rPr>
                <w:rFonts w:hint="cs"/>
                <w:sz w:val="20"/>
                <w:cs/>
                <w:lang w:bidi="gu-IN"/>
              </w:rPr>
              <w:t xml:space="preserve"> </w:t>
            </w:r>
            <w:proofErr w:type="spellStart"/>
            <w:r w:rsidR="00025EB0">
              <w:rPr>
                <w:sz w:val="20"/>
              </w:rPr>
              <w:t>પંડ્યા</w:t>
            </w:r>
            <w:proofErr w:type="spellEnd"/>
          </w:p>
        </w:tc>
        <w:tc>
          <w:tcPr>
            <w:tcW w:w="1728" w:type="dxa"/>
            <w:vAlign w:val="center"/>
          </w:tcPr>
          <w:p w14:paraId="6AB2B32C" w14:textId="77777777" w:rsidR="00B51E90" w:rsidRDefault="00000000">
            <w:proofErr w:type="spellStart"/>
            <w:r>
              <w:rPr>
                <w:sz w:val="20"/>
              </w:rPr>
              <w:t>કોઈ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વધારાનો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અભ્યાસ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કરેલ</w:t>
            </w:r>
            <w:proofErr w:type="spellEnd"/>
            <w:r>
              <w:rPr>
                <w:sz w:val="20"/>
              </w:rPr>
              <w:t xml:space="preserve"> નથી.</w:t>
            </w:r>
          </w:p>
        </w:tc>
        <w:tc>
          <w:tcPr>
            <w:tcW w:w="1728" w:type="dxa"/>
            <w:vAlign w:val="center"/>
          </w:tcPr>
          <w:p w14:paraId="64907E84" w14:textId="77777777" w:rsidR="00B51E90" w:rsidRDefault="00000000">
            <w:r>
              <w:rPr>
                <w:sz w:val="20"/>
              </w:rPr>
              <w:t>નોકરી દરમિયાન જે તે સમયે જરૂરી/ઉપયોગી ટ્રેનીંગ લીધેલ છે.</w:t>
            </w:r>
          </w:p>
        </w:tc>
        <w:tc>
          <w:tcPr>
            <w:tcW w:w="1728" w:type="dxa"/>
            <w:vAlign w:val="center"/>
          </w:tcPr>
          <w:p w14:paraId="16527E80" w14:textId="77777777" w:rsidR="00B51E90" w:rsidRDefault="00000000">
            <w:r>
              <w:rPr>
                <w:sz w:val="20"/>
              </w:rPr>
              <w:t>વધારાની શૈક્ષણિક લાયકાતમાં કોઈ વૃદ્ધિ થયેલ નથી.</w:t>
            </w:r>
          </w:p>
        </w:tc>
      </w:tr>
      <w:tr w:rsidR="00B51E90" w14:paraId="5CC801C2" w14:textId="77777777">
        <w:trPr>
          <w:jc w:val="center"/>
        </w:trPr>
        <w:tc>
          <w:tcPr>
            <w:tcW w:w="1728" w:type="dxa"/>
            <w:vAlign w:val="center"/>
          </w:tcPr>
          <w:p w14:paraId="1FF53F22" w14:textId="77777777" w:rsidR="00B51E90" w:rsidRDefault="00000000">
            <w:r>
              <w:rPr>
                <w:sz w:val="20"/>
              </w:rPr>
              <w:t>3</w:t>
            </w:r>
          </w:p>
        </w:tc>
        <w:tc>
          <w:tcPr>
            <w:tcW w:w="1728" w:type="dxa"/>
            <w:vAlign w:val="center"/>
          </w:tcPr>
          <w:p w14:paraId="1E83C801" w14:textId="46CA8E66" w:rsidR="00B51E90" w:rsidRDefault="00000000">
            <w:pPr>
              <w:rPr>
                <w:rFonts w:hint="cs"/>
                <w:lang w:bidi="gu-IN"/>
              </w:rPr>
            </w:pPr>
            <w:proofErr w:type="spellStart"/>
            <w:r>
              <w:rPr>
                <w:sz w:val="20"/>
              </w:rPr>
              <w:t>કલ્પેશભાઈ</w:t>
            </w:r>
            <w:proofErr w:type="spellEnd"/>
            <w:r w:rsidR="00025EB0">
              <w:rPr>
                <w:rFonts w:hint="cs"/>
                <w:sz w:val="20"/>
                <w:cs/>
                <w:lang w:bidi="gu-IN"/>
              </w:rPr>
              <w:t xml:space="preserve"> </w:t>
            </w:r>
            <w:proofErr w:type="spellStart"/>
            <w:r w:rsidR="00025EB0">
              <w:rPr>
                <w:sz w:val="20"/>
              </w:rPr>
              <w:t>જોષી</w:t>
            </w:r>
            <w:proofErr w:type="spellEnd"/>
          </w:p>
        </w:tc>
        <w:tc>
          <w:tcPr>
            <w:tcW w:w="1728" w:type="dxa"/>
            <w:vAlign w:val="center"/>
          </w:tcPr>
          <w:p w14:paraId="409CA13C" w14:textId="77777777" w:rsidR="00B51E90" w:rsidRDefault="00000000">
            <w:proofErr w:type="spellStart"/>
            <w:r>
              <w:rPr>
                <w:sz w:val="20"/>
              </w:rPr>
              <w:t>કોઈ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વધારાનો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અભ્યાસ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કરેલ</w:t>
            </w:r>
            <w:proofErr w:type="spellEnd"/>
            <w:r>
              <w:rPr>
                <w:sz w:val="20"/>
              </w:rPr>
              <w:t xml:space="preserve"> નથી.</w:t>
            </w:r>
          </w:p>
        </w:tc>
        <w:tc>
          <w:tcPr>
            <w:tcW w:w="1728" w:type="dxa"/>
            <w:vAlign w:val="center"/>
          </w:tcPr>
          <w:p w14:paraId="53E25097" w14:textId="77777777" w:rsidR="00B51E90" w:rsidRDefault="00000000">
            <w:r>
              <w:rPr>
                <w:sz w:val="20"/>
              </w:rPr>
              <w:t>નોકરી દરમિયાન જે તે સમયે જરૂરી/ઉપયોગી ટ્રેનીંગ લીધેલ છે.</w:t>
            </w:r>
          </w:p>
        </w:tc>
        <w:tc>
          <w:tcPr>
            <w:tcW w:w="1728" w:type="dxa"/>
            <w:vAlign w:val="center"/>
          </w:tcPr>
          <w:p w14:paraId="2C3A89DF" w14:textId="77777777" w:rsidR="00B51E90" w:rsidRDefault="00000000">
            <w:r>
              <w:rPr>
                <w:sz w:val="20"/>
              </w:rPr>
              <w:t>વધારાની શૈક્ષણિક લાયકાતમાં કોઈ વૃદ્ધિ થયેલ નથી.</w:t>
            </w:r>
          </w:p>
        </w:tc>
      </w:tr>
      <w:tr w:rsidR="00B51E90" w14:paraId="1E70C7F3" w14:textId="77777777">
        <w:trPr>
          <w:jc w:val="center"/>
        </w:trPr>
        <w:tc>
          <w:tcPr>
            <w:tcW w:w="1728" w:type="dxa"/>
            <w:vAlign w:val="center"/>
          </w:tcPr>
          <w:p w14:paraId="7FF84FD5" w14:textId="77777777" w:rsidR="00B51E90" w:rsidRDefault="00000000">
            <w:r>
              <w:rPr>
                <w:sz w:val="20"/>
              </w:rPr>
              <w:t>4</w:t>
            </w:r>
          </w:p>
        </w:tc>
        <w:tc>
          <w:tcPr>
            <w:tcW w:w="1728" w:type="dxa"/>
            <w:vAlign w:val="center"/>
          </w:tcPr>
          <w:p w14:paraId="741B8ED8" w14:textId="33A6571D" w:rsidR="00B51E90" w:rsidRDefault="00000000">
            <w:pPr>
              <w:rPr>
                <w:rFonts w:hint="cs"/>
                <w:lang w:bidi="gu-IN"/>
              </w:rPr>
            </w:pPr>
            <w:proofErr w:type="spellStart"/>
            <w:r>
              <w:rPr>
                <w:sz w:val="20"/>
              </w:rPr>
              <w:t>સોલંકી</w:t>
            </w:r>
            <w:proofErr w:type="spellEnd"/>
            <w:r w:rsidR="00025EB0">
              <w:rPr>
                <w:rFonts w:hint="cs"/>
                <w:sz w:val="20"/>
                <w:cs/>
                <w:lang w:bidi="gu-IN"/>
              </w:rPr>
              <w:t xml:space="preserve"> ભાવનાબેન</w:t>
            </w:r>
          </w:p>
        </w:tc>
        <w:tc>
          <w:tcPr>
            <w:tcW w:w="1728" w:type="dxa"/>
            <w:vAlign w:val="center"/>
          </w:tcPr>
          <w:p w14:paraId="6043E708" w14:textId="4575A275" w:rsidR="00B51E90" w:rsidRDefault="00000000">
            <w:proofErr w:type="spellStart"/>
            <w:r>
              <w:rPr>
                <w:sz w:val="20"/>
              </w:rPr>
              <w:t>બી.એ</w:t>
            </w:r>
            <w:proofErr w:type="spellEnd"/>
            <w:r>
              <w:rPr>
                <w:sz w:val="20"/>
              </w:rPr>
              <w:t>. (</w:t>
            </w:r>
            <w:r w:rsidR="00F35B7A">
              <w:rPr>
                <w:rFonts w:ascii="Arial Black" w:hAnsi="Arial Black" w:hint="cs"/>
                <w:sz w:val="20"/>
                <w:lang w:bidi="gu-IN"/>
              </w:rPr>
              <w:t>BA</w:t>
            </w:r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સુધી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અભ્યાસ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કરેલ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છે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728" w:type="dxa"/>
            <w:vAlign w:val="center"/>
          </w:tcPr>
          <w:p w14:paraId="280313C5" w14:textId="77777777" w:rsidR="00B51E90" w:rsidRDefault="00000000">
            <w:r>
              <w:rPr>
                <w:sz w:val="20"/>
              </w:rPr>
              <w:t>નોકરી દરમિયાન જે તે સમયે જરૂરી/ઉપયોગી ટ્રેનીંગ લીધેલ છે.</w:t>
            </w:r>
          </w:p>
        </w:tc>
        <w:tc>
          <w:tcPr>
            <w:tcW w:w="1728" w:type="dxa"/>
            <w:vAlign w:val="center"/>
          </w:tcPr>
          <w:p w14:paraId="191A3BB2" w14:textId="77777777" w:rsidR="00B51E90" w:rsidRDefault="00000000">
            <w:r>
              <w:rPr>
                <w:sz w:val="20"/>
              </w:rPr>
              <w:t>શૈક્ષણિક લાયકાત બી.એ. સુધી છે.</w:t>
            </w:r>
          </w:p>
        </w:tc>
      </w:tr>
    </w:tbl>
    <w:p w14:paraId="67B3762A" w14:textId="77777777" w:rsidR="00B51E90" w:rsidRDefault="00B51E90"/>
    <w:p w14:paraId="6AC90EA2" w14:textId="77777777" w:rsidR="00B51E90" w:rsidRDefault="00000000">
      <w:r>
        <w:t>પ્રમાણિત કરવામાં આવે છે કે ઉપરોક્ત વિગતો ઉપલબ્ધ માહિતી અને કર્મચારીઓની શાળામાં જોડાયા બાદની શૈક્ષણિક તથા વ્યાવસાયિક લાયકાતના આધારે તૈયાર કરવામાં આવેલ છે. નોકરી દરમિયાન સંબંધિત કર્મચારીઓએ સમયાંતરે જરૂરી ટ્રેનીંગ/પ્રશિક્ષણ મેળવેલ છે, પરંતુ વધારાની શૈક્ષણિક લાયકાત પ્રાપ્ત કરેલ નથી; સોલંકી કર્મચારી બી.એ. સુધી અભ્યાસ કરેલ છે.</w:t>
      </w:r>
    </w:p>
    <w:p w14:paraId="3E4353D7" w14:textId="77777777" w:rsidR="00B51E90" w:rsidRDefault="00B51E90"/>
    <w:p w14:paraId="37F423AA" w14:textId="77777777" w:rsidR="00B51E90" w:rsidRDefault="00000000">
      <w:pPr>
        <w:jc w:val="right"/>
      </w:pPr>
      <w:r>
        <w:t>સ્થળ: ____________________</w:t>
      </w:r>
      <w:r>
        <w:br/>
        <w:t>તારીખ: ____________________</w:t>
      </w:r>
      <w:r>
        <w:br/>
      </w:r>
      <w:r>
        <w:br/>
        <w:t>આચાર્યશ્રી / સંસ્થાના સત્તાધિકારીની સહી: ____________________</w:t>
      </w:r>
    </w:p>
    <w:sectPr w:rsidR="00B51E9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Noto Sans Gujarati">
    <w:charset w:val="00"/>
    <w:family w:val="swiss"/>
    <w:pitch w:val="variable"/>
    <w:sig w:usb0="80048003" w:usb1="00002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5572714">
    <w:abstractNumId w:val="8"/>
  </w:num>
  <w:num w:numId="2" w16cid:durableId="1654410879">
    <w:abstractNumId w:val="6"/>
  </w:num>
  <w:num w:numId="3" w16cid:durableId="1158034600">
    <w:abstractNumId w:val="5"/>
  </w:num>
  <w:num w:numId="4" w16cid:durableId="1202132945">
    <w:abstractNumId w:val="4"/>
  </w:num>
  <w:num w:numId="5" w16cid:durableId="1927611399">
    <w:abstractNumId w:val="7"/>
  </w:num>
  <w:num w:numId="6" w16cid:durableId="292172037">
    <w:abstractNumId w:val="3"/>
  </w:num>
  <w:num w:numId="7" w16cid:durableId="803809781">
    <w:abstractNumId w:val="2"/>
  </w:num>
  <w:num w:numId="8" w16cid:durableId="1362243515">
    <w:abstractNumId w:val="1"/>
  </w:num>
  <w:num w:numId="9" w16cid:durableId="68020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EB0"/>
    <w:rsid w:val="00034616"/>
    <w:rsid w:val="0006063C"/>
    <w:rsid w:val="0015074B"/>
    <w:rsid w:val="0029639D"/>
    <w:rsid w:val="00326F90"/>
    <w:rsid w:val="00AA1D8D"/>
    <w:rsid w:val="00B47730"/>
    <w:rsid w:val="00B51E90"/>
    <w:rsid w:val="00BC34C4"/>
    <w:rsid w:val="00CB0664"/>
    <w:rsid w:val="00E325F2"/>
    <w:rsid w:val="00F35B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713D78"/>
  <w14:defaultImageDpi w14:val="300"/>
  <w15:docId w15:val="{0B615E91-7E10-4442-B1BC-98CEC968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Noto Sans Gujarati" w:eastAsia="Noto Sans Gujarati" w:hAnsi="Noto Sans Gujarat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rafvargdamavav1989@gmail.com</cp:lastModifiedBy>
  <cp:revision>3</cp:revision>
  <dcterms:created xsi:type="dcterms:W3CDTF">2013-12-23T23:15:00Z</dcterms:created>
  <dcterms:modified xsi:type="dcterms:W3CDTF">2026-08-12T06:40:00Z</dcterms:modified>
  <cp:category/>
</cp:coreProperties>
</file>