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0CA25" w14:textId="1CB06D9E" w:rsidR="00666E7C" w:rsidRPr="00FB77C5" w:rsidRDefault="00000000" w:rsidP="00140329">
      <w:pPr>
        <w:jc w:val="center"/>
        <w:rPr>
          <w:color w:val="EE0000"/>
        </w:rPr>
      </w:pPr>
      <w:proofErr w:type="spellStart"/>
      <w:r w:rsidRPr="00FB77C5">
        <w:rPr>
          <w:b/>
          <w:color w:val="EE0000"/>
          <w:sz w:val="36"/>
        </w:rPr>
        <w:t>રાઠવા</w:t>
      </w:r>
      <w:proofErr w:type="spellEnd"/>
      <w:r w:rsidRPr="00FB77C5">
        <w:rPr>
          <w:b/>
          <w:color w:val="EE0000"/>
          <w:sz w:val="36"/>
        </w:rPr>
        <w:t xml:space="preserve"> </w:t>
      </w:r>
      <w:proofErr w:type="spellStart"/>
      <w:r w:rsidRPr="00FB77C5">
        <w:rPr>
          <w:b/>
          <w:color w:val="EE0000"/>
          <w:sz w:val="36"/>
        </w:rPr>
        <w:t>ફળિયા</w:t>
      </w:r>
      <w:proofErr w:type="spellEnd"/>
      <w:r w:rsidRPr="00FB77C5">
        <w:rPr>
          <w:b/>
          <w:color w:val="EE0000"/>
          <w:sz w:val="36"/>
        </w:rPr>
        <w:t xml:space="preserve"> </w:t>
      </w:r>
      <w:proofErr w:type="spellStart"/>
      <w:r w:rsidRPr="00FB77C5">
        <w:rPr>
          <w:b/>
          <w:color w:val="EE0000"/>
          <w:sz w:val="36"/>
        </w:rPr>
        <w:t>દામાવાવ</w:t>
      </w:r>
      <w:proofErr w:type="spellEnd"/>
      <w:r w:rsidRPr="00FB77C5">
        <w:rPr>
          <w:b/>
          <w:color w:val="EE0000"/>
          <w:sz w:val="36"/>
        </w:rPr>
        <w:t xml:space="preserve"> </w:t>
      </w:r>
      <w:proofErr w:type="spellStart"/>
      <w:r w:rsidRPr="00FB77C5">
        <w:rPr>
          <w:b/>
          <w:color w:val="EE0000"/>
          <w:sz w:val="36"/>
        </w:rPr>
        <w:t>પ્રાથમિક</w:t>
      </w:r>
      <w:proofErr w:type="spellEnd"/>
      <w:r w:rsidRPr="00FB77C5">
        <w:rPr>
          <w:b/>
          <w:color w:val="EE0000"/>
          <w:sz w:val="36"/>
        </w:rPr>
        <w:t xml:space="preserve"> </w:t>
      </w:r>
      <w:proofErr w:type="spellStart"/>
      <w:r w:rsidRPr="00FB77C5">
        <w:rPr>
          <w:b/>
          <w:color w:val="EE0000"/>
          <w:sz w:val="36"/>
        </w:rPr>
        <w:t>શાળા</w:t>
      </w:r>
      <w:proofErr w:type="spellEnd"/>
    </w:p>
    <w:p w14:paraId="6427B239" w14:textId="77777777" w:rsidR="00666E7C" w:rsidRDefault="00000000">
      <w:pPr>
        <w:jc w:val="center"/>
      </w:pPr>
      <w:proofErr w:type="spellStart"/>
      <w:r w:rsidRPr="00FB77C5">
        <w:rPr>
          <w:b/>
          <w:sz w:val="28"/>
          <w:highlight w:val="yellow"/>
        </w:rPr>
        <w:t>ધોરણ</w:t>
      </w:r>
      <w:proofErr w:type="spellEnd"/>
      <w:r w:rsidRPr="00FB77C5">
        <w:rPr>
          <w:b/>
          <w:sz w:val="28"/>
          <w:highlight w:val="yellow"/>
        </w:rPr>
        <w:t xml:space="preserve"> 3 </w:t>
      </w:r>
      <w:proofErr w:type="spellStart"/>
      <w:r w:rsidRPr="00FB77C5">
        <w:rPr>
          <w:b/>
          <w:sz w:val="28"/>
          <w:highlight w:val="yellow"/>
        </w:rPr>
        <w:t>થી</w:t>
      </w:r>
      <w:proofErr w:type="spellEnd"/>
      <w:r w:rsidRPr="00FB77C5">
        <w:rPr>
          <w:b/>
          <w:sz w:val="28"/>
          <w:highlight w:val="yellow"/>
        </w:rPr>
        <w:t xml:space="preserve"> 5ના વિદ્યાર્થીઓની શૈક્ષણિક સ્થિતિ જાણવા માટે ત્રિમાસિક મૂલ્યાંકન આધારિત પ્રક્રિયા અંગે અહેવાલ</w:t>
      </w:r>
    </w:p>
    <w:p w14:paraId="629DF120" w14:textId="00896B7E" w:rsidR="00666E7C" w:rsidRDefault="00000000" w:rsidP="00FB77C5">
      <w:pPr>
        <w:jc w:val="center"/>
        <w:rPr>
          <w:rFonts w:hint="cs"/>
        </w:rPr>
      </w:pPr>
      <w:proofErr w:type="spellStart"/>
      <w:r>
        <w:rPr>
          <w:sz w:val="24"/>
        </w:rPr>
        <w:t>શૈક્ષણિક</w:t>
      </w:r>
      <w:proofErr w:type="spellEnd"/>
      <w:r>
        <w:rPr>
          <w:sz w:val="24"/>
        </w:rPr>
        <w:t xml:space="preserve"> </w:t>
      </w:r>
      <w:proofErr w:type="spellStart"/>
      <w:proofErr w:type="gramStart"/>
      <w:r>
        <w:rPr>
          <w:sz w:val="24"/>
        </w:rPr>
        <w:t>વર્ષ</w:t>
      </w:r>
      <w:proofErr w:type="spellEnd"/>
      <w:r>
        <w:rPr>
          <w:sz w:val="24"/>
        </w:rPr>
        <w:t xml:space="preserve"> :</w:t>
      </w:r>
      <w:proofErr w:type="gramEnd"/>
      <w:r>
        <w:rPr>
          <w:sz w:val="24"/>
        </w:rPr>
        <w:t xml:space="preserve"> 2026-27</w:t>
      </w:r>
    </w:p>
    <w:tbl>
      <w:tblPr>
        <w:tblStyle w:val="TableGrid"/>
        <w:tblW w:w="0" w:type="auto"/>
        <w:jc w:val="center"/>
        <w:tblLook w:val="04A0" w:firstRow="1" w:lastRow="0" w:firstColumn="1" w:lastColumn="0" w:noHBand="0" w:noVBand="1"/>
      </w:tblPr>
      <w:tblGrid>
        <w:gridCol w:w="5156"/>
        <w:gridCol w:w="5156"/>
      </w:tblGrid>
      <w:tr w:rsidR="00666E7C" w14:paraId="0F38E1F4" w14:textId="77777777">
        <w:trPr>
          <w:jc w:val="center"/>
        </w:trPr>
        <w:tc>
          <w:tcPr>
            <w:tcW w:w="5156" w:type="dxa"/>
            <w:shd w:val="clear" w:color="auto" w:fill="D9EAF7"/>
            <w:vAlign w:val="center"/>
          </w:tcPr>
          <w:p w14:paraId="60385707" w14:textId="77777777" w:rsidR="00666E7C" w:rsidRDefault="00000000">
            <w:pPr>
              <w:jc w:val="center"/>
            </w:pPr>
            <w:proofErr w:type="spellStart"/>
            <w:r>
              <w:rPr>
                <w:b/>
                <w:sz w:val="18"/>
              </w:rPr>
              <w:t>વિગત</w:t>
            </w:r>
            <w:proofErr w:type="spellEnd"/>
          </w:p>
        </w:tc>
        <w:tc>
          <w:tcPr>
            <w:tcW w:w="5156" w:type="dxa"/>
            <w:shd w:val="clear" w:color="auto" w:fill="D9EAF7"/>
            <w:vAlign w:val="center"/>
          </w:tcPr>
          <w:p w14:paraId="6C6F91CA" w14:textId="77777777" w:rsidR="00666E7C" w:rsidRDefault="00000000">
            <w:pPr>
              <w:jc w:val="center"/>
            </w:pPr>
            <w:r>
              <w:rPr>
                <w:b/>
                <w:sz w:val="18"/>
              </w:rPr>
              <w:t>માહિતી</w:t>
            </w:r>
          </w:p>
        </w:tc>
      </w:tr>
      <w:tr w:rsidR="00666E7C" w14:paraId="2B8A0568" w14:textId="77777777">
        <w:trPr>
          <w:jc w:val="center"/>
        </w:trPr>
        <w:tc>
          <w:tcPr>
            <w:tcW w:w="5156" w:type="dxa"/>
            <w:vAlign w:val="center"/>
          </w:tcPr>
          <w:p w14:paraId="144112F4" w14:textId="77777777" w:rsidR="00666E7C" w:rsidRDefault="00000000">
            <w:pPr>
              <w:jc w:val="center"/>
            </w:pPr>
            <w:r>
              <w:rPr>
                <w:sz w:val="18"/>
              </w:rPr>
              <w:t>શાળાનું નામ</w:t>
            </w:r>
          </w:p>
        </w:tc>
        <w:tc>
          <w:tcPr>
            <w:tcW w:w="5156" w:type="dxa"/>
            <w:vAlign w:val="center"/>
          </w:tcPr>
          <w:p w14:paraId="1F80CECB" w14:textId="77777777" w:rsidR="00666E7C" w:rsidRDefault="00000000">
            <w:pPr>
              <w:jc w:val="center"/>
            </w:pPr>
            <w:r w:rsidRPr="00FB77C5">
              <w:rPr>
                <w:color w:val="EE0000"/>
                <w:sz w:val="18"/>
              </w:rPr>
              <w:t>રાઠવા ફળિયા દામાવાવ પ્રાથમિક શાળા</w:t>
            </w:r>
          </w:p>
        </w:tc>
      </w:tr>
      <w:tr w:rsidR="00666E7C" w14:paraId="09D23984" w14:textId="77777777">
        <w:trPr>
          <w:jc w:val="center"/>
        </w:trPr>
        <w:tc>
          <w:tcPr>
            <w:tcW w:w="5156" w:type="dxa"/>
            <w:vAlign w:val="center"/>
          </w:tcPr>
          <w:p w14:paraId="68FE4171" w14:textId="77777777" w:rsidR="00666E7C" w:rsidRDefault="00000000">
            <w:pPr>
              <w:jc w:val="center"/>
            </w:pPr>
            <w:r>
              <w:rPr>
                <w:sz w:val="18"/>
              </w:rPr>
              <w:t>આયોજિત મૂલ્યાંકન</w:t>
            </w:r>
          </w:p>
        </w:tc>
        <w:tc>
          <w:tcPr>
            <w:tcW w:w="5156" w:type="dxa"/>
            <w:vAlign w:val="center"/>
          </w:tcPr>
          <w:p w14:paraId="7D218402" w14:textId="77777777" w:rsidR="00666E7C" w:rsidRDefault="00000000">
            <w:pPr>
              <w:jc w:val="center"/>
            </w:pPr>
            <w:r>
              <w:rPr>
                <w:sz w:val="18"/>
              </w:rPr>
              <w:t>ત્રિમાસિક મૂલ્યાંકન / કસોટી</w:t>
            </w:r>
          </w:p>
        </w:tc>
      </w:tr>
      <w:tr w:rsidR="00666E7C" w14:paraId="2FA96C2D" w14:textId="77777777">
        <w:trPr>
          <w:jc w:val="center"/>
        </w:trPr>
        <w:tc>
          <w:tcPr>
            <w:tcW w:w="5156" w:type="dxa"/>
            <w:vAlign w:val="center"/>
          </w:tcPr>
          <w:p w14:paraId="60F528EF" w14:textId="77777777" w:rsidR="00666E7C" w:rsidRDefault="00000000">
            <w:pPr>
              <w:jc w:val="center"/>
            </w:pPr>
            <w:r>
              <w:rPr>
                <w:sz w:val="18"/>
              </w:rPr>
              <w:t>શરૂઆતની તારીખ</w:t>
            </w:r>
          </w:p>
        </w:tc>
        <w:tc>
          <w:tcPr>
            <w:tcW w:w="5156" w:type="dxa"/>
            <w:vAlign w:val="center"/>
          </w:tcPr>
          <w:p w14:paraId="38304A91" w14:textId="77777777" w:rsidR="00666E7C" w:rsidRDefault="00000000">
            <w:pPr>
              <w:jc w:val="center"/>
            </w:pPr>
            <w:r>
              <w:rPr>
                <w:sz w:val="18"/>
              </w:rPr>
              <w:t>17/08/2026</w:t>
            </w:r>
          </w:p>
        </w:tc>
      </w:tr>
      <w:tr w:rsidR="00666E7C" w14:paraId="40BC7032" w14:textId="77777777">
        <w:trPr>
          <w:jc w:val="center"/>
        </w:trPr>
        <w:tc>
          <w:tcPr>
            <w:tcW w:w="5156" w:type="dxa"/>
            <w:vAlign w:val="center"/>
          </w:tcPr>
          <w:p w14:paraId="11A7C97A" w14:textId="77777777" w:rsidR="00666E7C" w:rsidRDefault="00000000">
            <w:pPr>
              <w:jc w:val="center"/>
            </w:pPr>
            <w:r>
              <w:rPr>
                <w:sz w:val="18"/>
              </w:rPr>
              <w:t>ધોરણ</w:t>
            </w:r>
          </w:p>
        </w:tc>
        <w:tc>
          <w:tcPr>
            <w:tcW w:w="5156" w:type="dxa"/>
            <w:vAlign w:val="center"/>
          </w:tcPr>
          <w:p w14:paraId="6CE8F99A" w14:textId="77777777" w:rsidR="00666E7C" w:rsidRDefault="00000000">
            <w:pPr>
              <w:jc w:val="center"/>
            </w:pPr>
            <w:r>
              <w:rPr>
                <w:sz w:val="18"/>
              </w:rPr>
              <w:t>3 થી 5</w:t>
            </w:r>
          </w:p>
        </w:tc>
      </w:tr>
      <w:tr w:rsidR="00666E7C" w14:paraId="499C199A" w14:textId="77777777">
        <w:trPr>
          <w:jc w:val="center"/>
        </w:trPr>
        <w:tc>
          <w:tcPr>
            <w:tcW w:w="5156" w:type="dxa"/>
            <w:vAlign w:val="center"/>
          </w:tcPr>
          <w:p w14:paraId="182913B2" w14:textId="77777777" w:rsidR="00666E7C" w:rsidRDefault="00000000">
            <w:pPr>
              <w:jc w:val="center"/>
            </w:pPr>
            <w:r>
              <w:rPr>
                <w:sz w:val="18"/>
              </w:rPr>
              <w:t>અભ્યાસક્રમની સ્થિતિ</w:t>
            </w:r>
          </w:p>
        </w:tc>
        <w:tc>
          <w:tcPr>
            <w:tcW w:w="5156" w:type="dxa"/>
            <w:vAlign w:val="center"/>
          </w:tcPr>
          <w:p w14:paraId="7AE54BDB" w14:textId="77777777" w:rsidR="00666E7C" w:rsidRDefault="00000000">
            <w:pPr>
              <w:jc w:val="center"/>
            </w:pPr>
            <w:r>
              <w:rPr>
                <w:sz w:val="18"/>
              </w:rPr>
              <w:t>અંદાજે 2 થી 3 એકમ પૂર્ણ થયેલ</w:t>
            </w:r>
          </w:p>
        </w:tc>
      </w:tr>
      <w:tr w:rsidR="00666E7C" w14:paraId="1B7E493A" w14:textId="77777777">
        <w:trPr>
          <w:jc w:val="center"/>
        </w:trPr>
        <w:tc>
          <w:tcPr>
            <w:tcW w:w="5156" w:type="dxa"/>
            <w:vAlign w:val="center"/>
          </w:tcPr>
          <w:p w14:paraId="048F0B55" w14:textId="77777777" w:rsidR="00666E7C" w:rsidRDefault="00000000">
            <w:pPr>
              <w:jc w:val="center"/>
            </w:pPr>
            <w:r>
              <w:rPr>
                <w:sz w:val="18"/>
              </w:rPr>
              <w:t>મૂલ્યાંકનનો આધાર</w:t>
            </w:r>
          </w:p>
        </w:tc>
        <w:tc>
          <w:tcPr>
            <w:tcW w:w="5156" w:type="dxa"/>
            <w:vAlign w:val="center"/>
          </w:tcPr>
          <w:p w14:paraId="7EB25BF2" w14:textId="77777777" w:rsidR="00666E7C" w:rsidRDefault="00000000">
            <w:pPr>
              <w:jc w:val="center"/>
            </w:pPr>
            <w:r>
              <w:rPr>
                <w:sz w:val="18"/>
              </w:rPr>
              <w:t>બેઝલાઈન એસેસમેન્ટ તથા ત્રિમાસિક કસોટી</w:t>
            </w:r>
          </w:p>
        </w:tc>
      </w:tr>
    </w:tbl>
    <w:p w14:paraId="6C773BBB" w14:textId="20A8FB54" w:rsidR="00666E7C" w:rsidRDefault="00000000" w:rsidP="00140329">
      <w:r>
        <w:t>1. પૃષ્ઠભૂમિ</w:t>
      </w:r>
    </w:p>
    <w:p w14:paraId="353B5A50" w14:textId="37A9CEBE" w:rsidR="00666E7C" w:rsidRDefault="00000000">
      <w:pPr>
        <w:jc w:val="both"/>
        <w:rPr>
          <w:lang w:bidi="gu-IN"/>
        </w:rPr>
      </w:pPr>
      <w:proofErr w:type="spellStart"/>
      <w:r>
        <w:t>શૈક્ષણિક</w:t>
      </w:r>
      <w:proofErr w:type="spellEnd"/>
      <w:r>
        <w:t xml:space="preserve"> </w:t>
      </w:r>
      <w:proofErr w:type="spellStart"/>
      <w:r>
        <w:t>સત્રની</w:t>
      </w:r>
      <w:proofErr w:type="spellEnd"/>
      <w:r>
        <w:t xml:space="preserve"> </w:t>
      </w:r>
      <w:proofErr w:type="spellStart"/>
      <w:r>
        <w:t>શરૂઆતના</w:t>
      </w:r>
      <w:proofErr w:type="spellEnd"/>
      <w:r>
        <w:t xml:space="preserve"> </w:t>
      </w:r>
      <w:proofErr w:type="spellStart"/>
      <w:r>
        <w:t>તબક્કામાં</w:t>
      </w:r>
      <w:proofErr w:type="spellEnd"/>
      <w:r>
        <w:t xml:space="preserve"> </w:t>
      </w:r>
      <w:proofErr w:type="spellStart"/>
      <w:r>
        <w:t>શાળામાં</w:t>
      </w:r>
      <w:proofErr w:type="spellEnd"/>
      <w:r>
        <w:t xml:space="preserve"> </w:t>
      </w:r>
      <w:proofErr w:type="spellStart"/>
      <w:r>
        <w:t>પ્રવેશ</w:t>
      </w:r>
      <w:proofErr w:type="spellEnd"/>
      <w:r>
        <w:t xml:space="preserve"> </w:t>
      </w:r>
      <w:proofErr w:type="spellStart"/>
      <w:r>
        <w:t>પ્રક્રિયા</w:t>
      </w:r>
      <w:proofErr w:type="spellEnd"/>
      <w:r>
        <w:t xml:space="preserve">, </w:t>
      </w:r>
      <w:proofErr w:type="spellStart"/>
      <w:r>
        <w:t>વસ્તીગણતરી</w:t>
      </w:r>
      <w:proofErr w:type="spellEnd"/>
      <w:r>
        <w:t xml:space="preserve">, </w:t>
      </w:r>
      <w:proofErr w:type="spellStart"/>
      <w:r>
        <w:t>ઓનલાઈન</w:t>
      </w:r>
      <w:proofErr w:type="spellEnd"/>
      <w:r>
        <w:t xml:space="preserve"> </w:t>
      </w:r>
      <w:proofErr w:type="spellStart"/>
      <w:r>
        <w:t>કામગીરી</w:t>
      </w:r>
      <w:proofErr w:type="spellEnd"/>
      <w:r>
        <w:t xml:space="preserve"> </w:t>
      </w:r>
      <w:proofErr w:type="spellStart"/>
      <w:r>
        <w:t>તથા</w:t>
      </w:r>
      <w:proofErr w:type="spellEnd"/>
      <w:r>
        <w:t xml:space="preserve"> </w:t>
      </w:r>
      <w:proofErr w:type="spellStart"/>
      <w:r>
        <w:t>અન્ય</w:t>
      </w:r>
      <w:proofErr w:type="spellEnd"/>
      <w:r>
        <w:t xml:space="preserve"> </w:t>
      </w:r>
      <w:proofErr w:type="spellStart"/>
      <w:r>
        <w:t>સત્ર</w:t>
      </w:r>
      <w:proofErr w:type="spellEnd"/>
      <w:r w:rsidR="00140329">
        <w:rPr>
          <w:rFonts w:hint="cs"/>
          <w:cs/>
          <w:lang w:bidi="gu-IN"/>
        </w:rPr>
        <w:t xml:space="preserve"> </w:t>
      </w:r>
      <w:proofErr w:type="spellStart"/>
      <w:r>
        <w:t>શરૂઆતની</w:t>
      </w:r>
      <w:proofErr w:type="spellEnd"/>
      <w:r>
        <w:t xml:space="preserve"> </w:t>
      </w:r>
      <w:proofErr w:type="spellStart"/>
      <w:r>
        <w:t>વહીવટી</w:t>
      </w:r>
      <w:proofErr w:type="spellEnd"/>
      <w:r>
        <w:t xml:space="preserve"> </w:t>
      </w:r>
      <w:proofErr w:type="spellStart"/>
      <w:r>
        <w:t>અને</w:t>
      </w:r>
      <w:proofErr w:type="spellEnd"/>
      <w:r>
        <w:t xml:space="preserve"> </w:t>
      </w:r>
      <w:proofErr w:type="spellStart"/>
      <w:r>
        <w:t>શૈક્ષણિક</w:t>
      </w:r>
      <w:proofErr w:type="spellEnd"/>
      <w:r>
        <w:t xml:space="preserve"> </w:t>
      </w:r>
      <w:proofErr w:type="spellStart"/>
      <w:r>
        <w:t>કામગીરીને</w:t>
      </w:r>
      <w:proofErr w:type="spellEnd"/>
      <w:r>
        <w:t xml:space="preserve"> </w:t>
      </w:r>
      <w:proofErr w:type="spellStart"/>
      <w:r>
        <w:t>કારણે</w:t>
      </w:r>
      <w:proofErr w:type="spellEnd"/>
      <w:r>
        <w:t xml:space="preserve"> </w:t>
      </w:r>
      <w:proofErr w:type="spellStart"/>
      <w:r>
        <w:t>આયોજનબદ્ધ</w:t>
      </w:r>
      <w:proofErr w:type="spellEnd"/>
      <w:r>
        <w:t xml:space="preserve"> </w:t>
      </w:r>
      <w:proofErr w:type="spellStart"/>
      <w:r>
        <w:t>રીતે</w:t>
      </w:r>
      <w:proofErr w:type="spellEnd"/>
      <w:r>
        <w:t xml:space="preserve"> </w:t>
      </w:r>
      <w:proofErr w:type="spellStart"/>
      <w:r>
        <w:t>તમામ</w:t>
      </w:r>
      <w:proofErr w:type="spellEnd"/>
      <w:r>
        <w:t xml:space="preserve"> </w:t>
      </w:r>
      <w:proofErr w:type="spellStart"/>
      <w:r>
        <w:t>ધોરણોના</w:t>
      </w:r>
      <w:proofErr w:type="spellEnd"/>
      <w:r>
        <w:t xml:space="preserve"> </w:t>
      </w:r>
      <w:proofErr w:type="spellStart"/>
      <w:r>
        <w:t>તમામ</w:t>
      </w:r>
      <w:proofErr w:type="spellEnd"/>
      <w:r>
        <w:t xml:space="preserve"> </w:t>
      </w:r>
      <w:proofErr w:type="spellStart"/>
      <w:r>
        <w:t>વિષયનું</w:t>
      </w:r>
      <w:proofErr w:type="spellEnd"/>
      <w:r>
        <w:t xml:space="preserve"> </w:t>
      </w:r>
      <w:proofErr w:type="spellStart"/>
      <w:r>
        <w:t>વિગતવાર</w:t>
      </w:r>
      <w:proofErr w:type="spellEnd"/>
      <w:r>
        <w:t xml:space="preserve"> </w:t>
      </w:r>
      <w:proofErr w:type="spellStart"/>
      <w:r>
        <w:t>બેઝલાઈન</w:t>
      </w:r>
      <w:proofErr w:type="spellEnd"/>
      <w:r>
        <w:t xml:space="preserve"> </w:t>
      </w:r>
      <w:proofErr w:type="spellStart"/>
      <w:r>
        <w:t>મૂલ્યાંકન</w:t>
      </w:r>
      <w:proofErr w:type="spellEnd"/>
      <w:r w:rsidR="00140329">
        <w:rPr>
          <w:rFonts w:hint="cs"/>
          <w:cs/>
          <w:lang w:bidi="gu-IN"/>
        </w:rPr>
        <w:t>જ ફક્ત</w:t>
      </w:r>
      <w:r>
        <w:t xml:space="preserve"> </w:t>
      </w:r>
      <w:proofErr w:type="spellStart"/>
      <w:r>
        <w:t>પૂર્ણ</w:t>
      </w:r>
      <w:proofErr w:type="spellEnd"/>
      <w:r>
        <w:t xml:space="preserve"> </w:t>
      </w:r>
      <w:proofErr w:type="spellStart"/>
      <w:r>
        <w:t>કરી</w:t>
      </w:r>
      <w:proofErr w:type="spellEnd"/>
      <w:r>
        <w:t xml:space="preserve"> </w:t>
      </w:r>
      <w:proofErr w:type="spellStart"/>
      <w:r>
        <w:t>શકાયેલ</w:t>
      </w:r>
      <w:proofErr w:type="spellEnd"/>
      <w:r>
        <w:t xml:space="preserve"> </w:t>
      </w:r>
      <w:r w:rsidR="00140329">
        <w:rPr>
          <w:rFonts w:hint="cs"/>
          <w:cs/>
          <w:lang w:bidi="gu-IN"/>
        </w:rPr>
        <w:t>છે</w:t>
      </w:r>
      <w:r>
        <w:t xml:space="preserve">. તેમ છતાં વિદ્યાર્થીઓની મૂળભૂત શૈક્ષણિક સ્થિતિ જાણવા માટે વાંચન, ગણન </w:t>
      </w:r>
      <w:proofErr w:type="spellStart"/>
      <w:r>
        <w:t>અને</w:t>
      </w:r>
      <w:proofErr w:type="spellEnd"/>
      <w:r>
        <w:t xml:space="preserve"> </w:t>
      </w:r>
      <w:proofErr w:type="spellStart"/>
      <w:r>
        <w:t>લેખન</w:t>
      </w:r>
      <w:proofErr w:type="spellEnd"/>
      <w:r>
        <w:t xml:space="preserve"> </w:t>
      </w:r>
      <w:proofErr w:type="spellStart"/>
      <w:r>
        <w:t>સંબંધિત</w:t>
      </w:r>
      <w:proofErr w:type="spellEnd"/>
      <w:r>
        <w:t xml:space="preserve"> </w:t>
      </w:r>
      <w:proofErr w:type="spellStart"/>
      <w:r>
        <w:t>મૂલ્યાંકન</w:t>
      </w:r>
      <w:proofErr w:type="spellEnd"/>
      <w:r>
        <w:t xml:space="preserve"> </w:t>
      </w:r>
      <w:proofErr w:type="spellStart"/>
      <w:r>
        <w:t>કરવામાં</w:t>
      </w:r>
      <w:proofErr w:type="spellEnd"/>
      <w:r>
        <w:t xml:space="preserve"> </w:t>
      </w:r>
      <w:proofErr w:type="spellStart"/>
      <w:r>
        <w:t>આવ્યું</w:t>
      </w:r>
      <w:proofErr w:type="spellEnd"/>
      <w:r>
        <w:t xml:space="preserve"> </w:t>
      </w:r>
      <w:proofErr w:type="spellStart"/>
      <w:r>
        <w:t>છે</w:t>
      </w:r>
      <w:proofErr w:type="spellEnd"/>
      <w:r>
        <w:t>.</w:t>
      </w:r>
      <w:r w:rsidR="00140329">
        <w:rPr>
          <w:rFonts w:hint="cs"/>
          <w:cs/>
          <w:lang w:bidi="gu-IN"/>
        </w:rPr>
        <w:t xml:space="preserve"> તેના આધારે બાળકની કક્ષા નક્કી તહી છે.</w:t>
      </w:r>
    </w:p>
    <w:p w14:paraId="41047FC3" w14:textId="77777777" w:rsidR="00666E7C" w:rsidRDefault="00000000">
      <w:pPr>
        <w:jc w:val="both"/>
      </w:pPr>
      <w:proofErr w:type="spellStart"/>
      <w:r>
        <w:t>હવે</w:t>
      </w:r>
      <w:proofErr w:type="spellEnd"/>
      <w:r>
        <w:t xml:space="preserve"> </w:t>
      </w:r>
      <w:proofErr w:type="spellStart"/>
      <w:r>
        <w:t>ધોરણ</w:t>
      </w:r>
      <w:proofErr w:type="spellEnd"/>
      <w:r>
        <w:t xml:space="preserve"> 3 </w:t>
      </w:r>
      <w:proofErr w:type="spellStart"/>
      <w:r>
        <w:t>થી</w:t>
      </w:r>
      <w:proofErr w:type="spellEnd"/>
      <w:r>
        <w:t xml:space="preserve"> 5ના વિદ્યાર્થીઓ માટે 17/08/2026થી ત્રિમાસિક મૂલ્યાંકન યોજાનાર છે. અત્યાર સુધીમાં વિષયવાર આશરે 2 થી 3 એકમનું શિક્ષણકાર્ય પૂર્ણ થયેલ હોવાથી, આ ત્રિમાસિક કસોટી દ્વારા વિદ્યાર્થીઓની વર્તમાન શૈક્ષણિક સ્થિતિ વધુ સ્પષ્ટ રીતે જાણી શકાશે.</w:t>
      </w:r>
    </w:p>
    <w:p w14:paraId="64A6275E" w14:textId="77777777" w:rsidR="00666E7C" w:rsidRDefault="00000000">
      <w:pPr>
        <w:pStyle w:val="Heading1"/>
      </w:pPr>
      <w:r>
        <w:rPr>
          <w:rFonts w:ascii="Noto Sans Gujarati" w:eastAsia="Noto Sans Gujarati" w:hAnsi="Noto Sans Gujarati"/>
        </w:rPr>
        <w:t>2. અગાઉ કરવામાં આવેલ બેઝલાઈન પ્રકારનું મૂલ્યાંકન</w:t>
      </w:r>
    </w:p>
    <w:tbl>
      <w:tblPr>
        <w:tblStyle w:val="TableGrid"/>
        <w:tblW w:w="0" w:type="auto"/>
        <w:jc w:val="center"/>
        <w:tblLook w:val="04A0" w:firstRow="1" w:lastRow="0" w:firstColumn="1" w:lastColumn="0" w:noHBand="0" w:noVBand="1"/>
      </w:tblPr>
      <w:tblGrid>
        <w:gridCol w:w="3437"/>
        <w:gridCol w:w="3437"/>
        <w:gridCol w:w="3437"/>
      </w:tblGrid>
      <w:tr w:rsidR="00666E7C" w14:paraId="165E7447" w14:textId="77777777">
        <w:trPr>
          <w:jc w:val="center"/>
        </w:trPr>
        <w:tc>
          <w:tcPr>
            <w:tcW w:w="3437" w:type="dxa"/>
            <w:shd w:val="clear" w:color="auto" w:fill="D9EAF7"/>
            <w:vAlign w:val="center"/>
          </w:tcPr>
          <w:p w14:paraId="55411E95" w14:textId="77777777" w:rsidR="00666E7C" w:rsidRDefault="00000000">
            <w:pPr>
              <w:jc w:val="center"/>
            </w:pPr>
            <w:r>
              <w:rPr>
                <w:b/>
                <w:sz w:val="18"/>
              </w:rPr>
              <w:t>ક્ષેત્ર</w:t>
            </w:r>
          </w:p>
        </w:tc>
        <w:tc>
          <w:tcPr>
            <w:tcW w:w="3437" w:type="dxa"/>
            <w:shd w:val="clear" w:color="auto" w:fill="D9EAF7"/>
            <w:vAlign w:val="center"/>
          </w:tcPr>
          <w:p w14:paraId="3E3F2760" w14:textId="77777777" w:rsidR="00666E7C" w:rsidRDefault="00000000">
            <w:pPr>
              <w:jc w:val="center"/>
            </w:pPr>
            <w:r>
              <w:rPr>
                <w:b/>
                <w:sz w:val="18"/>
              </w:rPr>
              <w:t>કરવામાં આવેલ કામગીરી</w:t>
            </w:r>
          </w:p>
        </w:tc>
        <w:tc>
          <w:tcPr>
            <w:tcW w:w="3437" w:type="dxa"/>
            <w:shd w:val="clear" w:color="auto" w:fill="D9EAF7"/>
            <w:vAlign w:val="center"/>
          </w:tcPr>
          <w:p w14:paraId="17D66146" w14:textId="77777777" w:rsidR="00666E7C" w:rsidRDefault="00000000">
            <w:pPr>
              <w:jc w:val="center"/>
            </w:pPr>
            <w:r>
              <w:rPr>
                <w:b/>
                <w:sz w:val="18"/>
              </w:rPr>
              <w:t>હેતુ</w:t>
            </w:r>
          </w:p>
        </w:tc>
      </w:tr>
      <w:tr w:rsidR="00666E7C" w14:paraId="060BE379" w14:textId="77777777">
        <w:trPr>
          <w:jc w:val="center"/>
        </w:trPr>
        <w:tc>
          <w:tcPr>
            <w:tcW w:w="3437" w:type="dxa"/>
            <w:vAlign w:val="center"/>
          </w:tcPr>
          <w:p w14:paraId="409F83F6" w14:textId="77777777" w:rsidR="00666E7C" w:rsidRDefault="00000000">
            <w:pPr>
              <w:jc w:val="center"/>
            </w:pPr>
            <w:r>
              <w:rPr>
                <w:sz w:val="18"/>
              </w:rPr>
              <w:t>વાંચન</w:t>
            </w:r>
          </w:p>
        </w:tc>
        <w:tc>
          <w:tcPr>
            <w:tcW w:w="3437" w:type="dxa"/>
            <w:vAlign w:val="center"/>
          </w:tcPr>
          <w:p w14:paraId="429648BD" w14:textId="77777777" w:rsidR="00666E7C" w:rsidRDefault="00000000">
            <w:pPr>
              <w:jc w:val="center"/>
            </w:pPr>
            <w:r>
              <w:rPr>
                <w:sz w:val="18"/>
              </w:rPr>
              <w:t>વિદ્યાર્થીઓનું વાંચન મૂલ્યાંકન</w:t>
            </w:r>
          </w:p>
        </w:tc>
        <w:tc>
          <w:tcPr>
            <w:tcW w:w="3437" w:type="dxa"/>
            <w:vAlign w:val="center"/>
          </w:tcPr>
          <w:p w14:paraId="1A71425F" w14:textId="77777777" w:rsidR="00666E7C" w:rsidRDefault="00000000">
            <w:pPr>
              <w:jc w:val="center"/>
            </w:pPr>
            <w:r>
              <w:rPr>
                <w:sz w:val="18"/>
              </w:rPr>
              <w:t>વાંચનની ગતિ, ચોકસાઈ અને સમજની પ્રાથમિક સ્થિતિ જાણવી</w:t>
            </w:r>
          </w:p>
        </w:tc>
      </w:tr>
      <w:tr w:rsidR="00666E7C" w14:paraId="10A9F039" w14:textId="77777777">
        <w:trPr>
          <w:jc w:val="center"/>
        </w:trPr>
        <w:tc>
          <w:tcPr>
            <w:tcW w:w="3437" w:type="dxa"/>
            <w:vAlign w:val="center"/>
          </w:tcPr>
          <w:p w14:paraId="11224BD6" w14:textId="77777777" w:rsidR="00666E7C" w:rsidRDefault="00000000">
            <w:pPr>
              <w:jc w:val="center"/>
            </w:pPr>
            <w:r>
              <w:rPr>
                <w:sz w:val="18"/>
              </w:rPr>
              <w:t>ગણન</w:t>
            </w:r>
          </w:p>
        </w:tc>
        <w:tc>
          <w:tcPr>
            <w:tcW w:w="3437" w:type="dxa"/>
            <w:vAlign w:val="center"/>
          </w:tcPr>
          <w:p w14:paraId="6BC41107" w14:textId="77777777" w:rsidR="00666E7C" w:rsidRDefault="00000000">
            <w:pPr>
              <w:jc w:val="center"/>
            </w:pPr>
            <w:r>
              <w:rPr>
                <w:sz w:val="18"/>
              </w:rPr>
              <w:t>મૂળભૂત ગણન/સંખ્યાજ્ઞાનનું મૂલ્યાંકન</w:t>
            </w:r>
          </w:p>
        </w:tc>
        <w:tc>
          <w:tcPr>
            <w:tcW w:w="3437" w:type="dxa"/>
            <w:vAlign w:val="center"/>
          </w:tcPr>
          <w:p w14:paraId="5BCE33E6" w14:textId="77777777" w:rsidR="00666E7C" w:rsidRDefault="00000000">
            <w:pPr>
              <w:jc w:val="center"/>
            </w:pPr>
            <w:r>
              <w:rPr>
                <w:sz w:val="18"/>
              </w:rPr>
              <w:t>ગણિતીય પાયાના કૌશલ્યોની સ્થિતિ જાણવી</w:t>
            </w:r>
          </w:p>
        </w:tc>
      </w:tr>
      <w:tr w:rsidR="00666E7C" w14:paraId="03FA2380" w14:textId="77777777">
        <w:trPr>
          <w:jc w:val="center"/>
        </w:trPr>
        <w:tc>
          <w:tcPr>
            <w:tcW w:w="3437" w:type="dxa"/>
            <w:vAlign w:val="center"/>
          </w:tcPr>
          <w:p w14:paraId="6271833C" w14:textId="77777777" w:rsidR="00666E7C" w:rsidRDefault="00000000">
            <w:pPr>
              <w:jc w:val="center"/>
            </w:pPr>
            <w:r>
              <w:rPr>
                <w:sz w:val="18"/>
              </w:rPr>
              <w:t>લેખન</w:t>
            </w:r>
          </w:p>
        </w:tc>
        <w:tc>
          <w:tcPr>
            <w:tcW w:w="3437" w:type="dxa"/>
            <w:vAlign w:val="center"/>
          </w:tcPr>
          <w:p w14:paraId="37C48E68" w14:textId="77777777" w:rsidR="00666E7C" w:rsidRDefault="00000000">
            <w:pPr>
              <w:jc w:val="center"/>
            </w:pPr>
            <w:r>
              <w:rPr>
                <w:sz w:val="18"/>
              </w:rPr>
              <w:t>લેખન કૌશલ્યનું મૂલ્યાંકન</w:t>
            </w:r>
          </w:p>
        </w:tc>
        <w:tc>
          <w:tcPr>
            <w:tcW w:w="3437" w:type="dxa"/>
            <w:vAlign w:val="center"/>
          </w:tcPr>
          <w:p w14:paraId="0A97FE0E" w14:textId="77777777" w:rsidR="00666E7C" w:rsidRDefault="00000000">
            <w:pPr>
              <w:jc w:val="center"/>
            </w:pPr>
            <w:r>
              <w:rPr>
                <w:sz w:val="18"/>
              </w:rPr>
              <w:t>લખવાની ક્ષમતા અને મૂળભૂત ભૂલો ઓળખવી</w:t>
            </w:r>
          </w:p>
        </w:tc>
      </w:tr>
    </w:tbl>
    <w:p w14:paraId="2E3092C2" w14:textId="77777777" w:rsidR="00666E7C" w:rsidRDefault="00000000">
      <w:pPr>
        <w:pStyle w:val="Heading1"/>
      </w:pPr>
      <w:r>
        <w:rPr>
          <w:rFonts w:ascii="Noto Sans Gujarati" w:eastAsia="Noto Sans Gujarati" w:hAnsi="Noto Sans Gujarati"/>
        </w:rPr>
        <w:t>3. હાલની પરિસ્થિતિ</w:t>
      </w:r>
    </w:p>
    <w:p w14:paraId="187AEB3B" w14:textId="7E31FA1B" w:rsidR="00666E7C" w:rsidRDefault="00000000">
      <w:pPr>
        <w:pStyle w:val="ListBullet"/>
      </w:pPr>
      <w:r>
        <w:t xml:space="preserve">સત્રની શરૂઆતમાં પ્રવેશ પ્રક્રિયા </w:t>
      </w:r>
      <w:proofErr w:type="gramStart"/>
      <w:r>
        <w:t>અને  વસ્તીગણતરીની</w:t>
      </w:r>
      <w:proofErr w:type="gramEnd"/>
      <w:r>
        <w:t xml:space="preserve"> કામગીરી હાથ ધરવામાં આવી.</w:t>
      </w:r>
    </w:p>
    <w:p w14:paraId="3E9EE63D" w14:textId="77777777" w:rsidR="00666E7C" w:rsidRDefault="00000000">
      <w:pPr>
        <w:pStyle w:val="ListBullet"/>
      </w:pPr>
      <w:r>
        <w:t>ઓનલાઈન કામગીરી તથા શાળાની નિયમિત વહીવટી કામગીરી પણ સાથે ચાલી રહી હતી.</w:t>
      </w:r>
    </w:p>
    <w:p w14:paraId="70F387A7" w14:textId="40B1ABEA" w:rsidR="00666E7C" w:rsidRDefault="00000000">
      <w:pPr>
        <w:pStyle w:val="ListBullet"/>
      </w:pPr>
      <w:r>
        <w:t xml:space="preserve">આ </w:t>
      </w:r>
      <w:proofErr w:type="spellStart"/>
      <w:r>
        <w:t>કારણોસર</w:t>
      </w:r>
      <w:proofErr w:type="spellEnd"/>
      <w:r>
        <w:t xml:space="preserve"> </w:t>
      </w:r>
      <w:proofErr w:type="spellStart"/>
      <w:r>
        <w:t>શરૂઆતના</w:t>
      </w:r>
      <w:proofErr w:type="spellEnd"/>
      <w:r>
        <w:t xml:space="preserve"> </w:t>
      </w:r>
      <w:proofErr w:type="spellStart"/>
      <w:r>
        <w:t>તબક્કામાં</w:t>
      </w:r>
      <w:proofErr w:type="spellEnd"/>
      <w:r>
        <w:t xml:space="preserve"> </w:t>
      </w:r>
      <w:proofErr w:type="spellStart"/>
      <w:r>
        <w:t>તમામ</w:t>
      </w:r>
      <w:proofErr w:type="spellEnd"/>
      <w:r>
        <w:t xml:space="preserve"> </w:t>
      </w:r>
      <w:proofErr w:type="spellStart"/>
      <w:r>
        <w:t>વિદ્યાર્થીઓનું</w:t>
      </w:r>
      <w:proofErr w:type="spellEnd"/>
      <w:r>
        <w:t xml:space="preserve"> </w:t>
      </w:r>
      <w:proofErr w:type="spellStart"/>
      <w:r>
        <w:t>તમામ</w:t>
      </w:r>
      <w:proofErr w:type="spellEnd"/>
      <w:r>
        <w:t xml:space="preserve"> </w:t>
      </w:r>
      <w:proofErr w:type="spellStart"/>
      <w:r>
        <w:t>વિષયનું</w:t>
      </w:r>
      <w:proofErr w:type="spellEnd"/>
      <w:r>
        <w:t xml:space="preserve"> </w:t>
      </w:r>
      <w:proofErr w:type="spellStart"/>
      <w:r>
        <w:t>વિગતવાર</w:t>
      </w:r>
      <w:proofErr w:type="spellEnd"/>
      <w:r>
        <w:t xml:space="preserve"> </w:t>
      </w:r>
      <w:proofErr w:type="spellStart"/>
      <w:r>
        <w:t>બેઝલાઈન</w:t>
      </w:r>
      <w:proofErr w:type="spellEnd"/>
      <w:r>
        <w:t xml:space="preserve"> </w:t>
      </w:r>
      <w:proofErr w:type="spellStart"/>
      <w:r>
        <w:t>એસેસમેન્ટ</w:t>
      </w:r>
      <w:proofErr w:type="spellEnd"/>
      <w:r>
        <w:t xml:space="preserve"> </w:t>
      </w:r>
      <w:proofErr w:type="spellStart"/>
      <w:r>
        <w:t>એકસાથે</w:t>
      </w:r>
      <w:proofErr w:type="spellEnd"/>
      <w:r>
        <w:t xml:space="preserve"> </w:t>
      </w:r>
      <w:proofErr w:type="spellStart"/>
      <w:r>
        <w:t>પૂર્ણ</w:t>
      </w:r>
      <w:proofErr w:type="spellEnd"/>
      <w:r>
        <w:t xml:space="preserve"> </w:t>
      </w:r>
      <w:proofErr w:type="spellStart"/>
      <w:r>
        <w:t>કરી</w:t>
      </w:r>
      <w:proofErr w:type="spellEnd"/>
      <w:r>
        <w:t xml:space="preserve"> </w:t>
      </w:r>
      <w:proofErr w:type="spellStart"/>
      <w:r>
        <w:t>શકાયું</w:t>
      </w:r>
      <w:proofErr w:type="spellEnd"/>
      <w:r>
        <w:t xml:space="preserve"> </w:t>
      </w:r>
      <w:r w:rsidR="00140329">
        <w:rPr>
          <w:rFonts w:hint="cs"/>
          <w:cs/>
          <w:lang w:bidi="gu-IN"/>
        </w:rPr>
        <w:t xml:space="preserve">બાકી બીજી કોઈ અલગથી મૂલ્યાંકન કાર્યની કામગીરી થઇ </w:t>
      </w:r>
      <w:proofErr w:type="spellStart"/>
      <w:r>
        <w:t>નથી</w:t>
      </w:r>
      <w:proofErr w:type="spellEnd"/>
      <w:r>
        <w:t>.</w:t>
      </w:r>
    </w:p>
    <w:p w14:paraId="49A7F52C" w14:textId="77777777" w:rsidR="00666E7C" w:rsidRDefault="00000000">
      <w:pPr>
        <w:pStyle w:val="ListBullet"/>
      </w:pPr>
      <w:r>
        <w:t>વાંચન, ગણન અને લેખનનું મૂલ્યાંકન કરવામાં આવ્યું છે.</w:t>
      </w:r>
    </w:p>
    <w:p w14:paraId="4B757B37" w14:textId="48EECC80" w:rsidR="00666E7C" w:rsidRDefault="00000000">
      <w:pPr>
        <w:pStyle w:val="ListBullet"/>
      </w:pPr>
      <w:proofErr w:type="spellStart"/>
      <w:r>
        <w:t>હવે</w:t>
      </w:r>
      <w:proofErr w:type="spellEnd"/>
      <w:r>
        <w:t xml:space="preserve"> </w:t>
      </w:r>
      <w:proofErr w:type="spellStart"/>
      <w:r>
        <w:t>ત્રિમાસિક</w:t>
      </w:r>
      <w:proofErr w:type="spellEnd"/>
      <w:r>
        <w:t xml:space="preserve"> </w:t>
      </w:r>
      <w:proofErr w:type="spellStart"/>
      <w:r>
        <w:t>કસોટી</w:t>
      </w:r>
      <w:proofErr w:type="spellEnd"/>
      <w:r w:rsidR="00140329">
        <w:rPr>
          <w:rFonts w:hint="cs"/>
          <w:cs/>
          <w:lang w:bidi="gu-IN"/>
        </w:rPr>
        <w:t>નો આધાર</w:t>
      </w:r>
      <w:r>
        <w:t xml:space="preserve"> </w:t>
      </w:r>
      <w:proofErr w:type="spellStart"/>
      <w:r>
        <w:t>વ્યવસ્થિત</w:t>
      </w:r>
      <w:proofErr w:type="spellEnd"/>
      <w:r>
        <w:t xml:space="preserve"> </w:t>
      </w:r>
      <w:proofErr w:type="spellStart"/>
      <w:r>
        <w:t>રીતે</w:t>
      </w:r>
      <w:proofErr w:type="spellEnd"/>
      <w:r>
        <w:t xml:space="preserve"> </w:t>
      </w:r>
      <w:proofErr w:type="spellStart"/>
      <w:r>
        <w:t>ઉપયોગમાં</w:t>
      </w:r>
      <w:proofErr w:type="spellEnd"/>
      <w:r>
        <w:t xml:space="preserve"> </w:t>
      </w:r>
      <w:proofErr w:type="spellStart"/>
      <w:r>
        <w:t>લઈ</w:t>
      </w:r>
      <w:proofErr w:type="spellEnd"/>
      <w:r>
        <w:t xml:space="preserve"> </w:t>
      </w:r>
      <w:proofErr w:type="spellStart"/>
      <w:r>
        <w:t>ધોરણ</w:t>
      </w:r>
      <w:proofErr w:type="spellEnd"/>
      <w:r>
        <w:t xml:space="preserve"> 3 </w:t>
      </w:r>
      <w:proofErr w:type="spellStart"/>
      <w:r>
        <w:t>થી</w:t>
      </w:r>
      <w:proofErr w:type="spellEnd"/>
      <w:r>
        <w:t xml:space="preserve"> 5ના </w:t>
      </w:r>
      <w:proofErr w:type="spellStart"/>
      <w:r>
        <w:t>દરેક</w:t>
      </w:r>
      <w:proofErr w:type="spellEnd"/>
      <w:r>
        <w:t xml:space="preserve"> </w:t>
      </w:r>
      <w:proofErr w:type="spellStart"/>
      <w:r>
        <w:t>બાળકની</w:t>
      </w:r>
      <w:proofErr w:type="spellEnd"/>
      <w:r>
        <w:t xml:space="preserve"> </w:t>
      </w:r>
      <w:proofErr w:type="spellStart"/>
      <w:r>
        <w:t>વિષયવાર</w:t>
      </w:r>
      <w:proofErr w:type="spellEnd"/>
      <w:r>
        <w:t xml:space="preserve"> </w:t>
      </w:r>
      <w:proofErr w:type="spellStart"/>
      <w:r>
        <w:t>શૈક્ષણિક</w:t>
      </w:r>
      <w:proofErr w:type="spellEnd"/>
      <w:r>
        <w:t xml:space="preserve"> </w:t>
      </w:r>
      <w:proofErr w:type="spellStart"/>
      <w:r>
        <w:t>સ્થિતિ</w:t>
      </w:r>
      <w:proofErr w:type="spellEnd"/>
      <w:r>
        <w:t xml:space="preserve"> </w:t>
      </w:r>
      <w:proofErr w:type="spellStart"/>
      <w:r>
        <w:t>જાણી</w:t>
      </w:r>
      <w:proofErr w:type="spellEnd"/>
      <w:r>
        <w:t xml:space="preserve"> </w:t>
      </w:r>
      <w:proofErr w:type="spellStart"/>
      <w:r>
        <w:t>શકાશે</w:t>
      </w:r>
      <w:proofErr w:type="spellEnd"/>
      <w:r>
        <w:t>.</w:t>
      </w:r>
    </w:p>
    <w:p w14:paraId="7504CBD6" w14:textId="77777777" w:rsidR="00666E7C" w:rsidRDefault="00000000">
      <w:r>
        <w:br w:type="page"/>
      </w:r>
    </w:p>
    <w:p w14:paraId="540CCF4C" w14:textId="77777777" w:rsidR="00666E7C" w:rsidRDefault="00000000">
      <w:pPr>
        <w:pStyle w:val="Heading1"/>
      </w:pPr>
      <w:r>
        <w:rPr>
          <w:rFonts w:ascii="Noto Sans Gujarati" w:eastAsia="Noto Sans Gujarati" w:hAnsi="Noto Sans Gujarati"/>
        </w:rPr>
        <w:lastRenderedPageBreak/>
        <w:t>4. ત્રિમાસિક મૂલ્યાંકનની આયોજન પ્રક્રિયા</w:t>
      </w:r>
    </w:p>
    <w:p w14:paraId="0A796882" w14:textId="77777777" w:rsidR="00666E7C" w:rsidRDefault="00000000">
      <w:pPr>
        <w:jc w:val="both"/>
      </w:pPr>
      <w:r>
        <w:t>17/08/2026થી યોજાનાર ત્રિમાસિક મૂલ્યાંકનમાં ધોરણ 3 થી 5ના દરેક વિદ્યાર્થીનું અભ્યાસક્રમમાં પૂર્ણ થયેલ 2 થી 3 એકમને ધ્યાનમાં રાખીને તમામ સંબંધિત વિષયોમાં મૂલ્યાંકન કરવામાં આવશે. દરેક બાળકના ગુણ, કૌશલ્યવાર કામગીરી અને વિષયવાર સ્થિતિની નોંધ લેવામાં આવશે.</w:t>
      </w:r>
    </w:p>
    <w:tbl>
      <w:tblPr>
        <w:tblStyle w:val="TableGrid"/>
        <w:tblW w:w="0" w:type="auto"/>
        <w:jc w:val="center"/>
        <w:tblLook w:val="04A0" w:firstRow="1" w:lastRow="0" w:firstColumn="1" w:lastColumn="0" w:noHBand="0" w:noVBand="1"/>
      </w:tblPr>
      <w:tblGrid>
        <w:gridCol w:w="2062"/>
        <w:gridCol w:w="2062"/>
        <w:gridCol w:w="2062"/>
        <w:gridCol w:w="2062"/>
        <w:gridCol w:w="2062"/>
      </w:tblGrid>
      <w:tr w:rsidR="00666E7C" w14:paraId="7980334E" w14:textId="77777777">
        <w:trPr>
          <w:jc w:val="center"/>
        </w:trPr>
        <w:tc>
          <w:tcPr>
            <w:tcW w:w="2062" w:type="dxa"/>
            <w:shd w:val="clear" w:color="auto" w:fill="D9EAF7"/>
            <w:vAlign w:val="center"/>
          </w:tcPr>
          <w:p w14:paraId="6EAB0B28" w14:textId="77777777" w:rsidR="00666E7C" w:rsidRDefault="00000000">
            <w:pPr>
              <w:jc w:val="center"/>
            </w:pPr>
            <w:r>
              <w:rPr>
                <w:b/>
                <w:sz w:val="18"/>
              </w:rPr>
              <w:t>ક્રમ</w:t>
            </w:r>
          </w:p>
        </w:tc>
        <w:tc>
          <w:tcPr>
            <w:tcW w:w="2062" w:type="dxa"/>
            <w:shd w:val="clear" w:color="auto" w:fill="D9EAF7"/>
            <w:vAlign w:val="center"/>
          </w:tcPr>
          <w:p w14:paraId="32D7E5C2" w14:textId="77777777" w:rsidR="00666E7C" w:rsidRDefault="00000000">
            <w:pPr>
              <w:jc w:val="center"/>
            </w:pPr>
            <w:r>
              <w:rPr>
                <w:b/>
                <w:sz w:val="18"/>
              </w:rPr>
              <w:t>ધોરણ</w:t>
            </w:r>
          </w:p>
        </w:tc>
        <w:tc>
          <w:tcPr>
            <w:tcW w:w="2062" w:type="dxa"/>
            <w:shd w:val="clear" w:color="auto" w:fill="D9EAF7"/>
            <w:vAlign w:val="center"/>
          </w:tcPr>
          <w:p w14:paraId="1F96106E" w14:textId="77777777" w:rsidR="00666E7C" w:rsidRDefault="00000000">
            <w:pPr>
              <w:jc w:val="center"/>
            </w:pPr>
            <w:r>
              <w:rPr>
                <w:b/>
                <w:sz w:val="18"/>
              </w:rPr>
              <w:t>મૂલ્યાંકન</w:t>
            </w:r>
          </w:p>
        </w:tc>
        <w:tc>
          <w:tcPr>
            <w:tcW w:w="2062" w:type="dxa"/>
            <w:shd w:val="clear" w:color="auto" w:fill="D9EAF7"/>
            <w:vAlign w:val="center"/>
          </w:tcPr>
          <w:p w14:paraId="5B011457" w14:textId="77777777" w:rsidR="00666E7C" w:rsidRDefault="00000000">
            <w:pPr>
              <w:jc w:val="center"/>
            </w:pPr>
            <w:r>
              <w:rPr>
                <w:b/>
                <w:sz w:val="18"/>
              </w:rPr>
              <w:t>આધાર</w:t>
            </w:r>
          </w:p>
        </w:tc>
        <w:tc>
          <w:tcPr>
            <w:tcW w:w="2062" w:type="dxa"/>
            <w:shd w:val="clear" w:color="auto" w:fill="D9EAF7"/>
            <w:vAlign w:val="center"/>
          </w:tcPr>
          <w:p w14:paraId="53763947" w14:textId="77777777" w:rsidR="00666E7C" w:rsidRDefault="00000000">
            <w:pPr>
              <w:jc w:val="center"/>
            </w:pPr>
            <w:r>
              <w:rPr>
                <w:b/>
                <w:sz w:val="18"/>
              </w:rPr>
              <w:t>અંતિમ ઉપયોગ</w:t>
            </w:r>
          </w:p>
        </w:tc>
      </w:tr>
      <w:tr w:rsidR="00666E7C" w14:paraId="730132D2" w14:textId="77777777">
        <w:trPr>
          <w:jc w:val="center"/>
        </w:trPr>
        <w:tc>
          <w:tcPr>
            <w:tcW w:w="2062" w:type="dxa"/>
            <w:vAlign w:val="center"/>
          </w:tcPr>
          <w:p w14:paraId="463D215C" w14:textId="77777777" w:rsidR="00666E7C" w:rsidRDefault="00000000">
            <w:pPr>
              <w:jc w:val="center"/>
            </w:pPr>
            <w:r>
              <w:rPr>
                <w:sz w:val="18"/>
              </w:rPr>
              <w:t>1</w:t>
            </w:r>
          </w:p>
        </w:tc>
        <w:tc>
          <w:tcPr>
            <w:tcW w:w="2062" w:type="dxa"/>
            <w:vAlign w:val="center"/>
          </w:tcPr>
          <w:p w14:paraId="3235A129" w14:textId="77777777" w:rsidR="00666E7C" w:rsidRDefault="00000000">
            <w:pPr>
              <w:jc w:val="center"/>
            </w:pPr>
            <w:r>
              <w:rPr>
                <w:sz w:val="18"/>
              </w:rPr>
              <w:t>3</w:t>
            </w:r>
          </w:p>
        </w:tc>
        <w:tc>
          <w:tcPr>
            <w:tcW w:w="2062" w:type="dxa"/>
            <w:vAlign w:val="center"/>
          </w:tcPr>
          <w:p w14:paraId="4E747A76" w14:textId="77777777" w:rsidR="00666E7C" w:rsidRDefault="00000000">
            <w:pPr>
              <w:jc w:val="center"/>
            </w:pPr>
            <w:r>
              <w:rPr>
                <w:sz w:val="18"/>
              </w:rPr>
              <w:t>તમામ વિષય</w:t>
            </w:r>
          </w:p>
        </w:tc>
        <w:tc>
          <w:tcPr>
            <w:tcW w:w="2062" w:type="dxa"/>
            <w:vAlign w:val="center"/>
          </w:tcPr>
          <w:p w14:paraId="658ACF2A" w14:textId="77777777" w:rsidR="00666E7C" w:rsidRDefault="00000000">
            <w:pPr>
              <w:jc w:val="center"/>
            </w:pPr>
            <w:r>
              <w:rPr>
                <w:sz w:val="18"/>
              </w:rPr>
              <w:t>પૂર્ણ થયેલ 2-3 એકમ</w:t>
            </w:r>
          </w:p>
        </w:tc>
        <w:tc>
          <w:tcPr>
            <w:tcW w:w="2062" w:type="dxa"/>
            <w:vAlign w:val="center"/>
          </w:tcPr>
          <w:p w14:paraId="193A7758" w14:textId="77777777" w:rsidR="00666E7C" w:rsidRDefault="00000000">
            <w:pPr>
              <w:jc w:val="center"/>
            </w:pPr>
            <w:r>
              <w:rPr>
                <w:sz w:val="18"/>
              </w:rPr>
              <w:t>વિદ્યાર્થીની સ્થિતિ ઓળખવી</w:t>
            </w:r>
          </w:p>
        </w:tc>
      </w:tr>
      <w:tr w:rsidR="00666E7C" w14:paraId="4C337A21" w14:textId="77777777">
        <w:trPr>
          <w:jc w:val="center"/>
        </w:trPr>
        <w:tc>
          <w:tcPr>
            <w:tcW w:w="2062" w:type="dxa"/>
            <w:vAlign w:val="center"/>
          </w:tcPr>
          <w:p w14:paraId="1007A9EA" w14:textId="77777777" w:rsidR="00666E7C" w:rsidRDefault="00000000">
            <w:pPr>
              <w:jc w:val="center"/>
            </w:pPr>
            <w:r>
              <w:rPr>
                <w:sz w:val="18"/>
              </w:rPr>
              <w:t>2</w:t>
            </w:r>
          </w:p>
        </w:tc>
        <w:tc>
          <w:tcPr>
            <w:tcW w:w="2062" w:type="dxa"/>
            <w:vAlign w:val="center"/>
          </w:tcPr>
          <w:p w14:paraId="110E20CC" w14:textId="77777777" w:rsidR="00666E7C" w:rsidRDefault="00000000">
            <w:pPr>
              <w:jc w:val="center"/>
            </w:pPr>
            <w:r>
              <w:rPr>
                <w:sz w:val="18"/>
              </w:rPr>
              <w:t>4</w:t>
            </w:r>
          </w:p>
        </w:tc>
        <w:tc>
          <w:tcPr>
            <w:tcW w:w="2062" w:type="dxa"/>
            <w:vAlign w:val="center"/>
          </w:tcPr>
          <w:p w14:paraId="660CDAB8" w14:textId="77777777" w:rsidR="00666E7C" w:rsidRDefault="00000000">
            <w:pPr>
              <w:jc w:val="center"/>
            </w:pPr>
            <w:r>
              <w:rPr>
                <w:sz w:val="18"/>
              </w:rPr>
              <w:t>તમામ વિષય</w:t>
            </w:r>
          </w:p>
        </w:tc>
        <w:tc>
          <w:tcPr>
            <w:tcW w:w="2062" w:type="dxa"/>
            <w:vAlign w:val="center"/>
          </w:tcPr>
          <w:p w14:paraId="162FAFEB" w14:textId="77777777" w:rsidR="00666E7C" w:rsidRDefault="00000000">
            <w:pPr>
              <w:jc w:val="center"/>
            </w:pPr>
            <w:r>
              <w:rPr>
                <w:sz w:val="18"/>
              </w:rPr>
              <w:t>પૂર્ણ થયેલ 2-3 એકમ</w:t>
            </w:r>
          </w:p>
        </w:tc>
        <w:tc>
          <w:tcPr>
            <w:tcW w:w="2062" w:type="dxa"/>
            <w:vAlign w:val="center"/>
          </w:tcPr>
          <w:p w14:paraId="3E7C9380" w14:textId="77777777" w:rsidR="00666E7C" w:rsidRDefault="00000000">
            <w:pPr>
              <w:jc w:val="center"/>
            </w:pPr>
            <w:r>
              <w:rPr>
                <w:sz w:val="18"/>
              </w:rPr>
              <w:t>વિદ્યાર્થીની સ્થિતિ ઓળખવી</w:t>
            </w:r>
          </w:p>
        </w:tc>
      </w:tr>
      <w:tr w:rsidR="00666E7C" w14:paraId="40C16814" w14:textId="77777777">
        <w:trPr>
          <w:jc w:val="center"/>
        </w:trPr>
        <w:tc>
          <w:tcPr>
            <w:tcW w:w="2062" w:type="dxa"/>
            <w:vAlign w:val="center"/>
          </w:tcPr>
          <w:p w14:paraId="6DE11BA7" w14:textId="77777777" w:rsidR="00666E7C" w:rsidRDefault="00000000">
            <w:pPr>
              <w:jc w:val="center"/>
            </w:pPr>
            <w:r>
              <w:rPr>
                <w:sz w:val="18"/>
              </w:rPr>
              <w:t>3</w:t>
            </w:r>
          </w:p>
        </w:tc>
        <w:tc>
          <w:tcPr>
            <w:tcW w:w="2062" w:type="dxa"/>
            <w:vAlign w:val="center"/>
          </w:tcPr>
          <w:p w14:paraId="6FEEC36F" w14:textId="77777777" w:rsidR="00666E7C" w:rsidRDefault="00000000">
            <w:pPr>
              <w:jc w:val="center"/>
            </w:pPr>
            <w:r>
              <w:rPr>
                <w:sz w:val="18"/>
              </w:rPr>
              <w:t>5</w:t>
            </w:r>
          </w:p>
        </w:tc>
        <w:tc>
          <w:tcPr>
            <w:tcW w:w="2062" w:type="dxa"/>
            <w:vAlign w:val="center"/>
          </w:tcPr>
          <w:p w14:paraId="35CC7D93" w14:textId="77777777" w:rsidR="00666E7C" w:rsidRDefault="00000000">
            <w:pPr>
              <w:jc w:val="center"/>
            </w:pPr>
            <w:r>
              <w:rPr>
                <w:sz w:val="18"/>
              </w:rPr>
              <w:t>તમામ વિષય</w:t>
            </w:r>
          </w:p>
        </w:tc>
        <w:tc>
          <w:tcPr>
            <w:tcW w:w="2062" w:type="dxa"/>
            <w:vAlign w:val="center"/>
          </w:tcPr>
          <w:p w14:paraId="00FA3ACF" w14:textId="77777777" w:rsidR="00666E7C" w:rsidRDefault="00000000">
            <w:pPr>
              <w:jc w:val="center"/>
            </w:pPr>
            <w:r>
              <w:rPr>
                <w:sz w:val="18"/>
              </w:rPr>
              <w:t>પૂર્ણ થયેલ 2-3 એકમ</w:t>
            </w:r>
          </w:p>
        </w:tc>
        <w:tc>
          <w:tcPr>
            <w:tcW w:w="2062" w:type="dxa"/>
            <w:vAlign w:val="center"/>
          </w:tcPr>
          <w:p w14:paraId="1AAED8D7" w14:textId="77777777" w:rsidR="00666E7C" w:rsidRDefault="00000000">
            <w:pPr>
              <w:jc w:val="center"/>
            </w:pPr>
            <w:r>
              <w:rPr>
                <w:sz w:val="18"/>
              </w:rPr>
              <w:t>વિદ્યાર્થીની સ્થિતિ ઓળખવી</w:t>
            </w:r>
          </w:p>
        </w:tc>
      </w:tr>
    </w:tbl>
    <w:p w14:paraId="56C2A08B" w14:textId="77777777" w:rsidR="00666E7C" w:rsidRDefault="00000000">
      <w:pPr>
        <w:pStyle w:val="Heading1"/>
      </w:pPr>
      <w:r>
        <w:rPr>
          <w:rFonts w:ascii="Noto Sans Gujarati" w:eastAsia="Noto Sans Gujarati" w:hAnsi="Noto Sans Gujarati"/>
        </w:rPr>
        <w:t>5. ત્રિમાસિક મૂલ્યાંકન પછી વિદ્યાર્થીની સ્થિતિ કેવી રીતે નક્કી થશે</w:t>
      </w:r>
    </w:p>
    <w:p w14:paraId="0395CB6B" w14:textId="77777777" w:rsidR="00666E7C" w:rsidRDefault="00000000">
      <w:pPr>
        <w:pStyle w:val="ListBullet"/>
      </w:pPr>
      <w:r>
        <w:t>દરેક બાળકના વિષયવાર ગુણ અને કામગીરીની નોંધ કરવામાં આવશે.</w:t>
      </w:r>
    </w:p>
    <w:p w14:paraId="24A96FF6" w14:textId="77777777" w:rsidR="00666E7C" w:rsidRDefault="00000000">
      <w:pPr>
        <w:pStyle w:val="ListBullet"/>
      </w:pPr>
      <w:r>
        <w:t>જે વિદ્યાર્થીઓને વિષયના મૂળભૂત કૌશલ્યોમાં મુશ્કેલી જણાશે તેમની અલગ યાદી તૈયાર કરવામાં આવશે.</w:t>
      </w:r>
    </w:p>
    <w:p w14:paraId="1338EAAA" w14:textId="77777777" w:rsidR="00666E7C" w:rsidRDefault="00000000">
      <w:pPr>
        <w:pStyle w:val="ListBullet"/>
      </w:pPr>
      <w:r>
        <w:t>વાંચન, લેખન, ગણન ઉપરાંત ગુજરાતી, ગણિત, પર્યાવરણ/વિજ્ઞાન અને લાગુ પડતા અન્ય વિષયોમાં પણ જરૂરિયાત ઓળખવામાં આવશે.</w:t>
      </w:r>
    </w:p>
    <w:p w14:paraId="098F3B60" w14:textId="77777777" w:rsidR="00666E7C" w:rsidRDefault="00000000">
      <w:pPr>
        <w:pStyle w:val="ListBullet"/>
      </w:pPr>
      <w:r>
        <w:t>વિદ્યાર્થીને માત્ર કુલ ગુણના આધારે નહીં પરંતુ કયા કૌશલ્યમાં મુશ્કેલી છે તેના આધારે ઓળખવામાં આવશે.</w:t>
      </w:r>
    </w:p>
    <w:p w14:paraId="56E58D84" w14:textId="77777777" w:rsidR="00666E7C" w:rsidRDefault="00000000">
      <w:pPr>
        <w:pStyle w:val="ListBullet"/>
      </w:pPr>
      <w:r>
        <w:t>આ માહિતીના આધારે ઉપચારાત્મક શિક્ષણ માટે પ્રાથમિકતા ધરાવતા બાળકો તારવી શકાશે.</w:t>
      </w:r>
    </w:p>
    <w:p w14:paraId="3F72F145" w14:textId="77777777" w:rsidR="00666E7C" w:rsidRDefault="00000000">
      <w:pPr>
        <w:pStyle w:val="Heading1"/>
      </w:pPr>
      <w:r>
        <w:rPr>
          <w:rFonts w:ascii="Noto Sans Gujarati" w:eastAsia="Noto Sans Gujarati" w:hAnsi="Noto Sans Gujarati"/>
        </w:rPr>
        <w:t>6. સૂચિત વર્ગીકરણ</w:t>
      </w:r>
    </w:p>
    <w:tbl>
      <w:tblPr>
        <w:tblStyle w:val="TableGrid"/>
        <w:tblW w:w="0" w:type="auto"/>
        <w:jc w:val="center"/>
        <w:tblLook w:val="04A0" w:firstRow="1" w:lastRow="0" w:firstColumn="1" w:lastColumn="0" w:noHBand="0" w:noVBand="1"/>
      </w:tblPr>
      <w:tblGrid>
        <w:gridCol w:w="3437"/>
        <w:gridCol w:w="3437"/>
        <w:gridCol w:w="3437"/>
      </w:tblGrid>
      <w:tr w:rsidR="00666E7C" w14:paraId="2E7CFE21" w14:textId="77777777">
        <w:trPr>
          <w:jc w:val="center"/>
        </w:trPr>
        <w:tc>
          <w:tcPr>
            <w:tcW w:w="3437" w:type="dxa"/>
            <w:shd w:val="clear" w:color="auto" w:fill="D9EAF7"/>
            <w:vAlign w:val="center"/>
          </w:tcPr>
          <w:p w14:paraId="379EC89F" w14:textId="77777777" w:rsidR="00666E7C" w:rsidRDefault="00000000">
            <w:pPr>
              <w:jc w:val="center"/>
            </w:pPr>
            <w:r>
              <w:rPr>
                <w:b/>
                <w:sz w:val="18"/>
              </w:rPr>
              <w:t>સ્તર</w:t>
            </w:r>
          </w:p>
        </w:tc>
        <w:tc>
          <w:tcPr>
            <w:tcW w:w="3437" w:type="dxa"/>
            <w:shd w:val="clear" w:color="auto" w:fill="D9EAF7"/>
            <w:vAlign w:val="center"/>
          </w:tcPr>
          <w:p w14:paraId="61834C75" w14:textId="77777777" w:rsidR="00666E7C" w:rsidRDefault="00000000">
            <w:pPr>
              <w:jc w:val="center"/>
            </w:pPr>
            <w:r>
              <w:rPr>
                <w:b/>
                <w:sz w:val="18"/>
              </w:rPr>
              <w:t>વિદ્યાર્થીની સ્થિતિ</w:t>
            </w:r>
          </w:p>
        </w:tc>
        <w:tc>
          <w:tcPr>
            <w:tcW w:w="3437" w:type="dxa"/>
            <w:shd w:val="clear" w:color="auto" w:fill="D9EAF7"/>
            <w:vAlign w:val="center"/>
          </w:tcPr>
          <w:p w14:paraId="05191666" w14:textId="77777777" w:rsidR="00666E7C" w:rsidRDefault="00000000">
            <w:pPr>
              <w:jc w:val="center"/>
            </w:pPr>
            <w:r>
              <w:rPr>
                <w:b/>
                <w:sz w:val="18"/>
              </w:rPr>
              <w:t>આગળની કામગીરી</w:t>
            </w:r>
          </w:p>
        </w:tc>
      </w:tr>
      <w:tr w:rsidR="00666E7C" w14:paraId="7051F170" w14:textId="77777777">
        <w:trPr>
          <w:jc w:val="center"/>
        </w:trPr>
        <w:tc>
          <w:tcPr>
            <w:tcW w:w="3437" w:type="dxa"/>
            <w:vAlign w:val="center"/>
          </w:tcPr>
          <w:p w14:paraId="0C2DFEE0" w14:textId="77777777" w:rsidR="00666E7C" w:rsidRDefault="00000000">
            <w:pPr>
              <w:jc w:val="center"/>
            </w:pPr>
            <w:r>
              <w:rPr>
                <w:sz w:val="18"/>
              </w:rPr>
              <w:t>A</w:t>
            </w:r>
          </w:p>
        </w:tc>
        <w:tc>
          <w:tcPr>
            <w:tcW w:w="3437" w:type="dxa"/>
            <w:vAlign w:val="center"/>
          </w:tcPr>
          <w:p w14:paraId="5B978468" w14:textId="77777777" w:rsidR="00666E7C" w:rsidRDefault="00000000">
            <w:pPr>
              <w:jc w:val="center"/>
            </w:pPr>
            <w:r>
              <w:rPr>
                <w:sz w:val="18"/>
              </w:rPr>
              <w:t>અપેક્ષિત સ્તરથી સારી/સંતોષકારક કામગીરી</w:t>
            </w:r>
          </w:p>
        </w:tc>
        <w:tc>
          <w:tcPr>
            <w:tcW w:w="3437" w:type="dxa"/>
            <w:vAlign w:val="center"/>
          </w:tcPr>
          <w:p w14:paraId="5EBF69FD" w14:textId="77777777" w:rsidR="00666E7C" w:rsidRDefault="00000000">
            <w:pPr>
              <w:jc w:val="center"/>
            </w:pPr>
            <w:r>
              <w:rPr>
                <w:sz w:val="18"/>
              </w:rPr>
              <w:t>નિયમિત અભ્યાસ અને વધુ પ્રોત્સાહન</w:t>
            </w:r>
          </w:p>
        </w:tc>
      </w:tr>
      <w:tr w:rsidR="00666E7C" w14:paraId="1D46FE09" w14:textId="77777777">
        <w:trPr>
          <w:jc w:val="center"/>
        </w:trPr>
        <w:tc>
          <w:tcPr>
            <w:tcW w:w="3437" w:type="dxa"/>
            <w:vAlign w:val="center"/>
          </w:tcPr>
          <w:p w14:paraId="12A8506C" w14:textId="77777777" w:rsidR="00666E7C" w:rsidRDefault="00000000">
            <w:pPr>
              <w:jc w:val="center"/>
            </w:pPr>
            <w:r>
              <w:rPr>
                <w:sz w:val="18"/>
              </w:rPr>
              <w:t>B</w:t>
            </w:r>
          </w:p>
        </w:tc>
        <w:tc>
          <w:tcPr>
            <w:tcW w:w="3437" w:type="dxa"/>
            <w:vAlign w:val="center"/>
          </w:tcPr>
          <w:p w14:paraId="5E220717" w14:textId="77777777" w:rsidR="00666E7C" w:rsidRDefault="00000000">
            <w:pPr>
              <w:jc w:val="center"/>
            </w:pPr>
            <w:r>
              <w:rPr>
                <w:sz w:val="18"/>
              </w:rPr>
              <w:t>આંશિક મુશ્કેલી</w:t>
            </w:r>
          </w:p>
        </w:tc>
        <w:tc>
          <w:tcPr>
            <w:tcW w:w="3437" w:type="dxa"/>
            <w:vAlign w:val="center"/>
          </w:tcPr>
          <w:p w14:paraId="5A76DE9C" w14:textId="77777777" w:rsidR="00666E7C" w:rsidRDefault="00000000">
            <w:pPr>
              <w:jc w:val="center"/>
            </w:pPr>
            <w:r>
              <w:rPr>
                <w:sz w:val="18"/>
              </w:rPr>
              <w:t>વધારાનું માર્ગદર્શન અને પુનરાવર્તન</w:t>
            </w:r>
          </w:p>
        </w:tc>
      </w:tr>
      <w:tr w:rsidR="00666E7C" w14:paraId="58F1C62E" w14:textId="77777777">
        <w:trPr>
          <w:jc w:val="center"/>
        </w:trPr>
        <w:tc>
          <w:tcPr>
            <w:tcW w:w="3437" w:type="dxa"/>
            <w:vAlign w:val="center"/>
          </w:tcPr>
          <w:p w14:paraId="478C604F" w14:textId="77777777" w:rsidR="00666E7C" w:rsidRDefault="00000000">
            <w:pPr>
              <w:jc w:val="center"/>
            </w:pPr>
            <w:r>
              <w:rPr>
                <w:sz w:val="18"/>
              </w:rPr>
              <w:t>C</w:t>
            </w:r>
          </w:p>
        </w:tc>
        <w:tc>
          <w:tcPr>
            <w:tcW w:w="3437" w:type="dxa"/>
            <w:vAlign w:val="center"/>
          </w:tcPr>
          <w:p w14:paraId="6F5783A6" w14:textId="77777777" w:rsidR="00666E7C" w:rsidRDefault="00000000">
            <w:pPr>
              <w:jc w:val="center"/>
            </w:pPr>
            <w:r>
              <w:rPr>
                <w:sz w:val="18"/>
              </w:rPr>
              <w:t>ઉપચારાત્મક કાર્ય જરૂરી</w:t>
            </w:r>
          </w:p>
        </w:tc>
        <w:tc>
          <w:tcPr>
            <w:tcW w:w="3437" w:type="dxa"/>
            <w:vAlign w:val="center"/>
          </w:tcPr>
          <w:p w14:paraId="0B62660D" w14:textId="77777777" w:rsidR="00666E7C" w:rsidRDefault="00000000">
            <w:pPr>
              <w:jc w:val="center"/>
            </w:pPr>
            <w:r>
              <w:rPr>
                <w:sz w:val="18"/>
              </w:rPr>
              <w:t>વ્યક્તિગત/જૂથ આધારિત ઉપચારાત્મક શિક્ષણ અને પુનઃમૂલ્યાંકન</w:t>
            </w:r>
          </w:p>
        </w:tc>
      </w:tr>
    </w:tbl>
    <w:p w14:paraId="70B4F5AC" w14:textId="1CB9661A" w:rsidR="00666E7C" w:rsidRDefault="00000000" w:rsidP="005776F9">
      <w:pPr>
        <w:rPr>
          <w:lang w:bidi="gu-IN"/>
        </w:rPr>
      </w:pPr>
      <w:r>
        <w:t xml:space="preserve">7. </w:t>
      </w:r>
      <w:proofErr w:type="spellStart"/>
      <w:r>
        <w:t>ત્રિમાસિક</w:t>
      </w:r>
      <w:proofErr w:type="spellEnd"/>
      <w:r>
        <w:t xml:space="preserve"> </w:t>
      </w:r>
      <w:proofErr w:type="spellStart"/>
      <w:r>
        <w:t>કસોટીનું</w:t>
      </w:r>
      <w:proofErr w:type="spellEnd"/>
      <w:r>
        <w:t xml:space="preserve"> </w:t>
      </w:r>
      <w:proofErr w:type="spellStart"/>
      <w:r>
        <w:t>પરિણામ</w:t>
      </w:r>
      <w:proofErr w:type="spellEnd"/>
      <w:r>
        <w:t xml:space="preserve"> </w:t>
      </w:r>
      <w:proofErr w:type="spellStart"/>
      <w:proofErr w:type="gramStart"/>
      <w:r>
        <w:t>પત્રક</w:t>
      </w:r>
      <w:proofErr w:type="spellEnd"/>
      <w:r w:rsidR="005776F9">
        <w:rPr>
          <w:rFonts w:hint="cs"/>
          <w:cs/>
          <w:lang w:bidi="gu-IN"/>
        </w:rPr>
        <w:t xml:space="preserve">  કસોટી</w:t>
      </w:r>
      <w:proofErr w:type="gramEnd"/>
      <w:r w:rsidR="005776F9">
        <w:rPr>
          <w:rFonts w:hint="cs"/>
          <w:cs/>
          <w:lang w:bidi="gu-IN"/>
        </w:rPr>
        <w:t xml:space="preserve"> બાદ પત્રક નિભાવીશું.</w:t>
      </w:r>
    </w:p>
    <w:tbl>
      <w:tblPr>
        <w:tblStyle w:val="TableGrid"/>
        <w:tblW w:w="0" w:type="auto"/>
        <w:jc w:val="center"/>
        <w:tblLook w:val="04A0" w:firstRow="1" w:lastRow="0" w:firstColumn="1" w:lastColumn="0" w:noHBand="0" w:noVBand="1"/>
      </w:tblPr>
      <w:tblGrid>
        <w:gridCol w:w="512"/>
        <w:gridCol w:w="3565"/>
        <w:gridCol w:w="709"/>
        <w:gridCol w:w="851"/>
        <w:gridCol w:w="1062"/>
        <w:gridCol w:w="1400"/>
        <w:gridCol w:w="1202"/>
        <w:gridCol w:w="1227"/>
      </w:tblGrid>
      <w:tr w:rsidR="00666E7C" w14:paraId="513BC1FD" w14:textId="77777777" w:rsidTr="005776F9">
        <w:trPr>
          <w:jc w:val="center"/>
        </w:trPr>
        <w:tc>
          <w:tcPr>
            <w:tcW w:w="512" w:type="dxa"/>
            <w:shd w:val="clear" w:color="auto" w:fill="D9EAF7"/>
            <w:vAlign w:val="center"/>
          </w:tcPr>
          <w:p w14:paraId="6941C942" w14:textId="77777777" w:rsidR="00666E7C" w:rsidRDefault="00000000">
            <w:pPr>
              <w:jc w:val="center"/>
            </w:pPr>
            <w:proofErr w:type="spellStart"/>
            <w:r>
              <w:rPr>
                <w:b/>
                <w:sz w:val="18"/>
              </w:rPr>
              <w:t>ક્રમ</w:t>
            </w:r>
            <w:proofErr w:type="spellEnd"/>
          </w:p>
        </w:tc>
        <w:tc>
          <w:tcPr>
            <w:tcW w:w="3565" w:type="dxa"/>
            <w:shd w:val="clear" w:color="auto" w:fill="D9EAF7"/>
            <w:vAlign w:val="center"/>
          </w:tcPr>
          <w:p w14:paraId="1BD2D9E5" w14:textId="77777777" w:rsidR="00666E7C" w:rsidRDefault="00000000">
            <w:pPr>
              <w:jc w:val="center"/>
            </w:pPr>
            <w:r>
              <w:rPr>
                <w:b/>
                <w:sz w:val="18"/>
              </w:rPr>
              <w:t>વિદ્યાર્થીનું નામ</w:t>
            </w:r>
          </w:p>
        </w:tc>
        <w:tc>
          <w:tcPr>
            <w:tcW w:w="709" w:type="dxa"/>
            <w:shd w:val="clear" w:color="auto" w:fill="D9EAF7"/>
            <w:vAlign w:val="center"/>
          </w:tcPr>
          <w:p w14:paraId="02FDF5C5" w14:textId="77777777" w:rsidR="00666E7C" w:rsidRDefault="00000000">
            <w:pPr>
              <w:jc w:val="center"/>
            </w:pPr>
            <w:r>
              <w:rPr>
                <w:b/>
                <w:sz w:val="18"/>
              </w:rPr>
              <w:t>ધોરણ</w:t>
            </w:r>
          </w:p>
        </w:tc>
        <w:tc>
          <w:tcPr>
            <w:tcW w:w="851" w:type="dxa"/>
            <w:shd w:val="clear" w:color="auto" w:fill="D9EAF7"/>
            <w:vAlign w:val="center"/>
          </w:tcPr>
          <w:p w14:paraId="63CA364B" w14:textId="77777777" w:rsidR="00666E7C" w:rsidRDefault="00000000">
            <w:pPr>
              <w:jc w:val="center"/>
            </w:pPr>
            <w:r>
              <w:rPr>
                <w:b/>
                <w:sz w:val="18"/>
              </w:rPr>
              <w:t>ગુજરાતી</w:t>
            </w:r>
          </w:p>
        </w:tc>
        <w:tc>
          <w:tcPr>
            <w:tcW w:w="1062" w:type="dxa"/>
            <w:shd w:val="clear" w:color="auto" w:fill="D9EAF7"/>
            <w:vAlign w:val="center"/>
          </w:tcPr>
          <w:p w14:paraId="5F91D023" w14:textId="77777777" w:rsidR="00666E7C" w:rsidRDefault="00000000">
            <w:pPr>
              <w:jc w:val="center"/>
            </w:pPr>
            <w:r>
              <w:rPr>
                <w:b/>
                <w:sz w:val="18"/>
              </w:rPr>
              <w:t>ગણિત</w:t>
            </w:r>
          </w:p>
        </w:tc>
        <w:tc>
          <w:tcPr>
            <w:tcW w:w="1400" w:type="dxa"/>
            <w:shd w:val="clear" w:color="auto" w:fill="D9EAF7"/>
            <w:vAlign w:val="center"/>
          </w:tcPr>
          <w:p w14:paraId="77EAA6FA" w14:textId="77777777" w:rsidR="00666E7C" w:rsidRDefault="00000000">
            <w:pPr>
              <w:jc w:val="center"/>
            </w:pPr>
            <w:r>
              <w:rPr>
                <w:b/>
                <w:sz w:val="18"/>
              </w:rPr>
              <w:t>પર્યાવરણ/વિજ્ઞાન</w:t>
            </w:r>
          </w:p>
        </w:tc>
        <w:tc>
          <w:tcPr>
            <w:tcW w:w="1202" w:type="dxa"/>
            <w:shd w:val="clear" w:color="auto" w:fill="D9EAF7"/>
            <w:vAlign w:val="center"/>
          </w:tcPr>
          <w:p w14:paraId="0014C3FA" w14:textId="77777777" w:rsidR="00666E7C" w:rsidRDefault="00000000">
            <w:pPr>
              <w:jc w:val="center"/>
            </w:pPr>
            <w:r>
              <w:rPr>
                <w:b/>
                <w:sz w:val="18"/>
              </w:rPr>
              <w:t>અન્ય વિષય</w:t>
            </w:r>
          </w:p>
        </w:tc>
        <w:tc>
          <w:tcPr>
            <w:tcW w:w="1227" w:type="dxa"/>
            <w:shd w:val="clear" w:color="auto" w:fill="D9EAF7"/>
            <w:vAlign w:val="center"/>
          </w:tcPr>
          <w:p w14:paraId="37AF0ABD" w14:textId="77777777" w:rsidR="00666E7C" w:rsidRDefault="00000000">
            <w:pPr>
              <w:jc w:val="center"/>
            </w:pPr>
            <w:r>
              <w:rPr>
                <w:b/>
                <w:sz w:val="18"/>
              </w:rPr>
              <w:t>કુલ/સ્તર</w:t>
            </w:r>
          </w:p>
        </w:tc>
      </w:tr>
      <w:tr w:rsidR="00666E7C" w14:paraId="081724FE" w14:textId="77777777" w:rsidTr="005776F9">
        <w:trPr>
          <w:jc w:val="center"/>
        </w:trPr>
        <w:tc>
          <w:tcPr>
            <w:tcW w:w="512" w:type="dxa"/>
            <w:vAlign w:val="center"/>
          </w:tcPr>
          <w:p w14:paraId="7C8DD967" w14:textId="77777777" w:rsidR="00666E7C" w:rsidRDefault="00666E7C">
            <w:pPr>
              <w:jc w:val="center"/>
            </w:pPr>
          </w:p>
        </w:tc>
        <w:tc>
          <w:tcPr>
            <w:tcW w:w="3565" w:type="dxa"/>
            <w:vAlign w:val="center"/>
          </w:tcPr>
          <w:p w14:paraId="70DF48DA" w14:textId="77777777" w:rsidR="00666E7C" w:rsidRDefault="00666E7C">
            <w:pPr>
              <w:jc w:val="center"/>
              <w:rPr>
                <w:lang w:bidi="gu-IN"/>
              </w:rPr>
            </w:pPr>
          </w:p>
          <w:p w14:paraId="68DA4418" w14:textId="77777777" w:rsidR="004E1833" w:rsidRDefault="004E1833">
            <w:pPr>
              <w:jc w:val="center"/>
              <w:rPr>
                <w:lang w:bidi="gu-IN"/>
              </w:rPr>
            </w:pPr>
          </w:p>
        </w:tc>
        <w:tc>
          <w:tcPr>
            <w:tcW w:w="709" w:type="dxa"/>
            <w:vAlign w:val="center"/>
          </w:tcPr>
          <w:p w14:paraId="18733A57" w14:textId="77777777" w:rsidR="00666E7C" w:rsidRDefault="00666E7C">
            <w:pPr>
              <w:jc w:val="center"/>
            </w:pPr>
          </w:p>
        </w:tc>
        <w:tc>
          <w:tcPr>
            <w:tcW w:w="851" w:type="dxa"/>
            <w:vAlign w:val="center"/>
          </w:tcPr>
          <w:p w14:paraId="1791EB7B" w14:textId="77777777" w:rsidR="00666E7C" w:rsidRDefault="00666E7C">
            <w:pPr>
              <w:jc w:val="center"/>
            </w:pPr>
          </w:p>
        </w:tc>
        <w:tc>
          <w:tcPr>
            <w:tcW w:w="1062" w:type="dxa"/>
            <w:vAlign w:val="center"/>
          </w:tcPr>
          <w:p w14:paraId="54039949" w14:textId="77777777" w:rsidR="00666E7C" w:rsidRDefault="00666E7C">
            <w:pPr>
              <w:jc w:val="center"/>
            </w:pPr>
          </w:p>
        </w:tc>
        <w:tc>
          <w:tcPr>
            <w:tcW w:w="1400" w:type="dxa"/>
            <w:vAlign w:val="center"/>
          </w:tcPr>
          <w:p w14:paraId="291C69ED" w14:textId="77777777" w:rsidR="00666E7C" w:rsidRDefault="00666E7C">
            <w:pPr>
              <w:jc w:val="center"/>
            </w:pPr>
          </w:p>
        </w:tc>
        <w:tc>
          <w:tcPr>
            <w:tcW w:w="1202" w:type="dxa"/>
            <w:vAlign w:val="center"/>
          </w:tcPr>
          <w:p w14:paraId="42186BDC" w14:textId="77777777" w:rsidR="00666E7C" w:rsidRDefault="00666E7C">
            <w:pPr>
              <w:jc w:val="center"/>
            </w:pPr>
          </w:p>
        </w:tc>
        <w:tc>
          <w:tcPr>
            <w:tcW w:w="1227" w:type="dxa"/>
            <w:vAlign w:val="center"/>
          </w:tcPr>
          <w:p w14:paraId="3DEEAAB1" w14:textId="77777777" w:rsidR="00666E7C" w:rsidRDefault="00666E7C">
            <w:pPr>
              <w:jc w:val="center"/>
            </w:pPr>
          </w:p>
        </w:tc>
      </w:tr>
      <w:tr w:rsidR="00666E7C" w14:paraId="41F35A58" w14:textId="77777777" w:rsidTr="005776F9">
        <w:trPr>
          <w:jc w:val="center"/>
        </w:trPr>
        <w:tc>
          <w:tcPr>
            <w:tcW w:w="512" w:type="dxa"/>
            <w:vAlign w:val="center"/>
          </w:tcPr>
          <w:p w14:paraId="7AF2CBD5" w14:textId="77777777" w:rsidR="00666E7C" w:rsidRDefault="00666E7C">
            <w:pPr>
              <w:jc w:val="center"/>
            </w:pPr>
          </w:p>
        </w:tc>
        <w:tc>
          <w:tcPr>
            <w:tcW w:w="3565" w:type="dxa"/>
            <w:vAlign w:val="center"/>
          </w:tcPr>
          <w:p w14:paraId="6F6A9A5F" w14:textId="77777777" w:rsidR="00666E7C" w:rsidRDefault="00666E7C">
            <w:pPr>
              <w:jc w:val="center"/>
              <w:rPr>
                <w:lang w:bidi="gu-IN"/>
              </w:rPr>
            </w:pPr>
          </w:p>
          <w:p w14:paraId="4F82A6FC" w14:textId="77777777" w:rsidR="004E1833" w:rsidRDefault="004E1833">
            <w:pPr>
              <w:jc w:val="center"/>
              <w:rPr>
                <w:lang w:bidi="gu-IN"/>
              </w:rPr>
            </w:pPr>
          </w:p>
        </w:tc>
        <w:tc>
          <w:tcPr>
            <w:tcW w:w="709" w:type="dxa"/>
            <w:vAlign w:val="center"/>
          </w:tcPr>
          <w:p w14:paraId="624CEE15" w14:textId="77777777" w:rsidR="00666E7C" w:rsidRDefault="00666E7C">
            <w:pPr>
              <w:jc w:val="center"/>
            </w:pPr>
          </w:p>
        </w:tc>
        <w:tc>
          <w:tcPr>
            <w:tcW w:w="851" w:type="dxa"/>
            <w:vAlign w:val="center"/>
          </w:tcPr>
          <w:p w14:paraId="3C5681FB" w14:textId="77777777" w:rsidR="00666E7C" w:rsidRDefault="00666E7C">
            <w:pPr>
              <w:jc w:val="center"/>
            </w:pPr>
          </w:p>
        </w:tc>
        <w:tc>
          <w:tcPr>
            <w:tcW w:w="1062" w:type="dxa"/>
            <w:vAlign w:val="center"/>
          </w:tcPr>
          <w:p w14:paraId="5DC558AB" w14:textId="77777777" w:rsidR="00666E7C" w:rsidRDefault="00666E7C">
            <w:pPr>
              <w:jc w:val="center"/>
            </w:pPr>
          </w:p>
        </w:tc>
        <w:tc>
          <w:tcPr>
            <w:tcW w:w="1400" w:type="dxa"/>
            <w:vAlign w:val="center"/>
          </w:tcPr>
          <w:p w14:paraId="76E773D5" w14:textId="77777777" w:rsidR="00666E7C" w:rsidRDefault="00666E7C">
            <w:pPr>
              <w:jc w:val="center"/>
            </w:pPr>
          </w:p>
        </w:tc>
        <w:tc>
          <w:tcPr>
            <w:tcW w:w="1202" w:type="dxa"/>
            <w:vAlign w:val="center"/>
          </w:tcPr>
          <w:p w14:paraId="285398CF" w14:textId="77777777" w:rsidR="00666E7C" w:rsidRDefault="00666E7C">
            <w:pPr>
              <w:jc w:val="center"/>
            </w:pPr>
          </w:p>
        </w:tc>
        <w:tc>
          <w:tcPr>
            <w:tcW w:w="1227" w:type="dxa"/>
            <w:vAlign w:val="center"/>
          </w:tcPr>
          <w:p w14:paraId="2A19FC5E" w14:textId="77777777" w:rsidR="00666E7C" w:rsidRDefault="00666E7C">
            <w:pPr>
              <w:jc w:val="center"/>
            </w:pPr>
          </w:p>
        </w:tc>
      </w:tr>
      <w:tr w:rsidR="00666E7C" w14:paraId="35BD75C1" w14:textId="77777777" w:rsidTr="005776F9">
        <w:trPr>
          <w:jc w:val="center"/>
        </w:trPr>
        <w:tc>
          <w:tcPr>
            <w:tcW w:w="512" w:type="dxa"/>
            <w:vAlign w:val="center"/>
          </w:tcPr>
          <w:p w14:paraId="2FDDC4A7" w14:textId="77777777" w:rsidR="00666E7C" w:rsidRDefault="00666E7C">
            <w:pPr>
              <w:jc w:val="center"/>
            </w:pPr>
          </w:p>
        </w:tc>
        <w:tc>
          <w:tcPr>
            <w:tcW w:w="3565" w:type="dxa"/>
            <w:vAlign w:val="center"/>
          </w:tcPr>
          <w:p w14:paraId="10EFEFF6" w14:textId="77777777" w:rsidR="00666E7C" w:rsidRDefault="00666E7C">
            <w:pPr>
              <w:jc w:val="center"/>
              <w:rPr>
                <w:lang w:bidi="gu-IN"/>
              </w:rPr>
            </w:pPr>
          </w:p>
          <w:p w14:paraId="69CDF69C" w14:textId="77777777" w:rsidR="004E1833" w:rsidRDefault="004E1833">
            <w:pPr>
              <w:jc w:val="center"/>
              <w:rPr>
                <w:lang w:bidi="gu-IN"/>
              </w:rPr>
            </w:pPr>
          </w:p>
        </w:tc>
        <w:tc>
          <w:tcPr>
            <w:tcW w:w="709" w:type="dxa"/>
            <w:vAlign w:val="center"/>
          </w:tcPr>
          <w:p w14:paraId="1D7AA480" w14:textId="77777777" w:rsidR="00666E7C" w:rsidRDefault="00666E7C">
            <w:pPr>
              <w:jc w:val="center"/>
            </w:pPr>
          </w:p>
        </w:tc>
        <w:tc>
          <w:tcPr>
            <w:tcW w:w="851" w:type="dxa"/>
            <w:vAlign w:val="center"/>
          </w:tcPr>
          <w:p w14:paraId="05059693" w14:textId="77777777" w:rsidR="00666E7C" w:rsidRDefault="00666E7C">
            <w:pPr>
              <w:jc w:val="center"/>
            </w:pPr>
          </w:p>
        </w:tc>
        <w:tc>
          <w:tcPr>
            <w:tcW w:w="1062" w:type="dxa"/>
            <w:vAlign w:val="center"/>
          </w:tcPr>
          <w:p w14:paraId="426E313C" w14:textId="77777777" w:rsidR="00666E7C" w:rsidRDefault="00666E7C">
            <w:pPr>
              <w:jc w:val="center"/>
            </w:pPr>
          </w:p>
        </w:tc>
        <w:tc>
          <w:tcPr>
            <w:tcW w:w="1400" w:type="dxa"/>
            <w:vAlign w:val="center"/>
          </w:tcPr>
          <w:p w14:paraId="1863AE9B" w14:textId="77777777" w:rsidR="00666E7C" w:rsidRDefault="00666E7C">
            <w:pPr>
              <w:jc w:val="center"/>
            </w:pPr>
          </w:p>
        </w:tc>
        <w:tc>
          <w:tcPr>
            <w:tcW w:w="1202" w:type="dxa"/>
            <w:vAlign w:val="center"/>
          </w:tcPr>
          <w:p w14:paraId="432E21B0" w14:textId="77777777" w:rsidR="00666E7C" w:rsidRDefault="00666E7C">
            <w:pPr>
              <w:jc w:val="center"/>
            </w:pPr>
          </w:p>
        </w:tc>
        <w:tc>
          <w:tcPr>
            <w:tcW w:w="1227" w:type="dxa"/>
            <w:vAlign w:val="center"/>
          </w:tcPr>
          <w:p w14:paraId="5BCF2B50" w14:textId="77777777" w:rsidR="00666E7C" w:rsidRDefault="00666E7C">
            <w:pPr>
              <w:jc w:val="center"/>
            </w:pPr>
          </w:p>
        </w:tc>
      </w:tr>
      <w:tr w:rsidR="00666E7C" w14:paraId="7D5DDF68" w14:textId="77777777" w:rsidTr="005776F9">
        <w:trPr>
          <w:jc w:val="center"/>
        </w:trPr>
        <w:tc>
          <w:tcPr>
            <w:tcW w:w="512" w:type="dxa"/>
            <w:vAlign w:val="center"/>
          </w:tcPr>
          <w:p w14:paraId="405B30D9" w14:textId="77777777" w:rsidR="00666E7C" w:rsidRDefault="00666E7C">
            <w:pPr>
              <w:jc w:val="center"/>
            </w:pPr>
          </w:p>
        </w:tc>
        <w:tc>
          <w:tcPr>
            <w:tcW w:w="3565" w:type="dxa"/>
            <w:vAlign w:val="center"/>
          </w:tcPr>
          <w:p w14:paraId="18DFC195" w14:textId="77777777" w:rsidR="00666E7C" w:rsidRDefault="00666E7C">
            <w:pPr>
              <w:jc w:val="center"/>
              <w:rPr>
                <w:lang w:bidi="gu-IN"/>
              </w:rPr>
            </w:pPr>
          </w:p>
          <w:p w14:paraId="056DD678" w14:textId="77777777" w:rsidR="004E1833" w:rsidRDefault="004E1833">
            <w:pPr>
              <w:jc w:val="center"/>
              <w:rPr>
                <w:lang w:bidi="gu-IN"/>
              </w:rPr>
            </w:pPr>
          </w:p>
        </w:tc>
        <w:tc>
          <w:tcPr>
            <w:tcW w:w="709" w:type="dxa"/>
            <w:vAlign w:val="center"/>
          </w:tcPr>
          <w:p w14:paraId="61C960B4" w14:textId="77777777" w:rsidR="00666E7C" w:rsidRDefault="00666E7C">
            <w:pPr>
              <w:jc w:val="center"/>
            </w:pPr>
          </w:p>
        </w:tc>
        <w:tc>
          <w:tcPr>
            <w:tcW w:w="851" w:type="dxa"/>
            <w:vAlign w:val="center"/>
          </w:tcPr>
          <w:p w14:paraId="058FD28E" w14:textId="77777777" w:rsidR="00666E7C" w:rsidRDefault="00666E7C">
            <w:pPr>
              <w:jc w:val="center"/>
            </w:pPr>
          </w:p>
        </w:tc>
        <w:tc>
          <w:tcPr>
            <w:tcW w:w="1062" w:type="dxa"/>
            <w:vAlign w:val="center"/>
          </w:tcPr>
          <w:p w14:paraId="798D3A0B" w14:textId="77777777" w:rsidR="00666E7C" w:rsidRDefault="00666E7C">
            <w:pPr>
              <w:jc w:val="center"/>
            </w:pPr>
          </w:p>
        </w:tc>
        <w:tc>
          <w:tcPr>
            <w:tcW w:w="1400" w:type="dxa"/>
            <w:vAlign w:val="center"/>
          </w:tcPr>
          <w:p w14:paraId="39F8BB7F" w14:textId="77777777" w:rsidR="00666E7C" w:rsidRDefault="00666E7C">
            <w:pPr>
              <w:jc w:val="center"/>
            </w:pPr>
          </w:p>
        </w:tc>
        <w:tc>
          <w:tcPr>
            <w:tcW w:w="1202" w:type="dxa"/>
            <w:vAlign w:val="center"/>
          </w:tcPr>
          <w:p w14:paraId="163DC896" w14:textId="77777777" w:rsidR="00666E7C" w:rsidRDefault="00666E7C">
            <w:pPr>
              <w:jc w:val="center"/>
            </w:pPr>
          </w:p>
        </w:tc>
        <w:tc>
          <w:tcPr>
            <w:tcW w:w="1227" w:type="dxa"/>
            <w:vAlign w:val="center"/>
          </w:tcPr>
          <w:p w14:paraId="5B44E6FA" w14:textId="77777777" w:rsidR="00666E7C" w:rsidRDefault="00666E7C">
            <w:pPr>
              <w:jc w:val="center"/>
            </w:pPr>
          </w:p>
        </w:tc>
      </w:tr>
      <w:tr w:rsidR="00666E7C" w14:paraId="77325E61" w14:textId="77777777" w:rsidTr="005776F9">
        <w:trPr>
          <w:jc w:val="center"/>
        </w:trPr>
        <w:tc>
          <w:tcPr>
            <w:tcW w:w="512" w:type="dxa"/>
            <w:vAlign w:val="center"/>
          </w:tcPr>
          <w:p w14:paraId="155089C7" w14:textId="77777777" w:rsidR="00666E7C" w:rsidRDefault="00666E7C">
            <w:pPr>
              <w:jc w:val="center"/>
            </w:pPr>
          </w:p>
        </w:tc>
        <w:tc>
          <w:tcPr>
            <w:tcW w:w="3565" w:type="dxa"/>
            <w:vAlign w:val="center"/>
          </w:tcPr>
          <w:p w14:paraId="64326789" w14:textId="77777777" w:rsidR="00666E7C" w:rsidRDefault="00666E7C">
            <w:pPr>
              <w:jc w:val="center"/>
              <w:rPr>
                <w:lang w:bidi="gu-IN"/>
              </w:rPr>
            </w:pPr>
          </w:p>
          <w:p w14:paraId="4DC24779" w14:textId="77777777" w:rsidR="004E1833" w:rsidRDefault="004E1833">
            <w:pPr>
              <w:jc w:val="center"/>
              <w:rPr>
                <w:lang w:bidi="gu-IN"/>
              </w:rPr>
            </w:pPr>
          </w:p>
        </w:tc>
        <w:tc>
          <w:tcPr>
            <w:tcW w:w="709" w:type="dxa"/>
            <w:vAlign w:val="center"/>
          </w:tcPr>
          <w:p w14:paraId="313CBEEE" w14:textId="77777777" w:rsidR="00666E7C" w:rsidRDefault="00666E7C">
            <w:pPr>
              <w:jc w:val="center"/>
            </w:pPr>
          </w:p>
        </w:tc>
        <w:tc>
          <w:tcPr>
            <w:tcW w:w="851" w:type="dxa"/>
            <w:vAlign w:val="center"/>
          </w:tcPr>
          <w:p w14:paraId="02757F5D" w14:textId="77777777" w:rsidR="00666E7C" w:rsidRDefault="00666E7C">
            <w:pPr>
              <w:jc w:val="center"/>
            </w:pPr>
          </w:p>
        </w:tc>
        <w:tc>
          <w:tcPr>
            <w:tcW w:w="1062" w:type="dxa"/>
            <w:vAlign w:val="center"/>
          </w:tcPr>
          <w:p w14:paraId="70A3D086" w14:textId="77777777" w:rsidR="00666E7C" w:rsidRDefault="00666E7C">
            <w:pPr>
              <w:jc w:val="center"/>
            </w:pPr>
          </w:p>
        </w:tc>
        <w:tc>
          <w:tcPr>
            <w:tcW w:w="1400" w:type="dxa"/>
            <w:vAlign w:val="center"/>
          </w:tcPr>
          <w:p w14:paraId="5783984C" w14:textId="77777777" w:rsidR="00666E7C" w:rsidRDefault="00666E7C">
            <w:pPr>
              <w:jc w:val="center"/>
            </w:pPr>
          </w:p>
        </w:tc>
        <w:tc>
          <w:tcPr>
            <w:tcW w:w="1202" w:type="dxa"/>
            <w:vAlign w:val="center"/>
          </w:tcPr>
          <w:p w14:paraId="6E767080" w14:textId="77777777" w:rsidR="00666E7C" w:rsidRDefault="00666E7C">
            <w:pPr>
              <w:jc w:val="center"/>
            </w:pPr>
          </w:p>
        </w:tc>
        <w:tc>
          <w:tcPr>
            <w:tcW w:w="1227" w:type="dxa"/>
            <w:vAlign w:val="center"/>
          </w:tcPr>
          <w:p w14:paraId="50C6D6FC" w14:textId="77777777" w:rsidR="00666E7C" w:rsidRDefault="00666E7C">
            <w:pPr>
              <w:jc w:val="center"/>
            </w:pPr>
          </w:p>
        </w:tc>
      </w:tr>
      <w:tr w:rsidR="00666E7C" w14:paraId="15A9B657" w14:textId="77777777" w:rsidTr="005776F9">
        <w:trPr>
          <w:jc w:val="center"/>
        </w:trPr>
        <w:tc>
          <w:tcPr>
            <w:tcW w:w="512" w:type="dxa"/>
            <w:vAlign w:val="center"/>
          </w:tcPr>
          <w:p w14:paraId="625BB176" w14:textId="77777777" w:rsidR="00666E7C" w:rsidRDefault="00666E7C">
            <w:pPr>
              <w:jc w:val="center"/>
            </w:pPr>
          </w:p>
        </w:tc>
        <w:tc>
          <w:tcPr>
            <w:tcW w:w="3565" w:type="dxa"/>
            <w:vAlign w:val="center"/>
          </w:tcPr>
          <w:p w14:paraId="293940F4" w14:textId="77777777" w:rsidR="00666E7C" w:rsidRDefault="00666E7C">
            <w:pPr>
              <w:jc w:val="center"/>
              <w:rPr>
                <w:lang w:bidi="gu-IN"/>
              </w:rPr>
            </w:pPr>
          </w:p>
          <w:p w14:paraId="72B3F061" w14:textId="77777777" w:rsidR="004E1833" w:rsidRDefault="004E1833">
            <w:pPr>
              <w:jc w:val="center"/>
              <w:rPr>
                <w:lang w:bidi="gu-IN"/>
              </w:rPr>
            </w:pPr>
          </w:p>
        </w:tc>
        <w:tc>
          <w:tcPr>
            <w:tcW w:w="709" w:type="dxa"/>
            <w:vAlign w:val="center"/>
          </w:tcPr>
          <w:p w14:paraId="7C19A462" w14:textId="77777777" w:rsidR="00666E7C" w:rsidRDefault="00666E7C">
            <w:pPr>
              <w:jc w:val="center"/>
            </w:pPr>
          </w:p>
        </w:tc>
        <w:tc>
          <w:tcPr>
            <w:tcW w:w="851" w:type="dxa"/>
            <w:vAlign w:val="center"/>
          </w:tcPr>
          <w:p w14:paraId="7EC43A36" w14:textId="77777777" w:rsidR="00666E7C" w:rsidRDefault="00666E7C">
            <w:pPr>
              <w:jc w:val="center"/>
            </w:pPr>
          </w:p>
        </w:tc>
        <w:tc>
          <w:tcPr>
            <w:tcW w:w="1062" w:type="dxa"/>
            <w:vAlign w:val="center"/>
          </w:tcPr>
          <w:p w14:paraId="48FA1823" w14:textId="77777777" w:rsidR="00666E7C" w:rsidRDefault="00666E7C">
            <w:pPr>
              <w:jc w:val="center"/>
            </w:pPr>
          </w:p>
        </w:tc>
        <w:tc>
          <w:tcPr>
            <w:tcW w:w="1400" w:type="dxa"/>
            <w:vAlign w:val="center"/>
          </w:tcPr>
          <w:p w14:paraId="3D7CCD8F" w14:textId="77777777" w:rsidR="00666E7C" w:rsidRDefault="00666E7C">
            <w:pPr>
              <w:jc w:val="center"/>
            </w:pPr>
          </w:p>
        </w:tc>
        <w:tc>
          <w:tcPr>
            <w:tcW w:w="1202" w:type="dxa"/>
            <w:vAlign w:val="center"/>
          </w:tcPr>
          <w:p w14:paraId="77E6AE6D" w14:textId="77777777" w:rsidR="00666E7C" w:rsidRDefault="00666E7C">
            <w:pPr>
              <w:jc w:val="center"/>
            </w:pPr>
          </w:p>
        </w:tc>
        <w:tc>
          <w:tcPr>
            <w:tcW w:w="1227" w:type="dxa"/>
            <w:vAlign w:val="center"/>
          </w:tcPr>
          <w:p w14:paraId="67BE96BD" w14:textId="77777777" w:rsidR="00666E7C" w:rsidRDefault="00666E7C">
            <w:pPr>
              <w:jc w:val="center"/>
            </w:pPr>
          </w:p>
        </w:tc>
      </w:tr>
      <w:tr w:rsidR="00666E7C" w14:paraId="545AC84A" w14:textId="77777777" w:rsidTr="005776F9">
        <w:trPr>
          <w:jc w:val="center"/>
        </w:trPr>
        <w:tc>
          <w:tcPr>
            <w:tcW w:w="512" w:type="dxa"/>
            <w:vAlign w:val="center"/>
          </w:tcPr>
          <w:p w14:paraId="2AC4EDBD" w14:textId="77777777" w:rsidR="00666E7C" w:rsidRDefault="00666E7C">
            <w:pPr>
              <w:jc w:val="center"/>
            </w:pPr>
          </w:p>
        </w:tc>
        <w:tc>
          <w:tcPr>
            <w:tcW w:w="3565" w:type="dxa"/>
            <w:vAlign w:val="center"/>
          </w:tcPr>
          <w:p w14:paraId="2FE5F1B1" w14:textId="77777777" w:rsidR="00666E7C" w:rsidRDefault="00666E7C">
            <w:pPr>
              <w:jc w:val="center"/>
              <w:rPr>
                <w:lang w:bidi="gu-IN"/>
              </w:rPr>
            </w:pPr>
          </w:p>
          <w:p w14:paraId="5FE14619" w14:textId="77777777" w:rsidR="004E1833" w:rsidRDefault="004E1833">
            <w:pPr>
              <w:jc w:val="center"/>
              <w:rPr>
                <w:lang w:bidi="gu-IN"/>
              </w:rPr>
            </w:pPr>
          </w:p>
        </w:tc>
        <w:tc>
          <w:tcPr>
            <w:tcW w:w="709" w:type="dxa"/>
            <w:vAlign w:val="center"/>
          </w:tcPr>
          <w:p w14:paraId="604B1023" w14:textId="77777777" w:rsidR="00666E7C" w:rsidRDefault="00666E7C">
            <w:pPr>
              <w:jc w:val="center"/>
            </w:pPr>
          </w:p>
        </w:tc>
        <w:tc>
          <w:tcPr>
            <w:tcW w:w="851" w:type="dxa"/>
            <w:vAlign w:val="center"/>
          </w:tcPr>
          <w:p w14:paraId="3AB6ED80" w14:textId="77777777" w:rsidR="00666E7C" w:rsidRDefault="00666E7C">
            <w:pPr>
              <w:jc w:val="center"/>
            </w:pPr>
          </w:p>
        </w:tc>
        <w:tc>
          <w:tcPr>
            <w:tcW w:w="1062" w:type="dxa"/>
            <w:vAlign w:val="center"/>
          </w:tcPr>
          <w:p w14:paraId="16C218BA" w14:textId="77777777" w:rsidR="00666E7C" w:rsidRDefault="00666E7C">
            <w:pPr>
              <w:jc w:val="center"/>
            </w:pPr>
          </w:p>
        </w:tc>
        <w:tc>
          <w:tcPr>
            <w:tcW w:w="1400" w:type="dxa"/>
            <w:vAlign w:val="center"/>
          </w:tcPr>
          <w:p w14:paraId="2F3B4727" w14:textId="77777777" w:rsidR="00666E7C" w:rsidRDefault="00666E7C">
            <w:pPr>
              <w:jc w:val="center"/>
            </w:pPr>
          </w:p>
        </w:tc>
        <w:tc>
          <w:tcPr>
            <w:tcW w:w="1202" w:type="dxa"/>
            <w:vAlign w:val="center"/>
          </w:tcPr>
          <w:p w14:paraId="102563C2" w14:textId="77777777" w:rsidR="00666E7C" w:rsidRDefault="00666E7C">
            <w:pPr>
              <w:jc w:val="center"/>
            </w:pPr>
          </w:p>
        </w:tc>
        <w:tc>
          <w:tcPr>
            <w:tcW w:w="1227" w:type="dxa"/>
            <w:vAlign w:val="center"/>
          </w:tcPr>
          <w:p w14:paraId="0570D2FC" w14:textId="77777777" w:rsidR="00666E7C" w:rsidRDefault="00666E7C">
            <w:pPr>
              <w:jc w:val="center"/>
            </w:pPr>
          </w:p>
        </w:tc>
      </w:tr>
      <w:tr w:rsidR="00666E7C" w14:paraId="79FF0FDF" w14:textId="77777777" w:rsidTr="005776F9">
        <w:trPr>
          <w:jc w:val="center"/>
        </w:trPr>
        <w:tc>
          <w:tcPr>
            <w:tcW w:w="512" w:type="dxa"/>
            <w:vAlign w:val="center"/>
          </w:tcPr>
          <w:p w14:paraId="39C2A84F" w14:textId="77777777" w:rsidR="00666E7C" w:rsidRDefault="00666E7C">
            <w:pPr>
              <w:jc w:val="center"/>
            </w:pPr>
          </w:p>
        </w:tc>
        <w:tc>
          <w:tcPr>
            <w:tcW w:w="3565" w:type="dxa"/>
            <w:vAlign w:val="center"/>
          </w:tcPr>
          <w:p w14:paraId="7A17FDC9" w14:textId="77777777" w:rsidR="00666E7C" w:rsidRDefault="00666E7C">
            <w:pPr>
              <w:jc w:val="center"/>
              <w:rPr>
                <w:lang w:bidi="gu-IN"/>
              </w:rPr>
            </w:pPr>
          </w:p>
          <w:p w14:paraId="7BBFA7FA" w14:textId="77777777" w:rsidR="004E1833" w:rsidRDefault="004E1833">
            <w:pPr>
              <w:jc w:val="center"/>
              <w:rPr>
                <w:lang w:bidi="gu-IN"/>
              </w:rPr>
            </w:pPr>
          </w:p>
        </w:tc>
        <w:tc>
          <w:tcPr>
            <w:tcW w:w="709" w:type="dxa"/>
            <w:vAlign w:val="center"/>
          </w:tcPr>
          <w:p w14:paraId="029C1464" w14:textId="77777777" w:rsidR="00666E7C" w:rsidRDefault="00666E7C">
            <w:pPr>
              <w:jc w:val="center"/>
            </w:pPr>
          </w:p>
        </w:tc>
        <w:tc>
          <w:tcPr>
            <w:tcW w:w="851" w:type="dxa"/>
            <w:vAlign w:val="center"/>
          </w:tcPr>
          <w:p w14:paraId="38C6E977" w14:textId="77777777" w:rsidR="00666E7C" w:rsidRDefault="00666E7C">
            <w:pPr>
              <w:jc w:val="center"/>
            </w:pPr>
          </w:p>
        </w:tc>
        <w:tc>
          <w:tcPr>
            <w:tcW w:w="1062" w:type="dxa"/>
            <w:vAlign w:val="center"/>
          </w:tcPr>
          <w:p w14:paraId="41F7495B" w14:textId="77777777" w:rsidR="00666E7C" w:rsidRDefault="00666E7C">
            <w:pPr>
              <w:jc w:val="center"/>
            </w:pPr>
          </w:p>
        </w:tc>
        <w:tc>
          <w:tcPr>
            <w:tcW w:w="1400" w:type="dxa"/>
            <w:vAlign w:val="center"/>
          </w:tcPr>
          <w:p w14:paraId="46C611B5" w14:textId="77777777" w:rsidR="00666E7C" w:rsidRDefault="00666E7C">
            <w:pPr>
              <w:jc w:val="center"/>
            </w:pPr>
          </w:p>
        </w:tc>
        <w:tc>
          <w:tcPr>
            <w:tcW w:w="1202" w:type="dxa"/>
            <w:vAlign w:val="center"/>
          </w:tcPr>
          <w:p w14:paraId="37A22AF1" w14:textId="77777777" w:rsidR="00666E7C" w:rsidRDefault="00666E7C">
            <w:pPr>
              <w:jc w:val="center"/>
            </w:pPr>
          </w:p>
        </w:tc>
        <w:tc>
          <w:tcPr>
            <w:tcW w:w="1227" w:type="dxa"/>
            <w:vAlign w:val="center"/>
          </w:tcPr>
          <w:p w14:paraId="63561F63" w14:textId="77777777" w:rsidR="00666E7C" w:rsidRDefault="00666E7C">
            <w:pPr>
              <w:jc w:val="center"/>
            </w:pPr>
          </w:p>
        </w:tc>
      </w:tr>
      <w:tr w:rsidR="00666E7C" w14:paraId="76607590" w14:textId="77777777" w:rsidTr="005776F9">
        <w:trPr>
          <w:jc w:val="center"/>
        </w:trPr>
        <w:tc>
          <w:tcPr>
            <w:tcW w:w="512" w:type="dxa"/>
            <w:vAlign w:val="center"/>
          </w:tcPr>
          <w:p w14:paraId="4910E854" w14:textId="77777777" w:rsidR="00666E7C" w:rsidRDefault="00666E7C">
            <w:pPr>
              <w:jc w:val="center"/>
            </w:pPr>
          </w:p>
        </w:tc>
        <w:tc>
          <w:tcPr>
            <w:tcW w:w="3565" w:type="dxa"/>
            <w:vAlign w:val="center"/>
          </w:tcPr>
          <w:p w14:paraId="374B7532" w14:textId="77777777" w:rsidR="00666E7C" w:rsidRDefault="00666E7C">
            <w:pPr>
              <w:jc w:val="center"/>
              <w:rPr>
                <w:lang w:bidi="gu-IN"/>
              </w:rPr>
            </w:pPr>
          </w:p>
          <w:p w14:paraId="5E384E87" w14:textId="77777777" w:rsidR="004E1833" w:rsidRDefault="004E1833">
            <w:pPr>
              <w:jc w:val="center"/>
              <w:rPr>
                <w:lang w:bidi="gu-IN"/>
              </w:rPr>
            </w:pPr>
          </w:p>
          <w:p w14:paraId="28ADC458" w14:textId="77777777" w:rsidR="004E1833" w:rsidRDefault="004E1833">
            <w:pPr>
              <w:jc w:val="center"/>
              <w:rPr>
                <w:lang w:bidi="gu-IN"/>
              </w:rPr>
            </w:pPr>
          </w:p>
        </w:tc>
        <w:tc>
          <w:tcPr>
            <w:tcW w:w="709" w:type="dxa"/>
            <w:vAlign w:val="center"/>
          </w:tcPr>
          <w:p w14:paraId="2D52380A" w14:textId="77777777" w:rsidR="00666E7C" w:rsidRDefault="00666E7C">
            <w:pPr>
              <w:jc w:val="center"/>
            </w:pPr>
          </w:p>
        </w:tc>
        <w:tc>
          <w:tcPr>
            <w:tcW w:w="851" w:type="dxa"/>
            <w:vAlign w:val="center"/>
          </w:tcPr>
          <w:p w14:paraId="463CA9D4" w14:textId="77777777" w:rsidR="00666E7C" w:rsidRDefault="00666E7C">
            <w:pPr>
              <w:jc w:val="center"/>
            </w:pPr>
          </w:p>
        </w:tc>
        <w:tc>
          <w:tcPr>
            <w:tcW w:w="1062" w:type="dxa"/>
            <w:vAlign w:val="center"/>
          </w:tcPr>
          <w:p w14:paraId="204C0DD3" w14:textId="77777777" w:rsidR="00666E7C" w:rsidRDefault="00666E7C">
            <w:pPr>
              <w:jc w:val="center"/>
            </w:pPr>
          </w:p>
        </w:tc>
        <w:tc>
          <w:tcPr>
            <w:tcW w:w="1400" w:type="dxa"/>
            <w:vAlign w:val="center"/>
          </w:tcPr>
          <w:p w14:paraId="20BB0908" w14:textId="77777777" w:rsidR="00666E7C" w:rsidRDefault="00666E7C">
            <w:pPr>
              <w:jc w:val="center"/>
            </w:pPr>
          </w:p>
        </w:tc>
        <w:tc>
          <w:tcPr>
            <w:tcW w:w="1202" w:type="dxa"/>
            <w:vAlign w:val="center"/>
          </w:tcPr>
          <w:p w14:paraId="42564648" w14:textId="77777777" w:rsidR="00666E7C" w:rsidRDefault="00666E7C">
            <w:pPr>
              <w:jc w:val="center"/>
            </w:pPr>
          </w:p>
        </w:tc>
        <w:tc>
          <w:tcPr>
            <w:tcW w:w="1227" w:type="dxa"/>
            <w:vAlign w:val="center"/>
          </w:tcPr>
          <w:p w14:paraId="02D311D9" w14:textId="77777777" w:rsidR="00666E7C" w:rsidRDefault="00666E7C">
            <w:pPr>
              <w:jc w:val="center"/>
            </w:pPr>
          </w:p>
        </w:tc>
      </w:tr>
      <w:tr w:rsidR="00666E7C" w14:paraId="64BCDA9D" w14:textId="77777777" w:rsidTr="005776F9">
        <w:trPr>
          <w:jc w:val="center"/>
        </w:trPr>
        <w:tc>
          <w:tcPr>
            <w:tcW w:w="512" w:type="dxa"/>
            <w:vAlign w:val="center"/>
          </w:tcPr>
          <w:p w14:paraId="6D8B1D4F" w14:textId="77777777" w:rsidR="00666E7C" w:rsidRDefault="00666E7C">
            <w:pPr>
              <w:jc w:val="center"/>
            </w:pPr>
          </w:p>
        </w:tc>
        <w:tc>
          <w:tcPr>
            <w:tcW w:w="3565" w:type="dxa"/>
            <w:vAlign w:val="center"/>
          </w:tcPr>
          <w:p w14:paraId="219F1C1B" w14:textId="77777777" w:rsidR="00666E7C" w:rsidRDefault="00666E7C">
            <w:pPr>
              <w:jc w:val="center"/>
              <w:rPr>
                <w:lang w:bidi="gu-IN"/>
              </w:rPr>
            </w:pPr>
          </w:p>
          <w:p w14:paraId="0CF0442E" w14:textId="77777777" w:rsidR="004E1833" w:rsidRDefault="004E1833">
            <w:pPr>
              <w:jc w:val="center"/>
              <w:rPr>
                <w:lang w:bidi="gu-IN"/>
              </w:rPr>
            </w:pPr>
          </w:p>
        </w:tc>
        <w:tc>
          <w:tcPr>
            <w:tcW w:w="709" w:type="dxa"/>
            <w:vAlign w:val="center"/>
          </w:tcPr>
          <w:p w14:paraId="78746283" w14:textId="77777777" w:rsidR="00666E7C" w:rsidRDefault="00666E7C">
            <w:pPr>
              <w:jc w:val="center"/>
            </w:pPr>
          </w:p>
        </w:tc>
        <w:tc>
          <w:tcPr>
            <w:tcW w:w="851" w:type="dxa"/>
            <w:vAlign w:val="center"/>
          </w:tcPr>
          <w:p w14:paraId="23F43893" w14:textId="77777777" w:rsidR="00666E7C" w:rsidRDefault="00666E7C">
            <w:pPr>
              <w:jc w:val="center"/>
            </w:pPr>
          </w:p>
        </w:tc>
        <w:tc>
          <w:tcPr>
            <w:tcW w:w="1062" w:type="dxa"/>
            <w:vAlign w:val="center"/>
          </w:tcPr>
          <w:p w14:paraId="6B2B11FA" w14:textId="77777777" w:rsidR="00666E7C" w:rsidRDefault="00666E7C">
            <w:pPr>
              <w:jc w:val="center"/>
            </w:pPr>
          </w:p>
        </w:tc>
        <w:tc>
          <w:tcPr>
            <w:tcW w:w="1400" w:type="dxa"/>
            <w:vAlign w:val="center"/>
          </w:tcPr>
          <w:p w14:paraId="6E5D94F6" w14:textId="77777777" w:rsidR="00666E7C" w:rsidRDefault="00666E7C">
            <w:pPr>
              <w:jc w:val="center"/>
            </w:pPr>
          </w:p>
        </w:tc>
        <w:tc>
          <w:tcPr>
            <w:tcW w:w="1202" w:type="dxa"/>
            <w:vAlign w:val="center"/>
          </w:tcPr>
          <w:p w14:paraId="17288600" w14:textId="77777777" w:rsidR="00666E7C" w:rsidRDefault="00666E7C">
            <w:pPr>
              <w:jc w:val="center"/>
            </w:pPr>
          </w:p>
        </w:tc>
        <w:tc>
          <w:tcPr>
            <w:tcW w:w="1227" w:type="dxa"/>
            <w:vAlign w:val="center"/>
          </w:tcPr>
          <w:p w14:paraId="08A95F62" w14:textId="77777777" w:rsidR="00666E7C" w:rsidRDefault="00666E7C">
            <w:pPr>
              <w:jc w:val="center"/>
            </w:pPr>
          </w:p>
        </w:tc>
      </w:tr>
      <w:tr w:rsidR="00666E7C" w14:paraId="0BB70672" w14:textId="77777777" w:rsidTr="005776F9">
        <w:trPr>
          <w:jc w:val="center"/>
        </w:trPr>
        <w:tc>
          <w:tcPr>
            <w:tcW w:w="512" w:type="dxa"/>
            <w:vAlign w:val="center"/>
          </w:tcPr>
          <w:p w14:paraId="3C1B92BA" w14:textId="77777777" w:rsidR="00666E7C" w:rsidRDefault="00666E7C">
            <w:pPr>
              <w:jc w:val="center"/>
            </w:pPr>
          </w:p>
        </w:tc>
        <w:tc>
          <w:tcPr>
            <w:tcW w:w="3565" w:type="dxa"/>
            <w:vAlign w:val="center"/>
          </w:tcPr>
          <w:p w14:paraId="3078E62A" w14:textId="77777777" w:rsidR="00666E7C" w:rsidRDefault="00666E7C">
            <w:pPr>
              <w:jc w:val="center"/>
              <w:rPr>
                <w:lang w:bidi="gu-IN"/>
              </w:rPr>
            </w:pPr>
          </w:p>
          <w:p w14:paraId="08D8AD4F" w14:textId="77777777" w:rsidR="004E1833" w:rsidRDefault="004E1833">
            <w:pPr>
              <w:jc w:val="center"/>
              <w:rPr>
                <w:lang w:bidi="gu-IN"/>
              </w:rPr>
            </w:pPr>
          </w:p>
        </w:tc>
        <w:tc>
          <w:tcPr>
            <w:tcW w:w="709" w:type="dxa"/>
            <w:vAlign w:val="center"/>
          </w:tcPr>
          <w:p w14:paraId="7B7D6AF7" w14:textId="77777777" w:rsidR="00666E7C" w:rsidRDefault="00666E7C">
            <w:pPr>
              <w:jc w:val="center"/>
            </w:pPr>
          </w:p>
        </w:tc>
        <w:tc>
          <w:tcPr>
            <w:tcW w:w="851" w:type="dxa"/>
            <w:vAlign w:val="center"/>
          </w:tcPr>
          <w:p w14:paraId="157D7993" w14:textId="77777777" w:rsidR="00666E7C" w:rsidRDefault="00666E7C">
            <w:pPr>
              <w:jc w:val="center"/>
            </w:pPr>
          </w:p>
        </w:tc>
        <w:tc>
          <w:tcPr>
            <w:tcW w:w="1062" w:type="dxa"/>
            <w:vAlign w:val="center"/>
          </w:tcPr>
          <w:p w14:paraId="09ADA8FD" w14:textId="77777777" w:rsidR="00666E7C" w:rsidRDefault="00666E7C">
            <w:pPr>
              <w:jc w:val="center"/>
            </w:pPr>
          </w:p>
        </w:tc>
        <w:tc>
          <w:tcPr>
            <w:tcW w:w="1400" w:type="dxa"/>
            <w:vAlign w:val="center"/>
          </w:tcPr>
          <w:p w14:paraId="6638A84E" w14:textId="77777777" w:rsidR="00666E7C" w:rsidRDefault="00666E7C">
            <w:pPr>
              <w:jc w:val="center"/>
            </w:pPr>
          </w:p>
        </w:tc>
        <w:tc>
          <w:tcPr>
            <w:tcW w:w="1202" w:type="dxa"/>
            <w:vAlign w:val="center"/>
          </w:tcPr>
          <w:p w14:paraId="269DB398" w14:textId="77777777" w:rsidR="00666E7C" w:rsidRDefault="00666E7C">
            <w:pPr>
              <w:jc w:val="center"/>
            </w:pPr>
          </w:p>
        </w:tc>
        <w:tc>
          <w:tcPr>
            <w:tcW w:w="1227" w:type="dxa"/>
            <w:vAlign w:val="center"/>
          </w:tcPr>
          <w:p w14:paraId="0AFFA058" w14:textId="77777777" w:rsidR="00666E7C" w:rsidRDefault="00666E7C">
            <w:pPr>
              <w:jc w:val="center"/>
            </w:pPr>
          </w:p>
        </w:tc>
      </w:tr>
      <w:tr w:rsidR="00666E7C" w14:paraId="4844A66E" w14:textId="77777777" w:rsidTr="005776F9">
        <w:trPr>
          <w:jc w:val="center"/>
        </w:trPr>
        <w:tc>
          <w:tcPr>
            <w:tcW w:w="512" w:type="dxa"/>
            <w:vAlign w:val="center"/>
          </w:tcPr>
          <w:p w14:paraId="077EF8EB" w14:textId="77777777" w:rsidR="00666E7C" w:rsidRDefault="00666E7C">
            <w:pPr>
              <w:jc w:val="center"/>
            </w:pPr>
          </w:p>
        </w:tc>
        <w:tc>
          <w:tcPr>
            <w:tcW w:w="3565" w:type="dxa"/>
            <w:vAlign w:val="center"/>
          </w:tcPr>
          <w:p w14:paraId="30973647" w14:textId="77777777" w:rsidR="00666E7C" w:rsidRDefault="00666E7C">
            <w:pPr>
              <w:jc w:val="center"/>
              <w:rPr>
                <w:lang w:bidi="gu-IN"/>
              </w:rPr>
            </w:pPr>
          </w:p>
          <w:p w14:paraId="2D1FF702" w14:textId="77777777" w:rsidR="004E1833" w:rsidRDefault="004E1833">
            <w:pPr>
              <w:jc w:val="center"/>
              <w:rPr>
                <w:lang w:bidi="gu-IN"/>
              </w:rPr>
            </w:pPr>
          </w:p>
        </w:tc>
        <w:tc>
          <w:tcPr>
            <w:tcW w:w="709" w:type="dxa"/>
            <w:vAlign w:val="center"/>
          </w:tcPr>
          <w:p w14:paraId="3E53E4F0" w14:textId="77777777" w:rsidR="00666E7C" w:rsidRDefault="00666E7C">
            <w:pPr>
              <w:jc w:val="center"/>
            </w:pPr>
          </w:p>
        </w:tc>
        <w:tc>
          <w:tcPr>
            <w:tcW w:w="851" w:type="dxa"/>
            <w:vAlign w:val="center"/>
          </w:tcPr>
          <w:p w14:paraId="3382A387" w14:textId="77777777" w:rsidR="00666E7C" w:rsidRDefault="00666E7C">
            <w:pPr>
              <w:jc w:val="center"/>
            </w:pPr>
          </w:p>
        </w:tc>
        <w:tc>
          <w:tcPr>
            <w:tcW w:w="1062" w:type="dxa"/>
            <w:vAlign w:val="center"/>
          </w:tcPr>
          <w:p w14:paraId="35C851CD" w14:textId="77777777" w:rsidR="00666E7C" w:rsidRDefault="00666E7C">
            <w:pPr>
              <w:jc w:val="center"/>
            </w:pPr>
          </w:p>
        </w:tc>
        <w:tc>
          <w:tcPr>
            <w:tcW w:w="1400" w:type="dxa"/>
            <w:vAlign w:val="center"/>
          </w:tcPr>
          <w:p w14:paraId="60F7048E" w14:textId="77777777" w:rsidR="00666E7C" w:rsidRDefault="00666E7C">
            <w:pPr>
              <w:jc w:val="center"/>
            </w:pPr>
          </w:p>
        </w:tc>
        <w:tc>
          <w:tcPr>
            <w:tcW w:w="1202" w:type="dxa"/>
            <w:vAlign w:val="center"/>
          </w:tcPr>
          <w:p w14:paraId="7F76A8AE" w14:textId="77777777" w:rsidR="00666E7C" w:rsidRDefault="00666E7C">
            <w:pPr>
              <w:jc w:val="center"/>
            </w:pPr>
          </w:p>
        </w:tc>
        <w:tc>
          <w:tcPr>
            <w:tcW w:w="1227" w:type="dxa"/>
            <w:vAlign w:val="center"/>
          </w:tcPr>
          <w:p w14:paraId="06320709" w14:textId="77777777" w:rsidR="00666E7C" w:rsidRDefault="00666E7C">
            <w:pPr>
              <w:jc w:val="center"/>
            </w:pPr>
          </w:p>
        </w:tc>
      </w:tr>
    </w:tbl>
    <w:p w14:paraId="0CB1B2B7" w14:textId="1FC63853" w:rsidR="00666E7C" w:rsidRDefault="00000000">
      <w:pPr>
        <w:pStyle w:val="Heading1"/>
      </w:pPr>
      <w:r>
        <w:rPr>
          <w:rFonts w:ascii="Noto Sans Gujarati" w:eastAsia="Noto Sans Gujarati" w:hAnsi="Noto Sans Gujarati"/>
        </w:rPr>
        <w:t xml:space="preserve">8. </w:t>
      </w:r>
      <w:proofErr w:type="spellStart"/>
      <w:r>
        <w:rPr>
          <w:rFonts w:ascii="Noto Sans Gujarati" w:eastAsia="Noto Sans Gujarati" w:hAnsi="Noto Sans Gujarati"/>
        </w:rPr>
        <w:t>ઉપચારાત્મક</w:t>
      </w:r>
      <w:proofErr w:type="spellEnd"/>
      <w:r>
        <w:rPr>
          <w:rFonts w:ascii="Noto Sans Gujarati" w:eastAsia="Noto Sans Gujarati" w:hAnsi="Noto Sans Gujarati"/>
        </w:rPr>
        <w:t xml:space="preserve"> </w:t>
      </w:r>
      <w:proofErr w:type="spellStart"/>
      <w:r>
        <w:rPr>
          <w:rFonts w:ascii="Noto Sans Gujarati" w:eastAsia="Noto Sans Gujarati" w:hAnsi="Noto Sans Gujarati"/>
        </w:rPr>
        <w:t>કાર્ય</w:t>
      </w:r>
      <w:proofErr w:type="spellEnd"/>
      <w:r>
        <w:rPr>
          <w:rFonts w:ascii="Noto Sans Gujarati" w:eastAsia="Noto Sans Gujarati" w:hAnsi="Noto Sans Gujarati"/>
        </w:rPr>
        <w:t xml:space="preserve"> </w:t>
      </w:r>
      <w:proofErr w:type="spellStart"/>
      <w:r>
        <w:rPr>
          <w:rFonts w:ascii="Noto Sans Gujarati" w:eastAsia="Noto Sans Gujarati" w:hAnsi="Noto Sans Gujarati"/>
        </w:rPr>
        <w:t>માટે</w:t>
      </w:r>
      <w:proofErr w:type="spellEnd"/>
      <w:r>
        <w:rPr>
          <w:rFonts w:ascii="Noto Sans Gujarati" w:eastAsia="Noto Sans Gujarati" w:hAnsi="Noto Sans Gujarati"/>
        </w:rPr>
        <w:t xml:space="preserve"> </w:t>
      </w:r>
      <w:proofErr w:type="spellStart"/>
      <w:r>
        <w:rPr>
          <w:rFonts w:ascii="Noto Sans Gujarati" w:eastAsia="Noto Sans Gujarati" w:hAnsi="Noto Sans Gujarati"/>
        </w:rPr>
        <w:t>વિદ્યાર્થીઓ</w:t>
      </w:r>
      <w:proofErr w:type="spellEnd"/>
      <w:r>
        <w:rPr>
          <w:rFonts w:ascii="Noto Sans Gujarati" w:eastAsia="Noto Sans Gujarati" w:hAnsi="Noto Sans Gujarati"/>
        </w:rPr>
        <w:t xml:space="preserve"> તારવવાની નોંધ</w:t>
      </w:r>
    </w:p>
    <w:tbl>
      <w:tblPr>
        <w:tblStyle w:val="TableGrid"/>
        <w:tblW w:w="0" w:type="auto"/>
        <w:jc w:val="center"/>
        <w:tblLook w:val="04A0" w:firstRow="1" w:lastRow="0" w:firstColumn="1" w:lastColumn="0" w:noHBand="0" w:noVBand="1"/>
      </w:tblPr>
      <w:tblGrid>
        <w:gridCol w:w="431"/>
        <w:gridCol w:w="4179"/>
        <w:gridCol w:w="693"/>
        <w:gridCol w:w="1719"/>
        <w:gridCol w:w="1719"/>
        <w:gridCol w:w="1719"/>
      </w:tblGrid>
      <w:tr w:rsidR="00666E7C" w14:paraId="4ABE4BEB" w14:textId="77777777" w:rsidTr="0093526E">
        <w:trPr>
          <w:jc w:val="center"/>
        </w:trPr>
        <w:tc>
          <w:tcPr>
            <w:tcW w:w="431" w:type="dxa"/>
            <w:shd w:val="clear" w:color="auto" w:fill="D9EAF7"/>
            <w:vAlign w:val="center"/>
          </w:tcPr>
          <w:p w14:paraId="1821C769" w14:textId="77777777" w:rsidR="00666E7C" w:rsidRDefault="00000000">
            <w:pPr>
              <w:jc w:val="center"/>
            </w:pPr>
            <w:proofErr w:type="spellStart"/>
            <w:r>
              <w:rPr>
                <w:b/>
                <w:sz w:val="18"/>
              </w:rPr>
              <w:t>ક્રમ</w:t>
            </w:r>
            <w:proofErr w:type="spellEnd"/>
          </w:p>
        </w:tc>
        <w:tc>
          <w:tcPr>
            <w:tcW w:w="4179" w:type="dxa"/>
            <w:shd w:val="clear" w:color="auto" w:fill="D9EAF7"/>
            <w:vAlign w:val="center"/>
          </w:tcPr>
          <w:p w14:paraId="62EBD212" w14:textId="77777777" w:rsidR="00666E7C" w:rsidRDefault="00000000">
            <w:pPr>
              <w:jc w:val="center"/>
            </w:pPr>
            <w:r>
              <w:rPr>
                <w:b/>
                <w:sz w:val="18"/>
              </w:rPr>
              <w:t>વિદ્યાર્થી</w:t>
            </w:r>
          </w:p>
        </w:tc>
        <w:tc>
          <w:tcPr>
            <w:tcW w:w="693" w:type="dxa"/>
            <w:shd w:val="clear" w:color="auto" w:fill="D9EAF7"/>
            <w:vAlign w:val="center"/>
          </w:tcPr>
          <w:p w14:paraId="0BE6EEF5" w14:textId="77777777" w:rsidR="00666E7C" w:rsidRDefault="00000000">
            <w:pPr>
              <w:jc w:val="center"/>
            </w:pPr>
            <w:r>
              <w:rPr>
                <w:b/>
                <w:sz w:val="18"/>
              </w:rPr>
              <w:t>ધોરણ</w:t>
            </w:r>
          </w:p>
        </w:tc>
        <w:tc>
          <w:tcPr>
            <w:tcW w:w="1719" w:type="dxa"/>
            <w:shd w:val="clear" w:color="auto" w:fill="D9EAF7"/>
            <w:vAlign w:val="center"/>
          </w:tcPr>
          <w:p w14:paraId="3569EE7E" w14:textId="77777777" w:rsidR="00666E7C" w:rsidRDefault="00000000">
            <w:pPr>
              <w:jc w:val="center"/>
            </w:pPr>
            <w:r>
              <w:rPr>
                <w:b/>
                <w:sz w:val="18"/>
              </w:rPr>
              <w:t>મુશ્કેલીવાળો વિષય/કૌશલ્ય</w:t>
            </w:r>
          </w:p>
        </w:tc>
        <w:tc>
          <w:tcPr>
            <w:tcW w:w="1719" w:type="dxa"/>
            <w:shd w:val="clear" w:color="auto" w:fill="D9EAF7"/>
            <w:vAlign w:val="center"/>
          </w:tcPr>
          <w:p w14:paraId="3BEF282C" w14:textId="77777777" w:rsidR="00666E7C" w:rsidRDefault="00000000">
            <w:pPr>
              <w:jc w:val="center"/>
            </w:pPr>
            <w:r>
              <w:rPr>
                <w:b/>
                <w:sz w:val="18"/>
              </w:rPr>
              <w:t>ઉપચારાત્મક કાર્ય</w:t>
            </w:r>
          </w:p>
        </w:tc>
        <w:tc>
          <w:tcPr>
            <w:tcW w:w="1719" w:type="dxa"/>
            <w:shd w:val="clear" w:color="auto" w:fill="D9EAF7"/>
            <w:vAlign w:val="center"/>
          </w:tcPr>
          <w:p w14:paraId="60E4F600" w14:textId="77777777" w:rsidR="00666E7C" w:rsidRDefault="00000000">
            <w:pPr>
              <w:jc w:val="center"/>
            </w:pPr>
            <w:r>
              <w:rPr>
                <w:b/>
                <w:sz w:val="18"/>
              </w:rPr>
              <w:t>પુનઃમૂલ્યાંકન</w:t>
            </w:r>
          </w:p>
        </w:tc>
      </w:tr>
      <w:tr w:rsidR="00666E7C" w14:paraId="164B1176" w14:textId="77777777" w:rsidTr="0093526E">
        <w:trPr>
          <w:jc w:val="center"/>
        </w:trPr>
        <w:tc>
          <w:tcPr>
            <w:tcW w:w="431" w:type="dxa"/>
            <w:vAlign w:val="center"/>
          </w:tcPr>
          <w:p w14:paraId="649B84E1" w14:textId="77777777" w:rsidR="00666E7C" w:rsidRDefault="00666E7C">
            <w:pPr>
              <w:jc w:val="center"/>
              <w:rPr>
                <w:lang w:bidi="gu-IN"/>
              </w:rPr>
            </w:pPr>
          </w:p>
          <w:p w14:paraId="0173621F" w14:textId="77777777" w:rsidR="0093526E" w:rsidRDefault="0093526E">
            <w:pPr>
              <w:jc w:val="center"/>
              <w:rPr>
                <w:lang w:bidi="gu-IN"/>
              </w:rPr>
            </w:pPr>
          </w:p>
        </w:tc>
        <w:tc>
          <w:tcPr>
            <w:tcW w:w="4179" w:type="dxa"/>
            <w:vAlign w:val="center"/>
          </w:tcPr>
          <w:p w14:paraId="4287FA61" w14:textId="77777777" w:rsidR="00666E7C" w:rsidRDefault="00666E7C">
            <w:pPr>
              <w:jc w:val="center"/>
            </w:pPr>
          </w:p>
        </w:tc>
        <w:tc>
          <w:tcPr>
            <w:tcW w:w="693" w:type="dxa"/>
            <w:vAlign w:val="center"/>
          </w:tcPr>
          <w:p w14:paraId="759D4124" w14:textId="77777777" w:rsidR="00666E7C" w:rsidRDefault="00666E7C">
            <w:pPr>
              <w:jc w:val="center"/>
            </w:pPr>
          </w:p>
        </w:tc>
        <w:tc>
          <w:tcPr>
            <w:tcW w:w="1719" w:type="dxa"/>
            <w:vAlign w:val="center"/>
          </w:tcPr>
          <w:p w14:paraId="2CD8E895" w14:textId="77777777" w:rsidR="00666E7C" w:rsidRDefault="00666E7C">
            <w:pPr>
              <w:jc w:val="center"/>
            </w:pPr>
          </w:p>
        </w:tc>
        <w:tc>
          <w:tcPr>
            <w:tcW w:w="1719" w:type="dxa"/>
            <w:vAlign w:val="center"/>
          </w:tcPr>
          <w:p w14:paraId="185F6231" w14:textId="77777777" w:rsidR="00666E7C" w:rsidRDefault="00666E7C">
            <w:pPr>
              <w:jc w:val="center"/>
            </w:pPr>
          </w:p>
        </w:tc>
        <w:tc>
          <w:tcPr>
            <w:tcW w:w="1719" w:type="dxa"/>
            <w:vAlign w:val="center"/>
          </w:tcPr>
          <w:p w14:paraId="1E469EE9" w14:textId="77777777" w:rsidR="00666E7C" w:rsidRDefault="00666E7C">
            <w:pPr>
              <w:jc w:val="center"/>
            </w:pPr>
          </w:p>
        </w:tc>
      </w:tr>
      <w:tr w:rsidR="00666E7C" w14:paraId="0BC35144" w14:textId="77777777" w:rsidTr="0093526E">
        <w:trPr>
          <w:jc w:val="center"/>
        </w:trPr>
        <w:tc>
          <w:tcPr>
            <w:tcW w:w="431" w:type="dxa"/>
            <w:vAlign w:val="center"/>
          </w:tcPr>
          <w:p w14:paraId="346673C9" w14:textId="77777777" w:rsidR="00666E7C" w:rsidRDefault="00666E7C">
            <w:pPr>
              <w:jc w:val="center"/>
              <w:rPr>
                <w:lang w:bidi="gu-IN"/>
              </w:rPr>
            </w:pPr>
          </w:p>
          <w:p w14:paraId="58E993EA" w14:textId="77777777" w:rsidR="0093526E" w:rsidRDefault="0093526E">
            <w:pPr>
              <w:jc w:val="center"/>
              <w:rPr>
                <w:lang w:bidi="gu-IN"/>
              </w:rPr>
            </w:pPr>
          </w:p>
        </w:tc>
        <w:tc>
          <w:tcPr>
            <w:tcW w:w="4179" w:type="dxa"/>
            <w:vAlign w:val="center"/>
          </w:tcPr>
          <w:p w14:paraId="13DC4CC1" w14:textId="77777777" w:rsidR="00666E7C" w:rsidRDefault="00666E7C">
            <w:pPr>
              <w:jc w:val="center"/>
            </w:pPr>
          </w:p>
        </w:tc>
        <w:tc>
          <w:tcPr>
            <w:tcW w:w="693" w:type="dxa"/>
            <w:vAlign w:val="center"/>
          </w:tcPr>
          <w:p w14:paraId="05794C4D" w14:textId="77777777" w:rsidR="00666E7C" w:rsidRDefault="00666E7C">
            <w:pPr>
              <w:jc w:val="center"/>
            </w:pPr>
          </w:p>
        </w:tc>
        <w:tc>
          <w:tcPr>
            <w:tcW w:w="1719" w:type="dxa"/>
            <w:vAlign w:val="center"/>
          </w:tcPr>
          <w:p w14:paraId="1970E4B1" w14:textId="77777777" w:rsidR="00666E7C" w:rsidRDefault="00666E7C">
            <w:pPr>
              <w:jc w:val="center"/>
            </w:pPr>
          </w:p>
        </w:tc>
        <w:tc>
          <w:tcPr>
            <w:tcW w:w="1719" w:type="dxa"/>
            <w:vAlign w:val="center"/>
          </w:tcPr>
          <w:p w14:paraId="1B020F0E" w14:textId="77777777" w:rsidR="00666E7C" w:rsidRDefault="00666E7C">
            <w:pPr>
              <w:jc w:val="center"/>
            </w:pPr>
          </w:p>
        </w:tc>
        <w:tc>
          <w:tcPr>
            <w:tcW w:w="1719" w:type="dxa"/>
            <w:vAlign w:val="center"/>
          </w:tcPr>
          <w:p w14:paraId="39083AC4" w14:textId="77777777" w:rsidR="00666E7C" w:rsidRDefault="00666E7C">
            <w:pPr>
              <w:jc w:val="center"/>
            </w:pPr>
          </w:p>
        </w:tc>
      </w:tr>
      <w:tr w:rsidR="00666E7C" w14:paraId="33B2CAED" w14:textId="77777777" w:rsidTr="0093526E">
        <w:trPr>
          <w:jc w:val="center"/>
        </w:trPr>
        <w:tc>
          <w:tcPr>
            <w:tcW w:w="431" w:type="dxa"/>
            <w:vAlign w:val="center"/>
          </w:tcPr>
          <w:p w14:paraId="6CAF6696" w14:textId="77777777" w:rsidR="00666E7C" w:rsidRDefault="00666E7C">
            <w:pPr>
              <w:jc w:val="center"/>
              <w:rPr>
                <w:lang w:bidi="gu-IN"/>
              </w:rPr>
            </w:pPr>
          </w:p>
          <w:p w14:paraId="5F114BEF" w14:textId="77777777" w:rsidR="0093526E" w:rsidRDefault="0093526E">
            <w:pPr>
              <w:jc w:val="center"/>
              <w:rPr>
                <w:lang w:bidi="gu-IN"/>
              </w:rPr>
            </w:pPr>
          </w:p>
        </w:tc>
        <w:tc>
          <w:tcPr>
            <w:tcW w:w="4179" w:type="dxa"/>
            <w:vAlign w:val="center"/>
          </w:tcPr>
          <w:p w14:paraId="359AEC70" w14:textId="77777777" w:rsidR="00666E7C" w:rsidRDefault="00666E7C">
            <w:pPr>
              <w:jc w:val="center"/>
            </w:pPr>
          </w:p>
        </w:tc>
        <w:tc>
          <w:tcPr>
            <w:tcW w:w="693" w:type="dxa"/>
            <w:vAlign w:val="center"/>
          </w:tcPr>
          <w:p w14:paraId="136D4BA6" w14:textId="77777777" w:rsidR="00666E7C" w:rsidRDefault="00666E7C">
            <w:pPr>
              <w:jc w:val="center"/>
            </w:pPr>
          </w:p>
        </w:tc>
        <w:tc>
          <w:tcPr>
            <w:tcW w:w="1719" w:type="dxa"/>
            <w:vAlign w:val="center"/>
          </w:tcPr>
          <w:p w14:paraId="62FBD34E" w14:textId="77777777" w:rsidR="00666E7C" w:rsidRDefault="00666E7C">
            <w:pPr>
              <w:jc w:val="center"/>
            </w:pPr>
          </w:p>
        </w:tc>
        <w:tc>
          <w:tcPr>
            <w:tcW w:w="1719" w:type="dxa"/>
            <w:vAlign w:val="center"/>
          </w:tcPr>
          <w:p w14:paraId="71E6336C" w14:textId="77777777" w:rsidR="00666E7C" w:rsidRDefault="00666E7C">
            <w:pPr>
              <w:jc w:val="center"/>
            </w:pPr>
          </w:p>
        </w:tc>
        <w:tc>
          <w:tcPr>
            <w:tcW w:w="1719" w:type="dxa"/>
            <w:vAlign w:val="center"/>
          </w:tcPr>
          <w:p w14:paraId="274F9924" w14:textId="77777777" w:rsidR="00666E7C" w:rsidRDefault="00666E7C">
            <w:pPr>
              <w:jc w:val="center"/>
            </w:pPr>
          </w:p>
        </w:tc>
      </w:tr>
      <w:tr w:rsidR="00666E7C" w14:paraId="3A152D7C" w14:textId="77777777" w:rsidTr="0093526E">
        <w:trPr>
          <w:jc w:val="center"/>
        </w:trPr>
        <w:tc>
          <w:tcPr>
            <w:tcW w:w="431" w:type="dxa"/>
            <w:vAlign w:val="center"/>
          </w:tcPr>
          <w:p w14:paraId="26C1E225" w14:textId="77777777" w:rsidR="00666E7C" w:rsidRDefault="00666E7C">
            <w:pPr>
              <w:jc w:val="center"/>
              <w:rPr>
                <w:lang w:bidi="gu-IN"/>
              </w:rPr>
            </w:pPr>
          </w:p>
          <w:p w14:paraId="6D1FBF8F" w14:textId="77777777" w:rsidR="0093526E" w:rsidRDefault="0093526E">
            <w:pPr>
              <w:jc w:val="center"/>
              <w:rPr>
                <w:lang w:bidi="gu-IN"/>
              </w:rPr>
            </w:pPr>
          </w:p>
        </w:tc>
        <w:tc>
          <w:tcPr>
            <w:tcW w:w="4179" w:type="dxa"/>
            <w:vAlign w:val="center"/>
          </w:tcPr>
          <w:p w14:paraId="7604CC81" w14:textId="77777777" w:rsidR="00666E7C" w:rsidRDefault="00666E7C">
            <w:pPr>
              <w:jc w:val="center"/>
            </w:pPr>
          </w:p>
        </w:tc>
        <w:tc>
          <w:tcPr>
            <w:tcW w:w="693" w:type="dxa"/>
            <w:vAlign w:val="center"/>
          </w:tcPr>
          <w:p w14:paraId="31265EEF" w14:textId="77777777" w:rsidR="00666E7C" w:rsidRDefault="00666E7C">
            <w:pPr>
              <w:jc w:val="center"/>
            </w:pPr>
          </w:p>
        </w:tc>
        <w:tc>
          <w:tcPr>
            <w:tcW w:w="1719" w:type="dxa"/>
            <w:vAlign w:val="center"/>
          </w:tcPr>
          <w:p w14:paraId="2814CA39" w14:textId="77777777" w:rsidR="00666E7C" w:rsidRDefault="00666E7C">
            <w:pPr>
              <w:jc w:val="center"/>
            </w:pPr>
          </w:p>
        </w:tc>
        <w:tc>
          <w:tcPr>
            <w:tcW w:w="1719" w:type="dxa"/>
            <w:vAlign w:val="center"/>
          </w:tcPr>
          <w:p w14:paraId="409EA68D" w14:textId="77777777" w:rsidR="00666E7C" w:rsidRDefault="00666E7C">
            <w:pPr>
              <w:jc w:val="center"/>
            </w:pPr>
          </w:p>
        </w:tc>
        <w:tc>
          <w:tcPr>
            <w:tcW w:w="1719" w:type="dxa"/>
            <w:vAlign w:val="center"/>
          </w:tcPr>
          <w:p w14:paraId="216851C1" w14:textId="77777777" w:rsidR="00666E7C" w:rsidRDefault="00666E7C">
            <w:pPr>
              <w:jc w:val="center"/>
            </w:pPr>
          </w:p>
        </w:tc>
      </w:tr>
      <w:tr w:rsidR="00666E7C" w14:paraId="523AA83D" w14:textId="77777777" w:rsidTr="0093526E">
        <w:trPr>
          <w:jc w:val="center"/>
        </w:trPr>
        <w:tc>
          <w:tcPr>
            <w:tcW w:w="431" w:type="dxa"/>
            <w:vAlign w:val="center"/>
          </w:tcPr>
          <w:p w14:paraId="56949B7B" w14:textId="77777777" w:rsidR="00666E7C" w:rsidRDefault="00666E7C">
            <w:pPr>
              <w:jc w:val="center"/>
              <w:rPr>
                <w:lang w:bidi="gu-IN"/>
              </w:rPr>
            </w:pPr>
          </w:p>
          <w:p w14:paraId="597EB5C1" w14:textId="77777777" w:rsidR="0093526E" w:rsidRDefault="0093526E">
            <w:pPr>
              <w:jc w:val="center"/>
              <w:rPr>
                <w:lang w:bidi="gu-IN"/>
              </w:rPr>
            </w:pPr>
          </w:p>
        </w:tc>
        <w:tc>
          <w:tcPr>
            <w:tcW w:w="4179" w:type="dxa"/>
            <w:vAlign w:val="center"/>
          </w:tcPr>
          <w:p w14:paraId="6D0F806E" w14:textId="77777777" w:rsidR="00666E7C" w:rsidRDefault="00666E7C">
            <w:pPr>
              <w:jc w:val="center"/>
            </w:pPr>
          </w:p>
        </w:tc>
        <w:tc>
          <w:tcPr>
            <w:tcW w:w="693" w:type="dxa"/>
            <w:vAlign w:val="center"/>
          </w:tcPr>
          <w:p w14:paraId="06BEFB91" w14:textId="77777777" w:rsidR="00666E7C" w:rsidRDefault="00666E7C">
            <w:pPr>
              <w:jc w:val="center"/>
            </w:pPr>
          </w:p>
        </w:tc>
        <w:tc>
          <w:tcPr>
            <w:tcW w:w="1719" w:type="dxa"/>
            <w:vAlign w:val="center"/>
          </w:tcPr>
          <w:p w14:paraId="67C5AA09" w14:textId="77777777" w:rsidR="00666E7C" w:rsidRDefault="00666E7C">
            <w:pPr>
              <w:jc w:val="center"/>
            </w:pPr>
          </w:p>
        </w:tc>
        <w:tc>
          <w:tcPr>
            <w:tcW w:w="1719" w:type="dxa"/>
            <w:vAlign w:val="center"/>
          </w:tcPr>
          <w:p w14:paraId="25191C99" w14:textId="77777777" w:rsidR="00666E7C" w:rsidRDefault="00666E7C">
            <w:pPr>
              <w:jc w:val="center"/>
            </w:pPr>
          </w:p>
        </w:tc>
        <w:tc>
          <w:tcPr>
            <w:tcW w:w="1719" w:type="dxa"/>
            <w:vAlign w:val="center"/>
          </w:tcPr>
          <w:p w14:paraId="4F6AE0B0" w14:textId="77777777" w:rsidR="00666E7C" w:rsidRDefault="00666E7C">
            <w:pPr>
              <w:jc w:val="center"/>
            </w:pPr>
          </w:p>
        </w:tc>
      </w:tr>
      <w:tr w:rsidR="00666E7C" w14:paraId="0AD0E218" w14:textId="77777777" w:rsidTr="0093526E">
        <w:trPr>
          <w:jc w:val="center"/>
        </w:trPr>
        <w:tc>
          <w:tcPr>
            <w:tcW w:w="431" w:type="dxa"/>
            <w:vAlign w:val="center"/>
          </w:tcPr>
          <w:p w14:paraId="726CE8C7" w14:textId="77777777" w:rsidR="00666E7C" w:rsidRDefault="00666E7C">
            <w:pPr>
              <w:jc w:val="center"/>
              <w:rPr>
                <w:lang w:bidi="gu-IN"/>
              </w:rPr>
            </w:pPr>
          </w:p>
          <w:p w14:paraId="2F550002" w14:textId="77777777" w:rsidR="0093526E" w:rsidRDefault="0093526E">
            <w:pPr>
              <w:jc w:val="center"/>
              <w:rPr>
                <w:lang w:bidi="gu-IN"/>
              </w:rPr>
            </w:pPr>
          </w:p>
        </w:tc>
        <w:tc>
          <w:tcPr>
            <w:tcW w:w="4179" w:type="dxa"/>
            <w:vAlign w:val="center"/>
          </w:tcPr>
          <w:p w14:paraId="6AEE0A04" w14:textId="77777777" w:rsidR="00666E7C" w:rsidRDefault="00666E7C">
            <w:pPr>
              <w:jc w:val="center"/>
            </w:pPr>
          </w:p>
        </w:tc>
        <w:tc>
          <w:tcPr>
            <w:tcW w:w="693" w:type="dxa"/>
            <w:vAlign w:val="center"/>
          </w:tcPr>
          <w:p w14:paraId="49032B9F" w14:textId="77777777" w:rsidR="00666E7C" w:rsidRDefault="00666E7C">
            <w:pPr>
              <w:jc w:val="center"/>
            </w:pPr>
          </w:p>
        </w:tc>
        <w:tc>
          <w:tcPr>
            <w:tcW w:w="1719" w:type="dxa"/>
            <w:vAlign w:val="center"/>
          </w:tcPr>
          <w:p w14:paraId="19AD4975" w14:textId="77777777" w:rsidR="00666E7C" w:rsidRDefault="00666E7C">
            <w:pPr>
              <w:jc w:val="center"/>
            </w:pPr>
          </w:p>
        </w:tc>
        <w:tc>
          <w:tcPr>
            <w:tcW w:w="1719" w:type="dxa"/>
            <w:vAlign w:val="center"/>
          </w:tcPr>
          <w:p w14:paraId="27E7C70D" w14:textId="77777777" w:rsidR="00666E7C" w:rsidRDefault="00666E7C">
            <w:pPr>
              <w:jc w:val="center"/>
            </w:pPr>
          </w:p>
        </w:tc>
        <w:tc>
          <w:tcPr>
            <w:tcW w:w="1719" w:type="dxa"/>
            <w:vAlign w:val="center"/>
          </w:tcPr>
          <w:p w14:paraId="01CC0462" w14:textId="77777777" w:rsidR="00666E7C" w:rsidRDefault="00666E7C">
            <w:pPr>
              <w:jc w:val="center"/>
            </w:pPr>
          </w:p>
        </w:tc>
      </w:tr>
      <w:tr w:rsidR="00666E7C" w14:paraId="017047B0" w14:textId="77777777" w:rsidTr="0093526E">
        <w:trPr>
          <w:jc w:val="center"/>
        </w:trPr>
        <w:tc>
          <w:tcPr>
            <w:tcW w:w="431" w:type="dxa"/>
            <w:vAlign w:val="center"/>
          </w:tcPr>
          <w:p w14:paraId="293767D2" w14:textId="77777777" w:rsidR="00666E7C" w:rsidRDefault="00666E7C">
            <w:pPr>
              <w:jc w:val="center"/>
              <w:rPr>
                <w:lang w:bidi="gu-IN"/>
              </w:rPr>
            </w:pPr>
          </w:p>
          <w:p w14:paraId="0A7E78EF" w14:textId="77777777" w:rsidR="0093526E" w:rsidRDefault="0093526E">
            <w:pPr>
              <w:jc w:val="center"/>
              <w:rPr>
                <w:lang w:bidi="gu-IN"/>
              </w:rPr>
            </w:pPr>
          </w:p>
        </w:tc>
        <w:tc>
          <w:tcPr>
            <w:tcW w:w="4179" w:type="dxa"/>
            <w:vAlign w:val="center"/>
          </w:tcPr>
          <w:p w14:paraId="30F21480" w14:textId="77777777" w:rsidR="00666E7C" w:rsidRDefault="00666E7C">
            <w:pPr>
              <w:jc w:val="center"/>
            </w:pPr>
          </w:p>
        </w:tc>
        <w:tc>
          <w:tcPr>
            <w:tcW w:w="693" w:type="dxa"/>
            <w:vAlign w:val="center"/>
          </w:tcPr>
          <w:p w14:paraId="5209391C" w14:textId="77777777" w:rsidR="00666E7C" w:rsidRDefault="00666E7C">
            <w:pPr>
              <w:jc w:val="center"/>
            </w:pPr>
          </w:p>
        </w:tc>
        <w:tc>
          <w:tcPr>
            <w:tcW w:w="1719" w:type="dxa"/>
            <w:vAlign w:val="center"/>
          </w:tcPr>
          <w:p w14:paraId="46E0CC7A" w14:textId="77777777" w:rsidR="00666E7C" w:rsidRDefault="00666E7C">
            <w:pPr>
              <w:jc w:val="center"/>
            </w:pPr>
          </w:p>
        </w:tc>
        <w:tc>
          <w:tcPr>
            <w:tcW w:w="1719" w:type="dxa"/>
            <w:vAlign w:val="center"/>
          </w:tcPr>
          <w:p w14:paraId="39112DFA" w14:textId="77777777" w:rsidR="00666E7C" w:rsidRDefault="00666E7C">
            <w:pPr>
              <w:jc w:val="center"/>
            </w:pPr>
          </w:p>
        </w:tc>
        <w:tc>
          <w:tcPr>
            <w:tcW w:w="1719" w:type="dxa"/>
            <w:vAlign w:val="center"/>
          </w:tcPr>
          <w:p w14:paraId="631D9880" w14:textId="77777777" w:rsidR="00666E7C" w:rsidRDefault="00666E7C">
            <w:pPr>
              <w:jc w:val="center"/>
            </w:pPr>
          </w:p>
        </w:tc>
      </w:tr>
      <w:tr w:rsidR="00666E7C" w14:paraId="452E0B3F" w14:textId="77777777" w:rsidTr="0093526E">
        <w:trPr>
          <w:jc w:val="center"/>
        </w:trPr>
        <w:tc>
          <w:tcPr>
            <w:tcW w:w="431" w:type="dxa"/>
            <w:vAlign w:val="center"/>
          </w:tcPr>
          <w:p w14:paraId="2747B62D" w14:textId="77777777" w:rsidR="00666E7C" w:rsidRDefault="00666E7C">
            <w:pPr>
              <w:jc w:val="center"/>
              <w:rPr>
                <w:lang w:bidi="gu-IN"/>
              </w:rPr>
            </w:pPr>
          </w:p>
          <w:p w14:paraId="4B7ACE9A" w14:textId="77777777" w:rsidR="0093526E" w:rsidRDefault="0093526E">
            <w:pPr>
              <w:jc w:val="center"/>
              <w:rPr>
                <w:lang w:bidi="gu-IN"/>
              </w:rPr>
            </w:pPr>
          </w:p>
        </w:tc>
        <w:tc>
          <w:tcPr>
            <w:tcW w:w="4179" w:type="dxa"/>
            <w:vAlign w:val="center"/>
          </w:tcPr>
          <w:p w14:paraId="4154D578" w14:textId="77777777" w:rsidR="00666E7C" w:rsidRDefault="00666E7C">
            <w:pPr>
              <w:jc w:val="center"/>
            </w:pPr>
          </w:p>
        </w:tc>
        <w:tc>
          <w:tcPr>
            <w:tcW w:w="693" w:type="dxa"/>
            <w:vAlign w:val="center"/>
          </w:tcPr>
          <w:p w14:paraId="6E8E34A2" w14:textId="77777777" w:rsidR="00666E7C" w:rsidRDefault="00666E7C">
            <w:pPr>
              <w:jc w:val="center"/>
            </w:pPr>
          </w:p>
        </w:tc>
        <w:tc>
          <w:tcPr>
            <w:tcW w:w="1719" w:type="dxa"/>
            <w:vAlign w:val="center"/>
          </w:tcPr>
          <w:p w14:paraId="60861519" w14:textId="77777777" w:rsidR="00666E7C" w:rsidRDefault="00666E7C">
            <w:pPr>
              <w:jc w:val="center"/>
            </w:pPr>
          </w:p>
        </w:tc>
        <w:tc>
          <w:tcPr>
            <w:tcW w:w="1719" w:type="dxa"/>
            <w:vAlign w:val="center"/>
          </w:tcPr>
          <w:p w14:paraId="12E44FCE" w14:textId="77777777" w:rsidR="00666E7C" w:rsidRDefault="00666E7C">
            <w:pPr>
              <w:jc w:val="center"/>
            </w:pPr>
          </w:p>
        </w:tc>
        <w:tc>
          <w:tcPr>
            <w:tcW w:w="1719" w:type="dxa"/>
            <w:vAlign w:val="center"/>
          </w:tcPr>
          <w:p w14:paraId="5BD63EA4" w14:textId="77777777" w:rsidR="00666E7C" w:rsidRDefault="00666E7C">
            <w:pPr>
              <w:jc w:val="center"/>
            </w:pPr>
          </w:p>
        </w:tc>
      </w:tr>
      <w:tr w:rsidR="00666E7C" w14:paraId="4ACBF7BB" w14:textId="77777777" w:rsidTr="0093526E">
        <w:trPr>
          <w:jc w:val="center"/>
        </w:trPr>
        <w:tc>
          <w:tcPr>
            <w:tcW w:w="431" w:type="dxa"/>
            <w:vAlign w:val="center"/>
          </w:tcPr>
          <w:p w14:paraId="69632428" w14:textId="77777777" w:rsidR="00666E7C" w:rsidRDefault="00666E7C">
            <w:pPr>
              <w:jc w:val="center"/>
              <w:rPr>
                <w:lang w:bidi="gu-IN"/>
              </w:rPr>
            </w:pPr>
          </w:p>
          <w:p w14:paraId="1272386C" w14:textId="77777777" w:rsidR="0093526E" w:rsidRDefault="0093526E">
            <w:pPr>
              <w:jc w:val="center"/>
              <w:rPr>
                <w:lang w:bidi="gu-IN"/>
              </w:rPr>
            </w:pPr>
          </w:p>
        </w:tc>
        <w:tc>
          <w:tcPr>
            <w:tcW w:w="4179" w:type="dxa"/>
            <w:vAlign w:val="center"/>
          </w:tcPr>
          <w:p w14:paraId="42EB341E" w14:textId="77777777" w:rsidR="00666E7C" w:rsidRDefault="00666E7C">
            <w:pPr>
              <w:jc w:val="center"/>
            </w:pPr>
          </w:p>
        </w:tc>
        <w:tc>
          <w:tcPr>
            <w:tcW w:w="693" w:type="dxa"/>
            <w:vAlign w:val="center"/>
          </w:tcPr>
          <w:p w14:paraId="543B352B" w14:textId="77777777" w:rsidR="00666E7C" w:rsidRDefault="00666E7C">
            <w:pPr>
              <w:jc w:val="center"/>
            </w:pPr>
          </w:p>
        </w:tc>
        <w:tc>
          <w:tcPr>
            <w:tcW w:w="1719" w:type="dxa"/>
            <w:vAlign w:val="center"/>
          </w:tcPr>
          <w:p w14:paraId="7E739D64" w14:textId="77777777" w:rsidR="00666E7C" w:rsidRDefault="00666E7C">
            <w:pPr>
              <w:jc w:val="center"/>
            </w:pPr>
          </w:p>
        </w:tc>
        <w:tc>
          <w:tcPr>
            <w:tcW w:w="1719" w:type="dxa"/>
            <w:vAlign w:val="center"/>
          </w:tcPr>
          <w:p w14:paraId="3469FF50" w14:textId="77777777" w:rsidR="00666E7C" w:rsidRDefault="00666E7C">
            <w:pPr>
              <w:jc w:val="center"/>
            </w:pPr>
          </w:p>
        </w:tc>
        <w:tc>
          <w:tcPr>
            <w:tcW w:w="1719" w:type="dxa"/>
            <w:vAlign w:val="center"/>
          </w:tcPr>
          <w:p w14:paraId="61746ECF" w14:textId="77777777" w:rsidR="00666E7C" w:rsidRDefault="00666E7C">
            <w:pPr>
              <w:jc w:val="center"/>
            </w:pPr>
          </w:p>
        </w:tc>
      </w:tr>
      <w:tr w:rsidR="00666E7C" w14:paraId="43C07CA0" w14:textId="77777777" w:rsidTr="0093526E">
        <w:trPr>
          <w:jc w:val="center"/>
        </w:trPr>
        <w:tc>
          <w:tcPr>
            <w:tcW w:w="431" w:type="dxa"/>
            <w:vAlign w:val="center"/>
          </w:tcPr>
          <w:p w14:paraId="0A016397" w14:textId="77777777" w:rsidR="00666E7C" w:rsidRDefault="00666E7C">
            <w:pPr>
              <w:jc w:val="center"/>
              <w:rPr>
                <w:lang w:bidi="gu-IN"/>
              </w:rPr>
            </w:pPr>
          </w:p>
          <w:p w14:paraId="0DEB966E" w14:textId="77777777" w:rsidR="0093526E" w:rsidRDefault="0093526E">
            <w:pPr>
              <w:jc w:val="center"/>
              <w:rPr>
                <w:lang w:bidi="gu-IN"/>
              </w:rPr>
            </w:pPr>
          </w:p>
        </w:tc>
        <w:tc>
          <w:tcPr>
            <w:tcW w:w="4179" w:type="dxa"/>
            <w:vAlign w:val="center"/>
          </w:tcPr>
          <w:p w14:paraId="21F6B71B" w14:textId="77777777" w:rsidR="00666E7C" w:rsidRDefault="00666E7C">
            <w:pPr>
              <w:jc w:val="center"/>
            </w:pPr>
          </w:p>
        </w:tc>
        <w:tc>
          <w:tcPr>
            <w:tcW w:w="693" w:type="dxa"/>
            <w:vAlign w:val="center"/>
          </w:tcPr>
          <w:p w14:paraId="10DB42AE" w14:textId="77777777" w:rsidR="00666E7C" w:rsidRDefault="00666E7C">
            <w:pPr>
              <w:jc w:val="center"/>
            </w:pPr>
          </w:p>
        </w:tc>
        <w:tc>
          <w:tcPr>
            <w:tcW w:w="1719" w:type="dxa"/>
            <w:vAlign w:val="center"/>
          </w:tcPr>
          <w:p w14:paraId="4699C5B5" w14:textId="77777777" w:rsidR="00666E7C" w:rsidRDefault="00666E7C">
            <w:pPr>
              <w:jc w:val="center"/>
            </w:pPr>
          </w:p>
        </w:tc>
        <w:tc>
          <w:tcPr>
            <w:tcW w:w="1719" w:type="dxa"/>
            <w:vAlign w:val="center"/>
          </w:tcPr>
          <w:p w14:paraId="144288F3" w14:textId="77777777" w:rsidR="00666E7C" w:rsidRDefault="00666E7C">
            <w:pPr>
              <w:jc w:val="center"/>
            </w:pPr>
          </w:p>
        </w:tc>
        <w:tc>
          <w:tcPr>
            <w:tcW w:w="1719" w:type="dxa"/>
            <w:vAlign w:val="center"/>
          </w:tcPr>
          <w:p w14:paraId="578C7DBC" w14:textId="77777777" w:rsidR="00666E7C" w:rsidRDefault="00666E7C">
            <w:pPr>
              <w:jc w:val="center"/>
            </w:pPr>
          </w:p>
        </w:tc>
      </w:tr>
    </w:tbl>
    <w:p w14:paraId="3D981AAD" w14:textId="6F769ED7" w:rsidR="00666E7C" w:rsidRDefault="00000000" w:rsidP="003079B2">
      <w:r>
        <w:t>9. મૂલ્યાંકનના આધારે આગળની કામગીરી</w:t>
      </w:r>
    </w:p>
    <w:p w14:paraId="0F4423C9" w14:textId="77777777" w:rsidR="00666E7C" w:rsidRDefault="00000000">
      <w:pPr>
        <w:jc w:val="both"/>
      </w:pPr>
      <w:r>
        <w:t>ત્રિમાસિક મૂલ્યાંકન પૂર્ણ થયા બાદ દરેક વિદ્યાર્થીની કામગીરીનું વિશ્લેષણ કરવામાં આવશે. જે વિદ્યાર્થીઓને કોઈ ચોક્કસ વિષય અથવા કૌશલ્યમાં મુશ્કેલી જણાશે તેમને તારવીને ઉપચારાત્મક કાર્યનું આયોજન કરવામાં આવશે. ઉપચારાત્મક કાર્ય દરમિયાન વિદ્યાર્થીને તેની જરૂરિયાત મુજબ વ્યક્તિગત માર્ગદર્શન, નાના જૂથમાં પ્રવૃત્તિ, પુનરાવર્તન, વાંચન-લેખન અભ્યાસ, ગણિતીય પ્રેક્ટિસ અને કૌશલ્ય આધારિત પ્રવૃત્તિઓ કરાવવામાં આવશે.</w:t>
      </w:r>
    </w:p>
    <w:p w14:paraId="441D8DB1" w14:textId="0C3FE679" w:rsidR="00666E7C" w:rsidRDefault="00000000">
      <w:pPr>
        <w:jc w:val="both"/>
      </w:pPr>
      <w:proofErr w:type="spellStart"/>
      <w:r>
        <w:t>ઉપચારાત્મક</w:t>
      </w:r>
      <w:proofErr w:type="spellEnd"/>
      <w:r>
        <w:t xml:space="preserve"> </w:t>
      </w:r>
      <w:proofErr w:type="spellStart"/>
      <w:r>
        <w:t>કાર્યની</w:t>
      </w:r>
      <w:proofErr w:type="spellEnd"/>
      <w:r>
        <w:t xml:space="preserve"> </w:t>
      </w:r>
      <w:proofErr w:type="spellStart"/>
      <w:r>
        <w:t>નોંધ</w:t>
      </w:r>
      <w:proofErr w:type="spellEnd"/>
      <w:r>
        <w:t xml:space="preserve"> </w:t>
      </w:r>
      <w:proofErr w:type="spellStart"/>
      <w:r>
        <w:t>અલગ</w:t>
      </w:r>
      <w:proofErr w:type="spellEnd"/>
      <w:r>
        <w:t xml:space="preserve"> </w:t>
      </w:r>
      <w:proofErr w:type="spellStart"/>
      <w:r>
        <w:t>નોટ</w:t>
      </w:r>
      <w:proofErr w:type="spellEnd"/>
      <w:r>
        <w:t xml:space="preserve">/FLN </w:t>
      </w:r>
      <w:proofErr w:type="spellStart"/>
      <w:r>
        <w:t>નોંધમાં</w:t>
      </w:r>
      <w:proofErr w:type="spellEnd"/>
      <w:r>
        <w:t xml:space="preserve"> </w:t>
      </w:r>
      <w:proofErr w:type="spellStart"/>
      <w:r>
        <w:t>રાખી</w:t>
      </w:r>
      <w:proofErr w:type="spellEnd"/>
      <w:r>
        <w:t xml:space="preserve"> </w:t>
      </w:r>
      <w:r w:rsidR="004E1833">
        <w:rPr>
          <w:rFonts w:hint="cs"/>
          <w:cs/>
          <w:lang w:bidi="gu-IN"/>
        </w:rPr>
        <w:t>છે.</w:t>
      </w:r>
      <w:r>
        <w:t xml:space="preserve"> </w:t>
      </w:r>
      <w:proofErr w:type="spellStart"/>
      <w:r>
        <w:t>અને</w:t>
      </w:r>
      <w:proofErr w:type="spellEnd"/>
      <w:r>
        <w:t xml:space="preserve"> </w:t>
      </w:r>
      <w:r w:rsidR="004E1833">
        <w:rPr>
          <w:rFonts w:hint="cs"/>
          <w:cs/>
          <w:lang w:bidi="gu-IN"/>
        </w:rPr>
        <w:t>તેનાઆધારે</w:t>
      </w:r>
      <w:r>
        <w:t xml:space="preserve"> </w:t>
      </w:r>
      <w:proofErr w:type="spellStart"/>
      <w:r>
        <w:t>પુનઃમૂલ્યાંકન</w:t>
      </w:r>
      <w:proofErr w:type="spellEnd"/>
      <w:r w:rsidR="004E1833">
        <w:rPr>
          <w:rFonts w:hint="cs"/>
          <w:cs/>
          <w:lang w:bidi="gu-IN"/>
        </w:rPr>
        <w:t xml:space="preserve"> મીડ લાઈન અને પછી એન્ડ લાઈન મૂલ્યાંકન</w:t>
      </w:r>
      <w:r>
        <w:t xml:space="preserve"> </w:t>
      </w:r>
      <w:proofErr w:type="spellStart"/>
      <w:r>
        <w:t>કરીને</w:t>
      </w:r>
      <w:proofErr w:type="spellEnd"/>
      <w:r>
        <w:t xml:space="preserve"> </w:t>
      </w:r>
      <w:proofErr w:type="spellStart"/>
      <w:r>
        <w:t>વિદ્યાર્થીની</w:t>
      </w:r>
      <w:proofErr w:type="spellEnd"/>
      <w:r>
        <w:t xml:space="preserve"> </w:t>
      </w:r>
      <w:proofErr w:type="spellStart"/>
      <w:r>
        <w:t>પ્રગતિ</w:t>
      </w:r>
      <w:proofErr w:type="spellEnd"/>
      <w:r>
        <w:t xml:space="preserve"> </w:t>
      </w:r>
      <w:proofErr w:type="spellStart"/>
      <w:r>
        <w:t>ચકાસવામાં</w:t>
      </w:r>
      <w:proofErr w:type="spellEnd"/>
      <w:r>
        <w:t xml:space="preserve"> </w:t>
      </w:r>
      <w:proofErr w:type="spellStart"/>
      <w:r>
        <w:t>આવશે</w:t>
      </w:r>
      <w:proofErr w:type="spellEnd"/>
      <w:r>
        <w:t>. આ રીતે ત્રિમાસિક કસોટી માત્ર પરીક્ષા ન રહેતાં વિદ્યાર્થીઓની શૈક્ષણિક જરૂરિયાત ઓળખવા અને આગળના શિક્ષણ આયોજન માટે આધારરૂપ બનશે.</w:t>
      </w:r>
    </w:p>
    <w:p w14:paraId="3CD19791" w14:textId="77777777" w:rsidR="00666E7C" w:rsidRDefault="00000000">
      <w:pPr>
        <w:pStyle w:val="Heading1"/>
      </w:pPr>
      <w:r>
        <w:rPr>
          <w:rFonts w:ascii="Noto Sans Gujarati" w:eastAsia="Noto Sans Gujarati" w:hAnsi="Noto Sans Gujarati"/>
        </w:rPr>
        <w:lastRenderedPageBreak/>
        <w:t>10. નિષ્કર્ષ</w:t>
      </w:r>
    </w:p>
    <w:p w14:paraId="4FB06E77" w14:textId="77777777" w:rsidR="00666E7C" w:rsidRDefault="00000000">
      <w:pPr>
        <w:jc w:val="both"/>
      </w:pPr>
      <w:r>
        <w:t>શાળામાં સત્રશરૂઆતની વહીવટી તથા ઓનલાઈન કામગીરીને કારણે તમામ વિષયનું સંપૂર્ણ બેઝલાઈન એસેસમેન્ટ શરૂઆતમાં એકસાથે કરવું શક્ય બન્યું નથી. તેમ છતાં વાંચન, ગણન અને લેખનનું મૂલ્યાંકન કરવામાં આવ્યું છે. હવે 17/08/2026થી યોજાનાર ત્રિમાસિક મૂલ્યાંકન દ્વારા ધોરણ 3 થી 5ના દરેક બાળકનું પૂર્ણ થયેલ અભ્યાસક્રમના આધારે તમામ વિષયમાં મૂલ્યાંકન કરવામાં આવશે. પરિણામના આધારે દરેક બાળકની શૈક્ષણિક સ્થિતિ જાણી શકાશે અને ઉપચારાત્મક કાર્યની જરૂરિયાત ધરાવતા વિદ્યાર્થીઓને તારવી યોગ્ય શૈક્ષણિક પ્રયત્નો કરવામાં આવશે.</w:t>
      </w:r>
    </w:p>
    <w:p w14:paraId="3E8AAE70" w14:textId="77777777" w:rsidR="00666E7C" w:rsidRDefault="00000000">
      <w:pPr>
        <w:jc w:val="both"/>
      </w:pPr>
      <w:r>
        <w:t>આ પ્રક્રિયાથી શાળામાં બાળક આધારિત આયોજન, સતત અનુસરણ અને જરૂરિયાત મુજબ ઉપચારાત્મક શિક્ષણ માટે વ્યવસ્થિત પુરાવો ઉપલબ્ધ રહેશે.</w:t>
      </w:r>
    </w:p>
    <w:p w14:paraId="6952C50B" w14:textId="77777777" w:rsidR="00666E7C" w:rsidRDefault="00000000">
      <w:pPr>
        <w:pStyle w:val="Heading1"/>
      </w:pPr>
      <w:r>
        <w:rPr>
          <w:rFonts w:ascii="Noto Sans Gujarati" w:eastAsia="Noto Sans Gujarati" w:hAnsi="Noto Sans Gujarati"/>
        </w:rPr>
        <w:t>11. ફોટોગ્રાફિક પુરાવા માટે</w:t>
      </w:r>
    </w:p>
    <w:tbl>
      <w:tblPr>
        <w:tblStyle w:val="TableGrid"/>
        <w:tblW w:w="10884" w:type="dxa"/>
        <w:jc w:val="center"/>
        <w:tblLook w:val="04A0" w:firstRow="1" w:lastRow="0" w:firstColumn="1" w:lastColumn="0" w:noHBand="0" w:noVBand="1"/>
      </w:tblPr>
      <w:tblGrid>
        <w:gridCol w:w="3628"/>
        <w:gridCol w:w="3628"/>
        <w:gridCol w:w="3628"/>
      </w:tblGrid>
      <w:tr w:rsidR="00666E7C" w14:paraId="331AA9FA" w14:textId="77777777" w:rsidTr="003079B2">
        <w:trPr>
          <w:trHeight w:val="551"/>
          <w:jc w:val="center"/>
        </w:trPr>
        <w:tc>
          <w:tcPr>
            <w:tcW w:w="3628" w:type="dxa"/>
            <w:shd w:val="clear" w:color="auto" w:fill="D9EAF7"/>
            <w:vAlign w:val="center"/>
          </w:tcPr>
          <w:p w14:paraId="275E2657" w14:textId="77777777" w:rsidR="00666E7C" w:rsidRDefault="00000000">
            <w:pPr>
              <w:jc w:val="center"/>
            </w:pPr>
            <w:r>
              <w:rPr>
                <w:b/>
                <w:sz w:val="18"/>
              </w:rPr>
              <w:t>ફોટો</w:t>
            </w:r>
          </w:p>
        </w:tc>
        <w:tc>
          <w:tcPr>
            <w:tcW w:w="3628" w:type="dxa"/>
            <w:shd w:val="clear" w:color="auto" w:fill="D9EAF7"/>
            <w:vAlign w:val="center"/>
          </w:tcPr>
          <w:p w14:paraId="61F1AE4C" w14:textId="77777777" w:rsidR="00666E7C" w:rsidRDefault="00000000">
            <w:pPr>
              <w:jc w:val="center"/>
            </w:pPr>
            <w:r>
              <w:rPr>
                <w:b/>
                <w:sz w:val="18"/>
              </w:rPr>
              <w:t>અહીં ફોટો લગાવવો</w:t>
            </w:r>
          </w:p>
        </w:tc>
        <w:tc>
          <w:tcPr>
            <w:tcW w:w="3628" w:type="dxa"/>
            <w:shd w:val="clear" w:color="auto" w:fill="D9EAF7"/>
            <w:vAlign w:val="center"/>
          </w:tcPr>
          <w:p w14:paraId="0FB87985" w14:textId="77777777" w:rsidR="00666E7C" w:rsidRDefault="00000000">
            <w:pPr>
              <w:jc w:val="center"/>
            </w:pPr>
            <w:r>
              <w:rPr>
                <w:b/>
                <w:sz w:val="18"/>
              </w:rPr>
              <w:t>વિગત/તારીખ</w:t>
            </w:r>
          </w:p>
        </w:tc>
      </w:tr>
      <w:tr w:rsidR="00666E7C" w14:paraId="736C75E3" w14:textId="77777777" w:rsidTr="003079B2">
        <w:trPr>
          <w:trHeight w:val="2965"/>
          <w:jc w:val="center"/>
        </w:trPr>
        <w:tc>
          <w:tcPr>
            <w:tcW w:w="3628" w:type="dxa"/>
            <w:vAlign w:val="center"/>
          </w:tcPr>
          <w:p w14:paraId="20F79A50" w14:textId="77777777" w:rsidR="00666E7C" w:rsidRDefault="00000000">
            <w:pPr>
              <w:jc w:val="center"/>
            </w:pPr>
            <w:r>
              <w:rPr>
                <w:sz w:val="18"/>
              </w:rPr>
              <w:t>1</w:t>
            </w:r>
          </w:p>
        </w:tc>
        <w:tc>
          <w:tcPr>
            <w:tcW w:w="3628" w:type="dxa"/>
            <w:vAlign w:val="center"/>
          </w:tcPr>
          <w:p w14:paraId="55E7B545" w14:textId="77777777" w:rsidR="00666E7C" w:rsidRDefault="00000000">
            <w:pPr>
              <w:jc w:val="center"/>
            </w:pPr>
            <w:r>
              <w:rPr>
                <w:sz w:val="18"/>
              </w:rPr>
              <w:br/>
            </w:r>
            <w:r>
              <w:rPr>
                <w:sz w:val="18"/>
              </w:rPr>
              <w:br/>
              <w:t>ત્રિમાસિક કસોટીની પ્રક્રિયાનો ફોટો</w:t>
            </w:r>
            <w:r>
              <w:rPr>
                <w:sz w:val="18"/>
              </w:rPr>
              <w:br/>
            </w:r>
            <w:r>
              <w:rPr>
                <w:sz w:val="18"/>
              </w:rPr>
              <w:br/>
            </w:r>
          </w:p>
        </w:tc>
        <w:tc>
          <w:tcPr>
            <w:tcW w:w="3628" w:type="dxa"/>
            <w:vAlign w:val="center"/>
          </w:tcPr>
          <w:p w14:paraId="3521F979" w14:textId="65B8E5E7" w:rsidR="003079B2" w:rsidRPr="003079B2" w:rsidRDefault="00000000" w:rsidP="003079B2">
            <w:pPr>
              <w:jc w:val="center"/>
              <w:rPr>
                <w:sz w:val="18"/>
                <w:lang w:bidi="gu-IN"/>
              </w:rPr>
            </w:pPr>
            <w:proofErr w:type="spellStart"/>
            <w:r>
              <w:rPr>
                <w:sz w:val="18"/>
              </w:rPr>
              <w:t>તારીખ</w:t>
            </w:r>
            <w:proofErr w:type="spellEnd"/>
            <w:r>
              <w:rPr>
                <w:sz w:val="18"/>
              </w:rPr>
              <w:t>: __________</w:t>
            </w:r>
          </w:p>
        </w:tc>
      </w:tr>
      <w:tr w:rsidR="00666E7C" w14:paraId="3C048245" w14:textId="77777777" w:rsidTr="003079B2">
        <w:trPr>
          <w:trHeight w:val="2965"/>
          <w:jc w:val="center"/>
        </w:trPr>
        <w:tc>
          <w:tcPr>
            <w:tcW w:w="3628" w:type="dxa"/>
            <w:vAlign w:val="center"/>
          </w:tcPr>
          <w:p w14:paraId="22F38AFD" w14:textId="77777777" w:rsidR="00666E7C" w:rsidRDefault="00000000">
            <w:pPr>
              <w:jc w:val="center"/>
            </w:pPr>
            <w:r>
              <w:rPr>
                <w:sz w:val="18"/>
              </w:rPr>
              <w:t>2</w:t>
            </w:r>
          </w:p>
        </w:tc>
        <w:tc>
          <w:tcPr>
            <w:tcW w:w="3628" w:type="dxa"/>
            <w:vAlign w:val="center"/>
          </w:tcPr>
          <w:p w14:paraId="7427D9C2" w14:textId="77777777" w:rsidR="00666E7C" w:rsidRDefault="00000000">
            <w:pPr>
              <w:jc w:val="center"/>
            </w:pPr>
            <w:r>
              <w:rPr>
                <w:sz w:val="18"/>
              </w:rPr>
              <w:br/>
            </w:r>
            <w:r>
              <w:rPr>
                <w:sz w:val="18"/>
              </w:rPr>
              <w:br/>
              <w:t>વિદ્યાર્થીઓનું મૂલ્યાંકન / ઉત્તરવહી ચકાસણી</w:t>
            </w:r>
            <w:r>
              <w:rPr>
                <w:sz w:val="18"/>
              </w:rPr>
              <w:br/>
            </w:r>
            <w:r>
              <w:rPr>
                <w:sz w:val="18"/>
              </w:rPr>
              <w:br/>
            </w:r>
          </w:p>
        </w:tc>
        <w:tc>
          <w:tcPr>
            <w:tcW w:w="3628" w:type="dxa"/>
            <w:vAlign w:val="center"/>
          </w:tcPr>
          <w:p w14:paraId="37D9DD1D" w14:textId="77777777" w:rsidR="00666E7C" w:rsidRDefault="00000000">
            <w:pPr>
              <w:jc w:val="center"/>
            </w:pPr>
            <w:r>
              <w:rPr>
                <w:sz w:val="18"/>
              </w:rPr>
              <w:t>તારીખ: __________</w:t>
            </w:r>
          </w:p>
        </w:tc>
      </w:tr>
      <w:tr w:rsidR="00666E7C" w14:paraId="6B6E0E05" w14:textId="77777777" w:rsidTr="003079B2">
        <w:trPr>
          <w:trHeight w:val="2965"/>
          <w:jc w:val="center"/>
        </w:trPr>
        <w:tc>
          <w:tcPr>
            <w:tcW w:w="3628" w:type="dxa"/>
            <w:vAlign w:val="center"/>
          </w:tcPr>
          <w:p w14:paraId="140657A7" w14:textId="77777777" w:rsidR="00666E7C" w:rsidRDefault="00000000">
            <w:pPr>
              <w:jc w:val="center"/>
            </w:pPr>
            <w:r>
              <w:rPr>
                <w:sz w:val="18"/>
              </w:rPr>
              <w:t>3</w:t>
            </w:r>
          </w:p>
        </w:tc>
        <w:tc>
          <w:tcPr>
            <w:tcW w:w="3628" w:type="dxa"/>
            <w:vAlign w:val="center"/>
          </w:tcPr>
          <w:p w14:paraId="525D5930" w14:textId="77777777" w:rsidR="00666E7C" w:rsidRDefault="00000000">
            <w:pPr>
              <w:jc w:val="center"/>
            </w:pPr>
            <w:r>
              <w:rPr>
                <w:sz w:val="18"/>
              </w:rPr>
              <w:br/>
            </w:r>
            <w:r>
              <w:rPr>
                <w:sz w:val="18"/>
              </w:rPr>
              <w:br/>
              <w:t>ઉપચારાત્મક કાર્ય / માર્ગદર્શન</w:t>
            </w:r>
            <w:r>
              <w:rPr>
                <w:sz w:val="18"/>
              </w:rPr>
              <w:br/>
            </w:r>
            <w:r>
              <w:rPr>
                <w:sz w:val="18"/>
              </w:rPr>
              <w:br/>
            </w:r>
          </w:p>
        </w:tc>
        <w:tc>
          <w:tcPr>
            <w:tcW w:w="3628" w:type="dxa"/>
            <w:vAlign w:val="center"/>
          </w:tcPr>
          <w:p w14:paraId="62337721" w14:textId="77777777" w:rsidR="00666E7C" w:rsidRDefault="00000000">
            <w:pPr>
              <w:jc w:val="center"/>
            </w:pPr>
            <w:r>
              <w:rPr>
                <w:sz w:val="18"/>
              </w:rPr>
              <w:t>તારીખ: __________</w:t>
            </w:r>
          </w:p>
        </w:tc>
      </w:tr>
    </w:tbl>
    <w:p w14:paraId="781CB845" w14:textId="77777777" w:rsidR="00666E7C" w:rsidRDefault="00666E7C"/>
    <w:sectPr w:rsidR="00666E7C" w:rsidSect="00034616">
      <w:footerReference w:type="default" r:id="rId8"/>
      <w:pgSz w:w="12240" w:h="15840"/>
      <w:pgMar w:top="907" w:right="964" w:bottom="1020"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41C00" w14:textId="77777777" w:rsidR="00F30D0F" w:rsidRDefault="00F30D0F">
      <w:pPr>
        <w:spacing w:after="0" w:line="240" w:lineRule="auto"/>
      </w:pPr>
      <w:r>
        <w:separator/>
      </w:r>
    </w:p>
  </w:endnote>
  <w:endnote w:type="continuationSeparator" w:id="0">
    <w:p w14:paraId="4AFC7623" w14:textId="77777777" w:rsidR="00F30D0F" w:rsidRDefault="00F30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Noto Sans Gujarati">
    <w:charset w:val="00"/>
    <w:family w:val="swiss"/>
    <w:pitch w:val="variable"/>
    <w:sig w:usb0="80048003" w:usb1="00002042"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F9E1" w14:textId="77777777" w:rsidR="00666E7C" w:rsidRDefault="00000000">
    <w:pPr>
      <w:pStyle w:val="Footer"/>
      <w:jc w:val="center"/>
    </w:pPr>
    <w:proofErr w:type="spellStart"/>
    <w:r>
      <w:rPr>
        <w:sz w:val="18"/>
      </w:rPr>
      <w:t>આચાર્યશ્રીની</w:t>
    </w:r>
    <w:proofErr w:type="spellEnd"/>
    <w:r>
      <w:rPr>
        <w:sz w:val="18"/>
      </w:rPr>
      <w:t xml:space="preserve"> </w:t>
    </w:r>
    <w:proofErr w:type="spellStart"/>
    <w:r>
      <w:rPr>
        <w:sz w:val="18"/>
      </w:rPr>
      <w:t>સહી</w:t>
    </w:r>
    <w:proofErr w:type="spellEnd"/>
    <w:r>
      <w:rPr>
        <w:sz w:val="18"/>
      </w:rPr>
      <w:t>: 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7E24A" w14:textId="77777777" w:rsidR="00F30D0F" w:rsidRDefault="00F30D0F">
      <w:pPr>
        <w:spacing w:after="0" w:line="240" w:lineRule="auto"/>
      </w:pPr>
      <w:r>
        <w:separator/>
      </w:r>
    </w:p>
  </w:footnote>
  <w:footnote w:type="continuationSeparator" w:id="0">
    <w:p w14:paraId="2DA429B8" w14:textId="77777777" w:rsidR="00F30D0F" w:rsidRDefault="00F30D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20959574">
    <w:abstractNumId w:val="8"/>
  </w:num>
  <w:num w:numId="2" w16cid:durableId="1637372833">
    <w:abstractNumId w:val="6"/>
  </w:num>
  <w:num w:numId="3" w16cid:durableId="1568228314">
    <w:abstractNumId w:val="5"/>
  </w:num>
  <w:num w:numId="4" w16cid:durableId="670178072">
    <w:abstractNumId w:val="4"/>
  </w:num>
  <w:num w:numId="5" w16cid:durableId="1046107641">
    <w:abstractNumId w:val="7"/>
  </w:num>
  <w:num w:numId="6" w16cid:durableId="846557228">
    <w:abstractNumId w:val="3"/>
  </w:num>
  <w:num w:numId="7" w16cid:durableId="1275939402">
    <w:abstractNumId w:val="2"/>
  </w:num>
  <w:num w:numId="8" w16cid:durableId="400911429">
    <w:abstractNumId w:val="1"/>
  </w:num>
  <w:num w:numId="9" w16cid:durableId="1450932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0329"/>
    <w:rsid w:val="0015074B"/>
    <w:rsid w:val="0029639D"/>
    <w:rsid w:val="003079B2"/>
    <w:rsid w:val="00326F90"/>
    <w:rsid w:val="00373D5E"/>
    <w:rsid w:val="004622BC"/>
    <w:rsid w:val="004E1833"/>
    <w:rsid w:val="005776F9"/>
    <w:rsid w:val="00666E7C"/>
    <w:rsid w:val="00732D6E"/>
    <w:rsid w:val="0093526E"/>
    <w:rsid w:val="00AA1D8D"/>
    <w:rsid w:val="00B47730"/>
    <w:rsid w:val="00CB0664"/>
    <w:rsid w:val="00F30D0F"/>
    <w:rsid w:val="00FB77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gu-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33FA01"/>
  <w14:defaultImageDpi w14:val="300"/>
  <w15:docId w15:val="{A4E5D371-2F87-4F55-803B-5003EFB6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Noto Sans Gujarati" w:eastAsia="Noto Sans Gujarati" w:hAnsi="Noto Sans Gujarat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rafvargdamavav1989@gmail.com</cp:lastModifiedBy>
  <cp:revision>6</cp:revision>
  <dcterms:created xsi:type="dcterms:W3CDTF">2013-12-23T23:15:00Z</dcterms:created>
  <dcterms:modified xsi:type="dcterms:W3CDTF">2026-08-15T15:21:00Z</dcterms:modified>
  <cp:category/>
</cp:coreProperties>
</file>